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14210" cy="8229599"/>
            <wp:docPr id="1" name="Picture 1"/>
            <wp:cNvGraphicFramePr>
              <a:graphicFrameLocks noChangeAspect="1"/>
            </wp:cNvGraphicFramePr>
            <a:graphic>
              <a:graphicData uri="http://schemas.openxmlformats.org/drawingml/2006/picture">
                <pic:pic>
                  <pic:nvPicPr>
                    <pic:cNvPr id="0" name="cover.jpg"/>
                    <pic:cNvPicPr/>
                  </pic:nvPicPr>
                  <pic:blipFill>
                    <a:blip r:embed="rId9"/>
                    <a:stretch>
                      <a:fillRect/>
                    </a:stretch>
                  </pic:blipFill>
                  <pic:spPr>
                    <a:xfrm>
                      <a:off x="0" y="0"/>
                      <a:ext cx="5414210" cy="8229599"/>
                    </a:xfrm>
                    <a:prstGeom prst="rect"/>
                  </pic:spPr>
                </pic:pic>
              </a:graphicData>
            </a:graphic>
          </wp:inline>
        </w:drawing>
      </w:r>
    </w:p>
    <w:p>
      <w:pPr>
        <w:jc w:val="center"/>
      </w:pPr>
      <w:r>
        <w:drawing>
          <wp:inline xmlns:a="http://schemas.openxmlformats.org/drawingml/2006/main" xmlns:pic="http://schemas.openxmlformats.org/drawingml/2006/picture">
            <wp:extent cx="5378823" cy="8229599"/>
            <wp:docPr id="2" name="Picture 2"/>
            <wp:cNvGraphicFramePr>
              <a:graphicFrameLocks noChangeAspect="1"/>
            </wp:cNvGraphicFramePr>
            <a:graphic>
              <a:graphicData uri="http://schemas.openxmlformats.org/drawingml/2006/picture">
                <pic:pic>
                  <pic:nvPicPr>
                    <pic:cNvPr id="0" name="title.jpg"/>
                    <pic:cNvPicPr/>
                  </pic:nvPicPr>
                  <pic:blipFill>
                    <a:blip r:embed="rId10"/>
                    <a:stretch>
                      <a:fillRect/>
                    </a:stretch>
                  </pic:blipFill>
                  <pic:spPr>
                    <a:xfrm>
                      <a:off x="0" y="0"/>
                      <a:ext cx="5378823" cy="8229599"/>
                    </a:xfrm>
                    <a:prstGeom prst="rect"/>
                  </pic:spPr>
                </pic:pic>
              </a:graphicData>
            </a:graphic>
          </wp:inline>
        </w:drawing>
      </w:r>
    </w:p>
    <w:p>
      <w:pPr>
        <w:spacing w:after="80"/>
        <w:jc w:val="center"/>
      </w:pPr>
      <w:r>
        <w:rPr>
          <w:b w:val="0"/>
          <w:i w:val="0"/>
        </w:rPr>
        <w:t>Gửi JOHN VÀ MARGARET ASHLEY</w:t>
      </w:r>
    </w:p>
    <w:p>
      <w:pPr>
        <w:spacing w:after="80"/>
        <w:jc w:val="center"/>
      </w:pPr>
      <w:r>
        <w:rPr>
          <w:b w:val="0"/>
          <w:i w:val="0"/>
        </w:rPr>
        <w:t>Tôi xin cảm ơn vì những lời khuyên và sự nghiên cứu vô giá của:</w:t>
      </w:r>
    </w:p>
    <w:p>
      <w:pPr>
        <w:spacing w:after="80"/>
        <w:jc w:val="center"/>
      </w:pPr>
      <w:r>
        <w:rPr>
          <w:b w:val="0"/>
          <w:i w:val="0"/>
        </w:rPr>
        <w:t>Simon Bainbridge, Jonathan Caplan QC,</w:t>
      </w:r>
    </w:p>
    <w:p>
      <w:pPr>
        <w:spacing w:after="80"/>
        <w:jc w:val="center"/>
      </w:pPr>
      <w:r>
        <w:rPr>
          <w:b w:val="0"/>
          <w:i w:val="0"/>
        </w:rPr>
        <w:t>Vicki Mellor, Alison Prince, Catherine Richards,</w:t>
      </w:r>
    </w:p>
    <w:p>
      <w:pPr>
        <w:spacing w:after="80"/>
        <w:jc w:val="center"/>
      </w:pPr>
      <w:r>
        <w:rPr>
          <w:b w:val="0"/>
          <w:i w:val="0"/>
        </w:rPr>
        <w:t>Marcus Rutherford, Jonathan Ticehurst</w:t>
      </w:r>
    </w:p>
    <w:p>
      <w:pPr>
        <w:spacing w:after="80"/>
        <w:jc w:val="center"/>
      </w:pPr>
      <w:r>
        <w:rPr>
          <w:b w:val="0"/>
          <w:i w:val="0"/>
        </w:rPr>
        <w:t>và Johnny Van Haeften.</w:t>
      </w:r>
    </w:p>
    <w:p>
      <w:pPr>
        <w:spacing w:after="80"/>
        <w:jc w:val="center"/>
      </w:pPr>
      <w:r>
        <w:rPr>
          <w:b w:val="0"/>
          <w:i w:val="0"/>
        </w:rPr>
        <w:t>Xin gửi lời cảm ơn đặc biệt tới Trung sĩ Thám tử Michelle Roycroft (đã nghỉ hưu), Tổng Thanh tra John Sutherland (đã nghỉ hưu) và Tổng Thanh tra Thám tử Robin Bhairam QPM (đã nghỉ hưu).</w:t>
      </w:r>
    </w:p>
    <w:p>
      <w:pPr>
        <w:pStyle w:val="Heading2"/>
      </w:pPr>
      <w:r>
        <w:rPr>
          <w:rFonts w:ascii="Calibri" w:hAnsi="Calibri"/>
          <w:b/>
          <w:i w:val="0"/>
          <w:sz w:val="32"/>
        </w:rPr>
        <w:t>1</w:t>
      </w:r>
    </w:p>
    <w:p>
      <w:pPr>
        <w:spacing w:after="80"/>
        <w:jc w:val="center"/>
      </w:pPr>
      <w:r>
        <w:rPr>
          <w:b/>
          <w:i w:val="0"/>
        </w:rPr>
        <w:t>14 THÁNG 4 NĂM 1986</w:t>
      </w:r>
    </w:p>
    <w:p>
      <w:pPr>
        <w:spacing w:after="80"/>
      </w:pPr>
      <w:r>
        <w:rPr>
          <w:b w:val="0"/>
          <w:i w:val="0"/>
        </w:rPr>
        <w:t>BỐN NGƯỜI trong số họ ngồi quanh bàn, chăm chăm nhìn vào cái giỏ quà.</w:t>
      </w:r>
    </w:p>
    <w:p>
      <w:pPr>
        <w:spacing w:after="80"/>
      </w:pPr>
      <w:r>
        <w:rPr>
          <w:b w:val="0"/>
          <w:i w:val="0"/>
        </w:rPr>
        <w:t>‘Nó gửi cho ai vậy?’ viên chỉ huy hỏi.</w:t>
      </w:r>
    </w:p>
    <w:p>
      <w:pPr>
        <w:spacing w:after="80"/>
      </w:pPr>
      <w:r>
        <w:rPr>
          <w:b w:val="0"/>
          <w:i w:val="0"/>
        </w:rPr>
        <w:t>William đọc nhãn viết tay. ‘Chúc mừng sinh nhật Chỉ huy Hawksby.’</w:t>
      </w:r>
    </w:p>
    <w:p>
      <w:pPr>
        <w:spacing w:after="80"/>
      </w:pPr>
      <w:r>
        <w:rPr>
          <w:b w:val="0"/>
          <w:i w:val="0"/>
        </w:rPr>
        <w:t>‘Cậu mở nó ra đi, DC Warwick,’ ông Hawk nói, ngả người ra sau ghế.</w:t>
      </w:r>
    </w:p>
    <w:p>
      <w:pPr>
        <w:spacing w:after="80"/>
      </w:pPr>
      <w:r>
        <w:rPr>
          <w:b w:val="0"/>
          <w:i w:val="0"/>
        </w:rPr>
        <w:t>William đứng dậy, tháo hai chiếc quai da, rồi nhấc nắp chiếc giỏ mây khổng lồ đầy ắp những thứ mà bố cậu hẳn sẽ gọi là ‘đồ ngon’.</w:t>
      </w:r>
    </w:p>
    <w:p>
      <w:pPr>
        <w:spacing w:after="80"/>
      </w:pPr>
      <w:r>
        <w:rPr>
          <w:b w:val="0"/>
          <w:i w:val="0"/>
        </w:rPr>
        <w:t>‘Rõ ràng có ai đó biết quý chúng ta,’ DCI Lamont nói, lấy ra một chai Scotch từ trên cùng của giỏ, mừng rỡ khi thấy đó là Black Label.</w:t>
      </w:r>
    </w:p>
    <w:p>
      <w:pPr>
        <w:spacing w:after="80"/>
      </w:pPr>
      <w:r>
        <w:rPr>
          <w:b w:val="0"/>
          <w:i w:val="0"/>
        </w:rPr>
        <w:t>‘Và cũng biết rõ điểm yếu của chúng ta nữa,’ viên chỉ huy nói, khi ông lấy ra một hộp xì gà Montecristo và đặt lên bàn trước mặt. ‘Đến lượt cậu, DC Roycroft,’ ông nói thêm, vừa lăn một điếu xì gà Cuba giữa các ngón tay.</w:t>
      </w:r>
    </w:p>
    <w:p>
      <w:pPr>
        <w:spacing w:after="80"/>
      </w:pPr>
      <w:r>
        <w:rPr>
          <w:b w:val="0"/>
          <w:i w:val="0"/>
        </w:rPr>
        <w:t>Jackie từ tốn gỡ bớt đám rơm gói hàng, cho đến khi cô phát hiện ra một hũ gan ngỗng foie gras – một món xa xỉ vượt quá tầm với túi tiền của cô.</w:t>
      </w:r>
    </w:p>
    <w:p>
      <w:pPr>
        <w:spacing w:after="80"/>
      </w:pPr>
      <w:r>
        <w:rPr>
          <w:b w:val="0"/>
          <w:i w:val="0"/>
        </w:rPr>
        <w:t>‘Và cuối cùng, DC Warwick,’ viên chỉ huy nói.</w:t>
      </w:r>
    </w:p>
    <w:p>
      <w:pPr>
        <w:spacing w:after="80"/>
      </w:pPr>
      <w:r>
        <w:rPr>
          <w:b w:val="0"/>
          <w:i w:val="0"/>
        </w:rPr>
        <w:t>William lục lọi trong giỏ quà cho đến khi bắt gặp một chai dầu ô liu từ Umbria mà anh biết Beth sẽ rất thích. Anh vừa định ngồi xuống thì chợt thấy một phong bì nhỏ. Nó được gửi cho Chỉ huy Hawksby QPM, và ghi dòng chữ Cá nhân. Anh đưa nó cho sếp.</w:t>
      </w:r>
    </w:p>
    <w:p>
      <w:pPr>
        <w:spacing w:after="80"/>
      </w:pPr>
      <w:r>
        <w:rPr>
          <w:b w:val="0"/>
          <w:i w:val="0"/>
        </w:rPr>
        <w:t xml:space="preserve">Hawksby xé toạc phong bì và lấy ra một tấm thiệp viết tay. Vẻ mặt ông không hé lộ điều gì, dù mẩu giấy không ký tên kia chẳng thể rõ ràng hơn. </w:t>
      </w:r>
      <w:r>
        <w:rPr>
          <w:b w:val="0"/>
          <w:i/>
        </w:rPr>
        <w:t>Chúc may mắn lần sau</w:t>
      </w:r>
      <w:r>
        <w:rPr>
          <w:b w:val="0"/>
          <w:i w:val="0"/>
        </w:rPr>
        <w:t>.</w:t>
      </w:r>
    </w:p>
    <w:p>
      <w:pPr>
        <w:spacing w:after="80"/>
      </w:pPr>
      <w:r>
        <w:rPr>
          <w:b w:val="0"/>
          <w:i w:val="0"/>
        </w:rPr>
        <w:t>Khi tấm thiệp được chuyền quanh bàn, những nụ cười biến thành những cái nhíu mày, và những món quà vừa nhận được nhanh chóng được trả lại vào giỏ.</w:t>
      </w:r>
    </w:p>
    <w:p>
      <w:pPr>
        <w:spacing w:after="80"/>
      </w:pPr>
      <w:r>
        <w:rPr>
          <w:b w:val="0"/>
          <w:i w:val="0"/>
        </w:rPr>
        <w:t xml:space="preserve">‘Các anh có biết điều gì khiến nó còn tệ hơn không?’ viên chỉ huy nói. ‘Hôm nay </w:t>
      </w:r>
      <w:r>
        <w:rPr>
          <w:b w:val="0"/>
          <w:i/>
        </w:rPr>
        <w:t>đúng là</w:t>
      </w:r>
      <w:r>
        <w:rPr>
          <w:b w:val="0"/>
          <w:i w:val="0"/>
        </w:rPr>
        <w:t xml:space="preserve"> sinh nhật tôi.’</w:t>
      </w:r>
    </w:p>
    <w:p>
      <w:pPr>
        <w:spacing w:after="80"/>
      </w:pPr>
      <w:r>
        <w:rPr>
          <w:b w:val="0"/>
          <w:i w:val="0"/>
        </w:rPr>
        <w:t xml:space="preserve">‘Và đó chưa phải là tất cả,’ William nói, rồi kể cho cả đội nghe về cuộc trò chuyện của anh với Miles Faulkner tại Fitzmolean ngay sau buổi ra mắt bức tranh của Rubens, </w:t>
      </w:r>
      <w:r>
        <w:rPr>
          <w:b w:val="0"/>
          <w:i/>
        </w:rPr>
        <w:t>Chúa Kitô được hạ xuống từ Thập tự giá</w:t>
      </w:r>
      <w:r>
        <w:rPr>
          <w:b w:val="0"/>
          <w:i w:val="0"/>
        </w:rPr>
        <w:t>.</w:t>
      </w:r>
    </w:p>
    <w:p>
      <w:pPr>
        <w:spacing w:after="80"/>
      </w:pPr>
      <w:r>
        <w:rPr>
          <w:b w:val="0"/>
          <w:i w:val="0"/>
        </w:rPr>
        <w:t>‘Nhưng nếu bức tranh của Rubens là đồ giả,’ Lamont nói, ‘thì tại sao chúng ta không bắt Faulkner, đưa hắn trở lại Old Bailey, và ông Thẩm phán Nourse sẽ gỡ chữ “tạm hoãn” khỏi bản án của hắn, rồi nhốt hắn bốn năm tới.’</w:t>
      </w:r>
    </w:p>
    <w:p>
      <w:pPr>
        <w:spacing w:after="80"/>
      </w:pPr>
      <w:r>
        <w:rPr>
          <w:b w:val="0"/>
          <w:i w:val="0"/>
        </w:rPr>
        <w:t>‘Không gì khiến tôi vui sướng hơn,’ Hawksby nói. ‘Nhưng nếu bức tranh hóa ra là bản gốc, Faulkner sẽ lại biến chúng ta thành trò cười lần thứ hai, và là ở nơi công khai nhất.’</w:t>
      </w:r>
    </w:p>
    <w:p>
      <w:pPr>
        <w:spacing w:after="80"/>
      </w:pPr>
      <w:r>
        <w:rPr>
          <w:b w:val="0"/>
          <w:i w:val="0"/>
        </w:rPr>
        <w:t>William bất ngờ trước câu hỏi tiếp theo của viên chỉ huy.</w:t>
      </w:r>
    </w:p>
    <w:p>
      <w:pPr>
        <w:spacing w:after="80"/>
      </w:pPr>
      <w:r>
        <w:rPr>
          <w:b w:val="0"/>
          <w:i w:val="0"/>
        </w:rPr>
        <w:t>‘Anh đã báo cho vị hôn thê của mình rằng bức tranh của Rubens có thể là đồ giả chưa?’</w:t>
      </w:r>
    </w:p>
    <w:p>
      <w:pPr>
        <w:spacing w:after="80"/>
      </w:pPr>
      <w:r>
        <w:rPr>
          <w:b w:val="0"/>
          <w:i w:val="0"/>
        </w:rPr>
        <w:t>‘Chưa, thưa sếp. Tôi nghĩ mình sẽ không nói gì với Beth cho đến khi sếp quyết định chúng ta nên hành động theo hướng nào.’</w:t>
      </w:r>
    </w:p>
    <w:p>
      <w:pPr>
        <w:spacing w:after="80"/>
      </w:pPr>
      <w:r>
        <w:rPr>
          <w:b w:val="0"/>
          <w:i w:val="0"/>
        </w:rPr>
        <w:t>‘Tốt. Cứ giữ nguyên như vậy. Nó sẽ cho tất cả chúng ta thêm chút thời gian để cân nhắc bước đi tiếp theo, bởi vì chúng ta phải bắt đầu suy nghĩ như Faulkner nếu muốn hạ được gã khốn đó. Giờ thì mang thứ đó ra khỏi tầm mắt tôi,’ ông yêu cầu, chỉ tay vào cái giỏ. ‘Và nhớ ghi nó vào sổ đăng ký quà tặng. Nhưng phải kiểm tra dấu vân tay trước đã – không phải là tôi mong chuyên gia lấy dấu vân tay tìm được dấu nào khác ngoài của chúng ta, và có lẽ là của một nhân viên bán hàng vô tội nào đó ở Harrods.’</w:t>
      </w:r>
    </w:p>
    <w:p>
      <w:pPr>
        <w:spacing w:after="80"/>
      </w:pPr>
      <w:r>
        <w:rPr>
          <w:b w:val="0"/>
          <w:i w:val="0"/>
        </w:rPr>
        <w:t>William nhấc chiếc giỏ mây lên và mang nó sang phòng bên cạnh, nơi anh hỏi Angela, thư ký của viên chỉ huy, liệu cô có thể gửi nó xuống D705 để lấy dấu vân tay không. Anh không khỏi nhận ra cô trông có vẻ hơi thất vọng. ‘Tôi đã mong được lấy lọ sốt nam việt quất,’ cô thú nhận. Khi anh quay lại phòng làm việc của sếp vài phút sau đó, anh bối rối khi thấy những người còn lại trong đội đang đập lòng bàn tay xuống bàn.</w:t>
      </w:r>
    </w:p>
    <w:p>
      <w:pPr>
        <w:spacing w:after="80"/>
      </w:pPr>
      <w:r>
        <w:rPr>
          <w:b w:val="0"/>
          <w:i w:val="0"/>
        </w:rPr>
        <w:t>‘Mời ngồi, Trung sĩ Thám tử Warwick,’ viên chỉ huy nói.</w:t>
      </w:r>
    </w:p>
    <w:p>
      <w:pPr>
        <w:spacing w:after="80"/>
      </w:pPr>
      <w:r>
        <w:rPr>
          <w:b w:val="0"/>
          <w:i w:val="0"/>
        </w:rPr>
        <w:t>‘Cậu Bé Hát Thánh hôm nay lại không nói được gì,’ Lamont nói.</w:t>
      </w:r>
    </w:p>
    <w:p>
      <w:pPr>
        <w:spacing w:after="80"/>
      </w:pPr>
      <w:r>
        <w:rPr>
          <w:b w:val="0"/>
          <w:i w:val="0"/>
        </w:rPr>
        <w:t>‘Chuyện đó sẽ chẳng kéo dài được lâu đâu,’ Jackie hứa, và cả bọn phá lên cười.</w:t>
      </w:r>
    </w:p>
    <w:p>
      <w:pPr>
        <w:spacing w:after="80"/>
      </w:pPr>
      <w:r>
        <w:rPr>
          <w:b w:val="0"/>
          <w:i w:val="0"/>
        </w:rPr>
        <w:t>‘Các anh muốn nghe tin tốt hay tin xấu trước?’ viên chỉ huy hỏi sau khi tất cả đã ngồi yên trở lại.</w:t>
      </w:r>
    </w:p>
    <w:p>
      <w:pPr>
        <w:spacing w:after="80"/>
      </w:pPr>
      <w:r>
        <w:rPr>
          <w:b w:val="0"/>
          <w:i w:val="0"/>
        </w:rPr>
        <w:t>‘Tin tốt đi,’ DCI Lamont nói, ‘vì ông sẽ chẳng thích thú gì với bản báo cáo mới nhất của tôi về bọn buôn lậu kim cương đâu.’</w:t>
      </w:r>
    </w:p>
    <w:p>
      <w:pPr>
        <w:spacing w:after="80"/>
      </w:pPr>
      <w:r>
        <w:rPr>
          <w:b w:val="0"/>
          <w:i w:val="0"/>
        </w:rPr>
        <w:t>‘Để tôi đoán nhé,’ Hawksby nói. ‘Bọn chúng thấy anh đến nên đã tẩu thoát hết rồi.’</w:t>
      </w:r>
    </w:p>
    <w:p>
      <w:pPr>
        <w:spacing w:after="80"/>
      </w:pPr>
      <w:r>
        <w:rPr>
          <w:b w:val="0"/>
          <w:i w:val="0"/>
        </w:rPr>
        <w:t>‘Còn tệ hơn thế cơ, thưa ông. Bọn chúng còn chẳng thèm xuất hiện, và lô kim cương cũng biến mất luôn. Tôi đã dành cả một buổi tối cùng hai mươi người lính trang bị tận răng, dán mắt nhìn ra biển. Vậy nên xin ông cứ nói cho tôi nghe tin tốt đi, thưa ông.’</w:t>
      </w:r>
    </w:p>
    <w:p>
      <w:pPr>
        <w:spacing w:after="80"/>
      </w:pPr>
      <w:r>
        <w:rPr>
          <w:b w:val="0"/>
          <w:i w:val="0"/>
        </w:rPr>
        <w:t>‘Như mọi người đều biết, DC Warwick đã đỗ kỳ thi lên trung sĩ, bất chấp việc cậu ta đá một trong những người biểu tình phản đối vũ khí hạt nhân vào—’</w:t>
      </w:r>
    </w:p>
    <w:p>
      <w:pPr>
        <w:spacing w:after="80"/>
      </w:pPr>
      <w:r>
        <w:rPr>
          <w:b w:val="0"/>
          <w:i w:val="0"/>
        </w:rPr>
        <w:t>‘Tôi có làm thế đâu,’ William phản đối. ‘Tôi chỉ lịch sự đề nghị anh ta bình tĩnh lại thôi.’</w:t>
      </w:r>
    </w:p>
    <w:p>
      <w:pPr>
        <w:spacing w:after="80"/>
      </w:pPr>
      <w:r>
        <w:rPr>
          <w:b w:val="0"/>
          <w:i w:val="0"/>
        </w:rPr>
        <w:t>‘Và giám khảo đã chấp nhận điều đó không chút nghi ngờ; danh tiếng cậu bé ngoan của cậu là thế đấy.’</w:t>
      </w:r>
    </w:p>
    <w:p>
      <w:pPr>
        <w:spacing w:after="80"/>
      </w:pPr>
      <w:r>
        <w:rPr>
          <w:b w:val="0"/>
          <w:i w:val="0"/>
        </w:rPr>
        <w:t>‘Vậy tin xấu là gì?’ William hỏi.</w:t>
      </w:r>
    </w:p>
    <w:p>
      <w:pPr>
        <w:spacing w:after="80"/>
      </w:pPr>
      <w:r>
        <w:rPr>
          <w:b w:val="0"/>
          <w:i w:val="0"/>
        </w:rPr>
        <w:t>‘Với vai trò mới là trung sĩ thám tử, cậu sẽ được chuyển sang đội chống ma túy.’</w:t>
      </w:r>
    </w:p>
    <w:p>
      <w:pPr>
        <w:spacing w:after="80"/>
      </w:pPr>
      <w:r>
        <w:rPr>
          <w:b w:val="0"/>
          <w:i w:val="0"/>
        </w:rPr>
        <w:t>‘Thà là anh còn hơn là tôi,’ Lamont nói kèm một tiếng thở dài.</w:t>
      </w:r>
    </w:p>
    <w:p>
      <w:pPr>
        <w:spacing w:after="80"/>
      </w:pPr>
      <w:r>
        <w:rPr>
          <w:b w:val="0"/>
          <w:i w:val="0"/>
        </w:rPr>
        <w:t>‘Tuy nhiên,’ viên chỉ huy tiếp tục, ‘ngài ủy viên cảnh sát, với sự khôn ngoan của mình, cho rằng không nên chia rẽ một đội ngũ đang chiến thắng, nên hai cậu sẽ cùng gia nhập với cậu ta trong một đơn vị chống ma túy tinh nhuệ vào ngày mùng một tới.’</w:t>
      </w:r>
    </w:p>
    <w:p>
      <w:pPr>
        <w:spacing w:after="80"/>
      </w:pPr>
      <w:r>
        <w:rPr>
          <w:b w:val="0"/>
          <w:i w:val="0"/>
        </w:rPr>
        <w:t>‘Tôi xin từ chức,’ Lamont nói, nhảy phắt dậy giả vờ phản đối.</w:t>
      </w:r>
    </w:p>
    <w:p>
      <w:pPr>
        <w:spacing w:after="80"/>
      </w:pPr>
      <w:r>
        <w:rPr>
          <w:b w:val="0"/>
          <w:i w:val="0"/>
        </w:rPr>
        <w:t>‘Tôi không nghĩ thế đâu, Bruce. Anh chỉ còn mười tám tháng nữa là về hưu, và với tư cách là người đứng đầu đơn vị mới, anh sẽ được thăng lên thám tử thượng sĩ.’</w:t>
      </w:r>
    </w:p>
    <w:p>
      <w:pPr>
        <w:spacing w:after="80"/>
      </w:pPr>
      <w:r>
        <w:rPr>
          <w:b w:val="0"/>
          <w:i w:val="0"/>
        </w:rPr>
        <w:t>Thông báo này làm bùng lên đợt đập bàn hào hứng thứ hai.</w:t>
      </w:r>
    </w:p>
    <w:p>
      <w:pPr>
        <w:spacing w:after="80"/>
      </w:pPr>
      <w:r>
        <w:rPr>
          <w:b w:val="0"/>
          <w:i w:val="0"/>
        </w:rPr>
        <w:t>‘Đơn vị này sẽ hoạt động tách biệt với bất kỳ đội chống ma túy nào hiện có. Nó chỉ có một mục đích duy nhất, mà tôi sẽ nói tới ngay đây. Nhưng trước tiên, tôi muốn báo cho các anh biết rằng đội sẽ có thêm một DC mới, người thậm chí có thể còn tỏa sáng hơn cả cậu bé ngoan thường trực của chúng ta.’</w:t>
      </w:r>
    </w:p>
    <w:p>
      <w:pPr>
        <w:spacing w:after="80"/>
      </w:pPr>
      <w:r>
        <w:rPr>
          <w:b w:val="0"/>
          <w:i w:val="0"/>
        </w:rPr>
        <w:t>‘Tôi muốn xem chuyện này,’ Jackie nói.</w:t>
      </w:r>
    </w:p>
    <w:p>
      <w:pPr>
        <w:spacing w:after="80"/>
      </w:pPr>
      <w:r>
        <w:rPr>
          <w:b w:val="0"/>
          <w:i w:val="0"/>
        </w:rPr>
        <w:t>‘Chà, anh sẽ không phải đợi lâu đâu. Cậu ấy sẽ tham gia với chúng ta trong vài phút nữa. Cậu ấy có một CV xuất sắc, từng học luật tại Cambridge, nơi cậu ấy được trao danh hiệu "blue" trong cuộc đua thuyền Boat Race.’</w:t>
      </w:r>
    </w:p>
    <w:p>
      <w:pPr>
        <w:spacing w:after="80"/>
      </w:pPr>
      <w:r>
        <w:rPr>
          <w:b w:val="0"/>
          <w:i w:val="0"/>
        </w:rPr>
        <w:t>‘Cậu ấy có thắng không?’ William hỏi.</w:t>
      </w:r>
    </w:p>
    <w:p>
      <w:pPr>
        <w:spacing w:after="80"/>
      </w:pPr>
      <w:r>
        <w:rPr>
          <w:b w:val="0"/>
          <w:i w:val="0"/>
        </w:rPr>
        <w:t>‘Hai năm liền,’ Hawk nói.</w:t>
      </w:r>
    </w:p>
    <w:p>
      <w:pPr>
        <w:spacing w:after="80"/>
      </w:pPr>
      <w:r>
        <w:rPr>
          <w:b w:val="0"/>
          <w:i w:val="0"/>
        </w:rPr>
        <w:t>‘Vậy thì có lẽ cậu ấy nên gia nhập cảnh sát đường sông,’ William nói. ‘Nếu tôi nhớ không nhầm, cuộc đua thuyền Boat Race diễn ra giữa Putney và Mortlake, thế thì cậu ấy sẽ lại được về với công việc tuần tra.’ Câu này lại làm mọi người đập bàn nhiều hơn.</w:t>
      </w:r>
    </w:p>
    <w:p>
      <w:pPr>
        <w:spacing w:after="80"/>
      </w:pPr>
      <w:r>
        <w:rPr>
          <w:b w:val="0"/>
          <w:i w:val="0"/>
        </w:rPr>
        <w:t>‘Tôi nghĩ anh sẽ thấy cậu ấy cũng ấn tượng không kém trên cạn,’ viên chỉ huy nói, sau khi tiếng vỗ tay đã lắng xuống. ‘Cậu ấy đã phục vụ ba năm với Đội Điều tra Tội phạm Khu vực ở Crawley. Tuy nhiên, có một điều tôi nên đề cập trước khi—’</w:t>
      </w:r>
    </w:p>
    <w:p>
      <w:pPr>
        <w:spacing w:after="80"/>
      </w:pPr>
      <w:r>
        <w:rPr>
          <w:b w:val="0"/>
          <w:i w:val="0"/>
        </w:rPr>
        <w:t>Một tiếng gõ cửa sắc gọn cắt ngang lời Hawk trước khi ông nói hết câu. ‘Vào đi,’ ông nói.</w:t>
      </w:r>
    </w:p>
    <w:p>
      <w:pPr>
        <w:spacing w:after="80"/>
      </w:pPr>
      <w:r>
        <w:rPr>
          <w:b w:val="0"/>
          <w:i w:val="0"/>
        </w:rPr>
        <w:t>Cửa mở ra và một chàng trai trẻ cao ráo, điển trai bước vào phòng. Anh ta trông như vừa bước ra từ phim trường của một bộ phim cảnh sát truyền hình nổi tiếng nào đó, chứ không phải vừa mới đến từ Đội Điều tra Tội phạm Khu vực.</w:t>
      </w:r>
    </w:p>
    <w:p>
      <w:pPr>
        <w:spacing w:after="80"/>
      </w:pPr>
      <w:r>
        <w:rPr>
          <w:b w:val="0"/>
          <w:i w:val="0"/>
        </w:rPr>
        <w:t>‘Chào buổi chiều, thưa sếp,’ anh ta nói. ‘Tôi là DC Paul Adaja. Tôi được lệnh đến trình diện với ông.’</w:t>
      </w:r>
    </w:p>
    <w:p>
      <w:pPr>
        <w:spacing w:after="80"/>
      </w:pPr>
      <w:r>
        <w:rPr>
          <w:b w:val="0"/>
          <w:i w:val="0"/>
        </w:rPr>
        <w:t>‘Ngồi đi, Adaja,’ Hawk nói, ‘và tôi sẽ giới thiệu anh với những người còn lại trong đội.’</w:t>
      </w:r>
    </w:p>
    <w:p>
      <w:pPr>
        <w:spacing w:after="80"/>
      </w:pPr>
      <w:r>
        <w:rPr>
          <w:b w:val="0"/>
          <w:i w:val="0"/>
        </w:rPr>
        <w:t>William quan sát kỹ khuôn mặt Lamont khi Adaja bắt tay vị thanh tra trưởng đang không mỉm cười. Chính sách của Met là cố gắng tuyển thêm sĩ quan từ các nền tảng dân tộc thiểu số, nhưng đến nay thành tích trong tham vọng đó cũng chẳng khá hơn việc bắt giữ những kẻ buôn lậu kim cương là bao. William tò mò muốn biết tại sao một người như Paul lại thậm chí cân nhắc gia nhập lực lượng, và quyết tâm làm cho anh ta nhanh chóng cảm thấy mình là một phần của đội.</w:t>
      </w:r>
    </w:p>
    <w:p>
      <w:pPr>
        <w:spacing w:after="80"/>
      </w:pPr>
      <w:r>
        <w:rPr>
          <w:b w:val="0"/>
          <w:i w:val="0"/>
        </w:rPr>
        <w:t>‘Những cuộc họp SIO này được tổ chức vào mỗi sáng thứ Hai, DC Adaja,’ viên chỉ huy nói, ‘để cập nhật cho tất cả chúng ta về tiến độ của bất kỳ cuộc điều tra lớn nào.’</w:t>
      </w:r>
    </w:p>
    <w:p>
      <w:pPr>
        <w:spacing w:after="80"/>
      </w:pPr>
      <w:r>
        <w:rPr>
          <w:b w:val="0"/>
          <w:i w:val="0"/>
        </w:rPr>
        <w:t>‘Hoặc không tiến triển gì,’ Lamont nói.</w:t>
      </w:r>
    </w:p>
    <w:p>
      <w:pPr>
        <w:spacing w:after="80"/>
      </w:pPr>
      <w:r>
        <w:rPr>
          <w:b w:val="0"/>
          <w:i w:val="0"/>
        </w:rPr>
        <w:t>‘Chúng ta tiếp tục thôi,’ Hawk nói, phớt lờ lời ngắt lời. ‘Có tin gì mới về Faulkner không?’</w:t>
      </w:r>
    </w:p>
    <w:p>
      <w:pPr>
        <w:spacing w:after="80"/>
      </w:pPr>
      <w:r>
        <w:rPr>
          <w:b w:val="0"/>
          <w:i w:val="0"/>
        </w:rPr>
        <w:t>‘Vợ anh ta, Christina, lại liên lạc,’ William nói. ‘Cô ấy yêu cầu gặp tôi.’</w:t>
      </w:r>
    </w:p>
    <w:p>
      <w:pPr>
        <w:spacing w:after="80"/>
      </w:pPr>
      <w:r>
        <w:rPr>
          <w:b w:val="0"/>
          <w:i w:val="0"/>
        </w:rPr>
        <w:t>‘Thật sao. Có manh mối gì không?’</w:t>
      </w:r>
    </w:p>
    <w:p>
      <w:pPr>
        <w:spacing w:after="80"/>
      </w:pPr>
      <w:r>
        <w:rPr>
          <w:b w:val="0"/>
          <w:i w:val="0"/>
        </w:rPr>
        <w:t>‘Không, thưa sếp. Tôi không biết bà ấy muốn gì. Nhưng bà ấy chẳng giấu giếm gì việc mình cũng háo hức như chúng ta muốn thấy chồng mình vào tù. Nên tôi không nghĩ bà ấy rủ uống trà ở Ritz chỉ để nếm thử bánh scone kem tươi của họ đâu.’</w:t>
      </w:r>
    </w:p>
    <w:p>
      <w:pPr>
        <w:spacing w:after="80"/>
      </w:pPr>
      <w:r>
        <w:rPr>
          <w:b w:val="0"/>
          <w:i w:val="0"/>
        </w:rPr>
        <w:t>‘Bà Faulkner hẳn sẽ biết rõ mọi hoạt động phạm pháp khác mà chồng bà ta dính vào, những thông tin đó sẽ có ích cho chúng ta,’ Lamont nói, ‘biết trước ấy. Nhưng tôi chẳng tin người đàn bà đó một ly nào.’</w:t>
      </w:r>
    </w:p>
    <w:p>
      <w:pPr>
        <w:spacing w:after="80"/>
      </w:pPr>
      <w:r>
        <w:rPr>
          <w:b w:val="0"/>
          <w:i w:val="0"/>
        </w:rPr>
        <w:t>‘Tôi cũng thế,’ Hawksby nói. ‘Nhưng nếu phải chọn giữa Faulkner và vợ hắn, tôi coi bà ta là kẻ ít xấu hơn trong hai kẻ xấu. Nhưng chỉ hơn nửa ly thôi.’</w:t>
      </w:r>
    </w:p>
    <w:p>
      <w:pPr>
        <w:spacing w:after="80"/>
      </w:pPr>
      <w:r>
        <w:rPr>
          <w:b w:val="0"/>
          <w:i w:val="0"/>
        </w:rPr>
        <w:t>‘Tôi lúc nào cũng có thể từ chối lời mời.’</w:t>
      </w:r>
    </w:p>
    <w:p>
      <w:pPr>
        <w:spacing w:after="80"/>
      </w:pPr>
      <w:r>
        <w:rPr>
          <w:b w:val="0"/>
          <w:i w:val="0"/>
        </w:rPr>
        <w:t>‘Không đời nào,’ Lamont nói. ‘Có khi chúng ta chẳng bao giờ có cơ hội tốt hơn để đưa Faulkner vào tù, và đừng quên, dù tội có nhỏ đến đâu, vì bản án treo của thẩm phán, nó cũng sẽ khiến hắn ngồi tù ít nhất bốn năm.’</w:t>
      </w:r>
    </w:p>
    <w:p>
      <w:pPr>
        <w:spacing w:after="80"/>
      </w:pPr>
      <w:r>
        <w:rPr>
          <w:b w:val="0"/>
          <w:i w:val="0"/>
        </w:rPr>
        <w:t>‘Đúng là vậy,’ Hawk nói. ‘Nhưng này, DS Warwick, cậu có thể chắc chắn Faulkner sẽ theo dõi chúng ta chặt chẽ y như chúng ta theo dõi hắn, và chắc chắn hắn sẽ cho một thám tử tư bám theo vợ hắn suốt ngày đêm, cho đến khi vụ ly hôn được giải quyết xong. Nên uống trà ở Ritz thì chấp nhận được, còn ăn tối thì không. Tôi nói rõ chưa?’</w:t>
      </w:r>
    </w:p>
    <w:p>
      <w:pPr>
        <w:spacing w:after="80"/>
      </w:pPr>
      <w:r>
        <w:rPr>
          <w:b w:val="0"/>
          <w:i w:val="0"/>
        </w:rPr>
        <w:t>‘Rõ lắm ạ, thưa sếp, và tôi chắc Beth cũng đồng ý với sếp.’</w:t>
      </w:r>
    </w:p>
    <w:p>
      <w:pPr>
        <w:spacing w:after="80"/>
      </w:pPr>
      <w:r>
        <w:rPr>
          <w:b w:val="0"/>
          <w:i w:val="0"/>
        </w:rPr>
        <w:t>‘Và đừng bao giờ quên rằng những lần lỡ lời của bà Faulkner luôn được tập dượt kỹ càng. Và bà ta cũng biết rõ mọi điều bà ta kể với cậu sẽ được thuật lại từng chữ ngay khi cậu về tới Yard.’</w:t>
      </w:r>
    </w:p>
    <w:p>
      <w:pPr>
        <w:spacing w:after="80"/>
      </w:pPr>
      <w:r>
        <w:rPr>
          <w:b w:val="0"/>
          <w:i w:val="0"/>
        </w:rPr>
        <w:t>‘Có khi còn trước cả khi tài xế riêng thả bà ta xuống căn hộ ở quảng trường Eaton,’ Lamont thêm vào.</w:t>
      </w:r>
    </w:p>
    <w:p>
      <w:pPr>
        <w:spacing w:after="80"/>
      </w:pPr>
      <w:r>
        <w:rPr>
          <w:b w:val="0"/>
          <w:i w:val="0"/>
        </w:rPr>
        <w:t>‘Được rồi, quay lại vấn đề trước mắt nào. Có mấy vụ án cậu phải báo cáo cho Đội Nghệ thuật và Đồ cổ mới trước khi bắt tay vào nhiệm vụ mới.’</w:t>
      </w:r>
    </w:p>
    <w:p>
      <w:pPr>
        <w:spacing w:after="80"/>
      </w:pPr>
      <w:r>
        <w:rPr>
          <w:b w:val="0"/>
          <w:i w:val="0"/>
        </w:rPr>
        <w:t>‘Sếp đang định nói với chúng tôi, trước khi DC Adaja tới, rằng đơn vị mới sẽ khác gì so với các đội chống ma túy hiện có.’</w:t>
      </w:r>
    </w:p>
    <w:p>
      <w:pPr>
        <w:spacing w:after="80"/>
      </w:pPr>
      <w:r>
        <w:rPr>
          <w:b w:val="0"/>
          <w:i w:val="0"/>
        </w:rPr>
        <w:t>‘Lúc này tôi chưa thể nói quá nhiều,’ Hawk nói, ‘nhưng các cậu sẽ chỉ có một mục đích duy nhất, và đó không phải là bắt những kẻ buôn bán nhỏ lẻ bán cần sa ngoài đường cho mấy tay nghiện.’ Đột nhiên mọi người tỉnh hẳn. ‘Ủy viên cảnh sát muốn chúng ta xác định một người đàn ông mà chúng ta không biết tên, và không chắc hắn ở đâu, ngoài việc hắn sống và làm việc ở đâu đó phía nam sông trong vùng Đại Luân Đôn. Tuy nhiên, chúng ta biết công việc ban ngày của hắn là gì.’ Hawk mở một tập hồ sơ ghi Tối Mật.</w:t>
      </w:r>
    </w:p>
    <w:p>
      <w:pPr>
        <w:pStyle w:val="Heading2"/>
      </w:pPr>
      <w:r>
        <w:rPr>
          <w:rFonts w:ascii="Calibri" w:hAnsi="Calibri"/>
          <w:b/>
          <w:i w:val="0"/>
          <w:sz w:val="32"/>
        </w:rPr>
        <w:t>2</w:t>
      </w:r>
    </w:p>
    <w:p>
      <w:pPr>
        <w:spacing w:after="80"/>
      </w:pPr>
      <w:r>
        <w:rPr>
          <w:b w:val="0"/>
          <w:i w:val="0"/>
        </w:rPr>
        <w:t>‘Thế con đã đỗ kỳ thi lên trung sĩ chưa,’ cha anh hỏi, ‘hay con định làm cảnh sát điều tra suốt đời?’</w:t>
      </w:r>
    </w:p>
    <w:p>
      <w:pPr>
        <w:spacing w:after="80"/>
      </w:pPr>
      <w:r>
        <w:rPr>
          <w:b w:val="0"/>
          <w:i w:val="0"/>
        </w:rPr>
        <w:t>Vẻ mặt William không để lộ điều gì, cứ như thể anh đang đối diện với vị luật sư QC lỗi lạc từ ghế nhân chứng.</w:t>
      </w:r>
    </w:p>
    <w:p>
      <w:pPr>
        <w:spacing w:after="80"/>
      </w:pPr>
      <w:r>
        <w:rPr>
          <w:b w:val="0"/>
          <w:i w:val="0"/>
        </w:rPr>
        <w:t>‘Một ngày nào đó con trai bác sẽ là ủy viên cảnh sát,’ Beth nói, nở nụ cười ấm áp với người cha chồng tương lai.</w:t>
      </w:r>
    </w:p>
    <w:p>
      <w:pPr>
        <w:spacing w:after="80"/>
      </w:pPr>
      <w:r>
        <w:rPr>
          <w:b w:val="0"/>
          <w:i w:val="0"/>
        </w:rPr>
        <w:t>‘Con vẫn đang chờ nghe kết quả kỳ thi,’ William thở dài, vừa nói vừa nháy mắt với vị hôn thê của mình.</w:t>
      </w:r>
    </w:p>
    <w:p>
      <w:pPr>
        <w:spacing w:after="80"/>
      </w:pPr>
      <w:r>
        <w:rPr>
          <w:b w:val="0"/>
          <w:i w:val="0"/>
        </w:rPr>
        <w:t>‘Mẹ chắc chắn con sẽ đỗ với thành tích xuất sắc, con yêu,’ mẹ anh nói. ‘Nhưng nếu bố con mà phải thi cùng kỳ thi đó, mẹ sẽ chẳng tự tin đến thế đâu.’</w:t>
      </w:r>
    </w:p>
    <w:p>
      <w:pPr>
        <w:spacing w:after="80"/>
      </w:pPr>
      <w:r>
        <w:rPr>
          <w:b w:val="0"/>
          <w:i w:val="0"/>
        </w:rPr>
        <w:t>‘Điều đó thì cả nhà đều đồng ý,’ chị gái anh nói.</w:t>
      </w:r>
    </w:p>
    <w:p>
      <w:pPr>
        <w:spacing w:after="80"/>
      </w:pPr>
      <w:r>
        <w:rPr>
          <w:b w:val="0"/>
          <w:i w:val="0"/>
        </w:rPr>
        <w:t>‘Một phán đoán được đưa ra mà không có bằng chứng hay sự thật nào chống đỡ,’ Sir Julian nói, vừa đứng dậy khỏi chỗ ngồi và bắt đầu đi vòng quanh phòng. ‘Cho ta hỏi, kỳ thi này có hình thức như thế nào?’ ông hỏi dồn, nắm chặt ve áo khoác như thể đang nói với một bồi thẩm đoàn đang dao động.</w:t>
      </w:r>
    </w:p>
    <w:p>
      <w:pPr>
        <w:spacing w:after="80"/>
      </w:pPr>
      <w:r>
        <w:rPr>
          <w:b w:val="0"/>
          <w:i w:val="0"/>
        </w:rPr>
        <w:t>‘Nó gồm ba phần,’ William nói. ‘Phần thể lực, bao gồm chạy năm dặm phải hoàn thành dưới bốn mươi phút.’</w:t>
      </w:r>
    </w:p>
    <w:p>
      <w:pPr>
        <w:spacing w:after="80"/>
      </w:pPr>
      <w:r>
        <w:rPr>
          <w:b w:val="0"/>
          <w:i w:val="0"/>
        </w:rPr>
        <w:t>‘Chẳng mấy hy vọng ta làm được điều đó,’ Sir Julian thừa nhận, vẫn tiếp tục đi vòng quanh phòng.</w:t>
      </w:r>
    </w:p>
    <w:p>
      <w:pPr>
        <w:spacing w:after="80"/>
      </w:pPr>
      <w:r>
        <w:rPr>
          <w:b w:val="0"/>
          <w:i w:val="0"/>
        </w:rPr>
        <w:t>‘Phần tự vệ, chỗ đó con chỉ vừa đủ cầm cự.’</w:t>
      </w:r>
    </w:p>
    <w:p>
      <w:pPr>
        <w:spacing w:after="80"/>
      </w:pPr>
      <w:r>
        <w:rPr>
          <w:b w:val="0"/>
          <w:i w:val="0"/>
        </w:rPr>
        <w:t>‘Phần đó cũng chẳng có cửa,’ Sir Julian nói, ‘trừ khi đó là một cuộc tấn công bằng lời nói chứ không phải bằng thể lực.’</w:t>
      </w:r>
    </w:p>
    <w:p>
      <w:pPr>
        <w:spacing w:after="80"/>
      </w:pPr>
      <w:r>
        <w:rPr>
          <w:b w:val="0"/>
          <w:i w:val="0"/>
        </w:rPr>
        <w:t>‘Và cuối cùng, bạn phải bơi ba vòng hồ bơi trong bộ đồng phục, tay cầm dùi cui, mà không bị chìm.’</w:t>
      </w:r>
    </w:p>
    <w:p>
      <w:pPr>
        <w:spacing w:after="80"/>
      </w:pPr>
      <w:r>
        <w:rPr>
          <w:b w:val="0"/>
          <w:i w:val="0"/>
        </w:rPr>
        <w:t>‘Chỉ nghĩ đến thôi là con đã thấy kiệt sức rồi,’ Grace nói.</w:t>
      </w:r>
    </w:p>
    <w:p>
      <w:pPr>
        <w:spacing w:after="80"/>
      </w:pPr>
      <w:r>
        <w:rPr>
          <w:b w:val="0"/>
          <w:i w:val="0"/>
        </w:rPr>
        <w:t>‘Bố con đã trượt cả ba phần tính đến giờ,’ mẹ anh nói, ‘nên chắc chắn ông ấy sẽ phải dành phần đời còn lại làm một cảnh sát đi tuần.’</w:t>
      </w:r>
    </w:p>
    <w:p>
      <w:pPr>
        <w:spacing w:after="80"/>
      </w:pPr>
      <w:r>
        <w:rPr>
          <w:b w:val="0"/>
          <w:i w:val="0"/>
        </w:rPr>
        <w:t>‘Lực lượng cảnh sát có quan tâm gì đến sự nhạy bén trí tuệ không,’ Sir Julian hỏi dồn, khi ông dừng lại trước mặt họ, ‘hay chỉ quan tâm đến việc ai chống đẩy được nhiều nhất?’</w:t>
      </w:r>
    </w:p>
    <w:p>
      <w:pPr>
        <w:spacing w:after="80"/>
      </w:pPr>
      <w:r>
        <w:rPr>
          <w:b w:val="0"/>
          <w:i w:val="0"/>
        </w:rPr>
        <w:t>William không thừa nhận rằng thật ra chẳng có bài kiểm tra thể lực nào cả, và anh chỉ đơn giản là đang trêu bố mình. Nhưng anh vẫn quyết tâm không để ông cụ thoát dễ dàng.</w:t>
      </w:r>
    </w:p>
    <w:p>
      <w:pPr>
        <w:spacing w:after="80"/>
      </w:pPr>
      <w:r>
        <w:rPr>
          <w:b w:val="0"/>
          <w:i w:val="0"/>
        </w:rPr>
        <w:t>‘Sau đó là các bài kiểm tra thực hành, bố ạ. Sẽ rất thú vị khi xem liệu bố có làm tốt hơn ở những bài đó không.’</w:t>
      </w:r>
    </w:p>
    <w:p>
      <w:pPr>
        <w:spacing w:after="80"/>
      </w:pPr>
      <w:r>
        <w:rPr>
          <w:b w:val="0"/>
          <w:i w:val="0"/>
        </w:rPr>
        <w:t>‘Bố sẵn sàng,’ Sir Julian nói, lại bắt đầu bước đi dạo quanh.</w:t>
      </w:r>
    </w:p>
    <w:p>
      <w:pPr>
        <w:spacing w:after="80"/>
      </w:pPr>
      <w:r>
        <w:rPr>
          <w:b w:val="0"/>
          <w:i w:val="0"/>
        </w:rPr>
        <w:t>‘Bố phải đến ba hiện trường vụ án để các giám khảo xem bố sẽ phản ứng thế nào trong những tình huống khác nhau. Con làm khá tốt ở bài kiểm tra đầu tiên, khi con phải đo nồng độ cồn của một tài xế liên quan đến một vụ va chạm nhỏ. Kết quả kiểm tra là màu hổ phách, không phải màu đỏ, cho thấy anh ta vừa mới uống rượu, nhưng chưa vượt quá giới hạn cho phép.’</w:t>
      </w:r>
    </w:p>
    <w:p>
      <w:pPr>
        <w:spacing w:after="80"/>
      </w:pPr>
      <w:r>
        <w:rPr>
          <w:b w:val="0"/>
          <w:i w:val="0"/>
        </w:rPr>
        <w:t>‘Cậu có bắt hắn không?’ Grace hỏi.</w:t>
      </w:r>
    </w:p>
    <w:p>
      <w:pPr>
        <w:spacing w:after="80"/>
      </w:pPr>
      <w:r>
        <w:rPr>
          <w:b w:val="0"/>
          <w:i w:val="0"/>
        </w:rPr>
        <w:t>‘Không, tôi thả hắn đi kèm một lời cảnh cáo.’</w:t>
      </w:r>
    </w:p>
    <w:p>
      <w:pPr>
        <w:spacing w:after="80"/>
      </w:pPr>
      <w:r>
        <w:rPr>
          <w:b w:val="0"/>
          <w:i w:val="0"/>
        </w:rPr>
        <w:t>‘Tại sao?’ Ngài Julian chất vấn.</w:t>
      </w:r>
    </w:p>
    <w:p>
      <w:pPr>
        <w:spacing w:after="80"/>
      </w:pPr>
      <w:r>
        <w:rPr>
          <w:b w:val="0"/>
          <w:i w:val="0"/>
        </w:rPr>
        <w:t>‘Bởi vì thực ra hắn không hề trượt bài kiểm tra, và hệ thống máy tính quốc gia của cảnh sát cũng cho thấy hắn là tài xế riêng, chưa từng có tiền án, nên nếu tôi bắt hắn, hắn có thể đã mất việc.’</w:t>
      </w:r>
    </w:p>
    <w:p>
      <w:pPr>
        <w:spacing w:after="80"/>
      </w:pPr>
      <w:r>
        <w:rPr>
          <w:b w:val="0"/>
          <w:i w:val="0"/>
        </w:rPr>
        <w:t>‘Cậu đúng là đồ nhát cáy,’ Ngài Julian nói. ‘Người tiếp theo?’</w:t>
      </w:r>
    </w:p>
    <w:p>
      <w:pPr>
        <w:spacing w:after="80"/>
      </w:pPr>
      <w:r>
        <w:rPr>
          <w:b w:val="0"/>
          <w:i w:val="0"/>
        </w:rPr>
        <w:t>‘Tôi phải theo một vụ cướp ở tiệm trang sức. Một nhân viên đang gào khóc, còn ông quản lý thì bị sốc nặng. Tôi trấn an cả hai trước khi gọi bộ đàm xin hỗ trợ, rồi phong tỏa hiện trường vụ án và chờ lực lượng tăng cường đến.’</w:t>
      </w:r>
    </w:p>
    <w:p>
      <w:pPr>
        <w:spacing w:after="80"/>
      </w:pPr>
      <w:r>
        <w:rPr>
          <w:b w:val="0"/>
          <w:i w:val="0"/>
        </w:rPr>
        <w:t>‘Có vẻ như con đang làm rất tốt cho đến giờ,’ mẹ anh nói.</w:t>
      </w:r>
    </w:p>
    <w:p>
      <w:pPr>
        <w:spacing w:after="80"/>
      </w:pPr>
      <w:r>
        <w:rPr>
          <w:b w:val="0"/>
          <w:i w:val="0"/>
        </w:rPr>
        <w:t>‘Con cũng nghĩ vậy, cho đến khi con được giao chỉ huy một đội cảnh sát trẻ đang làm nhiệm vụ tại một cuộc tuần hành phản đối vũ khí hạt nhân, và mọi chuyện bắt đầu vượt khỏi tầm kiểm soát.’</w:t>
      </w:r>
    </w:p>
    <w:p>
      <w:pPr>
        <w:spacing w:after="80"/>
      </w:pPr>
      <w:r>
        <w:rPr>
          <w:b w:val="0"/>
          <w:i w:val="0"/>
        </w:rPr>
        <w:t>‘Chuyện gì đã xảy ra?’ em gái anh hỏi.</w:t>
      </w:r>
    </w:p>
    <w:p>
      <w:pPr>
        <w:spacing w:after="80"/>
      </w:pPr>
      <w:r>
        <w:rPr>
          <w:b w:val="0"/>
          <w:i w:val="0"/>
        </w:rPr>
        <w:t>‘Có vẻ như con đã không phản ứng đủ bình tĩnh khi một người biểu tình gọi một trong những người lính của con là đồ phát xít khốn nạn.’</w:t>
      </w:r>
    </w:p>
    <w:p>
      <w:pPr>
        <w:spacing w:after="80"/>
      </w:pPr>
      <w:r>
        <w:rPr>
          <w:b w:val="0"/>
          <w:i w:val="0"/>
        </w:rPr>
        <w:t>‘Tôi không thể tưởng tượng nổi họ sẽ gọi tôi là gì,’ Ngài Julian nói.</w:t>
      </w:r>
    </w:p>
    <w:p>
      <w:pPr>
        <w:spacing w:after="80"/>
      </w:pPr>
      <w:r>
        <w:rPr>
          <w:b w:val="0"/>
          <w:i w:val="0"/>
        </w:rPr>
        <w:t>‘Hay ông sẽ phản ứng ra sao,’ Marjorie nói.</w:t>
      </w:r>
    </w:p>
    <w:p>
      <w:pPr>
        <w:spacing w:after="80"/>
      </w:pPr>
      <w:r>
        <w:rPr>
          <w:b w:val="0"/>
          <w:i w:val="0"/>
        </w:rPr>
        <w:t>Mọi người đều cười trừ Beth, người muốn biết William đã phản ứng thế nào.</w:t>
      </w:r>
    </w:p>
    <w:p>
      <w:pPr>
        <w:spacing w:after="80"/>
      </w:pPr>
      <w:r>
        <w:rPr>
          <w:b w:val="0"/>
          <w:i w:val="0"/>
        </w:rPr>
        <w:t>‘Con đá vào hạ bộ của hắn.’</w:t>
      </w:r>
    </w:p>
    <w:p>
      <w:pPr>
        <w:spacing w:after="80"/>
      </w:pPr>
      <w:r>
        <w:rPr>
          <w:b w:val="0"/>
          <w:i w:val="0"/>
        </w:rPr>
        <w:t>‘Con làm gì cơ?’ mẹ anh nói.</w:t>
      </w:r>
    </w:p>
    <w:p>
      <w:pPr>
        <w:spacing w:after="80"/>
      </w:pPr>
      <w:r>
        <w:rPr>
          <w:b w:val="0"/>
          <w:i w:val="0"/>
        </w:rPr>
        <w:t>‘Thật ra, con chỉ rút dùi cui ra thôi, nhưng đó không phải là điều hắn khai khi chúng con đưa hắn về đồn. Càng tệ hơn khi con đã không đề cập đến chuyện thực sự xảy ra trong báo cáo của mình.’</w:t>
      </w:r>
    </w:p>
    <w:p>
      <w:pPr>
        <w:spacing w:after="80"/>
      </w:pPr>
      <w:r>
        <w:rPr>
          <w:b w:val="0"/>
          <w:i w:val="0"/>
        </w:rPr>
        <w:t>‘Tôi không thể giả vờ rằng mình đang làm tốt hơn được,’ Ngài Julian nói, người ngả ra sau ghế.</w:t>
      </w:r>
    </w:p>
    <w:p>
      <w:pPr>
        <w:spacing w:after="80"/>
      </w:pPr>
      <w:r>
        <w:rPr>
          <w:b w:val="0"/>
          <w:i w:val="0"/>
        </w:rPr>
        <w:t>‘Cha à, mình đối diện với sự thật đi,’ William nói, đưa cho ông một tách cà phê. ‘Cha sẽ nhốt gã tài xế say rượu, bảo ông quản lý cửa hàng và trợ lý của ông ta đừng có thảm hại đến thế nữa, và chắc chắn sẽ đá vào hạ bộ gã biểu tình thêm lần nữa. Xin lỗi vì lời lẽ thô tục, Mẹ ạ.’</w:t>
      </w:r>
    </w:p>
    <w:p>
      <w:pPr>
        <w:spacing w:after="80"/>
      </w:pPr>
      <w:r>
        <w:rPr>
          <w:b w:val="0"/>
          <w:i w:val="0"/>
        </w:rPr>
        <w:t>‘Con nói là bài kiểm tra có ba phần mà,’ Ngài Julian nói, cố gắng lấy lại bình tĩnh.</w:t>
      </w:r>
    </w:p>
    <w:p>
      <w:pPr>
        <w:spacing w:after="80"/>
      </w:pPr>
      <w:r>
        <w:rPr>
          <w:b w:val="0"/>
          <w:i w:val="0"/>
        </w:rPr>
        <w:t>‘Phần thứ ba là bài thi viết.’</w:t>
      </w:r>
    </w:p>
    <w:p>
      <w:pPr>
        <w:spacing w:after="80"/>
      </w:pPr>
      <w:r>
        <w:rPr>
          <w:b w:val="0"/>
          <w:i w:val="0"/>
        </w:rPr>
        <w:t>‘Vậy thì ta vẫn còn cơ hội.’</w:t>
      </w:r>
    </w:p>
    <w:p>
      <w:pPr>
        <w:spacing w:after="80"/>
      </w:pPr>
      <w:r>
        <w:rPr>
          <w:b w:val="0"/>
          <w:i w:val="0"/>
        </w:rPr>
        <w:t>‘Cha phải trả lời sáu mươi câu hỏi trong chín mươi phút.’ William nhấp một ngụm cà phê và ngả người ra sau, rồi chiều lòng cha mình. ‘Nếu cha hái vài bông thủy tiên dại trong vườn nhà hàng xóm rồi tặng chúng cho vợ mình, liệu một trong hai người có phạm tội không?’</w:t>
      </w:r>
    </w:p>
    <w:p>
      <w:pPr>
        <w:spacing w:after="80"/>
      </w:pPr>
      <w:r>
        <w:rPr>
          <w:b w:val="0"/>
          <w:i w:val="0"/>
        </w:rPr>
        <w:t>‘Chắc chắn là có,’ Ngài Julian nói. ‘Người chồng phạm tội trộm cắp. Nhưng liệu người vợ có biết rằng anh ta đã hái những bông thủy tiên từ vườn nhà hàng xóm không?’</w:t>
      </w:r>
    </w:p>
    <w:p>
      <w:pPr>
        <w:spacing w:after="80"/>
      </w:pPr>
      <w:r>
        <w:rPr>
          <w:b w:val="0"/>
          <w:i w:val="0"/>
        </w:rPr>
        <w:t>‘Có, cô ấy biết,’ William nói.</w:t>
      </w:r>
    </w:p>
    <w:p>
      <w:pPr>
        <w:spacing w:after="80"/>
      </w:pPr>
      <w:r>
        <w:rPr>
          <w:b w:val="0"/>
          <w:i w:val="0"/>
        </w:rPr>
        <w:t>‘Vậy thì cô ấy phạm tội tiêu thụ hàng hóa bị đánh cắp. Một vụ án rõ như ban ngày.’</w:t>
      </w:r>
    </w:p>
    <w:p>
      <w:pPr>
        <w:spacing w:after="80"/>
      </w:pPr>
      <w:r>
        <w:rPr>
          <w:b w:val="0"/>
          <w:i w:val="0"/>
        </w:rPr>
        <w:t>‘Tôi không đồng ý, thưa Ngài,’ Grace nói, đứng dậy khỏi chỗ ngồi. ‘Tôi nghĩ Ngài sẽ thấy từ quan trọng ở đây là “dại”. Nếu tất cả các bên liên quan đều biết rằng những bông hoa là hoa dại và không phải do hàng xóm trồng, thì thân chủ của tôi có quyền hái chúng.’</w:t>
      </w:r>
    </w:p>
    <w:p>
      <w:pPr>
        <w:spacing w:after="80"/>
      </w:pPr>
      <w:r>
        <w:rPr>
          <w:b w:val="0"/>
          <w:i w:val="0"/>
        </w:rPr>
        <w:t>‘Đó chính là câu trả lời của con,’ William nói. ‘Và hóa ra Grace và con đều đúng.’</w:t>
      </w:r>
    </w:p>
    <w:p>
      <w:pPr>
        <w:spacing w:after="80"/>
      </w:pPr>
      <w:r>
        <w:rPr>
          <w:b w:val="0"/>
          <w:i w:val="0"/>
        </w:rPr>
        <w:t>‘Cho ta thêm một cơ hội nữa,’ Ngài Julian nói, chỉnh lại chiếc áo choàng không hề tồn tại của mình.</w:t>
      </w:r>
    </w:p>
    <w:p>
      <w:pPr>
        <w:spacing w:after="80"/>
      </w:pPr>
      <w:r>
        <w:rPr>
          <w:b w:val="0"/>
          <w:i w:val="0"/>
        </w:rPr>
        <w:t>‘Ở độ tuổi nào thì một người trẻ phải chịu trách nhiệm về hành vi phạm tội? Tám, mười, mười bốn hay mười bảy?’</w:t>
      </w:r>
    </w:p>
    <w:p>
      <w:pPr>
        <w:spacing w:after="80"/>
      </w:pPr>
      <w:r>
        <w:rPr>
          <w:b w:val="0"/>
          <w:i w:val="0"/>
        </w:rPr>
        <w:t>‘Mười,’ Grace nói, trước khi cha cô kịp trả lời.</w:t>
      </w:r>
    </w:p>
    <w:p>
      <w:pPr>
        <w:spacing w:after="80"/>
      </w:pPr>
      <w:r>
        <w:rPr>
          <w:b w:val="0"/>
          <w:i w:val="0"/>
        </w:rPr>
        <w:t>‘Lại đúng nữa,’ William nói.</w:t>
      </w:r>
    </w:p>
    <w:p>
      <w:pPr>
        <w:spacing w:after="80"/>
      </w:pPr>
      <w:r>
        <w:rPr>
          <w:b w:val="0"/>
          <w:i w:val="0"/>
        </w:rPr>
        <w:t>‘Ta thú nhận mình không bào chữa cho nhiều vị thành niên lắm.’</w:t>
      </w:r>
    </w:p>
    <w:p>
      <w:pPr>
        <w:spacing w:after="80"/>
      </w:pPr>
      <w:r>
        <w:rPr>
          <w:b w:val="0"/>
          <w:i w:val="0"/>
        </w:rPr>
        <w:t>‘Chỉ vì họ không đủ khả năng trả mức phí cắt cổ của ông thôi,’ Grace nói.</w:t>
      </w:r>
    </w:p>
    <w:p>
      <w:pPr>
        <w:spacing w:after="80"/>
      </w:pPr>
      <w:r>
        <w:rPr>
          <w:b w:val="0"/>
          <w:i w:val="0"/>
        </w:rPr>
        <w:t>‘Con đã bao giờ bào chữa cho một vị thành niên chưa, Grace?’ mẹ cô hỏi, trước khi Sir Julian kịp tiếp tục phần thẩm vấn của mình.</w:t>
      </w:r>
    </w:p>
    <w:p>
      <w:pPr>
        <w:spacing w:after="80"/>
      </w:pPr>
      <w:r>
        <w:rPr>
          <w:b w:val="0"/>
          <w:i w:val="0"/>
        </w:rPr>
        <w:t>‘Rồi ạ. Mới tuần trước con đại diện cho một đứa trẻ mười một tuổi bị buộc tội trộm cắp ở Balham.’</w:t>
      </w:r>
    </w:p>
    <w:p>
      <w:pPr>
        <w:spacing w:after="80"/>
      </w:pPr>
      <w:r>
        <w:rPr>
          <w:b w:val="0"/>
          <w:i w:val="0"/>
        </w:rPr>
        <w:t>‘Chắc chắn là con đã gỡ tội cho nó, sau khi viện cớ rằng nó xuất thân từ một hoàn cảnh khó khăn và bị bố đánh đập thường xuyên.’</w:t>
      </w:r>
    </w:p>
    <w:p>
      <w:pPr>
        <w:spacing w:after="80"/>
      </w:pPr>
      <w:r>
        <w:rPr>
          <w:b w:val="0"/>
          <w:i w:val="0"/>
        </w:rPr>
        <w:t>‘Là con bé,’ Grace nói. ‘Bố của con bé bỏ nhà ra đi ngay sau khi nó chào đời, để mặc vợ mình phải làm hai việc một lúc trong khi nuôi ba đứa con.’</w:t>
      </w:r>
    </w:p>
    <w:p>
      <w:pPr>
        <w:spacing w:after="80"/>
      </w:pPr>
      <w:r>
        <w:rPr>
          <w:b w:val="0"/>
          <w:i w:val="0"/>
        </w:rPr>
        <w:t>‘Lẽ ra vụ việc không bao giờ nên bị đưa ra tòa,’ mẹ của William nói.</w:t>
      </w:r>
    </w:p>
    <w:p>
      <w:pPr>
        <w:spacing w:after="80"/>
      </w:pPr>
      <w:r>
        <w:rPr>
          <w:b w:val="0"/>
          <w:i w:val="0"/>
        </w:rPr>
        <w:t>‘Con đồng ý với mẹ, và đúng là sẽ không như vậy nếu con bé không đen đủi bị bắt quả tang đang trộm những miếng thịt ngon nhất từ siêu thị địa phương rồi thả vào một chiếc túi có lót giấy bạc, để lách qua máy dò an ninh của cửa hàng. Sau đó con bé đi bộ cả trăm thước lên phía trên con đường và bán chỗ thịt đó cho một ông chủ lò mổ địa phương vô lương tâm.’</w:t>
      </w:r>
    </w:p>
    <w:p>
      <w:pPr>
        <w:spacing w:after="80"/>
      </w:pPr>
      <w:r>
        <w:rPr>
          <w:b w:val="0"/>
          <w:i w:val="0"/>
        </w:rPr>
        <w:t>‘Tòa đã quyết định thế nào?’ Marjorie hỏi.</w:t>
      </w:r>
    </w:p>
    <w:p>
      <w:pPr>
        <w:spacing w:after="80"/>
      </w:pPr>
      <w:r>
        <w:rPr>
          <w:b w:val="0"/>
          <w:i w:val="0"/>
        </w:rPr>
        <w:t>‘Ông chủ lò mổ bị phạt nặng, còn đứa bé thì bị đưa vào trại giáo dưỡng. Nhưng mà, con bé đâu có được cái may mắn là được nuôi dạy bởi những bậc cha mẹ trung lưu yêu thương, trong một ngôi nhà nông thôn ấm cúng ở Kent. Nó chưa từng đi xa quá một dặm khỏi cửa nhà mình. Nó thậm chí còn không biết có một con sông chảy qua thành phố nơi nó sinh ra.’</w:t>
      </w:r>
    </w:p>
    <w:p>
      <w:pPr>
        <w:spacing w:after="80"/>
      </w:pPr>
      <w:r>
        <w:rPr>
          <w:b w:val="0"/>
          <w:i w:val="0"/>
        </w:rPr>
        <w:t>‘Thưa ngài, lẽ nào tôi bị coi là có tội chỉ vì đã cố gắng cho con cái mình một khởi đầu tử tế trong cuộc sống?’ Sir Julian nói, rồi thêm vào, ‘Tôi có được phép thêm một cơ hội nữa trước khi các giám khảo trục xuất tôi không?’</w:t>
      </w:r>
    </w:p>
    <w:p>
      <w:pPr>
        <w:spacing w:after="80"/>
      </w:pPr>
      <w:r>
        <w:rPr>
          <w:b w:val="0"/>
          <w:i w:val="0"/>
        </w:rPr>
        <w:t>‘Đưa cho ông ta một cây vĩ cầm đi,’ Marjorie nói.</w:t>
      </w:r>
    </w:p>
    <w:p>
      <w:pPr>
        <w:spacing w:after="80"/>
      </w:pPr>
      <w:r>
        <w:rPr>
          <w:b w:val="0"/>
          <w:i w:val="0"/>
        </w:rPr>
        <w:t>‘Một ông chủ quán rượu biết rằng vài khách hàng của mình đang hút cần sa trong khu vườn bia của quán,’ William nói. ‘Ông ta có phạm tội không?’</w:t>
      </w:r>
    </w:p>
    <w:p>
      <w:pPr>
        <w:spacing w:after="80"/>
      </w:pPr>
      <w:r>
        <w:rPr>
          <w:b w:val="0"/>
          <w:i w:val="0"/>
        </w:rPr>
        <w:t>‘Chắc chắn là có,’ Sir Julian nói, ‘bởi vì ông ta đang để cho cơ sở của mình được sử dụng cho việc tiêu thụ một chất bị kiểm soát.’</w:t>
      </w:r>
    </w:p>
    <w:p>
      <w:pPr>
        <w:spacing w:after="80"/>
      </w:pPr>
      <w:r>
        <w:rPr>
          <w:b w:val="0"/>
          <w:i w:val="0"/>
        </w:rPr>
        <w:t>‘Và nếu một trong những khách hàng đang hút cần sa đưa nó cho một người bạn, người đó hút một hơi, thì người đó cũng phạm tội phải không?’</w:t>
      </w:r>
    </w:p>
    <w:p>
      <w:pPr>
        <w:spacing w:after="80"/>
      </w:pPr>
      <w:r>
        <w:rPr>
          <w:b w:val="0"/>
          <w:i w:val="0"/>
        </w:rPr>
        <w:t>‘Tất nhiên. Anh ta phạm cả tội tàng trữ lẫn tội cung cấp một loại ma túy bị kiểm soát, và cần bị buộc tội tương ứng.’</w:t>
      </w:r>
    </w:p>
    <w:p>
      <w:pPr>
        <w:spacing w:after="80"/>
      </w:pPr>
      <w:r>
        <w:rPr>
          <w:b w:val="0"/>
          <w:i w:val="0"/>
        </w:rPr>
        <w:t>‘Thật là điên rồ,’ Grace nói.</w:t>
      </w:r>
    </w:p>
    <w:p>
      <w:pPr>
        <w:spacing w:after="80"/>
      </w:pPr>
      <w:r>
        <w:rPr>
          <w:b w:val="0"/>
          <w:i w:val="0"/>
        </w:rPr>
        <w:t>‘Tôi đồng ý,’ William nói. ‘Nhất là vì lực lượng không có đủ nguồn lực để theo đuổi mọi tội nhẹ.’</w:t>
      </w:r>
    </w:p>
    <w:p>
      <w:pPr>
        <w:spacing w:after="80"/>
      </w:pPr>
      <w:r>
        <w:rPr>
          <w:b w:val="0"/>
          <w:i w:val="0"/>
        </w:rPr>
        <w:t>‘Khó mà gọi là nhẹ,’ Ngài Julian nói. ‘Thực ra, đó là khởi đầu của một con dốc trượt.’</w:t>
      </w:r>
    </w:p>
    <w:p>
      <w:pPr>
        <w:spacing w:after="80"/>
      </w:pPr>
      <w:r>
        <w:rPr>
          <w:b w:val="0"/>
          <w:i w:val="0"/>
        </w:rPr>
        <w:t>‘Nếu chủ nhà hay khách hàng không biết đó là tội phạm thì sao?’ Beth hỏi.</w:t>
      </w:r>
    </w:p>
    <w:p>
      <w:pPr>
        <w:spacing w:after="80"/>
      </w:pPr>
      <w:r>
        <w:rPr>
          <w:b w:val="0"/>
          <w:i w:val="0"/>
        </w:rPr>
        <w:t>‘Không biết luật không phải là lý do bào chữa,’ Ngài Julian nói. ‘Nếu không thì bạn có thể giết bất cứ ai mình muốn, rồi viện cớ không nhận ra đó là tội phạm.’</w:t>
      </w:r>
    </w:p>
    <w:p>
      <w:pPr>
        <w:spacing w:after="80"/>
      </w:pPr>
      <w:r>
        <w:rPr>
          <w:b w:val="0"/>
          <w:i w:val="0"/>
        </w:rPr>
        <w:t>‘Ý hay đấy,’ Marjorie nói. ‘Vì tôi đã viện cớ thiếu hiểu biết từ lâu rồi nếu tôi có thể thoát tội giết chồng mình. Thực ra, điều duy nhất ngăn tôi làm vậy là biết rằng tôi sẽ cần ông ấy bào chữa cho tôi khi vụ án ra tòa.’</w:t>
      </w:r>
    </w:p>
    <w:p>
      <w:pPr>
        <w:spacing w:after="80"/>
      </w:pPr>
      <w:r>
        <w:rPr>
          <w:b w:val="0"/>
          <w:i w:val="0"/>
        </w:rPr>
        <w:t>Mọi người phá lên cười.</w:t>
      </w:r>
    </w:p>
    <w:p>
      <w:pPr>
        <w:spacing w:after="80"/>
      </w:pPr>
      <w:r>
        <w:rPr>
          <w:b w:val="0"/>
          <w:i w:val="0"/>
        </w:rPr>
        <w:t>‘Thẳng thắn mà nói, Mẹ ạ,’ Grace nói, ‘một nửa Hội đồng Luật sư sẽ sẵn lòng bào chữa cho Mẹ, còn nửa kia sẽ ra làm nhân chứng cho bên bào chữa.’</w:t>
      </w:r>
    </w:p>
    <w:p>
      <w:pPr>
        <w:spacing w:after="80"/>
      </w:pPr>
      <w:r>
        <w:rPr>
          <w:b w:val="0"/>
          <w:i w:val="0"/>
        </w:rPr>
        <w:t>‘Tuy vậy,’ Ngài Julian nói, đưa tay vuốt qua vầng trán nhăn nhó, ‘lần này tôi nói đúng chứ?’</w:t>
      </w:r>
    </w:p>
    <w:p>
      <w:pPr>
        <w:spacing w:after="80"/>
      </w:pPr>
      <w:r>
        <w:rPr>
          <w:b w:val="0"/>
          <w:i w:val="0"/>
        </w:rPr>
        <w:t>‘Vâng, Bố. Nhưng đừng ngạc nhiên nếu cần sa được hợp pháp hóa trong đời con.’</w:t>
      </w:r>
    </w:p>
    <w:p>
      <w:pPr>
        <w:spacing w:after="80"/>
      </w:pPr>
      <w:r>
        <w:rPr>
          <w:b w:val="0"/>
          <w:i w:val="0"/>
        </w:rPr>
        <w:t>‘Nhưng không phải trong đời tôi, tôi hy vọng thế,’ Ngài Julian nói với vẻ đầy cảm xúc.</w:t>
      </w:r>
    </w:p>
    <w:p>
      <w:pPr>
        <w:spacing w:after="80"/>
      </w:pPr>
      <w:r>
        <w:rPr>
          <w:b w:val="0"/>
          <w:i w:val="0"/>
        </w:rPr>
        <w:t>‘Tôi có cảm giác,’ Marjorie nói, ‘rằng dù bố cháu có trượt kỳ thi thảm hại, thì cháu hẳn đã đỗ.’</w:t>
      </w:r>
    </w:p>
    <w:p>
      <w:pPr>
        <w:spacing w:after="80"/>
      </w:pPr>
      <w:r>
        <w:rPr>
          <w:b w:val="0"/>
          <w:i w:val="0"/>
        </w:rPr>
        <w:t>‘Dù đã đá vào hạ bộ một người biểu tình,’ Ngài Julian nói.</w:t>
      </w:r>
    </w:p>
    <w:p>
      <w:pPr>
        <w:spacing w:after="80"/>
      </w:pPr>
      <w:r>
        <w:rPr>
          <w:b w:val="0"/>
          <w:i w:val="0"/>
        </w:rPr>
        <w:t>‘Không, con không làm thế,’ William nói.</w:t>
      </w:r>
    </w:p>
    <w:p>
      <w:pPr>
        <w:spacing w:after="80"/>
      </w:pPr>
      <w:r>
        <w:rPr>
          <w:b w:val="0"/>
          <w:i w:val="0"/>
        </w:rPr>
        <w:t>‘Không, con không đỗ, hay không, con không đá vào hạ bộ người biểu tình?’ bố cậu truy hỏi.</w:t>
      </w:r>
    </w:p>
    <w:p>
      <w:pPr>
        <w:spacing w:after="80"/>
      </w:pPr>
      <w:r>
        <w:rPr>
          <w:b w:val="0"/>
          <w:i w:val="0"/>
        </w:rPr>
        <w:t>Tất cả đều cười.</w:t>
      </w:r>
    </w:p>
    <w:p>
      <w:pPr>
        <w:spacing w:after="80"/>
      </w:pPr>
      <w:r>
        <w:rPr>
          <w:b w:val="0"/>
          <w:i w:val="0"/>
        </w:rPr>
        <w:t>‘Bố nói đúng, Marjorie,’ Beth nói, giải vây cho vị hôn phu của mình. ‘Từ thứ Hai tới, William sẽ là Trung sĩ Thám tử Warwick.’</w:t>
      </w:r>
    </w:p>
    <w:p>
      <w:pPr>
        <w:spacing w:after="80"/>
      </w:pPr>
      <w:r>
        <w:rPr>
          <w:b w:val="0"/>
          <w:i w:val="0"/>
        </w:rPr>
        <w:t>Ngài Julian là người đầu tiên đứng dậy và nâng ly. "Chúc mừng con trai của ta," ông nói. "Cạn ly vì bước đầu tiên trên một nấc thang dài."</w:t>
      </w:r>
    </w:p>
    <w:p>
      <w:pPr>
        <w:spacing w:after="80"/>
      </w:pPr>
      <w:r>
        <w:rPr>
          <w:b w:val="0"/>
          <w:i w:val="0"/>
        </w:rPr>
        <w:t>"Bước đầu tiên trên một nấc thang dài," cả gia đình đồng thanh nhắc lại, tất cả cùng đứng dậy và nâng ly.</w:t>
      </w:r>
    </w:p>
    <w:p>
      <w:pPr>
        <w:spacing w:after="80"/>
      </w:pPr>
      <w:r>
        <w:rPr>
          <w:b w:val="0"/>
          <w:i w:val="0"/>
        </w:rPr>
        <w:t>"Vậy bao lâu nữa thì con lên được thanh tra?" Ngài Julian hỏi, ngay cả trước khi ông kịp ngồi xuống lại.</w:t>
      </w:r>
    </w:p>
    <w:p>
      <w:pPr>
        <w:spacing w:after="80"/>
      </w:pPr>
      <w:r>
        <w:rPr>
          <w:b w:val="0"/>
          <w:i w:val="0"/>
        </w:rPr>
        <w:t>"Bớt lải nhải đi, Cha," Grace nói, "không thì con kể cho mọi người nghe vị thẩm phán đã nói gì về cha trong phần tổng kết vụ án gần đây nhất của cha đấy."</w:t>
      </w:r>
    </w:p>
    <w:p>
      <w:pPr>
        <w:spacing w:after="80"/>
      </w:pPr>
      <w:r>
        <w:rPr>
          <w:b w:val="0"/>
          <w:i w:val="0"/>
        </w:rPr>
        <w:t>"Lão già thành kiến."</w:t>
      </w:r>
    </w:p>
    <w:p>
      <w:pPr>
        <w:spacing w:after="80"/>
      </w:pPr>
      <w:r>
        <w:rPr>
          <w:b w:val="0"/>
          <w:i w:val="0"/>
        </w:rPr>
        <w:t>"Thì có người cũng thế..." cả bốn người họ đồng thanh nói.</w:t>
      </w:r>
    </w:p>
    <w:p>
      <w:pPr>
        <w:spacing w:after="80"/>
      </w:pPr>
      <w:r>
        <w:rPr>
          <w:b w:val="0"/>
          <w:i w:val="0"/>
        </w:rPr>
        <w:t>"Tiếp theo trong kế hoạch của con là gì, chàng trai của ta?" Ngài Julian hỏi, cố gắng gỡ lại tình thế.</w:t>
      </w:r>
    </w:p>
    <w:p>
      <w:pPr>
        <w:spacing w:after="80"/>
      </w:pPr>
      <w:r>
        <w:rPr>
          <w:b w:val="0"/>
          <w:i w:val="0"/>
        </w:rPr>
        <w:t>"Ông Hawk đang định cải tổ toàn bộ sở của chúng con, giờ khi các chính trị gia cuối cùng đã chấp nhận rằng đất nước đang đối mặt với một vấn đề ma túy nghiêm trọng."</w:t>
      </w:r>
    </w:p>
    <w:p>
      <w:pPr>
        <w:spacing w:after="80"/>
      </w:pPr>
      <w:r>
        <w:rPr>
          <w:b w:val="0"/>
          <w:i w:val="0"/>
        </w:rPr>
        <w:t>"Vậy nó tệ đến mức nào?" Marjorie hỏi.</w:t>
      </w:r>
    </w:p>
    <w:p>
      <w:pPr>
        <w:spacing w:after="80"/>
      </w:pPr>
      <w:r>
        <w:rPr>
          <w:b w:val="0"/>
          <w:i w:val="0"/>
        </w:rPr>
        <w:t>"Hơn hai triệu người ở Anh thường xuyên hút cần sa. Thêm bốn trăm nghìn người khác đang hít cocaine, trong đó có vài người bạn của chúng ta, kể cả một vị thẩm phán, dù trường hợp của ông ấy chỉ vào cuối tuần. Bi thảm hơn, có hơn một phần tư triệu người nghiện heroin đã đăng ký, đó là một trong những lý do chính khiến NHS quá tải như vậy."</w:t>
      </w:r>
    </w:p>
    <w:p>
      <w:pPr>
        <w:spacing w:after="80"/>
      </w:pPr>
      <w:r>
        <w:rPr>
          <w:b w:val="0"/>
          <w:i w:val="0"/>
        </w:rPr>
        <w:t>"Nếu đúng là thế," Ngài Julian nói, "thì chắc chắn có mấy kẻ khốn nạn đang kiếm bộn tiền trên lưng những người nghiện."</w:t>
      </w:r>
    </w:p>
    <w:p>
      <w:pPr>
        <w:spacing w:after="80"/>
      </w:pPr>
      <w:r>
        <w:rPr>
          <w:b w:val="0"/>
          <w:i w:val="0"/>
        </w:rPr>
        <w:t>"Một số trùm ma túy hàng đầu đang kiếm đúng nghĩa hàng triệu bảng, trong khi những tay buôn trẻ, có người còn đang đi học, có thể kiếm tới một trăm bảng một ngày, còn nhiều hơn lương của chỉ huy của con, chứ đừng nói đến một trung sĩ thám tử khiêm tốn."</w:t>
      </w:r>
    </w:p>
    <w:p>
      <w:pPr>
        <w:spacing w:after="80"/>
      </w:pPr>
      <w:r>
        <w:rPr>
          <w:b w:val="0"/>
          <w:i w:val="0"/>
        </w:rPr>
        <w:t>"Với ngần ấy tiền mặt xoay vòng," Ngài Julian nói, "những đồng nghiệp kém liêm khiết của con hẳn rất dễ bị cám dỗ để ăn phần."</w:t>
      </w:r>
    </w:p>
    <w:p>
      <w:pPr>
        <w:spacing w:after="80"/>
      </w:pPr>
      <w:r>
        <w:rPr>
          <w:b w:val="0"/>
          <w:i w:val="0"/>
        </w:rPr>
        <w:t>"Không đâu, nếu Chỉ huy Hawksby cứ giữ đúng cách của ông ấy. Ông ấy coi một cảnh sát tham nhũng còn tệ hơn bất kỳ tội phạm nào."</w:t>
      </w:r>
    </w:p>
    <w:p>
      <w:pPr>
        <w:spacing w:after="80"/>
      </w:pPr>
      <w:r>
        <w:rPr>
          <w:b w:val="0"/>
          <w:i w:val="0"/>
        </w:rPr>
        <w:t>"Ta đồng ý với ông ấy," Ngài Julian nói.</w:t>
      </w:r>
    </w:p>
    <w:p>
      <w:pPr>
        <w:spacing w:after="80"/>
      </w:pPr>
      <w:r>
        <w:rPr>
          <w:b w:val="0"/>
          <w:i w:val="0"/>
        </w:rPr>
        <w:t>"Vậy ông ấy định làm gì về vấn đề ma túy?" Grace hỏi.</w:t>
      </w:r>
    </w:p>
    <w:p>
      <w:pPr>
        <w:spacing w:after="80"/>
      </w:pPr>
      <w:r>
        <w:rPr>
          <w:b w:val="0"/>
          <w:i w:val="0"/>
        </w:rPr>
        <w:t>‘Ủy viên đã trao cho anh ta thẩm quyền thành lập một đơn vị tinh nhuệ, với mục đích duy nhất là truy lùng một trùm ma túy cụ thể và hạ gục hắn, trong khi các đội chống ma túy khu vực tập trung vào chuỗi cung ứng, để cảnh sát địa phương xử lý những kẻ buôn bán trên đường phố, cùng những người nghiện, những kẻ đang phạm các tội khác như trộm cắp và cướp giật để có tiền thỏa mãn cơn nghiện.’</w:t>
      </w:r>
    </w:p>
    <w:p>
      <w:pPr>
        <w:spacing w:after="80"/>
      </w:pPr>
      <w:r>
        <w:rPr>
          <w:b w:val="0"/>
          <w:i w:val="0"/>
        </w:rPr>
        <w:t>‘Gần đây tôi đã bào chữa cho một hai người trong số họ,’ Grace nói. ‘Những sinh vật tuyệt vọng, đáng thương, chẳng có mục đích sống nào ngoài việc kiếm liều thuốc tiếp theo. Bao lâu nữa thì những người có thẩm quyền mới nhận ra rằng đây thường là một vấn đề y tế, và không phải người nghiện nào cũng nên bị đối xử như tội phạm?’</w:t>
      </w:r>
    </w:p>
    <w:p>
      <w:pPr>
        <w:spacing w:after="80"/>
      </w:pPr>
      <w:r>
        <w:rPr>
          <w:b w:val="0"/>
          <w:i w:val="0"/>
        </w:rPr>
        <w:t>‘Nhưng họ là tội phạm,’ cha cô chen vào, ‘và họ nên bị nhốt vào tù, chứ không phải được nuông chiều. Cứ đợi đến khi nhà con bị trộm, Grace, lúc đó con có thể sẽ nghĩ khác.’</w:t>
      </w:r>
    </w:p>
    <w:p>
      <w:pPr>
        <w:spacing w:after="80"/>
      </w:pPr>
      <w:r>
        <w:rPr>
          <w:b w:val="0"/>
          <w:i w:val="0"/>
        </w:rPr>
        <w:t>‘Nhà con đã bị trộm rồi, hai lần,’ Grace nói.</w:t>
      </w:r>
    </w:p>
    <w:p>
      <w:pPr>
        <w:spacing w:after="80"/>
      </w:pPr>
      <w:r>
        <w:rPr>
          <w:b w:val="0"/>
          <w:i w:val="0"/>
        </w:rPr>
        <w:t>‘Chắc là do kẻ nào đó không giữ nổi việc làm. Người nghiện bắt đầu bằng việc trộm của cha mẹ,’ William nói, ‘rồi đến bạn bè, rồi đến bất kỳ ai để ngỏ cửa sổ. Hồi tôi còn đi tuần, tôi từng bắt một thanh niên có cả tá tivi trong căn hộ, hàng đống đồ điện tử khác, tranh, đồng hồ và cả một chiếc vương miện cài tóc. Rồi còn những kẻ tiêu thụ đồ gian, đang kiếm bộn tiền. Chúng mở cái gọi là tiệm cầm đồ cho những khách hàng chẳng bao giờ có ý định chuộc lại đồ.’</w:t>
      </w:r>
    </w:p>
    <w:p>
      <w:pPr>
        <w:spacing w:after="80"/>
      </w:pPr>
      <w:r>
        <w:rPr>
          <w:b w:val="0"/>
          <w:i w:val="0"/>
        </w:rPr>
        <w:t>‘Nhưng chắc chắn các anh có thể đóng cửa chúng chứ?’ Beth nói.</w:t>
      </w:r>
    </w:p>
    <w:p>
      <w:pPr>
        <w:spacing w:after="80"/>
      </w:pPr>
      <w:r>
        <w:rPr>
          <w:b w:val="0"/>
          <w:i w:val="0"/>
        </w:rPr>
        <w:t>‘Chúng tôi có làm. Nhưng chúng như lũ gián. Giẫm lên một con thì nửa tá con khác lại bò ra từ trong ván gỗ. Ma túy giờ là một ngành công nghiệp quốc tế như dầu mỏ, ngân hàng hay thép. Nếu vài tập đoàn tội phạm lớn nhất phải khai báo lợi nhuận hằng năm, chúng không chỉ nằm trong top trăm công ty trên sàn chứng khoán, mà Bộ Tài chính còn thu được thêm hàng tỷ tiền thuế.’</w:t>
      </w:r>
    </w:p>
    <w:p>
      <w:pPr>
        <w:spacing w:after="80"/>
      </w:pPr>
      <w:r>
        <w:rPr>
          <w:b w:val="0"/>
          <w:i w:val="0"/>
        </w:rPr>
        <w:t>‘Có lẽ đã đến lúc xem xét hợp pháp hóa có kiểm soát một số loại ma túy,’ Grace nói.</w:t>
      </w:r>
    </w:p>
    <w:p>
      <w:pPr>
        <w:spacing w:after="80"/>
      </w:pPr>
      <w:r>
        <w:rPr>
          <w:b w:val="0"/>
          <w:i w:val="0"/>
        </w:rPr>
        <w:t>‘Trừ khi tôi chết đi,’ Ngài Julian nói.</w:t>
      </w:r>
    </w:p>
    <w:p>
      <w:pPr>
        <w:spacing w:after="80"/>
      </w:pPr>
      <w:r>
        <w:rPr>
          <w:b w:val="0"/>
          <w:i w:val="0"/>
        </w:rPr>
        <w:t>‘Tôi e sẽ có nhiều xác chết hơn nữa, nếu chúng ta không làm vậy.’</w:t>
      </w:r>
    </w:p>
    <w:p>
      <w:pPr>
        <w:spacing w:after="80"/>
      </w:pPr>
      <w:r>
        <w:rPr>
          <w:b w:val="0"/>
          <w:i w:val="0"/>
        </w:rPr>
        <w:t>Ngài Julian thoáng im lặng, và Marjorie tranh thủ điều đó. ‘Ơn trời là chúng ta sống ở Shoreham,’ bà nói.</w:t>
      </w:r>
    </w:p>
    <w:p>
      <w:pPr>
        <w:spacing w:after="80"/>
      </w:pPr>
      <w:r>
        <w:rPr>
          <w:b w:val="0"/>
          <w:i w:val="0"/>
        </w:rPr>
        <w:t>‘Con đảm bảo với Mẹ, ở Shoreham có nhiều kẻ buôn ma túy hơn cả nhân viên phạt đỗ xe.’</w:t>
      </w:r>
    </w:p>
    <w:p>
      <w:pPr>
        <w:spacing w:after="80"/>
      </w:pPr>
      <w:r>
        <w:rPr>
          <w:b w:val="0"/>
          <w:i w:val="0"/>
        </w:rPr>
        <w:t>‘Vậy ông Hawk định làm gì về chuyện đó?’ Ngài Julian hỏi dồn.</w:t>
      </w:r>
    </w:p>
    <w:p>
      <w:pPr>
        <w:spacing w:after="80"/>
      </w:pPr>
      <w:r>
        <w:rPr>
          <w:b w:val="0"/>
          <w:i w:val="0"/>
        </w:rPr>
        <w:t>‘Chặt đầu con quái vật kiểm soát một nửa số kẻ buôn bán ở London.’</w:t>
      </w:r>
    </w:p>
    <w:p>
      <w:pPr>
        <w:spacing w:after="80"/>
      </w:pPr>
      <w:r>
        <w:rPr>
          <w:b w:val="0"/>
          <w:i w:val="0"/>
        </w:rPr>
        <w:t>‘Vậy sao các anh không bắt hắn luôn đi?’</w:t>
      </w:r>
    </w:p>
    <w:p>
      <w:pPr>
        <w:spacing w:after="80"/>
      </w:pPr>
      <w:r>
        <w:rPr>
          <w:b w:val="0"/>
          <w:i w:val="0"/>
        </w:rPr>
        <w:t>‘Với tội danh gì? Ngoài chuyện chúng tôi còn chẳng biết hắn trông thế nào. Chúng tôi không biết tên thật của hắn, hay hắn sống ở đâu. Trong giới, hắn được gọi là Viper (Rắn Độc), nhưng chúng tôi vẫn chưa tìm ra tổ của hắn, chứ đừng nói đến—’</w:t>
      </w:r>
    </w:p>
    <w:p>
      <w:pPr>
        <w:spacing w:after="80"/>
      </w:pPr>
      <w:r>
        <w:rPr>
          <w:b w:val="0"/>
          <w:i w:val="0"/>
        </w:rPr>
        <w:t>‘Kế hoạch đám cưới của cháu đến đâu rồi, Beth?’ Marjorie hỏi, muốn đổi chủ đề. ‘Cuối cùng hai đứa đã chốt được ngày chưa?’</w:t>
      </w:r>
    </w:p>
    <w:p>
      <w:pPr>
        <w:spacing w:after="80"/>
      </w:pPr>
      <w:r>
        <w:rPr>
          <w:b w:val="0"/>
          <w:i w:val="0"/>
        </w:rPr>
        <w:t>‘Tiếc là chưa,’ William nói.</w:t>
      </w:r>
    </w:p>
    <w:p>
      <w:pPr>
        <w:spacing w:after="80"/>
      </w:pPr>
      <w:r>
        <w:rPr>
          <w:b w:val="0"/>
          <w:i w:val="0"/>
        </w:rPr>
        <w:t>‘Rồi, chốt rồi ạ,’ Beth nói.</w:t>
      </w:r>
    </w:p>
    <w:p>
      <w:pPr>
        <w:spacing w:after="80"/>
      </w:pPr>
      <w:r>
        <w:rPr>
          <w:b w:val="0"/>
          <w:i w:val="0"/>
        </w:rPr>
        <w:t>‘Tốt quá, cháu báo cho bác biết,’ William nói. ‘Hy vọng hôm đó bác không phải trực, hoặc tệ hơn, phải đứng trong bục nhân chứng cố ghim tội một tên tội phạm cứng đầu đang được chính ông bố được trả lương hậu hĩnh của cháu bào chữa.’</w:t>
      </w:r>
    </w:p>
    <w:p>
      <w:pPr>
        <w:spacing w:after="80"/>
      </w:pPr>
      <w:r>
        <w:rPr>
          <w:b w:val="0"/>
          <w:i w:val="0"/>
        </w:rPr>
        <w:t>‘Nếu vậy thì phiên tòa sẽ kết thúc trước bữa trưa,’ Ngài Julian nói, ‘và cả hai chúng ta đều có thể đến kịp.’</w:t>
      </w:r>
    </w:p>
    <w:p>
      <w:pPr>
        <w:spacing w:after="80"/>
      </w:pPr>
      <w:r>
        <w:rPr>
          <w:b w:val="0"/>
          <w:i w:val="0"/>
        </w:rPr>
        <w:t>‘Cháu cần nhờ một việc,’ Beth nói, phớt lờ cả hai người họ và quay sang Marjorie.</w:t>
      </w:r>
    </w:p>
    <w:p>
      <w:pPr>
        <w:spacing w:after="80"/>
      </w:pPr>
      <w:r>
        <w:rPr>
          <w:b w:val="0"/>
          <w:i w:val="0"/>
        </w:rPr>
        <w:t>‘Tất nhiên rồi,’ Marjorie nói. ‘Bác rất sẵn lòng giúp.’</w:t>
      </w:r>
    </w:p>
    <w:p>
      <w:pPr>
        <w:spacing w:after="80"/>
      </w:pPr>
      <w:r>
        <w:rPr>
          <w:b w:val="0"/>
          <w:i w:val="0"/>
        </w:rPr>
        <w:t>‘Vì bố cháu từng phải ngồi tù vài năm, và vì bọn cháu đã—’</w:t>
      </w:r>
    </w:p>
    <w:p>
      <w:pPr>
        <w:spacing w:after="80"/>
      </w:pPr>
      <w:r>
        <w:rPr>
          <w:b w:val="0"/>
          <w:i w:val="0"/>
        </w:rPr>
        <w:t>‘Đó là một vụ án oan đã được đảo ngược đúng đắn,’ Grace xen vào.</w:t>
      </w:r>
    </w:p>
    <w:p>
      <w:pPr>
        <w:spacing w:after="80"/>
      </w:pPr>
      <w:r>
        <w:rPr>
          <w:b w:val="0"/>
          <w:i w:val="0"/>
        </w:rPr>
        <w:t>‘Và vì bọn cháu mới tìm được chỗ ở gần đây,’ Beth tiếp tục, ‘cháu tự hỏi liệu bọn cháu có thể tổ chức đám cưới ở nhà thờ địa phương của bác không?’</w:t>
      </w:r>
    </w:p>
    <w:p>
      <w:pPr>
        <w:spacing w:after="80"/>
      </w:pPr>
      <w:r>
        <w:rPr>
          <w:b w:val="0"/>
          <w:i w:val="0"/>
        </w:rPr>
        <w:t>‘Nơi Marjorie và bác đã kết hôn,’ Ngài Julian nói. ‘Bác không nghĩ ra điều gì có thể khiến bác vui hơn thế.’</w:t>
      </w:r>
    </w:p>
    <w:p>
      <w:pPr>
        <w:spacing w:after="80"/>
      </w:pPr>
      <w:r>
        <w:rPr>
          <w:b w:val="0"/>
          <w:i w:val="0"/>
        </w:rPr>
        <w:t>‘Thế còn việc Miles Faulkner phải ngồi tù bốn năm thì sao,’ William gợi ý, ‘và cùng lúc đó, Booth Watson QC bị gạch tên khỏi Đoàn Luật sư.’</w:t>
      </w:r>
    </w:p>
    <w:p>
      <w:pPr>
        <w:spacing w:after="80"/>
      </w:pPr>
      <w:r>
        <w:rPr>
          <w:b w:val="0"/>
          <w:i w:val="0"/>
        </w:rPr>
        <w:t>Ngài Julian im lặng một lúc lâu. ‘Bác sẽ phải xin thẩm phán tạm nghỉ phiên tòa, vì có lẽ bác phải cân nhắc việc thay đổi lời nhận tội.’</w:t>
      </w:r>
    </w:p>
    <w:p>
      <w:pPr>
        <w:spacing w:after="80"/>
      </w:pPr>
      <w:r>
        <w:rPr>
          <w:b w:val="0"/>
          <w:i w:val="0"/>
        </w:rPr>
        <w:t>‘Còn bác thì sao, Grace?’ William hỏi.</w:t>
      </w:r>
    </w:p>
    <w:p>
      <w:pPr>
        <w:spacing w:after="80"/>
      </w:pPr>
      <w:r>
        <w:rPr>
          <w:b w:val="0"/>
          <w:i w:val="0"/>
        </w:rPr>
        <w:t>‘Bác chỉ ước mình có thể kết hôn với bạn đời của mình ở nhà thờ địa phương.’</w:t>
      </w:r>
    </w:p>
    <w:p>
      <w:pPr>
        <w:pStyle w:val="Heading2"/>
      </w:pPr>
      <w:r>
        <w:rPr>
          <w:rFonts w:ascii="Calibri" w:hAnsi="Calibri"/>
          <w:b/>
          <w:i w:val="0"/>
          <w:sz w:val="32"/>
        </w:rPr>
        <w:t>3</w:t>
      </w:r>
    </w:p>
    <w:p>
      <w:pPr>
        <w:spacing w:after="80"/>
      </w:pPr>
      <w:r>
        <w:rPr>
          <w:b w:val="0"/>
          <w:i w:val="0"/>
        </w:rPr>
        <w:t>‘CHÚC MỪNG, TRUNG SĨ,’ Jackie nói, đến bên anh ở quầy bar. Cô đã rút phải que ngắn và đêm đó chỉ uống đúng một cốc shandy, vì cô sẽ phải lái xe đưa vị thanh tra trung sĩ vừa được thăng chức về nhà. Cô đã dặn trước với Beth rằng sẽ chẳng về sớm hơn nửa đêm là mấy.</w:t>
      </w:r>
    </w:p>
    <w:p>
      <w:pPr>
        <w:spacing w:after="80"/>
      </w:pPr>
      <w:r>
        <w:rPr>
          <w:b w:val="0"/>
          <w:i w:val="0"/>
        </w:rPr>
        <w:t>‘Cảm ơn,’ William đáp, sau khi đã cạn cốc bia thứ tư.</w:t>
      </w:r>
    </w:p>
    <w:p>
      <w:pPr>
        <w:spacing w:after="80"/>
      </w:pPr>
      <w:r>
        <w:rPr>
          <w:b w:val="0"/>
          <w:i w:val="0"/>
        </w:rPr>
        <w:t>‘Có điều chẳng ai ngạc nhiên cả.’</w:t>
      </w:r>
    </w:p>
    <w:p>
      <w:pPr>
        <w:spacing w:after="80"/>
      </w:pPr>
      <w:r>
        <w:rPr>
          <w:b w:val="0"/>
          <w:i w:val="0"/>
        </w:rPr>
        <w:t>‘Trừ bố tôi.’</w:t>
      </w:r>
    </w:p>
    <w:p>
      <w:pPr>
        <w:spacing w:after="80"/>
      </w:pPr>
      <w:r>
        <w:rPr>
          <w:b w:val="0"/>
          <w:i w:val="0"/>
        </w:rPr>
        <w:t>‘Đến giờ rồi, các quý ông,’ ông chủ quán nói dứt khoát, nhất là vì phần lớn khách của ông đều là cảnh sát. Dù thật ra, khi những người dân thường đã về hết, họ thường vui vẻ ở lại uống khuya, lúc đó ông chủ quán sẽ tiếp tục phục vụ các chàng các nàng áo xanh. Ở mỗi đơn vị đều có ít nhất một quán rượu có kiểu sắp xếp tương tự, không chỉ làm tăng lợi nhuận cho chủ quán mà còn khiến ông chẳng sợ bị truy tố. Tuy vậy, Jackie vẫn thấy đã đến lúc William phải về.</w:t>
      </w:r>
    </w:p>
    <w:p>
      <w:pPr>
        <w:spacing w:after="80"/>
      </w:pPr>
      <w:r>
        <w:rPr>
          <w:b w:val="0"/>
          <w:i w:val="0"/>
        </w:rPr>
        <w:t>‘Rõ ràng là anh đã uống quá chén rồi,’ cô nói, ‘nên sếp đã đề nghị tôi đưa anh về nhà.’</w:t>
      </w:r>
    </w:p>
    <w:p>
      <w:pPr>
        <w:spacing w:after="80"/>
      </w:pPr>
      <w:r>
        <w:rPr>
          <w:b w:val="0"/>
          <w:i w:val="0"/>
        </w:rPr>
        <w:t>‘Nhưng đây là tiệc ăn mừng của tôi mà,’ William phản đối. ‘Và để tôi kể cho cô một bí mật nhé, Jackie. Tôi chưa bao giờ say đến thế này.’</w:t>
      </w:r>
    </w:p>
    <w:p>
      <w:pPr>
        <w:spacing w:after="80"/>
      </w:pPr>
      <w:r>
        <w:rPr>
          <w:b w:val="0"/>
          <w:i w:val="0"/>
        </w:rPr>
        <w:t>‘Sao tôi lại chẳng ngạc nhiên nhỉ? Càng thêm lý do để tôi đưa anh về. Thật đáng tiếc nếu anh bị giáng chức ngay hôm sau ngày được thăng chức. Dù thế thì tôi có lẽ sẽ được ngồi vào ghế của anh đấy.’</w:t>
      </w:r>
    </w:p>
    <w:p>
      <w:pPr>
        <w:spacing w:after="80"/>
      </w:pPr>
      <w:r>
        <w:rPr>
          <w:b w:val="0"/>
          <w:i w:val="0"/>
        </w:rPr>
        <w:t>‘Bố tôi đã cảnh báo tôi phải coi chừng những người phụ nữ như cô,’ William nói, khi cô khoác tay anh và dìu anh loạng choạng bước ra khỏi quán, giữa những tiếng chào tạm biệt trung sĩ ơi, Cậu Bé Hát Thánh Ca, và cả ngài tổng giám đốc nữa, mà chẳng hề có chút mỉa mai hay châm biếm nào.</w:t>
      </w:r>
    </w:p>
    <w:p>
      <w:pPr>
        <w:spacing w:after="80"/>
      </w:pPr>
      <w:r>
        <w:rPr>
          <w:b w:val="0"/>
          <w:i w:val="0"/>
        </w:rPr>
        <w:t>‘Đừng mong tôi gọi anh là ngài và hôn mông anh cho đến khi anh ít nhất cũng làm đến thanh tra trưởng đã.’</w:t>
      </w:r>
    </w:p>
    <w:p>
      <w:pPr>
        <w:spacing w:after="80"/>
      </w:pPr>
      <w:r>
        <w:rPr>
          <w:b w:val="0"/>
          <w:i w:val="0"/>
        </w:rPr>
        <w:t>‘Cô có biết thành ngữ “hôn mông tôi” bắt nguồn từ đâu không?’</w:t>
      </w:r>
    </w:p>
    <w:p>
      <w:pPr>
        <w:spacing w:after="80"/>
      </w:pPr>
      <w:r>
        <w:rPr>
          <w:b w:val="0"/>
          <w:i w:val="0"/>
        </w:rPr>
        <w:t>‘Chịu thôi. Nhưng sao tôi có cảm giác là anh sắp kể cho tôi nghe rồi?’</w:t>
      </w:r>
    </w:p>
    <w:p>
      <w:pPr>
        <w:spacing w:after="80"/>
      </w:pPr>
      <w:r>
        <w:rPr>
          <w:b w:val="0"/>
          <w:i w:val="0"/>
        </w:rPr>
        <w:t>‘Công tước de Vendôme, một quý tộc Pháp thế kỷ mười bảy, thường tiếp các cận thần ngay cả khi đang ngồi trên bồn cầu, và sau khi ông lau xong mông, một trong số họ lao tới hôn lấy, nói rằng: “Ôi cao quý thay, ngài có bờ mông của một thiên thần.”’</w:t>
      </w:r>
    </w:p>
    <w:p>
      <w:pPr>
        <w:spacing w:after="80"/>
      </w:pPr>
      <w:r>
        <w:rPr>
          <w:b w:val="0"/>
          <w:i w:val="0"/>
        </w:rPr>
        <w:t>‘Dù tôi rất muốn được phục chức làm trung sĩ,’ Jackie nói, ‘nhưng tôi không sẵn lòng đi xa đến thế đâu.’</w:t>
      </w:r>
    </w:p>
    <w:p>
      <w:pPr>
        <w:spacing w:after="80"/>
      </w:pPr>
      <w:r>
        <w:rPr>
          <w:b w:val="0"/>
          <w:i w:val="0"/>
        </w:rPr>
        <w:t>‘Miễn là cô đừng gọi tôi là Bill,’ William nói, khi anh ngả người ra ghế hành khách.</w:t>
      </w:r>
    </w:p>
    <w:p>
      <w:pPr>
        <w:spacing w:after="80"/>
      </w:pPr>
      <w:r>
        <w:rPr>
          <w:b w:val="0"/>
          <w:i w:val="0"/>
        </w:rPr>
        <w:t>Jackie lái xe ra khỏi bãi đỗ, rẽ vào phố Victoria và hướng về Pimlico trong khi William nhắm mắt lại. Chỉ mới một năm trước, khi cảnh sát Warwick lần đầu gia nhập đội, cô còn là một thanh tra trung sĩ, đứng vững vàng trên nấc thang thứ hai. Nhưng giờ đây, sau thất bại ê chề của Chiến dịch Thời Kỳ Xanh, và việc bức tranh Rembrandt được trả về bảo tàng Fitzmolean thành công, vị trí của họ đã đảo ngược. Jackie không phàn nàn gì – cô vẫn vui vì được là một phần trong đội ngũ thân cận của vị chỉ huy. William bắt đầu ngáy. Khi Jackie rẽ vào góc phố, cô phát hiện ra anh ta ngay lập tức.</w:t>
      </w:r>
    </w:p>
    <w:p>
      <w:pPr>
        <w:spacing w:after="80"/>
      </w:pPr>
      <w:r>
        <w:rPr>
          <w:b w:val="0"/>
          <w:i w:val="0"/>
        </w:rPr>
        <w:t>‘Là Tulip!’ cô bất ngờ nói, đạp phanh gấp khiến William giật mình tỉnh giấc.</w:t>
      </w:r>
    </w:p>
    <w:p>
      <w:pPr>
        <w:spacing w:after="80"/>
      </w:pPr>
      <w:r>
        <w:rPr>
          <w:b w:val="0"/>
          <w:i w:val="0"/>
        </w:rPr>
        <w:t>‘Tulip?’ anh nói, trong khi mắt cố gắng lấy nét.</w:t>
      </w:r>
    </w:p>
    <w:p>
      <w:pPr>
        <w:spacing w:after="80"/>
      </w:pPr>
      <w:r>
        <w:rPr>
          <w:b w:val="0"/>
          <w:i w:val="0"/>
        </w:rPr>
        <w:t>‘Lần đầu tôi bắt hắn là khi hắn còn đang đi học,’ Jackie nói, rồi nhảy ra khỏi xe. William chỉ có thể nhận ra bóng dáng mờ nhòe của cô đang chạy băng qua đường về phía một con hẻm không đèn, nơi một chàng trai da đen trẻ tuổi mang túi mua sắm Tesco đang đưa thứ gì đó cho một người đàn ông khác, kẻ có khuôn mặt bị che khuất kỹ trong bóng tối.</w:t>
      </w:r>
    </w:p>
    <w:p>
      <w:pPr>
        <w:spacing w:after="80"/>
      </w:pPr>
      <w:r>
        <w:rPr>
          <w:b w:val="0"/>
          <w:i w:val="0"/>
        </w:rPr>
        <w:t>Đột nhiên William tỉnh táo hoàn toàn, adrenalin thay thế cho men rượu. Anh lao ra khỏi xe và chạy theo Jackie, kèm theo tiếng còi xe inh ỏi khi anh luồn lách qua dòng xe cộ. Những tiếng còi cảnh báo Tulip rằng hắn đã bị phát hiện. Hắn lập tức phóng vụt xuống con hẻm.</w:t>
      </w:r>
    </w:p>
    <w:p>
      <w:pPr>
        <w:spacing w:after="80"/>
      </w:pPr>
      <w:r>
        <w:rPr>
          <w:b w:val="0"/>
          <w:i w:val="0"/>
        </w:rPr>
        <w:t>William chạy vượt qua Jackie, người đang còng tay gã đàn ông kia. Nhưng anh đã biết đây sẽ không phải là đêm để vượt qua một kẻ trạc tuổi mình. Những kẻ bán hàng rong trên phố hiếm khi uống rượu, và ít ai trong số họ dùng ma túy, vì họ biết điều đó có thể khiến họ mất việc. Ngay cả trước khi Tulip rẽ góc phố, nhảy lên một chiếc xe máy Yamaha màu đen và gầm rú phóng đi, William đã chấp nhận rằng mình sẽ không đuổi kịp hắn. Anh miễn cưỡng dừng lại ở cuối con hẻm, vịn vào cột đèn cho vững, cúi xuống và nôn thốc nôn tháo khắp vỉa hè.</w:t>
      </w:r>
    </w:p>
    <w:p>
      <w:pPr>
        <w:spacing w:after="80"/>
      </w:pPr>
      <w:r>
        <w:rPr>
          <w:b w:val="0"/>
          <w:i w:val="0"/>
        </w:rPr>
        <w:t>‘Ghê tởm,’ một quý ông lớn tuổi lẩm bẩm khi vội vã bước qua.</w:t>
      </w:r>
    </w:p>
    <w:p>
      <w:pPr>
        <w:spacing w:after="80"/>
      </w:pPr>
      <w:r>
        <w:rPr>
          <w:b w:val="0"/>
          <w:i w:val="0"/>
        </w:rPr>
        <w:t>William chỉ nhẹ nhõm vì mình không mặc đồng phục. Cuối cùng anh đứng thẳng dậy và chậm rãi quay lại con hẻm, thấy Jackie đang đọc quyền cho phạm nhân. William loạng choạng đi theo họ băng qua đường, và đến lần thứ hai mới mở được cửa sau xe, để Jackie đẩy phạm nhân vào ghế sau.</w:t>
      </w:r>
    </w:p>
    <w:p>
      <w:pPr>
        <w:spacing w:after="80"/>
      </w:pPr>
      <w:r>
        <w:rPr>
          <w:b w:val="0"/>
          <w:i w:val="0"/>
        </w:rPr>
        <w:t>William ngồi vào ghế trước cùng cô, và cố không nôn thêm lần nữa khi xe quay đầu và hướng đến đồn cảnh sát gần nhất. Jackie biết vị trí các đồn cảnh sát ở London như tài xế taxi biết các khách sạn. Cô dừng xe ở phía sau đồn cảnh sát Rochester Row, túm lấy phạm nhân và áp giải hắn về khu tạm giữ trước cả khi William kịp bước ra khỏi xe.</w:t>
      </w:r>
    </w:p>
    <w:p>
      <w:pPr>
        <w:spacing w:after="80"/>
      </w:pPr>
      <w:r>
        <w:rPr>
          <w:b w:val="0"/>
          <w:i w:val="0"/>
        </w:rPr>
        <w:t>Một số phạm nhân gào thét phản đối, tuôn ra một tràng chửi rủa đủ làm không khí ban đêm tím ngắt, trong khi những kẻ khác sẵn sàng gây gổ và cần vài cảnh sát lực lưỡng để giữ chúng dưới tầm kiểm soát. Nhưng phần lớn đều ngoan ngoãn cúi đầu và không nói gì. William nhẹ nhõm vì kẻ này rõ ràng thuộc nhóm cúi đầu. Nhưng anh đã học được chỉ sau vài tuần làm việc rằng trong khi những người nghiện thường xấu hổ, thì những kẻ buôn bán chưa bao giờ biết xấu hổ.</w:t>
      </w:r>
    </w:p>
    <w:p>
      <w:pPr>
        <w:spacing w:after="80"/>
      </w:pPr>
      <w:r>
        <w:rPr>
          <w:b w:val="0"/>
          <w:i w:val="0"/>
        </w:rPr>
        <w:t xml:space="preserve">Viên trung sĩ trông coi khu tạm giữ ngước lên khi ba người họ tiến đến quầy. Jackie xuất trình thẻ cảnh sát và kể cho ông ta lý do cô bắt phạm nhân, cùng việc hắn không hợp tác sau khi được cảnh cáo. Viên trung sĩ lấy một biên bản tạm giữ và một tờ khai tài sản từ dưới quầy, để ghi lại thông tin chi tiết của phạm nhân trước khi hắn bị nhốt vào phòng giam qua đêm. Sau khi ghi vào dòng chữ </w:t>
      </w:r>
      <w:r>
        <w:rPr>
          <w:b w:val="0"/>
          <w:i/>
        </w:rPr>
        <w:t>hai gói bột trắng</w:t>
      </w:r>
      <w:r>
        <w:rPr>
          <w:b w:val="0"/>
          <w:i w:val="0"/>
        </w:rPr>
        <w:t>, ông ta quay sang phạm nhân và nói, ‘Được rồi, cậu bé, bắt đầu bằng họ tên đầy đủ của cậu nào.’</w:t>
      </w:r>
    </w:p>
    <w:p>
      <w:pPr>
        <w:spacing w:after="80"/>
      </w:pPr>
      <w:r>
        <w:rPr>
          <w:b w:val="0"/>
          <w:i w:val="0"/>
        </w:rPr>
        <w:t>Phạm nhân vẫn im lặng một cách kiên quyết.</w:t>
      </w:r>
    </w:p>
    <w:p>
      <w:pPr>
        <w:spacing w:after="80"/>
      </w:pPr>
      <w:r>
        <w:rPr>
          <w:b w:val="0"/>
          <w:i w:val="0"/>
        </w:rPr>
        <w:t>‘Tôi sẽ hỏi cậu một lần nữa. Tên cậu là gì?’</w:t>
      </w:r>
    </w:p>
    <w:p>
      <w:pPr>
        <w:spacing w:after="80"/>
      </w:pPr>
      <w:r>
        <w:rPr>
          <w:b w:val="0"/>
          <w:i w:val="0"/>
        </w:rPr>
        <w:t>Phạm nhân tiếp tục nhìn trừng trừng đầy thách thức qua quầy về phía người thẩm vấn, nhưng vẫn không nói gì.</w:t>
      </w:r>
    </w:p>
    <w:p>
      <w:pPr>
        <w:spacing w:after="80"/>
      </w:pPr>
      <w:r>
        <w:rPr>
          <w:b w:val="0"/>
          <w:i w:val="0"/>
        </w:rPr>
        <w:t>‘Đây là lần cuối cùng tôi hỏi cậu. Tên cậu là—’</w:t>
      </w:r>
    </w:p>
    <w:p>
      <w:pPr>
        <w:spacing w:after="80"/>
      </w:pPr>
      <w:r>
        <w:rPr>
          <w:b w:val="0"/>
          <w:i w:val="0"/>
        </w:rPr>
        <w:t>‘Tôi biết tên hắn,’ William nói.</w:t>
      </w:r>
    </w:p>
    <w:p>
      <w:pPr>
        <w:jc w:val="center"/>
      </w:pPr>
      <w:r>
        <w:drawing>
          <wp:inline xmlns:a="http://schemas.openxmlformats.org/drawingml/2006/main" xmlns:pic="http://schemas.openxmlformats.org/drawingml/2006/picture">
            <wp:extent cx="752475" cy="161925"/>
            <wp:docPr id="3" name="Picture 3"/>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‘Và anh vẫn nhớ ra hắn, sau ngần ấy năm?’ Beth nói, khi anh leo lên giường đêm hôm đó.</w:t>
      </w:r>
    </w:p>
    <w:p>
      <w:pPr>
        <w:spacing w:after="80"/>
      </w:pPr>
      <w:r>
        <w:rPr>
          <w:b w:val="0"/>
          <w:i w:val="0"/>
        </w:rPr>
        <w:t>‘Cậu sẽ không bao giờ quên vụ án đầu tiên mình phá được đâu,’ William đáp. ‘Tôi là người khiến Adrian Heath bị đuổi khỏi trường dự bị của chúng tôi sau khi tôi chứng minh được rằng cậu ta đã ăn trộm thanh kẹo Mars từ cửa hàng bánh kẹo trong trường. Thế nên chẳng ai ngạc nhiên khi tôi gia nhập lực lượng cảnh sát, dù vài người bạn của cậu ta không bao giờ tha thứ cho tôi. Hồi đó tôi chưa phải là Choirboy, chỉ là một kẻ mách lẻo thôi.’</w:t>
      </w:r>
    </w:p>
    <w:p>
      <w:pPr>
        <w:spacing w:after="80"/>
      </w:pPr>
      <w:r>
        <w:rPr>
          <w:b w:val="0"/>
          <w:i w:val="0"/>
        </w:rPr>
        <w:t>‘Tôi thấy hơi thương cho anh ta,’ Beth nói, khi cô tắt đèn đầu giường.</w:t>
      </w:r>
    </w:p>
    <w:p>
      <w:pPr>
        <w:spacing w:after="80"/>
      </w:pPr>
      <w:r>
        <w:rPr>
          <w:b w:val="0"/>
          <w:i w:val="0"/>
        </w:rPr>
        <w:t>‘Sao lại thế?’ William hỏi. ‘Rõ ràng anh ta ngày càng tệ hơn, đúng như bố tôi đã dự đoán.’</w:t>
      </w:r>
    </w:p>
    <w:p>
      <w:pPr>
        <w:spacing w:after="80"/>
      </w:pPr>
      <w:r>
        <w:rPr>
          <w:b w:val="0"/>
          <w:i w:val="0"/>
        </w:rPr>
        <w:t>‘Cậu không phải kiểu người hay phán xét như vậy,’ Beth nói. ‘Tôi muốn biết chuyện gì đã xảy ra trong những năm sau khi cậu mất liên lạc với anh ta, trước khi tôi vội vàng đi đến kết luận hấp tấp nào đó.’</w:t>
      </w:r>
    </w:p>
    <w:p>
      <w:pPr>
        <w:spacing w:after="80"/>
      </w:pPr>
      <w:r>
        <w:rPr>
          <w:b w:val="0"/>
          <w:i w:val="0"/>
        </w:rPr>
        <w:t>‘Tôi khó mà biết được, vì Lamont gần như chắc chắn sẽ gạt tôi khỏi vụ này.’</w:t>
      </w:r>
    </w:p>
    <w:p>
      <w:pPr>
        <w:spacing w:after="80"/>
      </w:pPr>
      <w:r>
        <w:rPr>
          <w:b w:val="0"/>
          <w:i w:val="0"/>
        </w:rPr>
        <w:t>‘Sao ông ta lại làm thế, khi cậu có thể là người duy nhất mà Adrian sẵn lòng nói chuyện?’</w:t>
      </w:r>
    </w:p>
    <w:p>
      <w:pPr>
        <w:spacing w:after="80"/>
      </w:pPr>
      <w:r>
        <w:rPr>
          <w:b w:val="0"/>
          <w:i w:val="0"/>
        </w:rPr>
        <w:t>‘Cậu không thể dính líu cá nhân với một nghi phạm được,’ William nói. ‘Đó là nguyên tắc vàng của bất kỳ cảnh sát nào.’</w:t>
      </w:r>
    </w:p>
    <w:p>
      <w:pPr>
        <w:spacing w:after="80"/>
      </w:pPr>
      <w:r>
        <w:rPr>
          <w:b w:val="0"/>
          <w:i w:val="0"/>
        </w:rPr>
        <w:t>‘Đâu có ngăn được cậu dính líu cá nhân với Christina Faulkner,’ Beth nói, khi cô quay lưng lại với anh.</w:t>
      </w:r>
    </w:p>
    <w:p>
      <w:pPr>
        <w:spacing w:after="80"/>
      </w:pPr>
      <w:r>
        <w:rPr>
          <w:b w:val="0"/>
          <w:i w:val="0"/>
        </w:rPr>
        <w:t>William không đáp. Anh vẫn chưa nói với Beth rằng Christina đã lại liên lạc với anh.</w:t>
      </w:r>
    </w:p>
    <w:p>
      <w:pPr>
        <w:spacing w:after="80"/>
      </w:pPr>
      <w:r>
        <w:rPr>
          <w:b w:val="0"/>
          <w:i w:val="0"/>
        </w:rPr>
        <w:t>‘Em xin lỗi,’ Beth thì thầm, quay lại phía William và hôn lên vết sẹo đỏ nham nhở chưa bao giờ phai hẳn, cả về thể xác lẫn tinh thần. ‘Nếu cậu không biến cô ta thành bạn, có lẽ chúng ta đã không bao giờ lấy lại được bức Rembrandt. Nhắc mới nhớ, tối mai bọn em có một buổi gây quỹ ở phòng tranh, và dù việc cậu có mặt không bắt buộc, em vẫn muốn cậu đến. Không chỉ vì vài bà lớn tuổi khá để ý đến cậu đâu.’</w:t>
      </w:r>
    </w:p>
    <w:p>
      <w:pPr>
        <w:spacing w:after="80"/>
      </w:pPr>
      <w:r>
        <w:rPr>
          <w:b w:val="0"/>
          <w:i w:val="0"/>
        </w:rPr>
        <w:t>‘Còn các cô trẻ hơn thì sao?’</w:t>
      </w:r>
    </w:p>
    <w:p>
      <w:pPr>
        <w:spacing w:after="80"/>
      </w:pPr>
      <w:r>
        <w:rPr>
          <w:b w:val="0"/>
          <w:i w:val="0"/>
        </w:rPr>
        <w:t>‘Họ đều bị cấm cả rồi,’ Beth nói, khi cô rúc vào vòng tay anh. Vài phút sau cô đã ngủ thiếp đi.</w:t>
      </w:r>
    </w:p>
    <w:p>
      <w:pPr>
        <w:spacing w:after="80"/>
      </w:pPr>
      <w:r>
        <w:rPr>
          <w:b w:val="0"/>
          <w:i w:val="0"/>
        </w:rPr>
        <w:t>William nằm thức một lúc lâu, và cố không nghĩ về chuyện đã xảy ra đêm đó ở Monte Carlo. Và giờ ông sếp lại muốn anh gặp Christina lần nữa. Liệu anh có bao giờ thoát khỏi cô ta không? Cô ta đã nói dối về mọi thứ khác, và nếu Beth có hỏi cô ta, liệu cô ta có nói dối luôn về chuyện đã diễn ra sau khi cô ta lẻn vào giường anh không?</w:t>
      </w:r>
    </w:p>
    <w:p>
      <w:pPr>
        <w:jc w:val="center"/>
      </w:pPr>
      <w:r>
        <w:drawing>
          <wp:inline xmlns:a="http://schemas.openxmlformats.org/drawingml/2006/main" xmlns:pic="http://schemas.openxmlformats.org/drawingml/2006/picture">
            <wp:extent cx="752475" cy="161925"/>
            <wp:docPr id="4" name="Picture 4"/>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‘Vậy là cậu và nghi phạm từng học chung trường hả, trung sĩ thám tử?’ Lamont nói sau khi William đã báo cáo với viên giám đốc (superintendent) về những gì đã xảy ra sau khi anh và Jackie rời bữa tiệc ăn mừng của anh đêm hôm trước.</w:t>
      </w:r>
    </w:p>
    <w:p>
      <w:pPr>
        <w:spacing w:after="80"/>
      </w:pPr>
      <w:r>
        <w:rPr>
          <w:b w:val="0"/>
          <w:i w:val="0"/>
        </w:rPr>
        <w:t>‘Trường dự bị,’ William nói. ‘Adrian Heath là một trong những người bạn thân nhất của tôi hồi đó. Nên tôi đoán mình sẽ bị gạt khỏi vụ này và DC Roycroft sẽ phụ trách.’</w:t>
      </w:r>
    </w:p>
    <w:p>
      <w:pPr>
        <w:spacing w:after="80"/>
      </w:pPr>
      <w:r>
        <w:rPr>
          <w:b w:val="0"/>
          <w:i w:val="0"/>
        </w:rPr>
        <w:t>‘Không đời nào. Đây đúng là kiểu cơ hội mà Hawk đang tìm kiếm. Thậm chí chúng ta có thể có cơ hội nắm được thông tin nội bộ nếu cậu biến người bạn của mình thành một con mồi (snout).’</w:t>
      </w:r>
    </w:p>
    <w:p>
      <w:pPr>
        <w:spacing w:after="80"/>
      </w:pPr>
      <w:r>
        <w:rPr>
          <w:b w:val="0"/>
          <w:i w:val="0"/>
        </w:rPr>
        <w:t>‘Nhưng chúng ta đã chia tay trong những điều kiện tồi tệ nhất có thể,’ William nhắc anh ta. ‘Đừng quên, chính tôi là người khiến anh ta bị đuổi học.’</w:t>
      </w:r>
    </w:p>
    <w:p>
      <w:pPr>
        <w:spacing w:after="80"/>
      </w:pPr>
      <w:r>
        <w:rPr>
          <w:b w:val="0"/>
          <w:i w:val="0"/>
        </w:rPr>
        <w:t>‘Anh ta vẫn sẽ cảm thấy an toàn hơn khi ở bên cậu hơn là với Jackie, hay bất kỳ cảnh sát nào khác.’ William không đưa ra ý kiến gì. ‘Tôi muốn cậu quay lại đồn cảnh sát Rochester Row ngay bây giờ và biến Heath trở lại thành người bạn thân nhất của cậu. Và tôi không quan tâm cậu làm thế nào.’</w:t>
      </w:r>
    </w:p>
    <w:p>
      <w:pPr>
        <w:spacing w:after="80"/>
      </w:pPr>
      <w:r>
        <w:rPr>
          <w:b w:val="0"/>
          <w:i w:val="0"/>
        </w:rPr>
        <w:t>‘Vâng, thưa sếp,’ William nói, dù trong lòng vẫn chưa thấy thuyết phục.</w:t>
      </w:r>
    </w:p>
    <w:p>
      <w:pPr>
        <w:spacing w:after="80"/>
      </w:pPr>
      <w:r>
        <w:rPr>
          <w:b w:val="0"/>
          <w:i w:val="0"/>
        </w:rPr>
        <w:t>‘Và nhân đang nói về bạn bè, cậu đã gọi lại cho bà Faulkner chưa?’</w:t>
      </w:r>
    </w:p>
    <w:p>
      <w:pPr>
        <w:spacing w:after="80"/>
      </w:pPr>
      <w:r>
        <w:rPr>
          <w:b w:val="0"/>
          <w:i w:val="0"/>
        </w:rPr>
        <w:t>‘Chưa ạ, thưa sếp,’ William thú nhận.</w:t>
      </w:r>
    </w:p>
    <w:p>
      <w:pPr>
        <w:spacing w:after="80"/>
      </w:pPr>
      <w:r>
        <w:rPr>
          <w:b w:val="0"/>
          <w:i w:val="0"/>
        </w:rPr>
        <w:t>‘Vậy thì làm đi. Và đừng báo cáo lại cho đến khi cả hai người họ đều có tên trong danh sách thiệp Giáng sinh của cậu.’</w:t>
      </w:r>
    </w:p>
    <w:p>
      <w:pPr>
        <w:jc w:val="center"/>
      </w:pPr>
      <w:r>
        <w:drawing>
          <wp:inline xmlns:a="http://schemas.openxmlformats.org/drawingml/2006/main" xmlns:pic="http://schemas.openxmlformats.org/drawingml/2006/picture">
            <wp:extent cx="752475" cy="161925"/>
            <wp:docPr id="5" name="Picture 5"/>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‘Christina?’</w:t>
      </w:r>
    </w:p>
    <w:p>
      <w:pPr>
        <w:spacing w:after="80"/>
      </w:pPr>
      <w:r>
        <w:rPr>
          <w:b w:val="0"/>
          <w:i w:val="0"/>
        </w:rPr>
        <w:t>‘Ai đấy?’</w:t>
      </w:r>
    </w:p>
    <w:p>
      <w:pPr>
        <w:spacing w:after="80"/>
      </w:pPr>
      <w:r>
        <w:rPr>
          <w:b w:val="0"/>
          <w:i w:val="0"/>
        </w:rPr>
        <w:t>‘William Warwick, gọi lại cho cô đây.’</w:t>
      </w:r>
    </w:p>
    <w:p>
      <w:pPr>
        <w:spacing w:after="80"/>
      </w:pPr>
      <w:r>
        <w:rPr>
          <w:b w:val="0"/>
          <w:i w:val="0"/>
        </w:rPr>
        <w:t>‘Tôi cứ tưởng anh quên tôi rồi chứ,’ cô nói, kèm theo một tiếng cười thân thiện.</w:t>
      </w:r>
    </w:p>
    <w:p>
      <w:pPr>
        <w:spacing w:after="80"/>
      </w:pPr>
      <w:r>
        <w:rPr>
          <w:b w:val="0"/>
          <w:i w:val="0"/>
        </w:rPr>
        <w:t>‘Khó có chuyện đó lắm, nhất là khi nhớ lại chuyện xảy ra lần cuối chúng ta gặp nhau.’</w:t>
      </w:r>
    </w:p>
    <w:p>
      <w:pPr>
        <w:spacing w:after="80"/>
      </w:pPr>
      <w:r>
        <w:rPr>
          <w:b w:val="0"/>
          <w:i w:val="0"/>
        </w:rPr>
        <w:t>‘Có lẽ chúng ta nên gặp lại nhau. Tôi có thể có vài điều muốn nói với anh mà cả hai đều quan tâm.’</w:t>
      </w:r>
    </w:p>
    <w:p>
      <w:pPr>
        <w:spacing w:after="80"/>
      </w:pPr>
      <w:r>
        <w:rPr>
          <w:b w:val="0"/>
          <w:i w:val="0"/>
        </w:rPr>
        <w:t>‘Ăn trưa ở khách sạn Ritz nhé?’ William đề nghị, đầy hy vọng.</w:t>
      </w:r>
    </w:p>
    <w:p>
      <w:pPr>
        <w:spacing w:after="80"/>
      </w:pPr>
      <w:r>
        <w:rPr>
          <w:b w:val="0"/>
          <w:i w:val="0"/>
        </w:rPr>
        <w:t>‘Lần này thì không,’ Christina nói, ‘vì chúng ta sẽ chưa kịp gọi món đầu tiên thì chồng tôi đã được thông báo rằng tôi đang ăn trưa với viên thám tử trẻ đã bắt giữ anh ấy. Lần này tốt hơn là chọn chỗ nào kín đáo hơn.’</w:t>
      </w:r>
    </w:p>
    <w:p>
      <w:pPr>
        <w:spacing w:after="80"/>
      </w:pPr>
      <w:r>
        <w:rPr>
          <w:b w:val="0"/>
          <w:i w:val="0"/>
        </w:rPr>
        <w:t>‘Bảo tàng Khoa học thì sao?’</w:t>
      </w:r>
    </w:p>
    <w:p>
      <w:pPr>
        <w:spacing w:after="80"/>
      </w:pPr>
      <w:r>
        <w:rPr>
          <w:b w:val="0"/>
          <w:i w:val="0"/>
        </w:rPr>
        <w:t>‘Tôi chưa đến đó từ hồi còn nhỏ, nhưng ý hay đấy. Thứ Năm tới tôi phải có mặt trong thành phố, vậy sao chúng ta không gặp nhau trước cửa chính lúc mười một giờ?’</w:t>
      </w:r>
    </w:p>
    <w:p>
      <w:pPr>
        <w:spacing w:after="80"/>
      </w:pPr>
      <w:r>
        <w:rPr>
          <w:b w:val="0"/>
          <w:i w:val="0"/>
        </w:rPr>
        <w:t xml:space="preserve">‘Không phải ở ngoài cổng đâu,’ William nói. ‘Có thể ai đó sẽ nhận ra một trong hai chúng ta. Tôi sẽ gặp cậu bên cạnh chiếc </w:t>
      </w:r>
      <w:r>
        <w:rPr>
          <w:b w:val="0"/>
          <w:i/>
        </w:rPr>
        <w:t>Rocket</w:t>
      </w:r>
      <w:r>
        <w:rPr>
          <w:b w:val="0"/>
          <w:i w:val="0"/>
        </w:rPr>
        <w:t xml:space="preserve"> của Stephenson ở tầng trệt.’</w:t>
      </w:r>
    </w:p>
    <w:p>
      <w:pPr>
        <w:spacing w:after="80"/>
      </w:pPr>
      <w:r>
        <w:rPr>
          <w:b w:val="0"/>
          <w:i w:val="0"/>
        </w:rPr>
        <w:t>‘Không thể chờ được nữa,’ cô nói, trước khi điện thoại tắt ngấm.</w:t>
      </w:r>
    </w:p>
    <w:p>
      <w:pPr>
        <w:spacing w:after="80"/>
      </w:pPr>
      <w:r>
        <w:rPr>
          <w:b w:val="0"/>
          <w:i w:val="0"/>
        </w:rPr>
        <w:t>William viết một bản báo cáo về cuộc trò chuyện với bà Faulkner và thả nó lên bàn của Lamont trước khi rời văn phòng và hướng đến Strutton Ground. Trong lúc đi bộ một quãng ngắn, anh nhẩm lại vài câu hỏi định dành cho Adrian Heath, dù anh không tin chắc rằng chúng sẽ gợi ra được câu trả lời nào nếu đêm qua là dấu hiệu cho thấy điều đó. Vài phút sau, anh đã đứng trước đồn cảnh sát Rochester Row. Khi anh đưa thẻ cảnh sát cho viên trung sĩ trực bàn, người đàn ông lớn tuổi hơn không giấu nổi vẻ ngạc nhiên.</w:t>
      </w:r>
    </w:p>
    <w:p>
      <w:pPr>
        <w:spacing w:after="80"/>
      </w:pPr>
      <w:r>
        <w:rPr>
          <w:b w:val="0"/>
          <w:i w:val="0"/>
        </w:rPr>
        <w:t>‘Tôi muốn thẩm vấn Adrian Heath, người bị bắt đêm qua,’ William nói.</w:t>
      </w:r>
    </w:p>
    <w:p>
      <w:pPr>
        <w:spacing w:after="80"/>
      </w:pPr>
      <w:r>
        <w:rPr>
          <w:b w:val="0"/>
          <w:i w:val="0"/>
        </w:rPr>
        <w:t>‘Cứ tự nhiên. Cậu ta ở phòng số hai,’ viên trung sĩ nói, điền vào một ô trống trên hồ sơ tạm giam. ‘Sáng nay từ chối bữa sáng. Có thể chiều nay chúng tôi sẽ đưa cậu ta ra trước thẩm phán, nên cậu ta chẳng đi đâu nhanh được đâu.’</w:t>
      </w:r>
    </w:p>
    <w:p>
      <w:pPr>
        <w:spacing w:after="80"/>
      </w:pPr>
      <w:r>
        <w:rPr>
          <w:b w:val="0"/>
          <w:i w:val="0"/>
        </w:rPr>
        <w:t>‘Tốt quá, vì tôi hy vọng được nói chuyện thu thập thông tin với cậu ta, không liên quan đến tội mà cậu ta bị bắt.’</w:t>
      </w:r>
    </w:p>
    <w:p>
      <w:pPr>
        <w:spacing w:after="80"/>
      </w:pPr>
      <w:r>
        <w:rPr>
          <w:b w:val="0"/>
          <w:i w:val="0"/>
        </w:rPr>
        <w:t>‘Được thôi, nhưng nhớ báo cho tôi biết, để giấy tờ đầy đủ hết.’</w:t>
      </w:r>
    </w:p>
    <w:p>
      <w:pPr>
        <w:spacing w:after="80"/>
      </w:pPr>
      <w:r>
        <w:rPr>
          <w:b w:val="0"/>
          <w:i w:val="0"/>
        </w:rPr>
        <w:t>‘Sẽ làm vậy,’ William nói, khi viên trung sĩ trực bàn đưa cho anh một chiếc chìa khóa lớn và nói, ‘Cậu ta là của anh đấy.’</w:t>
      </w:r>
    </w:p>
    <w:p>
      <w:pPr>
        <w:spacing w:after="80"/>
      </w:pPr>
      <w:r>
        <w:rPr>
          <w:b w:val="0"/>
          <w:i w:val="0"/>
        </w:rPr>
        <w:t>William cầm lấy chìa khóa, đi dọc hành lang và dừng lại trước phòng giam số 2. Anh nhìn qua song sắt, thấy Adrian đang nằm, vẻ mặt đờ đẫn, trông như thể chưa hề nhúc nhích từ đêm qua. Anh xoay chìa khóa trong ổ, kéo cánh cửa nặng nề mở ra và bước vào. Adrian mở mắt, ngước lên và nói, ‘Chỗ này chẳng khá hơn trường dự bị cũ của chúng ta là mấy.’</w:t>
      </w:r>
    </w:p>
    <w:p>
      <w:pPr>
        <w:spacing w:after="80"/>
      </w:pPr>
      <w:r>
        <w:rPr>
          <w:b w:val="0"/>
          <w:i w:val="0"/>
        </w:rPr>
        <w:t xml:space="preserve">William bật cười khi ngồi xuống cạnh anh ta trên tấm đệm mỏng, loang lổ vết nước tiểu. </w:t>
      </w:r>
      <w:r>
        <w:rPr>
          <w:b w:val="0"/>
          <w:i/>
        </w:rPr>
        <w:t>Tôi vô tội</w:t>
      </w:r>
      <w:r>
        <w:rPr>
          <w:b w:val="0"/>
          <w:i w:val="0"/>
        </w:rPr>
        <w:t>, một phạm nhân trước đó đã cào lên bức tường ngay trên đầu Adrian.</w:t>
      </w:r>
    </w:p>
    <w:p>
      <w:pPr>
        <w:spacing w:after="80"/>
      </w:pPr>
      <w:r>
        <w:rPr>
          <w:b w:val="0"/>
          <w:i w:val="0"/>
        </w:rPr>
        <w:t>‘Tôi định mời cậu trà và bánh quy,’ Adrian nói, ‘nhưng e là dịch vụ phòng ở đây không đáng tin lắm.’</w:t>
      </w:r>
    </w:p>
    <w:p>
      <w:pPr>
        <w:spacing w:after="80"/>
      </w:pPr>
      <w:r>
        <w:rPr>
          <w:b w:val="0"/>
          <w:i w:val="0"/>
        </w:rPr>
        <w:t>‘Tôi thấy cậu vẫn chưa mất khiếu hài hước,’ William nói.</w:t>
      </w:r>
    </w:p>
    <w:p>
      <w:pPr>
        <w:spacing w:after="80"/>
      </w:pPr>
      <w:r>
        <w:rPr>
          <w:b w:val="0"/>
          <w:i w:val="0"/>
        </w:rPr>
        <w:t>‘Cậu cũng chưa mất sứ mệnh làm Sir Galahad. Vậy, cậu đến để cứu tôi, hay để nhốt tôi cả đời?’</w:t>
      </w:r>
    </w:p>
    <w:p>
      <w:pPr>
        <w:spacing w:after="80"/>
      </w:pPr>
      <w:r>
        <w:rPr>
          <w:b w:val="0"/>
          <w:i w:val="0"/>
        </w:rPr>
        <w:t>‘Cả hai đều không. Nhưng tôi có thể giúp cậu nếu cậu thấy sẵn lòng hợp tác.’</w:t>
      </w:r>
    </w:p>
    <w:p>
      <w:pPr>
        <w:spacing w:after="80"/>
      </w:pPr>
      <w:r>
        <w:rPr>
          <w:b w:val="0"/>
          <w:i w:val="0"/>
        </w:rPr>
        <w:t>‘Cậu mong nhận lại điều gì? Vì tôi chưa bao giờ tin vào cái mạng lưới cựu học sinh ấy.’</w:t>
      </w:r>
    </w:p>
    <w:p>
      <w:pPr>
        <w:spacing w:after="80"/>
      </w:pPr>
      <w:r>
        <w:rPr>
          <w:b w:val="0"/>
          <w:i w:val="0"/>
        </w:rPr>
        <w:t>‘Tôi cũng vậy,’ William nói. ‘Nhưng tôi có thể có thứ gì đó để ngỏ, có thể chứng minh là đôi bên cùng có lợi.’</w:t>
      </w:r>
    </w:p>
    <w:p>
      <w:pPr>
        <w:spacing w:after="80"/>
      </w:pPr>
      <w:r>
        <w:rPr>
          <w:b w:val="0"/>
          <w:i w:val="0"/>
        </w:rPr>
        <w:t>‘Ông sẽ chu cấp thuốc cho tôi đến hết đời chứ?’</w:t>
      </w:r>
    </w:p>
    <w:p>
      <w:pPr>
        <w:spacing w:after="80"/>
      </w:pPr>
      <w:r>
        <w:rPr>
          <w:b w:val="0"/>
          <w:i w:val="0"/>
        </w:rPr>
        <w:t>‘Cậu biết điều đó không thể xảy ra mà, Adrian. Nhưng tôi có thể xin quan tòa rộng lượng khi vụ án của cậu được đưa ra xét xử chiều nay, dù đây không phải lần đầu cậu đứng trước vành móng ngựa.’</w:t>
      </w:r>
    </w:p>
    <w:p>
      <w:pPr>
        <w:spacing w:after="80"/>
      </w:pPr>
      <w:r>
        <w:rPr>
          <w:b w:val="0"/>
          <w:i w:val="0"/>
        </w:rPr>
        <w:t>‘Đề nghị đó chẳng đáng giá gì. Dù sao tôi cũng chỉ bị sáu tháng, mà còn nhiều nơi tệ hơn là nằm co trong buồng giam của mình với cái TV, hệ thống sưởi trung tâm, ngày ba bữa, chưa kể nguồn thuốc sẵn có.’</w:t>
      </w:r>
    </w:p>
    <w:p>
      <w:pPr>
        <w:spacing w:after="80"/>
      </w:pPr>
      <w:r>
        <w:rPr>
          <w:b w:val="0"/>
          <w:i w:val="0"/>
        </w:rPr>
        <w:t>‘Vì đây là lần phạm tội thứ ba của cậu, khả năng cao là cậu sẽ đón Giáng sinh chung buồng với một kẻ giết người ở Pentonville, chắc chắn không vui vẻ gì đâu.’</w:t>
      </w:r>
    </w:p>
    <w:p>
      <w:pPr>
        <w:spacing w:after="80"/>
      </w:pPr>
      <w:r>
        <w:rPr>
          <w:b w:val="0"/>
          <w:i w:val="0"/>
        </w:rPr>
        <w:t>‘Thôi được rồi, Cậu Bé Hát Thánh Ca, làm tôi bất ngờ xem nào.’</w:t>
      </w:r>
    </w:p>
    <w:p>
      <w:pPr>
        <w:spacing w:after="80"/>
      </w:pPr>
      <w:r>
        <w:rPr>
          <w:b w:val="0"/>
          <w:i w:val="0"/>
        </w:rPr>
        <w:t>Chính William mới là người bất ngờ. ‘Cậu Bé Hát Thánh Ca,’ anh lặp lại.</w:t>
      </w:r>
    </w:p>
    <w:p>
      <w:pPr>
        <w:spacing w:after="80"/>
      </w:pPr>
      <w:r>
        <w:rPr>
          <w:b w:val="0"/>
          <w:i w:val="0"/>
        </w:rPr>
        <w:t>‘Đó là cách ông bạn cũ Trung sĩ Roycroft của tôi gọi cậu đêm qua. Tôi thấy hay hơn hẳn Sherlock.’</w:t>
      </w:r>
    </w:p>
    <w:p>
      <w:pPr>
        <w:spacing w:after="80"/>
      </w:pPr>
      <w:r>
        <w:rPr>
          <w:b w:val="0"/>
          <w:i w:val="0"/>
        </w:rPr>
        <w:t>William cố giành lại thế chủ động. ‘Vì rõ ràng ông biết tôi đã làm gì từ lần cuối chúng ta gặp nhau, còn ông thì sao?’</w:t>
      </w:r>
    </w:p>
    <w:p>
      <w:pPr>
        <w:spacing w:after="80"/>
      </w:pPr>
      <w:r>
        <w:rPr>
          <w:b w:val="0"/>
          <w:i w:val="0"/>
        </w:rPr>
        <w:t>Adrian ngước nhìn trần nhà rất lâu, như thể người thẩm vấn không hề tồn tại. Một chiêu cũ của dân tù, William biết thế. Anh sắp bỏ cuộc ra về thì đột nhiên một tràng lời tuôn ra như thác.</w:t>
      </w:r>
    </w:p>
    <w:p>
      <w:pPr>
        <w:spacing w:after="80"/>
      </w:pPr>
      <w:r>
        <w:rPr>
          <w:b w:val="0"/>
          <w:i w:val="0"/>
        </w:rPr>
        <w:t>‘Sau khi bị đuổi khỏi Somerton, nhờ ơn ông, ông già tôi dùng ảnh hưởng để đưa tôi vào một trong những trường công hạng xoàng. Họ sẵn sàng nhắm mắt làm ngơ mỗi khi tôi cần hút vội sau nhà để xe đạp, nhưng họ vạch giới hạn khi tôi chuyển sang cần sa. Không thể trách họ được.’ Anh ta ngừng lại, nhưng vẫn không nhìn William, người đã lấy sổ tay ra và bắt đầu ghi chép.</w:t>
      </w:r>
    </w:p>
    <w:p>
      <w:pPr>
        <w:spacing w:after="80"/>
      </w:pPr>
      <w:r>
        <w:rPr>
          <w:b w:val="0"/>
          <w:i w:val="0"/>
        </w:rPr>
        <w:t>‘Sau đó bố tôi gửi tôi đến một trường luyện thi, và không hiểu sao tôi lại được nhận vào một trường đại học xa nhà. Trời biết ông già đã phải móc hầu bao bao nhiêu cho cái ơn nhỏ đó.’ Lại một quãng ngừng dài. ‘Đáng tiếc, tôi chưa hết năm nhất thì một nghiên cứu sinh giới thiệu cho tôi heroin. Chẳng bao lâu tôi bị nghiện, ngày thì nằm bẹp trên giường, đêm thì loay hoay nghĩ cách kiếm liều tiếp theo. Sau khi tôi bị đình chỉ học, thầy hướng dẫn bảo tôi có thể học tiếp nếu cai được, nên bố tôi gửi tôi đến một trong những trung tâm cai nghiện đầy rẫy những kẻ thích cứu rỗi linh hồn người khác. Thẳng thắn mà nói, linh hồn tôi chẳng còn đáng cứu nữa, nên tôi tự xin ra viện cuối tuần đầu tiên, và từ đó không nói chuyện với ông già nữa. Tôi vẫn giữ liên lạc với mẹ, và bà nuôi tôi sống qua ngày được vài năm. Nhưng rồi cả sự kiên nhẫn của bà cũng cạn, và có lẽ cả tiền bạc nữa, nên tôi phải tìm cách khác để có tiền sống qua ngày. Thật khó mà cứ mãi vay tiền bạn bè, khi họ biết mình chẳng có ý định trả lại.’</w:t>
      </w:r>
    </w:p>
    <w:p>
      <w:pPr>
        <w:spacing w:after="80"/>
      </w:pPr>
      <w:r>
        <w:rPr>
          <w:b w:val="0"/>
          <w:i w:val="0"/>
        </w:rPr>
        <w:t>William tiếp tục ghi chép.</w:t>
      </w:r>
    </w:p>
    <w:p>
      <w:pPr>
        <w:spacing w:after="80"/>
      </w:pPr>
      <w:r>
        <w:rPr>
          <w:b w:val="0"/>
          <w:i w:val="0"/>
        </w:rPr>
        <w:t>‘Nhưng sau khi gặp Maria, tôi tự quay lại phòng khám, và cố gắng hơn một chút.’</w:t>
      </w:r>
    </w:p>
    <w:p>
      <w:pPr>
        <w:spacing w:after="80"/>
      </w:pPr>
      <w:r>
        <w:rPr>
          <w:b w:val="0"/>
          <w:i w:val="0"/>
        </w:rPr>
        <w:t>‘Maria?’</w:t>
      </w:r>
    </w:p>
    <w:p>
      <w:pPr>
        <w:spacing w:after="80"/>
      </w:pPr>
      <w:r>
        <w:rPr>
          <w:b w:val="0"/>
          <w:i w:val="0"/>
        </w:rPr>
        <w:t>‘Bạn gái tôi. Nhưng cô ấy chưa bao giờ tin là tôi thực sự cai được, và một đêm cô ấy bắt gặp tôi đang hít một đường cocaine và trở thành bạn gái cũ của tôi. Cô ấy bảo đã chịu đủ rồi và sẽ về quê ở Brazil. Không thể trách cô ấy được. Dù tôi sẵn sàng làm mọi thứ để có lại cô ấy. Nhưng tôi không nghĩ cô ấy sẽ cho tôi cơ hội thứ ba.’</w:t>
      </w:r>
    </w:p>
    <w:p>
      <w:pPr>
        <w:spacing w:after="80"/>
      </w:pPr>
      <w:r>
        <w:rPr>
          <w:b w:val="0"/>
          <w:i w:val="0"/>
        </w:rPr>
        <w:t>Vết nứt đầu tiên trong lớp giáp của anh ta, William nghĩ. ‘Biết đâu tôi có thể giúp thuyết phục cô ấy rằng lần này anh thực sự quyết tâm cai nghiện?’</w:t>
      </w:r>
    </w:p>
    <w:p>
      <w:pPr>
        <w:spacing w:after="80"/>
      </w:pPr>
      <w:r>
        <w:rPr>
          <w:b w:val="0"/>
          <w:i w:val="0"/>
        </w:rPr>
        <w:t>‘Bằng cách nào?’ Adrian tỏ ra hứng thú lần đầu tiên.</w:t>
      </w:r>
    </w:p>
    <w:p>
      <w:pPr>
        <w:spacing w:after="80"/>
      </w:pPr>
      <w:r>
        <w:rPr>
          <w:b w:val="0"/>
          <w:i w:val="0"/>
        </w:rPr>
        <w:t>‘Cậu đã bao giờ nghĩ đến việc trở thành người gác rừng, thay vì kẻ săn trộm chưa?’</w:t>
      </w:r>
    </w:p>
    <w:p>
      <w:pPr>
        <w:spacing w:after="80"/>
      </w:pPr>
      <w:r>
        <w:rPr>
          <w:b w:val="0"/>
          <w:i w:val="0"/>
        </w:rPr>
        <w:t>‘Tại sao tôi lại muốn làm kẻ chỉ điểm? Người ta bị giết vì ít hơn thế đấy.’</w:t>
      </w:r>
    </w:p>
    <w:p>
      <w:pPr>
        <w:spacing w:after="80"/>
      </w:pPr>
      <w:r>
        <w:rPr>
          <w:b w:val="0"/>
          <w:i w:val="0"/>
        </w:rPr>
        <w:t>‘Bởi vì cùng nhau, chúng ta có thể làm được điều gì đó đáng giá.’</w:t>
      </w:r>
    </w:p>
    <w:p>
      <w:pPr>
        <w:spacing w:after="80"/>
      </w:pPr>
      <w:r>
        <w:rPr>
          <w:b w:val="0"/>
          <w:i w:val="0"/>
        </w:rPr>
        <w:t>‘Cậu hẳn đang đùa, Choirboy.’</w:t>
      </w:r>
    </w:p>
    <w:p>
      <w:pPr>
        <w:spacing w:after="80"/>
      </w:pPr>
      <w:r>
        <w:rPr>
          <w:b w:val="0"/>
          <w:i w:val="0"/>
        </w:rPr>
        <w:t>‘Tôi nghiêm túc hơn bao giờ hết. Cậu có thể giúp tôi đưa những tên tội phạm thực sự vào sau song sắt. Những kẻ cung cấp ma túy cho trẻ em trong sân trường, và hủy hoại cuộc đời của những người trẻ. Điều đó có thể thuyết phục bạn gái cậu rằng cậu đã thay đổi.’</w:t>
      </w:r>
    </w:p>
    <w:p>
      <w:pPr>
        <w:spacing w:after="80"/>
      </w:pPr>
      <w:r>
        <w:rPr>
          <w:b w:val="0"/>
          <w:i w:val="0"/>
        </w:rPr>
        <w:t>Một khoảng lặng dài nữa lại đến. William bắt đầu lo rằng lời kêu gọi của mình đã rơi vào tai người điếc thì Adrian đột nhiên mở lòng.</w:t>
      </w:r>
    </w:p>
    <w:p>
      <w:pPr>
        <w:spacing w:after="80"/>
      </w:pPr>
      <w:r>
        <w:rPr>
          <w:b w:val="0"/>
          <w:i w:val="0"/>
        </w:rPr>
        <w:t>‘Tôi sẽ phải làm gì?’</w:t>
      </w:r>
    </w:p>
    <w:p>
      <w:pPr>
        <w:spacing w:after="80"/>
      </w:pPr>
      <w:r>
        <w:rPr>
          <w:b w:val="0"/>
          <w:i w:val="0"/>
        </w:rPr>
        <w:t>‘Tôi cần tìm ra tên của kẻ kiểm soát toàn bộ hoạt động ma túy ở phía nam con sông, và nơi đặt xưởng chính của hắn.’</w:t>
      </w:r>
    </w:p>
    <w:p>
      <w:pPr>
        <w:spacing w:after="80"/>
      </w:pPr>
      <w:r>
        <w:rPr>
          <w:b w:val="0"/>
          <w:i w:val="0"/>
        </w:rPr>
        <w:t>‘Và tôi muốn một triệu bảng tiền mặt cùng hai vé một chiều đến Brazil,’ Adrian nói.</w:t>
      </w:r>
    </w:p>
    <w:p>
      <w:pPr>
        <w:spacing w:after="80"/>
      </w:pPr>
      <w:r>
        <w:rPr>
          <w:b w:val="0"/>
          <w:i w:val="0"/>
        </w:rPr>
        <w:t>‘Hai vé một chiều đến Brazil có thể khả thi,’ William nói. ‘Giờ tất cả những gì chúng ta cần bàn là cái giá.’</w:t>
      </w:r>
    </w:p>
    <w:p>
      <w:pPr>
        <w:spacing w:after="80"/>
      </w:pPr>
      <w:r>
        <w:rPr>
          <w:b w:val="0"/>
          <w:i w:val="0"/>
        </w:rPr>
        <w:t>‘Tôi sẽ cho cậu biết tôi kỳ vọng bao nhiêu, Choirboy, nhưng không phải trước khi quan tòa thả tôi với một lời cảnh cáo.’</w:t>
      </w:r>
    </w:p>
    <w:p>
      <w:pPr>
        <w:pStyle w:val="Heading2"/>
      </w:pPr>
      <w:r>
        <w:rPr>
          <w:rFonts w:ascii="Calibri" w:hAnsi="Calibri"/>
          <w:b/>
          <w:i w:val="0"/>
          <w:sz w:val="32"/>
        </w:rPr>
        <w:t>4</w:t>
      </w:r>
    </w:p>
    <w:p>
      <w:pPr>
        <w:spacing w:after="80"/>
      </w:pPr>
      <w:r>
        <w:rPr>
          <w:b w:val="0"/>
          <w:i/>
        </w:rPr>
        <w:t>‘ROCKET,’</w:t>
      </w:r>
      <w:r>
        <w:rPr>
          <w:b w:val="0"/>
          <w:i w:val="0"/>
        </w:rPr>
        <w:t xml:space="preserve"> MỘT CHÀNG trai trẻ đang nói với một nhóm nhỏ học sinh tụ tập quanh chiếc đầu máy hơi nước cổ, ‘được chế tạo vào những năm 1820 bởi kỹ sư đầu máy nổi tiếng Robert Stephenson.’</w:t>
      </w:r>
    </w:p>
    <w:p>
      <w:pPr>
        <w:spacing w:after="80"/>
      </w:pPr>
      <w:r>
        <w:rPr>
          <w:b w:val="0"/>
          <w:i w:val="0"/>
        </w:rPr>
        <w:t>‘Robert Louis Stevenson?’ một giọng nói the thé từ hàng ghế đầu hỏi.</w:t>
      </w:r>
    </w:p>
    <w:p>
      <w:pPr>
        <w:spacing w:after="80"/>
      </w:pPr>
      <w:r>
        <w:rPr>
          <w:b w:val="0"/>
          <w:i w:val="0"/>
        </w:rPr>
        <w:t xml:space="preserve">‘Không,’ người hướng dẫn nói. ‘Robert Louis Stevenson là tác giả thiếu nhi lỗi lạc, người đã viết </w:t>
      </w:r>
      <w:r>
        <w:rPr>
          <w:b w:val="0"/>
          <w:i/>
        </w:rPr>
        <w:t>Đảo giấu vàng</w:t>
      </w:r>
      <w:r>
        <w:rPr>
          <w:b w:val="0"/>
          <w:i w:val="0"/>
        </w:rPr>
        <w:t xml:space="preserve"> và xuất thân từ Edinburgh, không phải Northumbria.’</w:t>
      </w:r>
    </w:p>
    <w:p>
      <w:pPr>
        <w:spacing w:after="80"/>
      </w:pPr>
      <w:r>
        <w:rPr>
          <w:b w:val="0"/>
          <w:i w:val="0"/>
        </w:rPr>
        <w:t>William mỉm cười khi đứng ở cuối nhóm, lắng nghe bài thuyết trình mà anh đã từng nghe cách đây hai mươi năm, khi mẹ anh đưa anh đến bảo tàng.</w:t>
      </w:r>
    </w:p>
    <w:p>
      <w:pPr>
        <w:spacing w:after="80"/>
      </w:pPr>
      <w:r>
        <w:rPr>
          <w:b w:val="0"/>
          <w:i w:val="0"/>
        </w:rPr>
        <w:t>'Ông Stephenson đã giành giải nhất tại cuộc thi đầu máy xe lửa tổ chức ở Rainhill, Lancashire vào năm 1829, khi—'</w:t>
      </w:r>
    </w:p>
    <w:p>
      <w:pPr>
        <w:spacing w:after="80"/>
      </w:pPr>
      <w:r>
        <w:rPr>
          <w:b w:val="0"/>
          <w:i w:val="0"/>
        </w:rPr>
        <w:t>Dòng suy nghĩ của William bị cắt ngang khi anh cảm thấy một bàn tay đeo găng chạm vào vai mình. Anh không quay lại.</w:t>
      </w:r>
    </w:p>
    <w:p>
      <w:pPr>
        <w:spacing w:after="80"/>
      </w:pPr>
      <w:r>
        <w:rPr>
          <w:b w:val="0"/>
          <w:i w:val="0"/>
        </w:rPr>
        <w:t>'Anh tốt bụng thật khi chịu gặp tôi, Rocket Man,' một giọng nói mà anh nhận ra ngay lập tức cất lên. 'Xét mọi chuyện thì cũng đáng khen.'</w:t>
      </w:r>
    </w:p>
    <w:p>
      <w:pPr>
        <w:spacing w:after="80"/>
      </w:pPr>
      <w:r>
        <w:rPr>
          <w:b w:val="0"/>
          <w:i w:val="0"/>
        </w:rPr>
        <w:t>'Sếp tôi vẫn quyết tâm đưa chồng cô vào tù,' William đáp, không phí thời gian vào những câu chuyện xã giao.</w:t>
      </w:r>
    </w:p>
    <w:p>
      <w:pPr>
        <w:spacing w:after="80"/>
      </w:pPr>
      <w:r>
        <w:rPr>
          <w:b w:val="0"/>
          <w:i w:val="0"/>
        </w:rPr>
        <w:t>'Chúc ông ấy thành công,' Christina nói. 'Nhưng tôi chẳng làm được gì nhiều khi chúng tôi vẫn đang giữa một vụ ly hôn khá gay gắt, phòng trường hợp anh chưa để ý, Hạ sĩ Thám tử Warwick ạ.'</w:t>
      </w:r>
    </w:p>
    <w:p>
      <w:pPr>
        <w:spacing w:after="80"/>
      </w:pPr>
      <w:r>
        <w:rPr>
          <w:b w:val="0"/>
          <w:i w:val="0"/>
        </w:rPr>
        <w:t>William không sửa lại lời cô.</w:t>
      </w:r>
    </w:p>
    <w:p>
      <w:pPr>
        <w:spacing w:after="80"/>
      </w:pPr>
      <w:r>
        <w:rPr>
          <w:b w:val="0"/>
          <w:i w:val="0"/>
        </w:rPr>
        <w:t>'Năm đầu máy xe lửa đã tranh nhau giải thưởng năm trăm bảng,' hướng dẫn viên bảo tàng tiếp tục. '</w:t>
      </w:r>
      <w:r>
        <w:rPr>
          <w:b w:val="0"/>
          <w:i/>
        </w:rPr>
        <w:t>Cycloped</w:t>
      </w:r>
      <w:r>
        <w:rPr>
          <w:b w:val="0"/>
          <w:i w:val="0"/>
        </w:rPr>
        <w:t xml:space="preserve">, </w:t>
      </w:r>
      <w:r>
        <w:rPr>
          <w:b w:val="0"/>
          <w:i/>
        </w:rPr>
        <w:t>Novelty</w:t>
      </w:r>
      <w:r>
        <w:rPr>
          <w:b w:val="0"/>
          <w:i w:val="0"/>
        </w:rPr>
        <w:t xml:space="preserve">, </w:t>
      </w:r>
      <w:r>
        <w:rPr>
          <w:b w:val="0"/>
          <w:i/>
        </w:rPr>
        <w:t>Perseverance</w:t>
      </w:r>
      <w:r>
        <w:rPr>
          <w:b w:val="0"/>
          <w:i w:val="0"/>
        </w:rPr>
        <w:t xml:space="preserve">, </w:t>
      </w:r>
      <w:r>
        <w:rPr>
          <w:b w:val="0"/>
          <w:i/>
        </w:rPr>
        <w:t>Sans Pareil</w:t>
      </w:r>
      <w:r>
        <w:rPr>
          <w:b w:val="0"/>
          <w:i w:val="0"/>
        </w:rPr>
        <w:t xml:space="preserve"> và tất nhiên là cả </w:t>
      </w:r>
      <w:r>
        <w:rPr>
          <w:b w:val="0"/>
          <w:i/>
        </w:rPr>
        <w:t>Rocket</w:t>
      </w:r>
      <w:r>
        <w:rPr>
          <w:b w:val="0"/>
          <w:i w:val="0"/>
        </w:rPr>
        <w:t xml:space="preserve"> của Stephenson. Động cơ 0-2-2 của ông Stephenson đã thắng áp đảo.'</w:t>
      </w:r>
    </w:p>
    <w:p>
      <w:pPr>
        <w:spacing w:after="80"/>
      </w:pPr>
      <w:r>
        <w:rPr>
          <w:b w:val="0"/>
          <w:i w:val="0"/>
        </w:rPr>
        <w:t>William quay lại nhìn Christina. Cô mặc một chiếc váy cotton cổ khoét sâu, dừng lại trên đầu gối khá xa và chẳng để lại chút gì cho trí tưởng tượng. Rõ ràng cô đang tìm kiếm người chồng thứ hai của mình.</w:t>
      </w:r>
    </w:p>
    <w:p>
      <w:pPr>
        <w:spacing w:after="80"/>
      </w:pPr>
      <w:r>
        <w:rPr>
          <w:b w:val="0"/>
          <w:i w:val="0"/>
        </w:rPr>
        <w:t>'Cô có nghĩ ra tội nào khác không, dù nhỏ đến đâu, mà anh ta có thể đã phạm trong năm năm qua không?' anh hỏi.</w:t>
      </w:r>
    </w:p>
    <w:p>
      <w:pPr>
        <w:spacing w:after="80"/>
      </w:pPr>
      <w:r>
        <w:rPr>
          <w:b w:val="0"/>
          <w:i w:val="0"/>
        </w:rPr>
        <w:t>'Nhiều không kể xiết, nhưng anh có thể chắc chắn rằng anh ta sẽ xóa dấu vết kỹ càng hơn cả một tay săn trộm vùng cao nguyên. Tuy nhiên, điều tôi có thể nói với anh,' cô tiếp, 'là sau phiên tòa Rembrandt gần đây, Miles không còn bận tâm cướp phòng tranh hay nhà của những nhà sưu tập nghệ thuật giàu có nữa, vì chẳng còn công ty bảo hiểm nào chịu làm ăn với anh ta.'</w:t>
      </w:r>
    </w:p>
    <w:p>
      <w:pPr>
        <w:spacing w:after="80"/>
      </w:pPr>
      <w:r>
        <w:rPr>
          <w:b w:val="0"/>
          <w:i w:val="0"/>
        </w:rPr>
        <w:t>'Anh ta không phải kiểu người đứng xếp hàng chờ chuyến xe buýt tiếp theo, nên cô có biết chiêu lừa mới nhất của anh ta là gì không?'</w:t>
      </w:r>
    </w:p>
    <w:p>
      <w:pPr>
        <w:spacing w:after="80"/>
      </w:pPr>
      <w:r>
        <w:rPr>
          <w:b w:val="0"/>
          <w:i w:val="0"/>
        </w:rPr>
        <w:t>'Tôi chỉ ước là mình biết. Tuy tôi có cảm giác ông Booth Watson QC vẫn là sợi chỉ chung nối với giới tội phạm. Người đàn ông đó sẵn sàng đại diện cho bất kỳ tên lừa đảo nào đủ tiền trả phí cho ông ta. Thực ra, tôi nghi ông ta làm phần lớn việc kết nối quan hệ trong những lần thăm tù.'</w:t>
      </w:r>
    </w:p>
    <w:p>
      <w:pPr>
        <w:spacing w:after="80"/>
      </w:pPr>
      <w:r>
        <w:rPr>
          <w:b w:val="0"/>
          <w:i w:val="0"/>
        </w:rPr>
        <w:t xml:space="preserve">'Sau cuộc thử nghiệm thành công của </w:t>
      </w:r>
      <w:r>
        <w:rPr>
          <w:b w:val="0"/>
          <w:i/>
        </w:rPr>
        <w:t>Rocket</w:t>
      </w:r>
      <w:r>
        <w:rPr>
          <w:b w:val="0"/>
          <w:i w:val="0"/>
        </w:rPr>
        <w:t>, nó đã trở thành nguyên mẫu được chấp nhận cho mọi động cơ hơi nước, và cho đến ngày nay vẫn là bước đột phá quan trọng nhất trong lịch sử ngành đầu máy xe lửa.'</w:t>
      </w:r>
    </w:p>
    <w:p>
      <w:pPr>
        <w:spacing w:after="80"/>
      </w:pPr>
      <w:r>
        <w:rPr>
          <w:b w:val="0"/>
          <w:i w:val="0"/>
        </w:rPr>
        <w:t>William thử một nước đi mạo hiểm. 'Chồng cô đã bao giờ dùng ma túy chưa?'</w:t>
      </w:r>
    </w:p>
    <w:p>
      <w:pPr>
        <w:spacing w:after="80"/>
      </w:pPr>
      <w:r>
        <w:rPr>
          <w:b w:val="0"/>
          <w:i w:val="0"/>
        </w:rPr>
        <w:t>'Thỉnh thoảng có cần sa, nhưng ai mà chẳng thế? Anh ta chắc chắn không phải người nghiện.'</w:t>
      </w:r>
    </w:p>
    <w:p>
      <w:pPr>
        <w:spacing w:after="80"/>
      </w:pPr>
      <w:r>
        <w:rPr>
          <w:b w:val="0"/>
          <w:i w:val="0"/>
        </w:rPr>
        <w:t>‘Bạn vẫn có thể bị sáu tháng tù nếu bị bắt quả tang tàng trữ cần sa, cộng thêm vào bản án bốn năm treo của anh ta—’</w:t>
      </w:r>
    </w:p>
    <w:p>
      <w:pPr>
        <w:spacing w:after="80"/>
      </w:pPr>
      <w:r>
        <w:rPr>
          <w:b w:val="0"/>
          <w:i w:val="0"/>
        </w:rPr>
        <w:t>‘Nếu anh ta bị bắt, Booth Watson sẽ đứng ra bào chữa cho anh ta, và khai rằng chính ông đã châm điếu thuốc cho anh ta.’</w:t>
      </w:r>
    </w:p>
    <w:p>
      <w:pPr>
        <w:spacing w:after="80"/>
      </w:pPr>
      <w:r>
        <w:rPr>
          <w:b w:val="0"/>
          <w:i w:val="0"/>
        </w:rPr>
        <w:t>‘Sau khi giành được giải thưởng danh giá, Stephenson được trao hợp đồng chế tạo thêm bảy đầu máy xe lửa cho Công ty Đường sắt Liverpool và Manchester.’</w:t>
      </w:r>
    </w:p>
    <w:p>
      <w:pPr>
        <w:spacing w:after="80"/>
      </w:pPr>
      <w:r>
        <w:rPr>
          <w:b w:val="0"/>
          <w:i w:val="0"/>
        </w:rPr>
        <w:t>‘Điều duy nhất tôi có thể nói với ông là từ khi tôi dọn ra khỏi Limpton Hall, Miles bắt đầu tổ chức những bữa tiệc thâu đêm, và tôi sẽ rất ngạc nhiên nếu một hai người bạn của cậu ta không hít côcain hay thậm chí tệ hơn. Nhưng ông vẫn phải vượt qua cổng trước mới bắt quả tang được họ, và cho đến nay, ông là cảnh sát duy nhất từng làm được điều đó – và phòng khi ông đã quên, lúc đó Miles không có nhà. Dù sao đi nữa, tôi không thể thấy một thẩm phán nào lại phát lệnh khám xét chỉ dựa trên những lý do mỏng manh như việc ông nghi ngờ ai đó có thể đang hút cần trong một bữa tiệc tối riêng tư.’</w:t>
      </w:r>
    </w:p>
    <w:p>
      <w:pPr>
        <w:spacing w:after="80"/>
      </w:pPr>
      <w:r>
        <w:rPr>
          <w:b w:val="0"/>
          <w:i w:val="0"/>
        </w:rPr>
        <w:t xml:space="preserve">‘Tại lễ khai trương Đường sắt Liverpool và Manchester năm 1830, </w:t>
      </w:r>
      <w:r>
        <w:rPr>
          <w:b w:val="0"/>
          <w:i/>
        </w:rPr>
        <w:t>Rocket</w:t>
      </w:r>
      <w:r>
        <w:rPr>
          <w:b w:val="0"/>
          <w:i w:val="0"/>
        </w:rPr>
        <w:t xml:space="preserve"> đã đâm vào một nghị sĩ quốc hội địa phương khi ông đang đứng trên đường ray, và thật đáng buồn là vết thương của ông đã dẫn đến tử vong.’</w:t>
      </w:r>
    </w:p>
    <w:p>
      <w:pPr>
        <w:spacing w:after="80"/>
      </w:pPr>
      <w:r>
        <w:rPr>
          <w:b w:val="0"/>
          <w:i w:val="0"/>
        </w:rPr>
        <w:t>‘Dù sao thì, tôi vẫn giữ liên lạc với bà quản gia cũ của chúng ta, nên nếu tôi nghe được gì, tôi có thể báo cho ông biết.’</w:t>
      </w:r>
    </w:p>
    <w:p>
      <w:pPr>
        <w:spacing w:after="80"/>
      </w:pPr>
      <w:r>
        <w:rPr>
          <w:b w:val="0"/>
          <w:i w:val="0"/>
        </w:rPr>
        <w:t>‘Xin cứ làm vậy,’ William nói, quay lại phía người thuyết trình.</w:t>
      </w:r>
    </w:p>
    <w:p>
      <w:pPr>
        <w:spacing w:after="80"/>
      </w:pPr>
      <w:r>
        <w:rPr>
          <w:b w:val="0"/>
          <w:i w:val="0"/>
        </w:rPr>
        <w:t xml:space="preserve">‘Sau khi </w:t>
      </w:r>
      <w:r>
        <w:rPr>
          <w:b w:val="0"/>
          <w:i/>
        </w:rPr>
        <w:t>Rocket</w:t>
      </w:r>
      <w:r>
        <w:rPr>
          <w:b w:val="0"/>
          <w:i w:val="0"/>
        </w:rPr>
        <w:t xml:space="preserve"> hoàn thành chuyến chạy cuối cùng vào năm 1862, L and MR đã tặng kiệt tác của Stephenson cho Bảo tàng Khoa học, nơi nó được lưu giữ cho đến ngày nay.’</w:t>
      </w:r>
    </w:p>
    <w:p>
      <w:pPr>
        <w:spacing w:after="80"/>
      </w:pPr>
      <w:r>
        <w:rPr>
          <w:b w:val="0"/>
          <w:i w:val="0"/>
        </w:rPr>
        <w:t>‘Còn gì nữa không, hạ sĩ cảnh sát?’ Christina hỏi. ‘Tôi đã trễ bữa trưa ở Ritz rồi.’</w:t>
      </w:r>
    </w:p>
    <w:p>
      <w:pPr>
        <w:spacing w:after="80"/>
      </w:pPr>
      <w:r>
        <w:rPr>
          <w:b w:val="0"/>
          <w:i w:val="0"/>
        </w:rPr>
        <w:t>‘Nếu ông có thể tìm ra ngày bữa tiệc tiếp theo của cậu ta—’</w:t>
      </w:r>
    </w:p>
    <w:p>
      <w:pPr>
        <w:spacing w:after="80"/>
      </w:pPr>
      <w:r>
        <w:rPr>
          <w:b w:val="0"/>
          <w:i w:val="0"/>
        </w:rPr>
        <w:t>‘Ông sẽ là người đầu tiên biết, William,’ cô nói rồi lặng lẽ rời đi.</w:t>
      </w:r>
    </w:p>
    <w:p>
      <w:pPr>
        <w:spacing w:after="80"/>
      </w:pPr>
      <w:r>
        <w:rPr>
          <w:b w:val="0"/>
          <w:i w:val="0"/>
        </w:rPr>
        <w:t>‘Đó là phần cuối trong buổi nói chuyện nhỏ của tôi,’ người hướng dẫn nói. ‘Nếu các bạn có câu hỏi nào, tôi rất vui được trả lời.’</w:t>
      </w:r>
    </w:p>
    <w:p>
      <w:pPr>
        <w:spacing w:after="80"/>
      </w:pPr>
      <w:r>
        <w:rPr>
          <w:b w:val="0"/>
          <w:i w:val="0"/>
        </w:rPr>
        <w:t>Nhiều cánh tay giơ lên khi William quay đi. Nhưng thực ra, mọi câu hỏi của anh đều đã được giải đáp.</w:t>
      </w:r>
    </w:p>
    <w:p>
      <w:pPr>
        <w:jc w:val="center"/>
      </w:pPr>
      <w:r>
        <w:drawing>
          <wp:inline xmlns:a="http://schemas.openxmlformats.org/drawingml/2006/main" xmlns:pic="http://schemas.openxmlformats.org/drawingml/2006/picture">
            <wp:extent cx="752475" cy="161925"/>
            <wp:docPr id="6" name="Picture 6"/>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William đang đợi tàu ở ga tàu điện ngầm South Kensington, trên đường trở về Scotland Yard, thì anh phát hiện ra hắn đang đứng ở sân ga đối diện, trông chẳng khác gì một người đi làm bình thường. William nhận ra hắn ngay lập tức; hắn thậm chí còn xách đúng chiếc túi mua sắm Tesco đó. Khoảnh khắc ánh mắt họ gặp nhau, Tulip lập tức quay người và bắt đầu chạy về phía lối ra gần nhất. Đó là sai lầm đầu tiên của hắn. Thay vì lên chuyến tàu tiếp theo, hắn lại bỏ chạy.</w:t>
      </w:r>
    </w:p>
    <w:p>
      <w:pPr>
        <w:spacing w:after="80"/>
      </w:pPr>
      <w:r>
        <w:rPr>
          <w:b w:val="0"/>
          <w:i w:val="0"/>
        </w:rPr>
        <w:t>William lao lên các bậc thang cuốn, mỗi lần hai bậc. Khi đến gần cổng soát vé, anh thấy Tulip đang đưa vé cho nhân viên soát vé, người này sau khi kiểm tra thì tỏ vẻ bối rối. William không dừng chạy và giơ thẻ cảnh sát ra trước mặt nhân viên soát vé mà không hề chậm bước. Anh bắt đầu rút ngắn khoảng cách với con mồi, nhưng lần này hắn đang tỉnh táo.</w:t>
      </w:r>
    </w:p>
    <w:p>
      <w:pPr>
        <w:spacing w:after="80"/>
      </w:pPr>
      <w:r>
        <w:rPr>
          <w:b w:val="0"/>
          <w:i w:val="0"/>
        </w:rPr>
        <w:t>Mỗi lần Tulip ngoái nhìn lại, William lại giành được một thước quý giá. Nhưng rồi hắn dừng lại vẫy một chiếc taxi đang chạy qua và nhảy vào trong. Sai lầm thứ hai của Tulip. William chỉ còn cách vài thước khi chiếc taxi lăn bánh, và nó chỉ đi được trăm thước thì dừng lại ở đèn đỏ. William coi cuộc rượt đuổi như một trận chung kết Olympic, và chỉ còn cách đích vài bước chân khi đèn chuyển sang màu vàng. Anh chộp lấy cửa taxi và vẫn bám chặt khi đèn chuyển sang màu xanh, khiến tài xế phải đạp phanh gấp.</w:t>
      </w:r>
    </w:p>
    <w:p>
      <w:pPr>
        <w:spacing w:after="80"/>
      </w:pPr>
      <w:r>
        <w:rPr>
          <w:b w:val="0"/>
          <w:i w:val="0"/>
        </w:rPr>
        <w:t>‘Mày nghĩ mày đang làm cái quái gì thế hả?’ gã tài xế taxi hét lên khi bước ra khỏi sau tay lái, trong khi những chiếc xe phía sau giận dữ bấm còi inh ỏi. ‘Tao đã có khách rồi.’</w:t>
      </w:r>
    </w:p>
    <w:p>
      <w:pPr>
        <w:spacing w:after="80"/>
      </w:pPr>
      <w:r>
        <w:rPr>
          <w:b w:val="0"/>
          <w:i w:val="0"/>
        </w:rPr>
        <w:t>‘Cảnh sát đây,’ William nói, rút thẻ ngành ra. Anh nhảy vào trong xe, chỉ kịp thấy Tulip lao ra từ phía bên kia. Nhưng hắn lập tức đâm sầm vào một người đi xe đạp, cho William đủ thời gian túm lấy cánh tay hắn và bẻ ngược ra sau lưng, rồi lôi hắn vào trong xe taxi.</w:t>
      </w:r>
    </w:p>
    <w:p>
      <w:pPr>
        <w:spacing w:after="80"/>
      </w:pPr>
      <w:r>
        <w:rPr>
          <w:b w:val="0"/>
          <w:i w:val="0"/>
        </w:rPr>
        <w:t>‘Thả chúng tôi xuống đồn cảnh sát gần nhất,’ William nói dứt khoát. ‘Và cứ để đồng hồ tính tiền chạy tiếp.’</w:t>
      </w:r>
    </w:p>
    <w:p>
      <w:pPr>
        <w:spacing w:after="80"/>
      </w:pPr>
      <w:r>
        <w:rPr>
          <w:b w:val="0"/>
          <w:i w:val="0"/>
        </w:rPr>
        <w:t>Gã tài xế lái đi không nói thêm lời nào, trong khi William vẫn ấn mặt Tulip dí sát vào cửa kính bên hông xe.</w:t>
      </w:r>
    </w:p>
    <w:p>
      <w:pPr>
        <w:spacing w:after="80"/>
      </w:pPr>
      <w:r>
        <w:rPr>
          <w:b w:val="0"/>
          <w:i w:val="0"/>
        </w:rPr>
        <w:t>Vài phút sau, họ dừng lại trước đồn cảnh sát Kensington, nơi bác tài còn mở cả cửa sau để khách xuống.</w:t>
      </w:r>
    </w:p>
    <w:p>
      <w:pPr>
        <w:spacing w:after="80"/>
      </w:pPr>
      <w:r>
        <w:rPr>
          <w:b w:val="0"/>
          <w:i w:val="0"/>
        </w:rPr>
        <w:t>‘Đừng có động đậy,’ William nói với gã tài xế, rồi áp giải Tulip vào đồn, chỉ buông tay hắn ra để rút thẻ ngành trình cho viên trung sĩ trực bàn.</w:t>
      </w:r>
    </w:p>
    <w:p>
      <w:pPr>
        <w:spacing w:after="80"/>
      </w:pPr>
      <w:r>
        <w:rPr>
          <w:b w:val="0"/>
          <w:i w:val="0"/>
        </w:rPr>
        <w:t>William bắt đầu lục túi Tulip, đặt mọi thứ lên quầy cùng với chiếc túi ni lông Tesco. Anh lấy ví của Tulip và rút ra hai tờ tiền hai bảng.</w:t>
      </w:r>
    </w:p>
    <w:p>
      <w:pPr>
        <w:spacing w:after="80"/>
      </w:pPr>
      <w:r>
        <w:rPr>
          <w:b w:val="0"/>
          <w:i w:val="0"/>
        </w:rPr>
        <w:t>‘Cậu nghĩ cậu đang làm cái quái gì thế hả?’ viên trung sĩ trực bàn gặng hỏi.</w:t>
      </w:r>
    </w:p>
    <w:p>
      <w:pPr>
        <w:spacing w:after="80"/>
      </w:pPr>
      <w:r>
        <w:rPr>
          <w:b w:val="0"/>
          <w:i w:val="0"/>
        </w:rPr>
        <w:t>‘Hắn quên trả tiền taxi,’ William nói, rồi quay người bước đi.</w:t>
      </w:r>
    </w:p>
    <w:p>
      <w:pPr>
        <w:spacing w:after="80"/>
      </w:pPr>
      <w:r>
        <w:rPr>
          <w:b w:val="0"/>
          <w:i w:val="0"/>
        </w:rPr>
        <w:t>‘Còn cái này là gì?’ viên trung sĩ hỏi, chỉ vào chiếc túi.</w:t>
      </w:r>
    </w:p>
    <w:p>
      <w:pPr>
        <w:spacing w:after="80"/>
      </w:pPr>
      <w:r>
        <w:rPr>
          <w:b w:val="0"/>
          <w:i w:val="0"/>
        </w:rPr>
        <w:t>‘Bằng chứng đấy,’ William nói. ‘Ghi vào biên bản buộc tội đi. Tôi quay lại ngay.’ Anh rời đồn và đưa hai tờ hai bảng cho bác tài, người lần đầu tiên nở nụ cười. ‘Còn một chuyện nữa trước khi bác đi,’ William nói. ‘Hắn bảo bác chở đến đâu?’</w:t>
      </w:r>
    </w:p>
    <w:p>
      <w:pPr>
        <w:spacing w:after="80"/>
      </w:pPr>
      <w:r>
        <w:rPr>
          <w:b w:val="0"/>
          <w:i w:val="0"/>
        </w:rPr>
        <w:t>‘Quán rượu The Three Feathers ở Battersea.’</w:t>
      </w:r>
    </w:p>
    <w:p>
      <w:pPr>
        <w:spacing w:after="80"/>
      </w:pPr>
      <w:r>
        <w:rPr>
          <w:b w:val="0"/>
          <w:i w:val="0"/>
        </w:rPr>
        <w:t>Sai lầm thứ ba của Tulip.</w:t>
      </w:r>
    </w:p>
    <w:p>
      <w:pPr>
        <w:spacing w:after="80"/>
      </w:pPr>
      <w:r>
        <w:rPr>
          <w:b w:val="0"/>
          <w:i w:val="0"/>
        </w:rPr>
        <w:t>Một nụ cười thoáng hiện trên mặt William khi anh quay lại đồn. Nhưng nó biến mất ngay khi anh thấy viên trung sĩ trực bàn đang ngấu nghiến ăn bằng chứng.</w:t>
      </w:r>
    </w:p>
    <w:p>
      <w:pPr>
        <w:spacing w:after="80"/>
      </w:pPr>
      <w:r>
        <w:rPr>
          <w:b w:val="0"/>
          <w:i w:val="0"/>
        </w:rPr>
        <w:t>‘Ông đang làm gì thế?’ anh hỏi, không tin nổi vào mắt mình.</w:t>
      </w:r>
    </w:p>
    <w:p>
      <w:pPr>
        <w:spacing w:after="80"/>
      </w:pPr>
      <w:r>
        <w:rPr>
          <w:b w:val="0"/>
          <w:i w:val="0"/>
        </w:rPr>
        <w:t>‘Dọn sạch mọi bằng chứng buộc tội mà chúng ta tìm thấy trong túi mua hàng,’ viên trung sĩ nói. ‘Ăn một miếng không?’</w:t>
      </w:r>
    </w:p>
    <w:p>
      <w:pPr>
        <w:jc w:val="center"/>
      </w:pPr>
      <w:r>
        <w:drawing>
          <wp:inline xmlns:a="http://schemas.openxmlformats.org/drawingml/2006/main" xmlns:pic="http://schemas.openxmlformats.org/drawingml/2006/picture">
            <wp:extent cx="752475" cy="161925"/>
            <wp:docPr id="7" name="Picture 7"/>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‘Tôi tự hỏi liệu tôi có thể xin lời khuyên của ông về một chuyện riêng tư không, thưa Ngài Julian,’ Beth nói, khi họ ngồi trong góc phòng khách sau bữa trưa.</w:t>
      </w:r>
    </w:p>
    <w:p>
      <w:pPr>
        <w:spacing w:after="80"/>
      </w:pPr>
      <w:r>
        <w:rPr>
          <w:b w:val="0"/>
          <w:i w:val="0"/>
        </w:rPr>
        <w:t>‘Tôi thật sự ước gì cô đừng gọi tôi là Ngài Julian, cô gái thân mến ạ. Nó khiến tôi cảm thấy mình già quá. Nhưng tôi có thể giúp gì được đây?’</w:t>
      </w:r>
    </w:p>
    <w:p>
      <w:pPr>
        <w:spacing w:after="80"/>
      </w:pPr>
      <w:r>
        <w:rPr>
          <w:b w:val="0"/>
          <w:i w:val="0"/>
        </w:rPr>
        <w:t>‘Một vài đồng nghiệp của tôi ở Fitzmolean cảm thấy giám đốc của chúng tôi, Tim Knox, nên được phong tước hiệp sĩ, nhưng chúng tôi không biết phải bắt đầu từ đâu. Dù sao thì, chúng tôi đã được bình chọn là Bảo tàng của Năm trong hai năm qua, vượt qua cả Tate và National Gallery, và giám đốc của cả hai nơi đó đều đã được vinh danh. Tôi nghĩ vì ông có tước hiệp sĩ, nên có thể chỉ cho tôi đúng hướng.’</w:t>
      </w:r>
    </w:p>
    <w:p>
      <w:pPr>
        <w:spacing w:after="80"/>
      </w:pPr>
      <w:r>
        <w:rPr>
          <w:b w:val="0"/>
          <w:i w:val="0"/>
        </w:rPr>
        <w:t>‘Đừng nói với ai về việc cô đang làm, đó sẽ là lời khuyên đầu tiên của tôi, bởi vì nếu chuyện này bị lộ ra, những đối thủ của anh ta có thể sẽ tìm cách phá hỏng toàn bộ ý tưởng.’</w:t>
      </w:r>
    </w:p>
    <w:p>
      <w:pPr>
        <w:spacing w:after="80"/>
      </w:pPr>
      <w:r>
        <w:rPr>
          <w:b w:val="0"/>
          <w:i w:val="0"/>
        </w:rPr>
        <w:t>‘Tim là một người tử tế và tốt bụng như vậy, tôi không thể tin là anh ấy lại có đối thủ nào.’</w:t>
      </w:r>
    </w:p>
    <w:p>
      <w:pPr>
        <w:spacing w:after="80"/>
      </w:pPr>
      <w:r>
        <w:rPr>
          <w:b w:val="0"/>
          <w:i w:val="0"/>
        </w:rPr>
        <w:t>‘Bất kỳ ai đang hy vọng được phong tước hiệp sĩ đều có đối thủ, nhất là những người nghĩ rằng họ xứng đáng được vinh danh hơn anh ta. Nhưng ở mức độ thực tế hơn, cô sẽ cần một người bảo trợ, tốt nhất là một người có danh tiếng như vợ của Caesar, không thể chê trách được. Ai là chủ tịch của phòng tranh?’</w:t>
      </w:r>
    </w:p>
    <w:p>
      <w:pPr>
        <w:spacing w:after="80"/>
      </w:pPr>
      <w:r>
        <w:rPr>
          <w:b w:val="0"/>
          <w:i w:val="0"/>
        </w:rPr>
        <w:t>‘Ngài Kilholme.’</w:t>
      </w:r>
    </w:p>
    <w:p>
      <w:pPr>
        <w:spacing w:after="80"/>
      </w:pPr>
      <w:r>
        <w:rPr>
          <w:b w:val="0"/>
          <w:i w:val="0"/>
        </w:rPr>
        <w:t>‘Một người bạn tốt,’ Ngài Julian nói. ‘Một cựu bộ trưởng nội các mà danh tiếng ngày càng tăng kể từ khi rời chức, và đó là một điều hiếm thấy.’ Ông dừng lại trong khi vợ ông trao cho cả hai một tách cà phê. ‘Tuy nhiên, Kilholme vẫn sẽ cần vài lá thư ủng hộ từ những nhân vật hàng đầu trong giới nghệ thuật, và không phải tất cả đều từ cùng một đảng phái chính trị. Nhưng Kilholme là một tay lão luyện, nên ông ấy sẽ biết chính xác phải làm thế nào.’</w:t>
      </w:r>
    </w:p>
    <w:p>
      <w:pPr>
        <w:spacing w:after="80"/>
      </w:pPr>
      <w:r>
        <w:rPr>
          <w:b w:val="0"/>
          <w:i w:val="0"/>
        </w:rPr>
        <w:t>‘Và chắc chắn ông ấy cũng sẽ biết ai là người ngồi trong ủy ban vinh danh?’ Beth nói.</w:t>
      </w:r>
    </w:p>
    <w:p>
      <w:pPr>
        <w:spacing w:after="80"/>
      </w:pPr>
      <w:r>
        <w:rPr>
          <w:b w:val="0"/>
          <w:i w:val="0"/>
        </w:rPr>
        <w:t>‘Không ai biết ai ngồi trong ủy ban cả. Nếu mọi người biết, hãy tưởng tượng áp lực mà họ sẽ phải chịu. Đó là một bí mật được canh giữ cẩn mật hơn cả nội dung của bản ngân sách tiếp theo. Người ta chỉ đơn giản gọi họ là những bậc vĩ nhân và người tốt.’</w:t>
      </w:r>
    </w:p>
    <w:p>
      <w:pPr>
        <w:spacing w:after="80"/>
      </w:pPr>
      <w:r>
        <w:rPr>
          <w:b w:val="0"/>
          <w:i w:val="0"/>
        </w:rPr>
        <w:t>‘Thật thú vị,’ Beth nói. ‘Đó có phải là cách ông có được tước hiệp sĩ không?’</w:t>
      </w:r>
    </w:p>
    <w:p>
      <w:pPr>
        <w:spacing w:after="80"/>
      </w:pPr>
      <w:r>
        <w:rPr>
          <w:b w:val="0"/>
          <w:i w:val="0"/>
        </w:rPr>
        <w:t>‘Dĩ nhiên là không, tôi chỉ đơn giản là được sinh ra trong chiếc nôi đúng chỗ thôi. Tôi kế thừa cha tôi, người kế thừa cha của ông ấy, người đã đổi đảng khi Lloyd George trở thành thủ tướng.’</w:t>
      </w:r>
    </w:p>
    <w:p>
      <w:pPr>
        <w:spacing w:after="80"/>
      </w:pPr>
      <w:r>
        <w:rPr>
          <w:b w:val="0"/>
          <w:i w:val="0"/>
        </w:rPr>
        <w:t>Beth bật cười. ‘Điều đó có nghĩa là một ngày nào đó William sẽ là Ngài William?’</w:t>
      </w:r>
    </w:p>
    <w:p>
      <w:pPr>
        <w:spacing w:after="80"/>
      </w:pPr>
      <w:r>
        <w:rPr>
          <w:b w:val="0"/>
          <w:i w:val="0"/>
        </w:rPr>
        <w:t>‘Và cô sẽ là Phu nhân Warwick, điều mà—’</w:t>
      </w:r>
    </w:p>
    <w:p>
      <w:pPr>
        <w:spacing w:after="80"/>
      </w:pPr>
      <w:r>
        <w:rPr>
          <w:b w:val="0"/>
          <w:i w:val="0"/>
        </w:rPr>
        <w:t>‘Hai người đang thì thầm về chuyện gì thế?’ William hỏi, khi anh bước đến chỗ họ.</w:t>
      </w:r>
    </w:p>
    <w:p>
      <w:pPr>
        <w:spacing w:after="80"/>
      </w:pPr>
      <w:r>
        <w:rPr>
          <w:b w:val="0"/>
          <w:i w:val="0"/>
        </w:rPr>
        <w:t>‘Việc sắp xếp cho đám cưới của chúng ta,’ Beth nói.</w:t>
      </w:r>
    </w:p>
    <w:p>
      <w:pPr>
        <w:spacing w:after="80"/>
      </w:pPr>
      <w:r>
        <w:rPr>
          <w:b w:val="0"/>
          <w:i w:val="0"/>
        </w:rPr>
        <w:t>‘Cậu mà làm thành viên ban khen thưởng thì cũng khá đấy chứ,’ Sir Julian thì thầm.</w:t>
      </w:r>
    </w:p>
    <w:p>
      <w:pPr>
        <w:jc w:val="center"/>
      </w:pPr>
      <w:r>
        <w:drawing>
          <wp:inline xmlns:a="http://schemas.openxmlformats.org/drawingml/2006/main" xmlns:pic="http://schemas.openxmlformats.org/drawingml/2006/picture">
            <wp:extent cx="752475" cy="161925"/>
            <wp:docPr id="8" name="Picture 8"/>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‘Ngài có muốn một miếng bánh gateau Rừng Đen không, thưa tổng thanh tra?’ Tư lệnh Hawksby hỏi.</w:t>
      </w:r>
    </w:p>
    <w:p>
      <w:pPr>
        <w:spacing w:after="80"/>
      </w:pPr>
      <w:r>
        <w:rPr>
          <w:b w:val="0"/>
          <w:i w:val="0"/>
        </w:rPr>
        <w:t>‘Không ngại đâu,’ Lamont đáp.</w:t>
      </w:r>
    </w:p>
    <w:p>
      <w:pPr>
        <w:spacing w:after="80"/>
      </w:pPr>
      <w:r>
        <w:rPr>
          <w:b w:val="0"/>
          <w:i w:val="0"/>
        </w:rPr>
        <w:t>‘Còn cô thì sao, DC Roycroft?’</w:t>
      </w:r>
    </w:p>
    <w:p>
      <w:pPr>
        <w:spacing w:after="80"/>
      </w:pPr>
      <w:r>
        <w:rPr>
          <w:b w:val="0"/>
          <w:i w:val="0"/>
        </w:rPr>
        <w:t>‘Lúc nào cũng là món khoái khẩu của tôi,’ Jackie nói, khi vị tư lệnh cắt cho cô một miếng dày.</w:t>
      </w:r>
    </w:p>
    <w:p>
      <w:pPr>
        <w:spacing w:after="80"/>
      </w:pPr>
      <w:r>
        <w:rPr>
          <w:b w:val="0"/>
          <w:i w:val="0"/>
        </w:rPr>
        <w:t>‘Phải đảm bảo là chúng ta tiêu hủy hết mọi bằng chứng,’ Hawk nói, sau khi đưa cho Paul miếng thứ hai, ‘vì tôi nghe nói Tulip đang tính kiện Met vì bắt giữ sai trái, dùng vũ lực không cần thiết khi đối phó với một công dân tuân thủ pháp luật, và vì thành kiến chủng tộc.’</w:t>
      </w:r>
    </w:p>
    <w:p>
      <w:pPr>
        <w:spacing w:after="80"/>
      </w:pPr>
      <w:r>
        <w:rPr>
          <w:b w:val="0"/>
          <w:i w:val="0"/>
        </w:rPr>
        <w:t>‘Tiếc là không phải tôi bắt hắn,’ Paul nói. ‘Vậy thì ít nhất hắn cũng phải bỏ đi một trong các cáo buộc.’</w:t>
      </w:r>
    </w:p>
    <w:p>
      <w:pPr>
        <w:spacing w:after="80"/>
      </w:pPr>
      <w:r>
        <w:rPr>
          <w:b w:val="0"/>
          <w:i w:val="0"/>
        </w:rPr>
        <w:t>‘Hắn còn đòi đình chỉ viên cảnh sát liên quan trong khi tiến hành điều tra về hành vi bạo lực của cảnh sát.’</w:t>
      </w:r>
    </w:p>
    <w:p>
      <w:pPr>
        <w:spacing w:after="80"/>
      </w:pPr>
      <w:r>
        <w:rPr>
          <w:b w:val="0"/>
          <w:i w:val="0"/>
        </w:rPr>
        <w:t>‘Càng thêm lý do để tiêu hủy bằng chứng,’ Lamont nói, vét nốt mấy mẩu vụn cuối cùng.</w:t>
      </w:r>
    </w:p>
    <w:p>
      <w:pPr>
        <w:spacing w:after="80"/>
      </w:pPr>
      <w:r>
        <w:rPr>
          <w:b w:val="0"/>
          <w:i w:val="0"/>
        </w:rPr>
        <w:t>‘Xin lỗi vì không mời được cậu một miếng, DS Warwick,’ Hawk nói, ‘nhưng nếu thế thì chúng tôi lại phải thêm tội nhận hối lộ vào danh sách dài những cáo buộc chống lại cậu.’</w:t>
      </w:r>
    </w:p>
    <w:p>
      <w:pPr>
        <w:spacing w:after="80"/>
      </w:pPr>
      <w:r>
        <w:rPr>
          <w:b w:val="0"/>
          <w:i w:val="0"/>
        </w:rPr>
        <w:t>Jackie cố nín cười.</w:t>
      </w:r>
    </w:p>
    <w:p>
      <w:pPr>
        <w:spacing w:after="80"/>
      </w:pPr>
      <w:r>
        <w:rPr>
          <w:b w:val="0"/>
          <w:i w:val="0"/>
        </w:rPr>
        <w:t>‘Nhưng—’ William bắt đầu.</w:t>
      </w:r>
    </w:p>
    <w:p>
      <w:pPr>
        <w:spacing w:after="80"/>
      </w:pPr>
      <w:r>
        <w:rPr>
          <w:b w:val="0"/>
          <w:i w:val="0"/>
        </w:rPr>
        <w:t>‘May cho cậu,’ vị tư lệnh nói, ‘là số ma túy đó đã bị trộm từ một cửa hàng Tesco địa phương, nhưng vì bằng chứng giờ đã bị tiêu hủy, chúng tôi không còn lựa chọn nào khác ngoài việc cảnh cáo hắn, và thả nghi phạm kèm lời cảnh báo.’</w:t>
      </w:r>
    </w:p>
    <w:p>
      <w:pPr>
        <w:spacing w:after="80"/>
      </w:pPr>
      <w:r>
        <w:rPr>
          <w:b w:val="0"/>
          <w:i w:val="0"/>
        </w:rPr>
        <w:t>‘Nhưng—’ William lặp lại.</w:t>
      </w:r>
    </w:p>
    <w:p>
      <w:pPr>
        <w:spacing w:after="80"/>
      </w:pPr>
      <w:r>
        <w:rPr>
          <w:b w:val="0"/>
          <w:i w:val="0"/>
        </w:rPr>
        <w:t>‘Chẳng đáng gì so với mức án sáu đến tám năm mà cậu hằng mong đợi, DS Warwick.’</w:t>
      </w:r>
    </w:p>
    <w:p>
      <w:pPr>
        <w:spacing w:after="80"/>
      </w:pPr>
      <w:r>
        <w:rPr>
          <w:b w:val="0"/>
          <w:i w:val="0"/>
        </w:rPr>
        <w:t>‘Và hơn nữa,’ Jackie nói, ‘địa chỉ mà Tulip đưa cho chúng ta, ngạc nhiên chưa, không hề tồn tại.’</w:t>
      </w:r>
    </w:p>
    <w:p>
      <w:pPr>
        <w:spacing w:after="80"/>
      </w:pPr>
      <w:r>
        <w:rPr>
          <w:b w:val="0"/>
          <w:i w:val="0"/>
        </w:rPr>
        <w:t>‘Nhưng quán rượu thì có,’ William nói.</w:t>
      </w:r>
    </w:p>
    <w:p>
      <w:pPr>
        <w:spacing w:after="80"/>
      </w:pPr>
      <w:r>
        <w:rPr>
          <w:b w:val="0"/>
          <w:i w:val="0"/>
        </w:rPr>
        <w:t>‘Quán rượu nào?’ Hawksby hỏi, giọng nghiêm túc lần đầu tiên.</w:t>
      </w:r>
    </w:p>
    <w:p>
      <w:pPr>
        <w:spacing w:after="80"/>
      </w:pPr>
      <w:r>
        <w:rPr>
          <w:b w:val="0"/>
          <w:i w:val="0"/>
        </w:rPr>
        <w:t>‘The Three Feathers ở Battersea. Đó là nơi anh ta bảo tài xế taxi chở đến.’</w:t>
      </w:r>
    </w:p>
    <w:p>
      <w:pPr>
        <w:spacing w:after="80"/>
      </w:pPr>
      <w:r>
        <w:rPr>
          <w:b w:val="0"/>
          <w:i w:val="0"/>
        </w:rPr>
        <w:t>Cả bốn sĩ quan bỗng chốc cảnh giác.</w:t>
      </w:r>
    </w:p>
    <w:p>
      <w:pPr>
        <w:spacing w:after="80"/>
      </w:pPr>
      <w:r>
        <w:rPr>
          <w:b w:val="0"/>
          <w:i w:val="0"/>
        </w:rPr>
        <w:t>‘Có lẽ tôi nên theo dõi chỗ đó,’ William nói. ‘Thử tìm xem đồng bọn buôn bán của anh ta là những ai?’</w:t>
      </w:r>
    </w:p>
    <w:p>
      <w:pPr>
        <w:spacing w:after="80"/>
      </w:pPr>
      <w:r>
        <w:rPr>
          <w:b w:val="0"/>
          <w:i w:val="0"/>
        </w:rPr>
        <w:t>‘Đó là việc cuối cùng cậu được làm,’ Hawksby nói. ‘Họ sẽ nhận ra một cậu bé hát thánh ca như cậu từ xa cả dặm. Không, đây là việc của một trong những sĩ quan chìm giàu kinh nghiệm hơn của chúng ta. Cậu chỉ cần chắc chắn đừng đến gần chỗ đó thôi.’</w:t>
      </w:r>
    </w:p>
    <w:p>
      <w:pPr>
        <w:spacing w:after="80"/>
      </w:pPr>
      <w:r>
        <w:rPr>
          <w:b w:val="0"/>
          <w:i w:val="0"/>
        </w:rPr>
        <w:t>‘Tôi có biết sĩ quan mà ông đang nghĩ đến không?’ William hỏi.</w:t>
      </w:r>
    </w:p>
    <w:p>
      <w:pPr>
        <w:spacing w:after="80"/>
      </w:pPr>
      <w:r>
        <w:rPr>
          <w:b w:val="0"/>
          <w:i w:val="0"/>
        </w:rPr>
        <w:t>‘Đến mẹ ruột của anh ta còn không biết anh ta,’ Hawksby nói.</w:t>
      </w:r>
    </w:p>
    <w:p>
      <w:pPr>
        <w:pStyle w:val="Heading2"/>
      </w:pPr>
      <w:r>
        <w:rPr>
          <w:rFonts w:ascii="Calibri" w:hAnsi="Calibri"/>
          <w:b/>
          <w:i w:val="0"/>
          <w:sz w:val="32"/>
        </w:rPr>
        <w:t>5</w:t>
      </w:r>
    </w:p>
    <w:p>
      <w:pPr>
        <w:spacing w:after="80"/>
      </w:pPr>
      <w:r>
        <w:rPr>
          <w:b w:val="0"/>
          <w:i w:val="0"/>
        </w:rPr>
        <w:t>‘Trung sĩ Thám tử Warwick đây,’ anh nói, sau khi nhấc điện thoại trên bàn.</w:t>
      </w:r>
    </w:p>
    <w:p>
      <w:pPr>
        <w:spacing w:after="80"/>
      </w:pPr>
      <w:r>
        <w:rPr>
          <w:b w:val="0"/>
          <w:i w:val="0"/>
        </w:rPr>
        <w:t>‘Giờ tôi đã biết tên người mà anh đang tìm,’ một giọng nói mà anh nhận ra ngay lập tức cất lên. ‘Nhưng việc này sẽ tốn của anh một trăm bảng để mở màn đã.’</w:t>
      </w:r>
    </w:p>
    <w:p>
      <w:pPr>
        <w:spacing w:after="80"/>
      </w:pPr>
      <w:r>
        <w:rPr>
          <w:b w:val="0"/>
          <w:i w:val="0"/>
        </w:rPr>
        <w:t>‘Một trăm bảng?’ William nói. ‘Với chừng đó, tôi mong anh ta đang ngồi ở bàn tôi ký bản tự thú.’</w:t>
      </w:r>
    </w:p>
    <w:p>
      <w:pPr>
        <w:spacing w:after="80"/>
      </w:pPr>
      <w:r>
        <w:rPr>
          <w:b w:val="0"/>
          <w:i w:val="0"/>
        </w:rPr>
        <w:t>‘Lần này thì không,’ Adrian nói. ‘Và thêm một trăm nữa, tôi sẽ nói cho anh biết chỗ tìm thấy anh ta vào mỗi chiều thứ Sáu lúc năm giờ.’</w:t>
      </w:r>
    </w:p>
    <w:p>
      <w:pPr>
        <w:spacing w:after="80"/>
      </w:pPr>
      <w:r>
        <w:rPr>
          <w:b w:val="0"/>
          <w:i w:val="0"/>
        </w:rPr>
        <w:t>‘Chúng ta gặp nhau ở đâu?’ William hỏi, khi một chiếc điện thoại khác bắt đầu đổ chuông.</w:t>
      </w:r>
    </w:p>
    <w:p>
      <w:pPr>
        <w:spacing w:after="80"/>
      </w:pPr>
      <w:r>
        <w:rPr>
          <w:b w:val="0"/>
          <w:i w:val="0"/>
        </w:rPr>
        <w:t>‘Phòng dưới của Tháp Salt trong Tháp London. Thứ Tư tới lúc mười một giờ.’</w:t>
      </w:r>
    </w:p>
    <w:p>
      <w:pPr>
        <w:spacing w:after="80"/>
      </w:pPr>
      <w:r>
        <w:rPr>
          <w:b w:val="0"/>
          <w:i w:val="0"/>
        </w:rPr>
        <w:t>‘Cần cậu nghe máy này,’ Jackie hét lên, lấy tay che ống nghe. ‘Nhanh lên!’</w:t>
      </w:r>
    </w:p>
    <w:p>
      <w:pPr>
        <w:spacing w:after="80"/>
      </w:pPr>
      <w:r>
        <w:rPr>
          <w:b w:val="0"/>
          <w:i w:val="0"/>
        </w:rPr>
        <w:t>‘Và tôi muốn thấy tiền trước khi tôi thậm chí nghĩ đến việc tiết lộ tên hắn, hay chỗ các người tìm thấy hắn vào năm giờ chiều thứ Sáu.’</w:t>
      </w:r>
    </w:p>
    <w:p>
      <w:pPr>
        <w:spacing w:after="80"/>
      </w:pPr>
      <w:r>
        <w:rPr>
          <w:b w:val="0"/>
          <w:i w:val="0"/>
        </w:rPr>
        <w:t>‘Tôi không nghĩ cô ấy sẽ trụ được lâu hơn nữa đâu,’ Jackie nói.</w:t>
      </w:r>
    </w:p>
    <w:p>
      <w:pPr>
        <w:spacing w:after="80"/>
      </w:pPr>
      <w:r>
        <w:rPr>
          <w:b w:val="0"/>
          <w:i w:val="0"/>
        </w:rPr>
        <w:t>‘Bằng không thì thứ các người thấy chỉ là Crown Jewels thôi, mà cái đó sẽ tốn của các người năm mươi xu.’ Đầu dây bên kia tắt ngấm. William đập mạnh ống nghe xuống, lao qua phòng và giật lấy điện thoại từ tay Jackie đang chìa ra.</w:t>
      </w:r>
    </w:p>
    <w:p>
      <w:pPr>
        <w:spacing w:after="80"/>
      </w:pPr>
      <w:r>
        <w:rPr>
          <w:b w:val="0"/>
          <w:i w:val="0"/>
        </w:rPr>
        <w:t>‘Trung sĩ Thám tử Warwick,’ anh lặp lại.</w:t>
      </w:r>
    </w:p>
    <w:p>
      <w:pPr>
        <w:spacing w:after="80"/>
      </w:pPr>
      <w:r>
        <w:rPr>
          <w:b w:val="0"/>
          <w:i w:val="0"/>
        </w:rPr>
        <w:t>‘Trung sĩ Thám tử?’ một giọng nói vang lên, nghe như thể cô ta không nghĩ mình sẽ bị bắt chờ.</w:t>
      </w:r>
    </w:p>
    <w:p>
      <w:pPr>
        <w:spacing w:after="80"/>
      </w:pPr>
      <w:r>
        <w:rPr>
          <w:b w:val="0"/>
          <w:i w:val="0"/>
        </w:rPr>
        <w:t>‘Christina?’ William nói, cố không tỏ ra ngạc nhiên.</w:t>
      </w:r>
    </w:p>
    <w:p>
      <w:pPr>
        <w:spacing w:after="80"/>
      </w:pPr>
      <w:r>
        <w:rPr>
          <w:b w:val="0"/>
          <w:i w:val="0"/>
        </w:rPr>
        <w:t>‘Miles sẽ tổ chức một bữa tiệc tối cho chín người bạn thân tại Limpton Hall vào ngày mười bảy tháng Năm. Tám giờ.’</w:t>
      </w:r>
    </w:p>
    <w:p>
      <w:pPr>
        <w:spacing w:after="80"/>
      </w:pPr>
      <w:r>
        <w:rPr>
          <w:b w:val="0"/>
          <w:i w:val="0"/>
        </w:rPr>
        <w:t xml:space="preserve">‘Cô có biết tên của bất kỳ </w:t>
      </w:r>
      <w:r>
        <w:rPr>
          <w:b w:val="0"/>
          <w:i/>
        </w:rPr>
        <w:t>người bạn thân</w:t>
      </w:r>
      <w:r>
        <w:rPr>
          <w:b w:val="0"/>
          <w:i w:val="0"/>
        </w:rPr>
        <w:t xml:space="preserve"> nào trong số đó không?’ William hỏi, vừa mở cuốn sổ tay ra.</w:t>
      </w:r>
    </w:p>
    <w:p>
      <w:pPr>
        <w:spacing w:after="80"/>
      </w:pPr>
      <w:r>
        <w:rPr>
          <w:b w:val="0"/>
          <w:i w:val="0"/>
        </w:rPr>
        <w:t>Một đường dây nữa lại tắt ngấm.</w:t>
      </w:r>
    </w:p>
    <w:p>
      <w:pPr>
        <w:spacing w:after="80"/>
      </w:pPr>
      <w:r>
        <w:rPr>
          <w:b w:val="0"/>
          <w:i w:val="0"/>
        </w:rPr>
        <w:t>‘Cậu cứ loanh quanh chờ mãi để một chuyến xe buýt xuất hiện,’ William nói, ‘rồi thế nào lại có hai chiếc đến cùng lúc.’</w:t>
      </w:r>
    </w:p>
    <w:p>
      <w:pPr>
        <w:spacing w:after="80"/>
      </w:pPr>
      <w:r>
        <w:rPr>
          <w:b w:val="0"/>
          <w:i w:val="0"/>
        </w:rPr>
        <w:t>‘Tôi đang nghe hết đây,’ Lamont nói.</w:t>
      </w:r>
    </w:p>
    <w:p>
      <w:pPr>
        <w:spacing w:after="80"/>
      </w:pPr>
      <w:r>
        <w:rPr>
          <w:b w:val="0"/>
          <w:i w:val="0"/>
        </w:rPr>
        <w:t>‘Người liên lạc của tôi khẳng định anh ta biết tên của Viper, và chỗ hắn đến vào năm giờ chiều mỗi thứ Sáu, nhưng anh ta muốn vài trăm bảng cho thông tin đó.’</w:t>
      </w:r>
    </w:p>
    <w:p>
      <w:pPr>
        <w:spacing w:after="80"/>
      </w:pPr>
      <w:r>
        <w:rPr>
          <w:b w:val="0"/>
          <w:i w:val="0"/>
        </w:rPr>
        <w:t>‘Đáng từng xu,’ Lamont nói khiến William ngạc nhiên, rồi thêm vào, ‘nếu, một là, anh ta nói thật, và hai là, thông tin của anh ta hóa ra là xác thực.’</w:t>
      </w:r>
    </w:p>
    <w:p>
      <w:pPr>
        <w:spacing w:after="80"/>
      </w:pPr>
      <w:r>
        <w:rPr>
          <w:b w:val="0"/>
          <w:i w:val="0"/>
        </w:rPr>
        <w:t>‘Ông muốn liều không, sếp?’</w:t>
      </w:r>
    </w:p>
    <w:p>
      <w:pPr>
        <w:spacing w:after="80"/>
      </w:pPr>
      <w:r>
        <w:rPr>
          <w:b w:val="0"/>
          <w:i w:val="0"/>
        </w:rPr>
        <w:t>‘Tùy cậu quyết, DS Warwick. Nhưng nếu cậu quyết định tiến hành, tôi sẽ phải xin phép chỉ huy trước khi có thể giải ngân số tiền cỡ đó. Và ông ấy sẽ muốn chắc chắn rằng cậu không đưa ra một xu nào trước khi con mồi của cậu đưa thông tin cho cậu. Đừng bao giờ quên, thằng bạn học cũ của cậu không phải bạn của cậu, và sẽ không bao giờ là bạn. Nhưng điều đó không có nghĩa là cậu không giữ đúng phần mình trong thỏa thuận. Cậu sẽ phải làm vậy, nếu muốn giành được lòng tin của hắn. Còn cuộc gọi kia?’</w:t>
      </w:r>
    </w:p>
    <w:p>
      <w:pPr>
        <w:spacing w:after="80"/>
      </w:pPr>
      <w:r>
        <w:rPr>
          <w:b w:val="0"/>
          <w:i w:val="0"/>
        </w:rPr>
        <w:t>‘Christina Faulkner. Cô ta nói chồng cô ta đang lên kế hoạch tổ chức một bữa tiệc tối cho chín khách tại Limpton Hall vào ngày mười bảy tháng Năm.’</w:t>
      </w:r>
    </w:p>
    <w:p>
      <w:pPr>
        <w:spacing w:after="80"/>
      </w:pPr>
      <w:r>
        <w:rPr>
          <w:b w:val="0"/>
          <w:i w:val="0"/>
        </w:rPr>
        <w:t>‘Tôi rất muốn được là con ruồi đậu trên tường trong bữa tiệc nhỏ đó,’ Lamont nói. ‘Nhưng ngay cả cậu cũng không làm được trò đó đâu.’</w:t>
      </w:r>
    </w:p>
    <w:p>
      <w:pPr>
        <w:spacing w:after="80"/>
      </w:pPr>
      <w:r>
        <w:rPr>
          <w:b w:val="0"/>
          <w:i w:val="0"/>
        </w:rPr>
        <w:t>‘Không, nhưng chúng ta có thể ở đâu đó gần đó để xem danh sách khách mời.’</w:t>
      </w:r>
    </w:p>
    <w:p>
      <w:pPr>
        <w:jc w:val="center"/>
      </w:pPr>
      <w:r>
        <w:drawing>
          <wp:inline xmlns:a="http://schemas.openxmlformats.org/drawingml/2006/main" xmlns:pic="http://schemas.openxmlformats.org/drawingml/2006/picture">
            <wp:extent cx="752475" cy="161925"/>
            <wp:docPr id="9" name="Picture 9"/>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‘Hôm nay cậu định làm gì, tôi dám hỏi không?’ Beth nói khi William bước ra khỏi giường.</w:t>
      </w:r>
    </w:p>
    <w:p>
      <w:pPr>
        <w:spacing w:after="80"/>
      </w:pPr>
      <w:r>
        <w:rPr>
          <w:b w:val="0"/>
          <w:i w:val="0"/>
        </w:rPr>
        <w:t>‘Tôi đi thăm Tháp London.’</w:t>
      </w:r>
    </w:p>
    <w:p>
      <w:pPr>
        <w:spacing w:after="80"/>
      </w:pPr>
      <w:r>
        <w:rPr>
          <w:b w:val="0"/>
          <w:i w:val="0"/>
        </w:rPr>
        <w:t>‘Cậu mong có ai đó trộm Bộ trang sức Vương miện à?’</w:t>
      </w:r>
    </w:p>
    <w:p>
      <w:pPr>
        <w:spacing w:after="80"/>
      </w:pPr>
      <w:r>
        <w:rPr>
          <w:b w:val="0"/>
          <w:i w:val="0"/>
        </w:rPr>
        <w:t>‘Không, nhưng tôi hy vọng mang về được vài viên ngọc,’ anh đáp, rồi biến mất vào phòng tắm. Anh mở nước nóng khi chuẩn bị cạo râu. Anh dự định có mặt ở Tháp lúc mười giờ ba mươi, nên anh sẽ đợi ông bạn học cũ từ lâu trước khi ông ta xuất hiện. Nhưng trước tiên anh phải ghé qua Yard và lấy hai trăm bảng mà Hawksby đã miễn cưỡng phê duyệt.</w:t>
      </w:r>
    </w:p>
    <w:p>
      <w:pPr>
        <w:spacing w:after="80"/>
      </w:pPr>
      <w:r>
        <w:rPr>
          <w:b w:val="0"/>
          <w:i w:val="0"/>
        </w:rPr>
        <w:t>‘Nếu cậu không quay lại đây với một cái tên và địa chỉ, hoặc hóa ra đó là manh mối sai, tôi sẽ trừ sạch từng xu cuối cùng trong phiếu lương của cậu.’</w:t>
      </w:r>
    </w:p>
    <w:p>
      <w:pPr>
        <w:spacing w:after="80"/>
      </w:pPr>
      <w:r>
        <w:rPr>
          <w:b w:val="0"/>
          <w:i w:val="0"/>
        </w:rPr>
        <w:t>Vì lương của một trung sĩ thám tử chưa đến £300 một tuần, ý nghĩ đó không hẳn hấp dẫn. Anh muốn nói ‘Ông đùa à’, nhưng anh biết Hawk không đùa về tiền bạc.</w:t>
      </w:r>
    </w:p>
    <w:p>
      <w:pPr>
        <w:spacing w:after="80"/>
      </w:pPr>
      <w:r>
        <w:rPr>
          <w:b w:val="0"/>
          <w:i w:val="0"/>
        </w:rPr>
        <w:t xml:space="preserve">Sau bữa sáng, anh và Beth bắt xe buýt đến Kensington rồi mỗi người đi một ngả: Beth đi bộ đến Fitzmolean, còn William đi tàu điện ngầm đến St James’s Park. Anh liếc nhìn bức ảnh trang nhất tờ </w:t>
      </w:r>
      <w:r>
        <w:rPr>
          <w:b w:val="0"/>
          <w:i/>
        </w:rPr>
        <w:t>Daily Mail</w:t>
      </w:r>
      <w:r>
        <w:rPr>
          <w:b w:val="0"/>
          <w:i w:val="0"/>
        </w:rPr>
        <w:t xml:space="preserve"> chụp Công nương Diana cùng hai cậu con trai nhỏ trước khi biến mất xuống bậc thang vào lòng đất. Khi ngồi trên tàu, anh nghĩ về Beth, và nóng lòng chờ cô mang thai. Nhưng hiện tại, cô coi Fitzmolean là ưu tiên hàng đầu của mình.</w:t>
      </w:r>
    </w:p>
    <w:p>
      <w:pPr>
        <w:spacing w:after="80"/>
      </w:pPr>
      <w:r>
        <w:rPr>
          <w:b w:val="0"/>
          <w:i w:val="0"/>
        </w:rPr>
        <w:t>Vị giám đốc đang ngồi ở bàn làm việc khi William bước vào phòng. Hai chồng giấy bảng mười bảng gọn gàng được xếp trước mặt ông. William ngạc nhiên vì hai gói giấy bóng kính trông mỏng đến thế. Anh ngồi xuống đối diện Lamont, người chậm rãi đếm từng tờ, ‘. . . mười tám, mười chín, hai mươi,’ rồi đặt chúng trở lại gói, mở ngăn kéo bàn và lấy ra tờ đơn không thể tránh khỏi, đưa cho William.</w:t>
      </w:r>
    </w:p>
    <w:p>
      <w:pPr>
        <w:spacing w:after="80"/>
      </w:pPr>
      <w:r>
        <w:rPr>
          <w:b w:val="0"/>
          <w:i w:val="0"/>
        </w:rPr>
        <w:t>William đọc tài liệu được soạn cẩn thận hai lần, rồi quay lại một đoạn được in đậm bằng chữ hoa: BẤT KỲ CÁO BUỘC LẠM DỤNG QUỸ NÀO CŨNG CÓ THỂ DẪN ĐẾN ÁN TÙ LÊN ĐẾN MƯỜI NĂM. Anh ký vào tờ giấy cam kết, và DC Adaja thêm chữ ký của mình làm nhân chứng. Lamont giữ một bản sao carbon để lưu hồ sơ trước khi trao tiền mặt.</w:t>
      </w:r>
    </w:p>
    <w:p>
      <w:pPr>
        <w:spacing w:after="80"/>
      </w:pPr>
      <w:r>
        <w:rPr>
          <w:b w:val="0"/>
          <w:i w:val="0"/>
        </w:rPr>
        <w:t>William nhét tiền vào túi trong của áo khoác và rời đi không nói thêm lời nào. Khi đã lên đường, anh thấy mình thường xuyên sờ vào túi để chắc chắn tiền vẫn còn đó.</w:t>
      </w:r>
    </w:p>
    <w:p>
      <w:pPr>
        <w:spacing w:after="80"/>
      </w:pPr>
      <w:r>
        <w:rPr>
          <w:b w:val="0"/>
          <w:i w:val="0"/>
        </w:rPr>
        <w:t>Trong chuyến tàu điện ngầm đến Tower Hill, anh ngồi ở cuối toa và đọc lại cuốn hướng dẫn chính thức về Tháp London, ngước lên mỗi khi có hành khách khác đến gần. Jackie đã cảnh báo anh rằng chỉ những kẻ móc túi lão luyện nhất mới hoạt động trên tàu điện ngầm London.</w:t>
      </w:r>
    </w:p>
    <w:p>
      <w:pPr>
        <w:spacing w:after="80"/>
      </w:pPr>
      <w:r>
        <w:rPr>
          <w:b w:val="0"/>
          <w:i w:val="0"/>
        </w:rPr>
        <w:t>Sau hai mươi phút, anh bước ra dưới ánh nắng chói chang. William đứng trên vỉa hè một lát để chiêm ngưỡng pháo đài cổ, nằm chênh vênh một cách kỳ lạ trên gò đất phủ cỏ, xung quanh là những tòa nhà kính hiện đại mà anh ngờ rằng Ngài Christopher Wren sẽ không tán thành. Ngài Thomas More, Guy Fawkes và Anne Boleyn đã trải qua những đêm cuối cùng của cuộc đời trong các phòng giam của Tháp trước khi bị hành quyết. Nếu anh trở về Yard mà không có gì để chứng minh cho hai trăm bảng của mình, anh có thể sẽ phải gia nhập cùng họ. Anh chỉ nhẹ nhõm vì mình không còn bị lôi ra phanh thây nữa.</w:t>
      </w:r>
    </w:p>
    <w:p>
      <w:pPr>
        <w:spacing w:after="80"/>
      </w:pPr>
      <w:r>
        <w:rPr>
          <w:b w:val="0"/>
          <w:i w:val="0"/>
        </w:rPr>
        <w:t>William đi một quãng ngắn đến tường Tháp, nơi anh gia nhập hàng du khách háo hức chờ ở cổng West Gate. Khi đến lượt, anh đưa năm mươi xu để đổi lấy một tấm vé. Nhóm du khách nhỏ đi theo hướng dẫn viên, một Yeoman Warder, mặc áo chẽn truyền thống màu xanh navy và đỏ cùng chiếc mũ Beefeater đặc trưng. Ông dẫn đàn chiên của mình ra các bức tường thành trong khi thuyết minh liên tục. Ông cho họ biết công trình xây Tháp được bắt đầu vào năm 1078 bởi William the Conqueror, để giữ những kẻ xâm lược Norman của ông an toàn ngoài tầm với của dân địa phương đầy thù hận. Một con quạ kêu quang quác đậu xuống gần đó để nhắc họ rằng chừng nào còn quạ cư ngụ tại Tháp, nước Anh sẽ an toàn khỏi những kẻ ngoại đạo xâm lược. Khi họ đến gần Jewel House, hướng dẫn viên tuyên bố, như thể đọc được suy nghĩ của họ, ‘Giờ là khoảnh khắc tất cả các bạn đã chờ đợi, cơ hội được chiêm ngưỡng 23.578 viên ngọc quý giá vô giá tạo nên Bộ trang sức Vương miện.’</w:t>
      </w:r>
    </w:p>
    <w:p>
      <w:pPr>
        <w:spacing w:after="80"/>
      </w:pPr>
      <w:r>
        <w:rPr>
          <w:b w:val="0"/>
          <w:i w:val="0"/>
        </w:rPr>
        <w:t>‘Ai sở hữu chúng?’ ai đó hỏi.</w:t>
      </w:r>
    </w:p>
    <w:p>
      <w:pPr>
        <w:spacing w:after="80"/>
      </w:pPr>
      <w:r>
        <w:rPr>
          <w:b w:val="0"/>
          <w:i w:val="0"/>
        </w:rPr>
        <w:t>‘Bệ hạ Nữ hoàng,’ câu trả lời đến ngay lập tức.</w:t>
      </w:r>
    </w:p>
    <w:p>
      <w:pPr>
        <w:spacing w:after="80"/>
      </w:pPr>
      <w:r>
        <w:rPr>
          <w:b w:val="0"/>
          <w:i w:val="0"/>
        </w:rPr>
        <w:t>‘Không phải nhân dân sao?’ một giọng người Mỹ hỏi.</w:t>
      </w:r>
    </w:p>
    <w:p>
      <w:pPr>
        <w:spacing w:after="80"/>
      </w:pPr>
      <w:r>
        <w:rPr>
          <w:b w:val="0"/>
          <w:i w:val="0"/>
        </w:rPr>
        <w:t>‘Không,’ người cai ngục nói. ‘Chúng được truyền từ đời vua này sang đời vua khác, nên sẽ không chính trị gia nào có thể chạm tay vào chúng được.’</w:t>
      </w:r>
    </w:p>
    <w:p>
      <w:pPr>
        <w:spacing w:after="80"/>
      </w:pPr>
      <w:r>
        <w:rPr>
          <w:b w:val="0"/>
          <w:i w:val="0"/>
        </w:rPr>
        <w:t>Điều đầu tiên William nhận ra khi họ tiến về phòng châu báu là không có một người lính gác nào trong tầm mắt, trong khi người hướng dẫn của họ chắc đã ngoài sáu mươi, và hơi mập mạp. Nhưng rồi, đúng như cuốn sách hướng dẫn khẳng định đầy tự tin, chưa từng có ai trốn thoát khỏi Tháp trong gần một nghìn năm.</w:t>
      </w:r>
    </w:p>
    <w:p>
      <w:pPr>
        <w:spacing w:after="80"/>
      </w:pPr>
      <w:r>
        <w:rPr>
          <w:b w:val="0"/>
          <w:i w:val="0"/>
        </w:rPr>
        <w:t>Nhưng William không phải khách du lịch, và hôm nay không phải lúc để chiêm ngưỡng bảo vật quốc gia, nên anh lặng lẽ tách khỏi đoàn và đi theo các biển chỉ dẫn tới Tháp Muối trên và dưới. Anh bước xuống con dốc về phía Cổng vòm Nữ hoàng Elizabeth và lẻn vào một hầm tối không đèn được xây thêm vào cuối những năm 1230 như một phần của bức tường thành bao quanh pháo đài của Henry III. Căn phòng đá hình bát giác nhỏ bé trống rỗng, và chẳng mấy ai quan tâm ngoại trừ những nhà sử học nhiệt thành nhất.</w:t>
      </w:r>
    </w:p>
    <w:p>
      <w:pPr>
        <w:spacing w:after="80"/>
      </w:pPr>
      <w:r>
        <w:rPr>
          <w:b w:val="0"/>
          <w:i w:val="0"/>
        </w:rPr>
        <w:t>William biết rằng Bess xứ Hardwick từng bị giam trong Tháp Muối vì bị cho là hành nghề phù thủy, và tự hỏi liệu đó có phải là điều Adrian đang nghĩ tới không. Anh ngồi xuống trong một hốc đá cho phép quan sát rõ lối vào, để không bị bất ngờ.</w:t>
      </w:r>
    </w:p>
    <w:p>
      <w:pPr>
        <w:spacing w:after="80"/>
      </w:pPr>
      <w:r>
        <w:rPr>
          <w:b w:val="0"/>
          <w:i w:val="0"/>
        </w:rPr>
        <w:t>Một hai du khách thò đầu vào nhìn nhưng, sau một cái liếc mắt, nhanh chóng chuyển sang những lựa chọn hứa hẹn hơn. William nghe thấy đồng hồ tháp điểm mười một giờ, nhưng anh chưa bao giờ mong Adrian đến đúng giờ. Anh lại vỗ nhẹ hai xấp tiền trong túi áo ngực khi chờ người cung cấp tin của mình xuất hiện.</w:t>
      </w:r>
    </w:p>
    <w:p>
      <w:pPr>
        <w:spacing w:after="80"/>
      </w:pPr>
      <w:r>
        <w:rPr>
          <w:b w:val="0"/>
          <w:i w:val="0"/>
        </w:rPr>
        <w:t>Anh ngước lên và thấy một bóng người quen thuộc đứng trong vòm cổng. Đôi mắt anh ta đảo khắp căn phòng như một con thú bị dồn vào góc, cho đến khi phát hiện ra William. Anh ta nhanh chóng bước tới chỗ anh, và trước cả khi ngồi xuống, đã nói: ‘Anh có mang tiền không?’</w:t>
      </w:r>
    </w:p>
    <w:p>
      <w:pPr>
        <w:spacing w:after="80"/>
      </w:pPr>
      <w:r>
        <w:rPr>
          <w:b w:val="0"/>
          <w:i w:val="0"/>
        </w:rPr>
        <w:t>‘Từng xu một,’ William nói, rút góc một trong những gói giấy bóng kính ra để lộ những tờ tiền mới tinh, khiến Heath nở nụ cười. Anh ta chớp mắt khi số tiền biến trở lại vào túi William.</w:t>
      </w:r>
    </w:p>
    <w:p>
      <w:pPr>
        <w:spacing w:after="80"/>
      </w:pPr>
      <w:r>
        <w:rPr>
          <w:b w:val="0"/>
          <w:i w:val="0"/>
        </w:rPr>
        <w:t>‘Trước tiên, cái tên,’ William bình thản nói.</w:t>
      </w:r>
    </w:p>
    <w:p>
      <w:pPr>
        <w:spacing w:after="80"/>
      </w:pPr>
      <w:r>
        <w:rPr>
          <w:b w:val="0"/>
          <w:i w:val="0"/>
        </w:rPr>
        <w:t>‘Assem Rashidi.’</w:t>
      </w:r>
    </w:p>
    <w:p>
      <w:pPr>
        <w:spacing w:after="80"/>
      </w:pPr>
      <w:r>
        <w:rPr>
          <w:b w:val="0"/>
          <w:i w:val="0"/>
        </w:rPr>
        <w:t>‘Anh đã từng gặp hắn chưa?’</w:t>
      </w:r>
    </w:p>
    <w:p>
      <w:pPr>
        <w:spacing w:after="80"/>
      </w:pPr>
      <w:r>
        <w:rPr>
          <w:b w:val="0"/>
          <w:i w:val="0"/>
        </w:rPr>
        <w:t>‘Chưa.’</w:t>
      </w:r>
    </w:p>
    <w:p>
      <w:pPr>
        <w:spacing w:after="80"/>
      </w:pPr>
      <w:r>
        <w:rPr>
          <w:b w:val="0"/>
          <w:i w:val="0"/>
        </w:rPr>
        <w:t>‘Vậy sao anh chắc chắn hắn là kẻ mà người ta gọi là Viper?’</w:t>
      </w:r>
    </w:p>
    <w:p>
      <w:pPr>
        <w:spacing w:after="80"/>
      </w:pPr>
      <w:r>
        <w:rPr>
          <w:b w:val="0"/>
          <w:i w:val="0"/>
        </w:rPr>
        <w:t>‘Maria từng có một cuộc tình chớp nhoáng với hắn. Đó là cách chúng tôi gặp nhau.’</w:t>
      </w:r>
    </w:p>
    <w:p>
      <w:pPr>
        <w:spacing w:after="80"/>
      </w:pPr>
      <w:r>
        <w:rPr>
          <w:b w:val="0"/>
          <w:i w:val="0"/>
        </w:rPr>
        <w:t>‘Và anh tin cô ta chứ?’</w:t>
      </w:r>
    </w:p>
    <w:p>
      <w:pPr>
        <w:spacing w:after="80"/>
      </w:pPr>
      <w:r>
        <w:rPr>
          <w:b w:val="0"/>
          <w:i w:val="0"/>
        </w:rPr>
        <w:t>‘Cô ấy là người duy nhất tôi thực sự tin tưởng.’</w:t>
      </w:r>
    </w:p>
    <w:p>
      <w:pPr>
        <w:spacing w:after="80"/>
      </w:pPr>
      <w:r>
        <w:rPr>
          <w:b w:val="0"/>
          <w:i w:val="0"/>
        </w:rPr>
        <w:t>William nhớ lại lời Lamont: ‘Đừng bao giờ quên, bạn học cũ của cậu không phải bạn của cậu, và sẽ không bao giờ là bạn. Nhưng điều đó không có nghĩa là cậu không giữ phần mình trong thỏa thuận. Cậu sẽ phải làm vậy, nếu muốn giành được lòng tin của hắn.’ Anh lấy ra một trong những gói giấy bóng kính và đưa cho Heath. Nó biến mất ngay lập tức.</w:t>
      </w:r>
    </w:p>
    <w:p>
      <w:pPr>
        <w:spacing w:after="80"/>
      </w:pPr>
      <w:r>
        <w:rPr>
          <w:b w:val="0"/>
          <w:i w:val="0"/>
        </w:rPr>
        <w:t>‘Còn một trăm cái kia thì sao?’ Heath hỏi.</w:t>
      </w:r>
    </w:p>
    <w:p>
      <w:pPr>
        <w:spacing w:after="80"/>
      </w:pPr>
      <w:r>
        <w:rPr>
          <w:b w:val="0"/>
          <w:i w:val="0"/>
        </w:rPr>
        <w:t>‘Không phải trước khi anh nói cho tôi biết Rashidi đi đâu vào năm giờ chiều mỗi thứ Sáu.’</w:t>
      </w:r>
    </w:p>
    <w:p>
      <w:pPr>
        <w:spacing w:after="80"/>
      </w:pPr>
      <w:r>
        <w:rPr>
          <w:b w:val="0"/>
          <w:i w:val="0"/>
        </w:rPr>
        <w:t>‘Số hai mươi tư phố The Boltons.’</w:t>
      </w:r>
    </w:p>
    <w:p>
      <w:pPr>
        <w:spacing w:after="80"/>
      </w:pPr>
      <w:r>
        <w:rPr>
          <w:b w:val="0"/>
          <w:i w:val="0"/>
        </w:rPr>
        <w:t>‘Đó là nơi hắn sống à?’</w:t>
      </w:r>
    </w:p>
    <w:p>
      <w:pPr>
        <w:spacing w:after="80"/>
      </w:pPr>
      <w:r>
        <w:rPr>
          <w:b w:val="0"/>
          <w:i w:val="0"/>
        </w:rPr>
        <w:t>‘Không biết nữa. Đó không nằm trong thỏa thuận của chúng ta. Trả tiền đi.’</w:t>
      </w:r>
    </w:p>
    <w:p>
      <w:pPr>
        <w:spacing w:after="80"/>
      </w:pPr>
      <w:r>
        <w:rPr>
          <w:b w:val="0"/>
          <w:i w:val="0"/>
        </w:rPr>
        <w:t>William lấy ra gói thứ hai và đưa sang. ‘Nếu thông tin của anh không chuẩn,’ anh nói, ‘tôi sẽ đích thân lôi anh về đây, đặt anh lên giá tra tấn và tôi sẽ là người siết chặt ốc vít.’</w:t>
      </w:r>
    </w:p>
    <w:p>
      <w:pPr>
        <w:spacing w:after="80"/>
      </w:pPr>
      <w:r>
        <w:rPr>
          <w:b w:val="0"/>
          <w:i w:val="0"/>
        </w:rPr>
        <w:t>‘Thế thì không thân thiện lắm,’ Heath nói, ‘nhất là khi tôi đang làm một việc còn lớn hơn cho bạn học cũ của tôi.’</w:t>
      </w:r>
    </w:p>
    <w:p>
      <w:pPr>
        <w:spacing w:after="80"/>
      </w:pPr>
      <w:r>
        <w:rPr>
          <w:b w:val="0"/>
          <w:i w:val="0"/>
        </w:rPr>
        <w:t>‘Có manh mối gì không?’ William hỏi, cố hết sức để không tỏ ra phấn khích.</w:t>
      </w:r>
    </w:p>
    <w:p>
      <w:pPr>
        <w:spacing w:after="80"/>
      </w:pPr>
      <w:r>
        <w:rPr>
          <w:b w:val="0"/>
          <w:i w:val="0"/>
        </w:rPr>
        <w:t>‘Chưa. Nhưng nếu tôi làm được, tôi sẽ cần đủ tiền để tôi và Maria biến mất.’</w:t>
      </w:r>
    </w:p>
    <w:p>
      <w:pPr>
        <w:spacing w:after="80"/>
      </w:pPr>
      <w:r>
        <w:rPr>
          <w:b w:val="0"/>
          <w:i w:val="0"/>
        </w:rPr>
        <w:t>‘Biến mất đi đâu?’ William hỏi. Nhưng Heath, khác với Bess xứ Hardwick, đã trốn thoát từ trước rồi.</w:t>
      </w:r>
    </w:p>
    <w:p>
      <w:pPr>
        <w:pStyle w:val="Heading2"/>
      </w:pPr>
      <w:r>
        <w:rPr>
          <w:rFonts w:ascii="Calibri" w:hAnsi="Calibri"/>
          <w:b/>
          <w:i w:val="0"/>
          <w:sz w:val="32"/>
        </w:rPr>
        <w:t>6</w:t>
      </w:r>
    </w:p>
    <w:p>
      <w:pPr>
        <w:spacing w:after="80"/>
      </w:pPr>
      <w:r>
        <w:rPr>
          <w:b w:val="0"/>
          <w:i w:val="0"/>
        </w:rPr>
        <w:t>‘BRAZIL LÀ lựa chọn của tôi,’ William nói.</w:t>
      </w:r>
    </w:p>
    <w:p>
      <w:pPr>
        <w:spacing w:after="80"/>
      </w:pPr>
      <w:r>
        <w:rPr>
          <w:b w:val="0"/>
          <w:i w:val="0"/>
        </w:rPr>
        <w:t>‘Tại sao lại là Brazil?’ Lamont hỏi.</w:t>
      </w:r>
    </w:p>
    <w:p>
      <w:pPr>
        <w:spacing w:after="80"/>
      </w:pPr>
      <w:r>
        <w:rPr>
          <w:b w:val="0"/>
          <w:i w:val="0"/>
        </w:rPr>
        <w:t>‘Heath đã lỡ miệng trong buổi phỏng vấn đầu tiên của chúng ta rằng bạn gái hắn đến từ đó.’</w:t>
      </w:r>
    </w:p>
    <w:p>
      <w:pPr>
        <w:spacing w:after="80"/>
      </w:pPr>
      <w:r>
        <w:rPr>
          <w:b w:val="0"/>
          <w:i w:val="0"/>
        </w:rPr>
        <w:t>‘Hai cộng hai không phải lúc nào cũng bằng bốn,’ Chim Ưng nói. ‘Nhưng nếu hai mẩu tin tình báo đầu tiên của anh ta hóa ra lại chính xác, thì ông bạn học cũ của anh có thể sẽ cực kỳ có giá trị về lâu dài đấy.’</w:t>
      </w:r>
    </w:p>
    <w:p>
      <w:pPr>
        <w:spacing w:after="80"/>
      </w:pPr>
      <w:r>
        <w:rPr>
          <w:b w:val="0"/>
          <w:i w:val="0"/>
        </w:rPr>
        <w:t>‘Và đắt đỏ nữa.’</w:t>
      </w:r>
    </w:p>
    <w:p>
      <w:pPr>
        <w:spacing w:after="80"/>
      </w:pPr>
      <w:r>
        <w:rPr>
          <w:b w:val="0"/>
          <w:i w:val="0"/>
        </w:rPr>
        <w:t>‘Không đắt nếu Assem Rashidi hóa ra là thật,’ Lamont nói.</w:t>
      </w:r>
    </w:p>
    <w:p>
      <w:pPr>
        <w:spacing w:after="80"/>
      </w:pPr>
      <w:r>
        <w:rPr>
          <w:b w:val="0"/>
          <w:i w:val="0"/>
        </w:rPr>
        <w:t>‘Ông ta thật thì có thật đấy,’ William nói. ‘Tuy nhiên, theo Interpol, đó không phải là cái tên trên giấy khai sinh của ông ta, nhưng chắc chắn đó là cái tên ông ta dùng ngày nay.’</w:t>
      </w:r>
    </w:p>
    <w:p>
      <w:pPr>
        <w:spacing w:after="80"/>
      </w:pPr>
      <w:r>
        <w:rPr>
          <w:b w:val="0"/>
          <w:i w:val="0"/>
        </w:rPr>
        <w:t>‘Anh vẫn cần thuyết phục tôi rằng đó là tiền tiêu đáng,’ Hawksby nói. ‘Chúng ta còn biết gì về ông ta nữa?’</w:t>
      </w:r>
    </w:p>
    <w:p>
      <w:pPr>
        <w:spacing w:after="80"/>
      </w:pPr>
      <w:r>
        <w:rPr>
          <w:b w:val="0"/>
          <w:i w:val="0"/>
        </w:rPr>
        <w:t>‘Ông ta sinh ra ở Marseilles năm 1945,’ William bắt đầu, vừa xem báo cáo của Interpol. ‘Cha ông ta là một nông dân làm thuê người Algeria, từng chiến đấu cùng Kháng chiến Pháp trong Thế chiến thứ hai, và bị quân Đức giết chỉ vài tuần trước khi chiến sự kết thúc.’</w:t>
      </w:r>
    </w:p>
    <w:p>
      <w:pPr>
        <w:spacing w:after="80"/>
      </w:pPr>
      <w:r>
        <w:rPr>
          <w:b w:val="0"/>
          <w:i w:val="0"/>
        </w:rPr>
        <w:t>‘Còn mẹ ông ta?’</w:t>
      </w:r>
    </w:p>
    <w:p>
      <w:pPr>
        <w:spacing w:after="80"/>
      </w:pPr>
      <w:r>
        <w:rPr>
          <w:b w:val="0"/>
          <w:i w:val="0"/>
        </w:rPr>
        <w:t>‘Con gái một chính trị gia địa phương ở Lyons, người này không thừa nhận đứa cháu ngoại của mình cho đến khi cậu ta được nhận vào trường Sorbonne, nơi cậu ta tốt nghiệp loại ưu.’</w:t>
      </w:r>
    </w:p>
    <w:p>
      <w:pPr>
        <w:spacing w:after="80"/>
      </w:pPr>
      <w:r>
        <w:rPr>
          <w:b w:val="0"/>
          <w:i w:val="0"/>
        </w:rPr>
        <w:t>‘Và sau đó?’</w:t>
      </w:r>
    </w:p>
    <w:p>
      <w:pPr>
        <w:spacing w:after="80"/>
      </w:pPr>
      <w:r>
        <w:rPr>
          <w:b w:val="0"/>
          <w:i w:val="0"/>
        </w:rPr>
        <w:t>‘Ông ta theo học trường kinh doanh ở Paris, và giống như bao nhiêu người nhập cư thế hệ thứ hai –’ Adaja nhướng một bên lông mày – ‘ông ta làm việc chăm chỉ hơn hẳn các đối thủ bản địa, kết quả là ông ta được công ty nhập khẩu trà Marcel và Neffe ở Lyons săn đón. Chỉ sau ba năm, ở tuổi hai mươi bảy, ông ta được cử đến văn phòng Algiers của công ty làm giám đốc khu vực, trẻ nhất trong lịch sử của hãng.’</w:t>
      </w:r>
    </w:p>
    <w:p>
      <w:pPr>
        <w:spacing w:after="80"/>
      </w:pPr>
      <w:r>
        <w:rPr>
          <w:b w:val="0"/>
          <w:i w:val="0"/>
        </w:rPr>
        <w:t>‘Rồi kết quả thế nào?’ Hawksby hỏi.</w:t>
      </w:r>
    </w:p>
    <w:p>
      <w:pPr>
        <w:spacing w:after="80"/>
      </w:pPr>
      <w:r>
        <w:rPr>
          <w:b w:val="0"/>
          <w:i w:val="0"/>
        </w:rPr>
        <w:t>‘Ông ta từ chức không một lời giải thích sau vài năm, và không ai ở Marcel và Neffe biết chắc vì sao, bởi trong thời gian đó ông ta đã nhân đôi lợi nhuận của công ty.’</w:t>
      </w:r>
    </w:p>
    <w:p>
      <w:pPr>
        <w:spacing w:after="80"/>
      </w:pPr>
      <w:r>
        <w:rPr>
          <w:b w:val="0"/>
          <w:i w:val="0"/>
        </w:rPr>
        <w:t>‘Vậy là ông ta tự từ chức hay bị sa thải, và họ chỉ đơn giản là không muốn giải thích ông ta đã xoay xở ra sao?’ Lamont nói.</w:t>
      </w:r>
    </w:p>
    <w:p>
      <w:pPr>
        <w:spacing w:after="80"/>
      </w:pPr>
      <w:r>
        <w:rPr>
          <w:b w:val="0"/>
          <w:i w:val="0"/>
        </w:rPr>
        <w:t>‘Nghĩ đến điều đó, tôi đã yêu cầu đội chống gian lận tiến hành một cuộc điều tra đầy đủ về Companies House thay mặt chúng ta. Xem liệu họ có làm sáng tỏ được gì về việc từ chức bất ngờ của ông ta không.’</w:t>
      </w:r>
    </w:p>
    <w:p>
      <w:pPr>
        <w:spacing w:after="80"/>
      </w:pPr>
      <w:r>
        <w:rPr>
          <w:b w:val="0"/>
          <w:i w:val="0"/>
        </w:rPr>
        <w:t>‘Còn bí ẩn hơn nữa,’ Adaja nói, ‘là năm năm sau ông ta quay lại Lyons không báo trước, tiếp quản công ty và tự bổ nhiệm mình làm chủ tịch. Không ai biết ông ta lấy tiền từ đâu. Và nếu ai có hỏi, thì hoặc là bị sa thải, hoặc là không bao giờ còn thấy mặt nữa.’</w:t>
      </w:r>
    </w:p>
    <w:p>
      <w:pPr>
        <w:spacing w:after="80"/>
      </w:pPr>
      <w:r>
        <w:rPr>
          <w:b w:val="0"/>
          <w:i w:val="0"/>
        </w:rPr>
        <w:t>‘Tôi khá chắc chắn,’ William nói, ‘rằng Marcel và Neffe chẳng qua chỉ là vỏ bọc danh chính ngôn thuận cho thứ mà Rashidi thực sự nhập khẩu, và đó không phải là trà. Sau khi Anh gia nhập EEC năm 1973, Rashidi và mẹ ông ta chuyển đến London. Bà ấy hiện sống ở The Boltons, và ông bạn học cũ của tôi đảm bảo với tôi rằng ông ta đến thăm bà vào mỗi chiều thứ Sáu lúc năm giờ.’</w:t>
      </w:r>
    </w:p>
    <w:p>
      <w:pPr>
        <w:spacing w:after="80"/>
      </w:pPr>
      <w:r>
        <w:rPr>
          <w:b w:val="0"/>
          <w:i w:val="0"/>
        </w:rPr>
        <w:t>‘Anh có nghĩ là bà ấy biết con trai mình đang sống hai mặt không?’ Lamont hỏi.</w:t>
      </w:r>
    </w:p>
    <w:p>
      <w:pPr>
        <w:spacing w:after="80"/>
      </w:pPr>
      <w:r>
        <w:rPr>
          <w:b w:val="0"/>
          <w:i w:val="0"/>
        </w:rPr>
        <w:t>‘Tôi không nghĩ vậy,’ Jackie nói, đúng lúc được hỏi. ‘Mấy ngày qua tôi để mắt tới bà Rashidi, và bà ấy toát lên vẻ của một công dân gương mẫu. Bà ấy tham gia vòng giao lưu của các quý bà ăn trưa, thỉnh thoảng dự hòa nhạc ở Wigmore Hall, thích Debussy và Strauss, ngồi trong ủy ban địa phương của Médecins Sans Frontières, và không bao giờ vắng lễ sáng Chủ nhật ở Brompton Oratory. Hoặc đây là một màn khói mù công phu, hoặc bà ấy không hề biết con trai mình đang làm gì.’</w:t>
      </w:r>
    </w:p>
    <w:p>
      <w:pPr>
        <w:spacing w:after="80"/>
      </w:pPr>
      <w:r>
        <w:rPr>
          <w:b w:val="0"/>
          <w:i w:val="0"/>
        </w:rPr>
        <w:t>‘Tôi cho rằng,’ Hawksby nói, ‘nhà bà ấy giờ đang bị theo dõi liên tục?’</w:t>
      </w:r>
    </w:p>
    <w:p>
      <w:pPr>
        <w:spacing w:after="80"/>
      </w:pPr>
      <w:r>
        <w:rPr>
          <w:b w:val="0"/>
          <w:i w:val="0"/>
        </w:rPr>
        <w:t>‘Ngày lẫn đêm,’ Lamont nói. ‘Nhưng ngoài vài người thợ địa phương, và thỉnh thoảng cha xứ ghé thăm, chẳng ai khác bén mảng tới cửa nhà bà ấy.’</w:t>
      </w:r>
    </w:p>
    <w:p>
      <w:pPr>
        <w:spacing w:after="80"/>
      </w:pPr>
      <w:r>
        <w:rPr>
          <w:b w:val="0"/>
          <w:i w:val="0"/>
        </w:rPr>
        <w:t>‘Bà ấy có thuê nhân viên nào không?’ Hawksby hỏi.</w:t>
      </w:r>
    </w:p>
    <w:p>
      <w:pPr>
        <w:spacing w:after="80"/>
      </w:pPr>
      <w:r>
        <w:rPr>
          <w:b w:val="0"/>
          <w:i w:val="0"/>
        </w:rPr>
        <w:t>‘Một tài xế, từng là hạ sĩ trong đội Cận vệ, một đầu bếp và một quản gia, những người đã làm việc với bà ấy nhiều năm,’ Adaja nói.</w:t>
      </w:r>
    </w:p>
    <w:p>
      <w:pPr>
        <w:spacing w:after="80"/>
      </w:pPr>
      <w:r>
        <w:rPr>
          <w:b w:val="0"/>
          <w:i w:val="0"/>
        </w:rPr>
        <w:t>‘Tôi giả định tất cả các anh sẽ kéo ra đông đủ chờ xem liệu Rashidi có xuất hiện vào 5 giờ thứ Sáu tới không? Không phải việc thăm mẹ là một tội ác đâu.’</w:t>
      </w:r>
    </w:p>
    <w:p>
      <w:pPr>
        <w:spacing w:after="80"/>
      </w:pPr>
      <w:r>
        <w:rPr>
          <w:b w:val="0"/>
          <w:i w:val="0"/>
        </w:rPr>
        <w:t>‘Đúng vậy,’ William nói. ‘Một luật sư đã nghỉ hưu sống bên kia quảng trường rất sẵn lòng cho chúng tôi dùng căn hộ tầng trên cùng của ông ấy, và quan trọng hơn, ông ấy không hỏi câu nào.’</w:t>
      </w:r>
    </w:p>
    <w:p>
      <w:pPr>
        <w:spacing w:after="80"/>
      </w:pPr>
      <w:r>
        <w:rPr>
          <w:b w:val="0"/>
          <w:i w:val="0"/>
        </w:rPr>
        <w:t>‘Vậy thì hãy hy vọng chuyến thăm hàng tuần của Rashidi tới nhà mẹ là thứ chúng ta có thể trông cậy, khi đó hai trăm bảng sẽ là tiền tiêu đáng giá.’</w:t>
      </w:r>
    </w:p>
    <w:p>
      <w:pPr>
        <w:spacing w:after="80"/>
      </w:pPr>
      <w:r>
        <w:rPr>
          <w:b w:val="0"/>
          <w:i w:val="0"/>
        </w:rPr>
        <w:t>‘Và có thể còn nhiều thứ tiếp theo,’ William nói. ‘OSC ám chỉ rằng anh ta đang làm một việc còn lớn hơn nữa.’</w:t>
      </w:r>
    </w:p>
    <w:p>
      <w:pPr>
        <w:spacing w:after="80"/>
      </w:pPr>
      <w:r>
        <w:rPr>
          <w:b w:val="0"/>
          <w:i w:val="0"/>
        </w:rPr>
        <w:t>‘Như việc gì?’ Lamont hỏi.</w:t>
      </w:r>
    </w:p>
    <w:p>
      <w:pPr>
        <w:spacing w:after="80"/>
      </w:pPr>
      <w:r>
        <w:rPr>
          <w:b w:val="0"/>
          <w:i w:val="0"/>
        </w:rPr>
        <w:t>‘Không biết nữa, nhưng anh ta nói nó sẽ tốn của chúng ta nhiều hơn hẳn.’</w:t>
      </w:r>
    </w:p>
    <w:p>
      <w:pPr>
        <w:spacing w:after="80"/>
      </w:pPr>
      <w:r>
        <w:rPr>
          <w:b w:val="0"/>
          <w:i w:val="0"/>
        </w:rPr>
        <w:t>‘Vậy thì tốt nhất nó phải lớn hơn hẳn,’ Hawk nói.</w:t>
      </w:r>
    </w:p>
    <w:p>
      <w:pPr>
        <w:spacing w:after="80"/>
      </w:pPr>
      <w:r>
        <w:rPr>
          <w:b w:val="0"/>
          <w:i w:val="0"/>
        </w:rPr>
        <w:t>‘Nó chỉ có thể là một trong hai thứ,’ Lamont nói. ‘Thông tin về một lô ma túy lớn sắp được đưa từ nước ngoài vào . . .’</w:t>
      </w:r>
    </w:p>
    <w:p>
      <w:pPr>
        <w:spacing w:after="80"/>
      </w:pPr>
      <w:r>
        <w:rPr>
          <w:b w:val="0"/>
          <w:i w:val="0"/>
        </w:rPr>
        <w:t>‘Hoặc anh ta đã phát hiện ra địa điểm lò mổ của Rashidi,’ Paul gợi ý.</w:t>
      </w:r>
    </w:p>
    <w:p>
      <w:pPr>
        <w:spacing w:after="80"/>
      </w:pPr>
      <w:r>
        <w:rPr>
          <w:b w:val="0"/>
          <w:i w:val="0"/>
        </w:rPr>
        <w:t>‘Lò mổ?’ William nói.</w:t>
      </w:r>
    </w:p>
    <w:p>
      <w:pPr>
        <w:spacing w:after="80"/>
      </w:pPr>
      <w:r>
        <w:rPr>
          <w:b w:val="0"/>
          <w:i w:val="0"/>
        </w:rPr>
        <w:t>‘Đó là nơi chúng nấu ma túy, chuẩn bị các cuộn màng bọc thực phẩm, rồi mới đem bán,’ Paul giải thích. ‘Còn được gọi là phòng nồi hơi hay nhà nóng.’</w:t>
      </w:r>
    </w:p>
    <w:p>
      <w:pPr>
        <w:spacing w:after="80"/>
      </w:pPr>
      <w:r>
        <w:rPr>
          <w:b w:val="0"/>
          <w:i w:val="0"/>
        </w:rPr>
        <w:t>‘Nếu hóa ra đó là một lô hàng lớn từ nước ngoài,’ Hawksby nói, ‘thì đừng bắt hết mọi người ngay tại cửa khẩu. Cố gắng theo dõi lô hàng cho đến tận nơi tiêu thụ. Ủy viên quan tâm đến việc tống giam Rashidi hơn là một đám tép riu, nên sẽ rất thú vị khi xem ai tìm ra nhà nóng trước, bạn học cũ của William hay nhân viên chìm của Jackie.’</w:t>
      </w:r>
    </w:p>
    <w:p>
      <w:pPr>
        <w:spacing w:after="80"/>
      </w:pPr>
      <w:r>
        <w:rPr>
          <w:b w:val="0"/>
          <w:i w:val="0"/>
        </w:rPr>
        <w:t>‘Đừng đặt cược vào DS Warwick,’ Jackie nói, ‘vì nhân viên chìm của tôi lại liên lạc với tôi tối qua.’</w:t>
      </w:r>
    </w:p>
    <w:p>
      <w:pPr>
        <w:spacing w:after="80"/>
      </w:pPr>
      <w:r>
        <w:rPr>
          <w:b w:val="0"/>
          <w:i w:val="0"/>
        </w:rPr>
        <w:t>Đột nhiên sự chú ý của cả đội đổ dồn về phía DC Roycroft.</w:t>
      </w:r>
    </w:p>
    <w:p>
      <w:pPr>
        <w:spacing w:after="80"/>
      </w:pPr>
      <w:r>
        <w:rPr>
          <w:b w:val="0"/>
          <w:i w:val="0"/>
        </w:rPr>
        <w:t>‘Nhờ thông tin của DS Warwick,’ Jackie tiếp tục, ‘Marlboro Man đã nhận một công việc bán thời gian phía sau quầy bar của quán Three Feathers.’</w:t>
      </w:r>
    </w:p>
    <w:p>
      <w:pPr>
        <w:spacing w:after="80"/>
      </w:pPr>
      <w:r>
        <w:rPr>
          <w:b w:val="0"/>
          <w:i w:val="0"/>
        </w:rPr>
        <w:t>‘Nơi mà chắc chắn anh ta sẽ làm việc đủ chăm chỉ để biến nó thành công việc toàn thời gian,’ Paul gợi ý.</w:t>
      </w:r>
    </w:p>
    <w:p>
      <w:pPr>
        <w:spacing w:after="80"/>
      </w:pPr>
      <w:r>
        <w:rPr>
          <w:b w:val="0"/>
          <w:i w:val="0"/>
        </w:rPr>
        <w:t>‘Nhưng không chăm chỉ đến mức khiến ai đó nghi ngờ,’ Jackie chen vào.</w:t>
      </w:r>
    </w:p>
    <w:p>
      <w:pPr>
        <w:spacing w:after="80"/>
      </w:pPr>
      <w:r>
        <w:rPr>
          <w:b w:val="0"/>
          <w:i w:val="0"/>
        </w:rPr>
        <w:t>‘Làm sao anh ta xoay được công việc nhanh đến vậy?’ William hỏi.</w:t>
      </w:r>
    </w:p>
    <w:p>
      <w:pPr>
        <w:spacing w:after="80"/>
      </w:pPr>
      <w:r>
        <w:rPr>
          <w:b w:val="0"/>
          <w:i w:val="0"/>
        </w:rPr>
        <w:t>‘DC9 cung cấp cho anh ta một thư giới thiệu từ một quán rượu ở Wiltshire mà bất kỳ ông chủ quán nào cũng sẽ ấn tượng. Anh ta đang đóng vai một gã nhà quê ngây thơ vùng West Country vừa mới đến thành phố lớn.’</w:t>
      </w:r>
    </w:p>
    <w:p>
      <w:pPr>
        <w:spacing w:after="80"/>
      </w:pPr>
      <w:r>
        <w:rPr>
          <w:b w:val="0"/>
          <w:i w:val="0"/>
        </w:rPr>
        <w:t>‘Ông chủ quán có liên quan không?’ Lamont hỏi.</w:t>
      </w:r>
    </w:p>
    <w:p>
      <w:pPr>
        <w:spacing w:after="80"/>
      </w:pPr>
      <w:r>
        <w:rPr>
          <w:b w:val="0"/>
          <w:i w:val="0"/>
        </w:rPr>
        <w:t>‘MM không nghĩ vậy,’ Jackie nói. ‘Nhưng ông ta sẵn lòng nhắm mắt làm ngơ miễn là tiền vẫn chảy qua quầy. Thực ra, người của tôi bảo tôi rằng anh ta kiếm được nhiều tiền boa khi làm nhân viên pha chế bán thời gian hơn cả lương của một DS chìm.’</w:t>
      </w:r>
    </w:p>
    <w:p>
      <w:pPr>
        <w:spacing w:after="80"/>
      </w:pPr>
      <w:r>
        <w:rPr>
          <w:b w:val="0"/>
          <w:i w:val="0"/>
        </w:rPr>
        <w:t>‘Mà chẳng ai ghen tị với anh ta cả,’ Lamont nói.</w:t>
      </w:r>
    </w:p>
    <w:p>
      <w:pPr>
        <w:spacing w:after="80"/>
      </w:pPr>
      <w:r>
        <w:rPr>
          <w:b w:val="0"/>
          <w:i w:val="0"/>
        </w:rPr>
        <w:t>William cau mày nhưng không bình luận gì.</w:t>
      </w:r>
    </w:p>
    <w:p>
      <w:pPr>
        <w:spacing w:after="80"/>
      </w:pPr>
      <w:r>
        <w:rPr>
          <w:b w:val="0"/>
          <w:i w:val="0"/>
        </w:rPr>
        <w:t>‘Anh ta đã tìm ra được gì đáng kể chưa,’ Hawk hỏi, ‘hay vẫn còn quá sớm?’</w:t>
      </w:r>
    </w:p>
    <w:p>
      <w:pPr>
        <w:spacing w:after="80"/>
      </w:pPr>
      <w:r>
        <w:rPr>
          <w:b w:val="0"/>
          <w:i w:val="0"/>
        </w:rPr>
        <w:t>‘Hóa ra Three Feathers là nơi lui tới quen thuộc của vài tay buôn ma túy khét tiếng, trong đó có Tulip, nên anh ta nghi ngờ nơi tiêu thụ không thể ở quá xa. Nhưng đến giờ anh ta vẫn chưa có ý định nói chuyện với Tulip.’</w:t>
      </w:r>
    </w:p>
    <w:p>
      <w:pPr>
        <w:spacing w:after="80"/>
      </w:pPr>
      <w:r>
        <w:rPr>
          <w:b w:val="0"/>
          <w:i w:val="0"/>
        </w:rPr>
        <w:t>‘Điều đó hợp lý,’ Hawk nói. ‘Kiên nhẫn mang một ý nghĩa hoàn toàn mới khi bạn làm chìm. Nếu Tulip chỉ một thoáng nghi ngờ MM là cảnh sát, hắn sẽ cứa cổ anh ta và để anh ta chảy máu đến chết trong khi hắn gọi ly bia tiếp theo.’</w:t>
      </w:r>
    </w:p>
    <w:p>
      <w:pPr>
        <w:spacing w:after="80"/>
      </w:pPr>
      <w:r>
        <w:rPr>
          <w:b w:val="0"/>
          <w:i w:val="0"/>
        </w:rPr>
        <w:t>‘Tại sao lại có người thậm chí nghĩ đến việc dính vào một chuyện mạo hiểm đến vậy chứ?’ William hỏi.</w:t>
      </w:r>
    </w:p>
    <w:p>
      <w:pPr>
        <w:spacing w:after="80"/>
      </w:pPr>
      <w:r>
        <w:rPr>
          <w:b w:val="0"/>
          <w:i w:val="0"/>
        </w:rPr>
        <w:t>‘UCO của tôi đã chứng kiến em trai mình chết vì sốc heroin,’ Jackie nói, ‘nên với anh ấy, đó là chuyện cá nhân.’</w:t>
      </w:r>
    </w:p>
    <w:p>
      <w:pPr>
        <w:jc w:val="center"/>
      </w:pPr>
      <w:r>
        <w:drawing>
          <wp:inline xmlns:a="http://schemas.openxmlformats.org/drawingml/2006/main" xmlns:pic="http://schemas.openxmlformats.org/drawingml/2006/picture">
            <wp:extent cx="752475" cy="161925"/>
            <wp:docPr id="10" name="Picture 10"/>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Jackie và Paul thay phiên nhau hướng ống nhòm vào cửa trước của số nhà 24, trong khi William liên lạc liên tục với đội của mình ở hiện trường. Anh đã dặn họ phải hòa mình vào đám người bản địa nếu không muốn Rashidi trở nên nghi ngờ. Đồng thời anh vẫn giữ liên lạc với Lamont ở Yard.</w:t>
      </w:r>
    </w:p>
    <w:p>
      <w:pPr>
        <w:spacing w:after="80"/>
      </w:pPr>
      <w:r>
        <w:rPr>
          <w:b w:val="0"/>
          <w:i w:val="0"/>
        </w:rPr>
        <w:t>Họ đã chờ đợi một chiếc xe có tài xế riêng xuất hiện ở đầu kia quảng trường, và bất ngờ khi một chiếc taxi đen đỗ trước số nhà 24 ngay trước năm giờ. Nhiếp ảnh gia của cảnh sát chỉnh ống kính tele và bắt đầu bấm máy từ lúc cửa taxi mở. Một người đàn ông ăn mặc lịch sự, chiều cao trung bình, đội mũ, mặc áo khoác đen dài, quàng khăn và đeo găng tay da, dù trời chiều hôm đó khá ấm, bước ra vỉa hè, mở cổng, và đi dọc lối nhỏ ngắn đến cửa trước. Ông ta gõ cửa một lần.</w:t>
      </w:r>
    </w:p>
    <w:p>
      <w:pPr>
        <w:spacing w:after="80"/>
      </w:pPr>
      <w:r>
        <w:rPr>
          <w:b w:val="0"/>
          <w:i w:val="0"/>
        </w:rPr>
        <w:t>Khi mẹ của Rashidi mở cửa và ôm con trai, nhiếp ảnh gia đã chụp được ba mươi chín tấm, nhưng anh không thấy lạc quan lắm. Khi cửa trước đóng lại, William ra lệnh cho dịch vụ taxi không thể gọi được của Yard túc trực, vì anh không thể mạo hiểm để một xe tuần tra bám theo Rashidi nếu ông ta rời đi bộ. Anh gọi bộ đàm về Yard và cập nhật tình hình cho cấp trên.</w:t>
      </w:r>
    </w:p>
    <w:p>
      <w:pPr>
        <w:spacing w:after="80"/>
      </w:pPr>
      <w:r>
        <w:rPr>
          <w:b w:val="0"/>
          <w:i w:val="0"/>
        </w:rPr>
        <w:t>‘Cẩn thận đấy,’ Lamont nói. ‘Giờ chúng ta biết Rashidi có khả năng ở đâu vào mỗi chiều thứ Sáu, nên không cần vội nữa. Nếu ông ta nghi ngờ chúng ta đang theo dõi, ông ta sẽ biến mất như bốc hơi. Nhớ nhé, chúng ta đang chơi ván dài.’</w:t>
      </w:r>
    </w:p>
    <w:p>
      <w:pPr>
        <w:spacing w:after="80"/>
      </w:pPr>
      <w:r>
        <w:rPr>
          <w:b w:val="0"/>
          <w:i w:val="0"/>
        </w:rPr>
        <w:t>‘Rõ,’ William nói.</w:t>
      </w:r>
    </w:p>
    <w:p>
      <w:pPr>
        <w:spacing w:after="80"/>
      </w:pPr>
      <w:r>
        <w:rPr>
          <w:b w:val="0"/>
          <w:i w:val="0"/>
        </w:rPr>
        <w:t>Mắt Jackie và Paul không rời khỏi cửa trước.</w:t>
      </w:r>
    </w:p>
    <w:p>
      <w:pPr>
        <w:spacing w:after="80"/>
      </w:pPr>
      <w:r>
        <w:rPr>
          <w:b w:val="0"/>
          <w:i w:val="0"/>
        </w:rPr>
        <w:t>William nghe thấy tiếng rè rè trên bộ đàm.</w:t>
      </w:r>
    </w:p>
    <w:p>
      <w:pPr>
        <w:spacing w:after="80"/>
      </w:pPr>
      <w:r>
        <w:rPr>
          <w:b w:val="0"/>
          <w:i w:val="0"/>
        </w:rPr>
        <w:t>‘Tôi đang ở đầu phố Tregunter,’ một giọng nói vang lên ở đầu dây bên kia.</w:t>
      </w:r>
    </w:p>
    <w:p>
      <w:pPr>
        <w:spacing w:after="80"/>
      </w:pPr>
      <w:r>
        <w:rPr>
          <w:b w:val="0"/>
          <w:i w:val="0"/>
        </w:rPr>
        <w:t>‘Nấp khuất đi,’ William nói, ‘nhưng ngay khi tôi ra hiệu, bật biển For Hire lên và lái vào The Boltons. Đừng đón ai trừ khi họ đội mũ, mặc áo khoác đen dài, quàng khăn và đeo găng tay.’</w:t>
      </w:r>
    </w:p>
    <w:p>
      <w:pPr>
        <w:spacing w:after="80"/>
      </w:pPr>
      <w:r>
        <w:rPr>
          <w:b w:val="0"/>
          <w:i w:val="0"/>
        </w:rPr>
        <w:t>‘Rõ.’</w:t>
      </w:r>
    </w:p>
    <w:p>
      <w:pPr>
        <w:spacing w:after="80"/>
      </w:pPr>
      <w:r>
        <w:rPr>
          <w:b w:val="0"/>
          <w:i w:val="0"/>
        </w:rPr>
        <w:t>Gần hai tiếng sau cửa trước mới mở lại và Rashidi bước ra. Mẹ ông ta ôm ông ta còn lâu hơn nữa và, theo người đọc khẩu hình, bà nói: ‘Hẹn gặp thứ Sáu tới nhé, Assem.’ Một lần nữa, nhiếp ảnh gia lại làm việc của mình.</w:t>
      </w:r>
    </w:p>
    <w:p>
      <w:pPr>
        <w:spacing w:after="80"/>
      </w:pPr>
      <w:r>
        <w:rPr>
          <w:b w:val="0"/>
          <w:i w:val="0"/>
        </w:rPr>
        <w:t>William cầm bộ đàm lên khi Rashidi bắt đầu đi xuống lối nhỏ. ‘Chuẩn bị, đối tượng một đang di chuyển.’</w:t>
      </w:r>
    </w:p>
    <w:p>
      <w:pPr>
        <w:spacing w:after="80"/>
      </w:pPr>
      <w:r>
        <w:rPr>
          <w:b w:val="0"/>
          <w:i w:val="0"/>
        </w:rPr>
        <w:t>Chiếc taxi xuất hiện khi Rashidi mở cổng và bước ra vỉa hè, đèn For Hire sáng rực trong ánh hoàng hôn đầu tối. Rashidi phớt lờ chiếc taxi và tiếp tục bước đi.</w:t>
      </w:r>
    </w:p>
    <w:p>
      <w:pPr>
        <w:spacing w:after="80"/>
      </w:pPr>
      <w:r>
        <w:rPr>
          <w:b w:val="0"/>
          <w:i w:val="0"/>
        </w:rPr>
        <w:t>‘Chết tiệt,’ Jackie nói, khi Rashidi rẽ góc phố và biến mất khỏi tầm nhìn.</w:t>
      </w:r>
    </w:p>
    <w:p>
      <w:pPr>
        <w:spacing w:after="80"/>
      </w:pPr>
      <w:r>
        <w:rPr>
          <w:b w:val="0"/>
          <w:i w:val="0"/>
        </w:rPr>
        <w:t>‘Đi đi, Adaja,’ William nói. ‘Bắt taxi đi.’</w:t>
      </w:r>
    </w:p>
    <w:p>
      <w:pPr>
        <w:spacing w:after="80"/>
      </w:pPr>
      <w:r>
        <w:rPr>
          <w:b w:val="0"/>
          <w:i w:val="0"/>
        </w:rPr>
        <w:t>‘Tôi đi ngay, sếp,’ Paul đáp, rồi lao xuống cầu thang và ra phố, thấy chiếc taxi đang chờ, máy vẫn nổ. Anh nhảy vào và tài xế lập tức phóng đi, hất anh ngã dúi vào ghế sau. Khi họ rẽ ở góc phố, Paul thoáng thấy Rashidi đang bước vào một chiếc taxi khác đang tiến về phía họ, khiến anh tự hỏi tại sao ông ta lại phớt lờ chiếc xe của họ.</w:t>
      </w:r>
    </w:p>
    <w:p>
      <w:pPr>
        <w:spacing w:after="80"/>
      </w:pPr>
      <w:r>
        <w:rPr>
          <w:b w:val="0"/>
          <w:i w:val="0"/>
        </w:rPr>
        <w:t>Chiếc taxi của Rashidi rẽ trái ở cuối đường, đúng lúc đèn giao thông chuyển sang đỏ. Nếu không có một chiếc xe tải dừng lại trước mặt, Constable Danny Ives hẳn đã vượt đèn.</w:t>
      </w:r>
    </w:p>
    <w:p>
      <w:pPr>
        <w:spacing w:after="80"/>
      </w:pPr>
      <w:r>
        <w:rPr>
          <w:b w:val="0"/>
          <w:i w:val="0"/>
        </w:rPr>
        <w:t>‘Chúng ta mất dấu ông ta rồi,’ Danny nói.</w:t>
      </w:r>
    </w:p>
    <w:p>
      <w:pPr>
        <w:spacing w:after="80"/>
      </w:pPr>
      <w:r>
        <w:rPr>
          <w:b w:val="0"/>
          <w:i w:val="0"/>
        </w:rPr>
        <w:t>‘Anh sẽ báo DS Warwick, hay để tôi?’ Paul hỏi.</w:t>
      </w:r>
    </w:p>
    <w:p>
      <w:pPr>
        <w:spacing w:after="80"/>
      </w:pPr>
      <w:r>
        <w:rPr>
          <w:b w:val="0"/>
          <w:i w:val="0"/>
        </w:rPr>
        <w:t>‘Câu hỏi ngớ ngẩn.’</w:t>
      </w:r>
    </w:p>
    <w:p>
      <w:pPr>
        <w:jc w:val="center"/>
      </w:pPr>
      <w:r>
        <w:drawing>
          <wp:inline xmlns:a="http://schemas.openxmlformats.org/drawingml/2006/main" xmlns:pic="http://schemas.openxmlformats.org/drawingml/2006/picture">
            <wp:extent cx="752475" cy="161925"/>
            <wp:docPr id="11" name="Picture 11"/>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‘Cậu để mất dấu ông ta?’ Hawk nói, khi tất cả đã ngồi quanh bàn trong văn phòng của ông ở Yard.</w:t>
      </w:r>
    </w:p>
    <w:p>
      <w:pPr>
        <w:spacing w:after="80"/>
      </w:pPr>
      <w:r>
        <w:rPr>
          <w:b w:val="0"/>
          <w:i w:val="0"/>
        </w:rPr>
        <w:t>‘Tôi e là vậy, thưa sếp,’ William nói. ‘Nhưng giờ chúng ta biết ông ta có taxi riêng, lần sau chúng ta sẽ bám theo xe, chứ không phải bám theo người.’</w:t>
      </w:r>
    </w:p>
    <w:p>
      <w:pPr>
        <w:spacing w:after="80"/>
      </w:pPr>
      <w:r>
        <w:rPr>
          <w:b w:val="0"/>
          <w:i w:val="0"/>
        </w:rPr>
        <w:t>‘Vậy thì nhớ đổi biển số mỗi tuần, và đổi taxi nếu hóa ra là một chuyến đi dài. Tôi không quan tâm mất bao nhiêu thứ Sáu để tìm ra nơi ông ta giết mổ, miễn là cuối cùng chúng ta tìm được.’</w:t>
      </w:r>
    </w:p>
    <w:p>
      <w:pPr>
        <w:spacing w:after="80"/>
      </w:pPr>
      <w:r>
        <w:rPr>
          <w:b w:val="0"/>
          <w:i w:val="0"/>
        </w:rPr>
        <w:t>‘Đồng ý,’ Lamont nói. ‘Chúng ta có học được gì đáng giá từ mấy bức ảnh không?’ ông hỏi trong khi lật xem chúng.</w:t>
      </w:r>
    </w:p>
    <w:p>
      <w:pPr>
        <w:spacing w:after="80"/>
      </w:pPr>
      <w:r>
        <w:rPr>
          <w:b w:val="0"/>
          <w:i w:val="0"/>
        </w:rPr>
        <w:t>‘Chỉ biết rằng chúng ta đang đối phó với một kẻ cực kỳ cẩn trọng,’ William nói. ‘Như anh thấy đấy, chúng ta nhìn được mặt ông ta ít đến mức nào. Nhưng phòng thí nghiệm có phát hiện ra một điều thú vị.’</w:t>
      </w:r>
    </w:p>
    <w:p>
      <w:pPr>
        <w:spacing w:after="80"/>
      </w:pPr>
      <w:r>
        <w:rPr>
          <w:b w:val="0"/>
          <w:i w:val="0"/>
        </w:rPr>
        <w:t>‘Khai sáng cho tôi đi,’ Hawksby nói, dùng một trong những câu cửa miệng ưa thích của ông.</w:t>
      </w:r>
    </w:p>
    <w:p>
      <w:pPr>
        <w:spacing w:after="80"/>
      </w:pPr>
      <w:r>
        <w:rPr>
          <w:b w:val="0"/>
          <w:i w:val="0"/>
        </w:rPr>
        <w:t>‘Hãy nhìn kỹ găng tay của ông ta. Các chuyên gia của chúng ta đã nghiên cứu tất cả các bức ảnh, và họ tin chắc rằng Rashidi bị mất một phần ngón tay thứ ba của bàn tay trái.’</w:t>
      </w:r>
    </w:p>
    <w:p>
      <w:pPr>
        <w:spacing w:after="80"/>
      </w:pPr>
      <w:r>
        <w:rPr>
          <w:b w:val="0"/>
          <w:i w:val="0"/>
        </w:rPr>
        <w:t>‘Điều gì khiến họ nghĩ vậy?’</w:t>
      </w:r>
    </w:p>
    <w:p>
      <w:pPr>
        <w:spacing w:after="80"/>
      </w:pPr>
      <w:r>
        <w:rPr>
          <w:b w:val="0"/>
          <w:i w:val="0"/>
        </w:rPr>
        <w:t>‘Hãy nhìn kỹ bản phóng to của khung hình số bốn mươi sáu, nơi ông ta ôm mẹ khi ra về.’</w:t>
      </w:r>
    </w:p>
    <w:p>
      <w:pPr>
        <w:spacing w:after="80"/>
      </w:pPr>
      <w:r>
        <w:rPr>
          <w:b w:val="0"/>
          <w:i w:val="0"/>
        </w:rPr>
        <w:t>Hawksby dành thời gian nghiên cứu kỹ hình ảnh phóng to của một bàn tay đeo găng.</w:t>
      </w:r>
    </w:p>
    <w:p>
      <w:pPr>
        <w:spacing w:after="80"/>
      </w:pPr>
      <w:r>
        <w:rPr>
          <w:b w:val="0"/>
          <w:i w:val="0"/>
        </w:rPr>
        <w:t>‘Bạn có thể thấy rằng ba ngón tay và ngón cái của bàn tay trái anh ta đang chạm vào lưng mẹ anh ta, trong khi ngón thứ ba của chiếc găng tay thì lỏng lẻo, không chạm vào thứ gì cả. Nếu sau đó bạn nhìn vào bức phóng to bàn tay phải của anh ta ở khung năm mươi hai, cả bốn ngón tay và ngón cái đều rõ ràng đang nắm lấy cánh tay mẹ anh ta.’</w:t>
      </w:r>
    </w:p>
    <w:p>
      <w:pPr>
        <w:spacing w:after="80"/>
      </w:pPr>
      <w:r>
        <w:rPr>
          <w:b w:val="0"/>
          <w:i w:val="0"/>
        </w:rPr>
        <w:t>‘Khéo thật,’ Chim Ưng nói.</w:t>
      </w:r>
    </w:p>
    <w:p>
      <w:pPr>
        <w:spacing w:after="80"/>
      </w:pPr>
      <w:r>
        <w:rPr>
          <w:b w:val="0"/>
          <w:i w:val="0"/>
        </w:rPr>
        <w:t>‘Anh ta cũng vậy,’ William nói. ‘Nên chúng ta không thể mắc dù chỉ một sai lầm nhỏ nhất.’</w:t>
      </w:r>
    </w:p>
    <w:p>
      <w:pPr>
        <w:spacing w:after="80"/>
      </w:pPr>
      <w:r>
        <w:rPr>
          <w:b w:val="0"/>
          <w:i w:val="0"/>
        </w:rPr>
        <w:t>‘Anh đang ám chỉ điều gì vậy, DS Warwick?’ Lamont hỏi.</w:t>
      </w:r>
    </w:p>
    <w:p>
      <w:pPr>
        <w:spacing w:after="80"/>
      </w:pPr>
      <w:r>
        <w:rPr>
          <w:b w:val="0"/>
          <w:i w:val="0"/>
        </w:rPr>
        <w:t>‘Rõ ràng là chúng ta đang đối phó với một kẻ cực kỳ xảo quyệt và thận trọng, nên chúng ta sẽ phải luôn cảnh giác, nếu không hắn sẽ dắt mũi chúng ta vào mỗi chiều thứ Sáu.’</w:t>
      </w:r>
    </w:p>
    <w:p>
      <w:pPr>
        <w:spacing w:after="80"/>
      </w:pPr>
      <w:r>
        <w:rPr>
          <w:b w:val="0"/>
          <w:i w:val="0"/>
        </w:rPr>
        <w:t>‘Ý anh là gì, Warwick?’ Chim Ưng nói.</w:t>
      </w:r>
    </w:p>
    <w:p>
      <w:pPr>
        <w:spacing w:after="80"/>
      </w:pPr>
      <w:r>
        <w:rPr>
          <w:b w:val="0"/>
          <w:i w:val="0"/>
        </w:rPr>
        <w:t>‘Chúng ta biết Rashidi là một người rất giàu có, nhưng anh ta không đến thăm mẹ mình bằng xe có tài xế riêng, mà bằng chiếc taxi vô danh của chính mình. Anh ta không có vệ sĩ, vì anh ta không muốn thu hút sự chú ý vào bản thân hay khiến mẹ anh ta nghi ngờ. Phải thừa nhận đi, chúng ta đang đối đầu với một người lẽ ra có thể đã làm chủ tịch một công ty đại chúng, làm bộ trưởng nội các, hay giảng dạy tại LSE, nhưng lại thích theo đuổi cuộc đời tội phạm hơn.’</w:t>
      </w:r>
    </w:p>
    <w:p>
      <w:pPr>
        <w:spacing w:after="80"/>
      </w:pPr>
      <w:r>
        <w:rPr>
          <w:b w:val="0"/>
          <w:i w:val="0"/>
        </w:rPr>
        <w:t>‘Sinh lợi hơn cả ba người kia cộng lại,’ Lamont nói.</w:t>
      </w:r>
    </w:p>
    <w:p>
      <w:pPr>
        <w:spacing w:after="80"/>
      </w:pPr>
      <w:r>
        <w:rPr>
          <w:b w:val="0"/>
          <w:i w:val="0"/>
        </w:rPr>
        <w:t>William nhìn quanh bàn. ‘Có nhắc bạn nhớ đến ai khác mà chúng ta biết không?’</w:t>
      </w:r>
    </w:p>
    <w:p>
      <w:pPr>
        <w:spacing w:after="80"/>
      </w:pPr>
      <w:r>
        <w:rPr>
          <w:b w:val="0"/>
          <w:i w:val="0"/>
        </w:rPr>
        <w:t>‘Chúng ta đang đối đầu với một Faulkner khác,’ Chim Ưng nói, thở ra một hơi dài.</w:t>
      </w:r>
    </w:p>
    <w:p>
      <w:pPr>
        <w:spacing w:after="80"/>
      </w:pPr>
      <w:r>
        <w:rPr>
          <w:b w:val="0"/>
          <w:i w:val="0"/>
        </w:rPr>
        <w:t>‘Hy vọng họ không bao giờ chạm mặt nhau,’ Jackie nói.</w:t>
      </w:r>
    </w:p>
    <w:p>
      <w:pPr>
        <w:spacing w:after="80"/>
      </w:pPr>
      <w:r>
        <w:rPr>
          <w:b w:val="0"/>
          <w:i w:val="0"/>
        </w:rPr>
        <w:t>‘Trừ khi là ở Pentonville.’</w:t>
      </w:r>
    </w:p>
    <w:p>
      <w:pPr>
        <w:pStyle w:val="Heading2"/>
      </w:pPr>
      <w:r>
        <w:rPr>
          <w:rFonts w:ascii="Calibri" w:hAnsi="Calibri"/>
          <w:b/>
          <w:i w:val="0"/>
          <w:sz w:val="32"/>
        </w:rPr>
        <w:t>7</w:t>
      </w:r>
    </w:p>
    <w:p>
      <w:pPr>
        <w:spacing w:after="80"/>
      </w:pPr>
      <w:r>
        <w:rPr>
          <w:b w:val="0"/>
          <w:i w:val="0"/>
        </w:rPr>
        <w:t>MỖI SÁNG NGÀY THƯỜNG khoảng bảy giờ ba mươi, Jackie sẽ bắt tàu điện ngầm đến ga St James’s Park, rồi đi bộ qua đường đến Scotland Yard. Nhưng không phải vào thứ Năm.</w:t>
      </w:r>
    </w:p>
    <w:p>
      <w:pPr>
        <w:spacing w:after="80"/>
      </w:pPr>
      <w:r>
        <w:rPr>
          <w:b w:val="0"/>
          <w:i w:val="0"/>
        </w:rPr>
        <w:t>Vào thứ Năm, cô sẽ xuống sớm một trạm, tại Victoria, và đi lên phố Victoria. Sau khoảng vài trăm thước, cô sẽ rẽ ngoặt sang phải và băng qua một quảng trường lát đá rộng để đến lối vào phía nam của Nhà thờ Westminster. Cô luôn đi theo một nhóm nhỏ khách du lịch vào trong, để chắc chắn không ai để ý đến mình.</w:t>
      </w:r>
    </w:p>
    <w:p>
      <w:pPr>
        <w:spacing w:after="80"/>
      </w:pPr>
      <w:r>
        <w:rPr>
          <w:b w:val="0"/>
          <w:i w:val="0"/>
        </w:rPr>
        <w:t>Sáng thứ Năm này, khi bước vào nhà thờ, cô gặp cảnh thường lệ là vài người thờ phụng rải rác quanh các dãy ghế, cúi đầu, tất cả đang cầu nguyện với một vị Chúa mà cô không còn tin nữa. Jackie chậm rãi bước xuống lối đi bên trái, không muốn thu hút sự chú ý vào mình khi cô chiêm ngưỡng những bức phù điêu đá Chặng Đàng Thánh Giá của Eric Gill, ý thức rằng nếu nhà điêu khắc vĩ đại ấy còn sống hôm nay, cô sẽ phải bắt giữ ông ta. Nhưng vì Giáo hoàng đã ân xá cho Caravaggio vì tội giết người, thì tại sao Đức Hồng y Tổng Giám mục lại không tha thứ cho Gill vì những chuyện thiếu đứng đắn của ông? Suy cho cùng, chẳng có điều răn nào nhắc đến tội lỗi riêng của ông ta cả.</w:t>
      </w:r>
    </w:p>
    <w:p>
      <w:pPr>
        <w:spacing w:after="80"/>
      </w:pPr>
      <w:r>
        <w:rPr>
          <w:b w:val="0"/>
          <w:i w:val="0"/>
        </w:rPr>
        <w:t>Jackie dừng lại khi đến bên một hòm dâng lễ đặt bên dưới bức chân dung Đức Trinh Nữ Maria đang được thắp sáng bởi hàng chục ngọn nến vừa mới châm. Cô nhìn quanh để chắc chắn không ai đang nhìn mình trước khi lấy từ trong túi xách ra một chiếc chìa khóa và mở chiếc hộp gỗ nhỏ, để thấy vài đồng xu rải rác dưới đáy. Còn ít hơn cả tuần trước, cô nghĩ. Kiểm tra lại một lần nữa xem có ai nhìn không, cô lấy ra một vỏ bao thuốc lá Marlboro rỗng được dựng ở góc hộp, và nhét vào túi xách. Sau đó cô khóa hộp lại và thong thả bước về phía bàn thờ. Cô cúi đầu trước cây thánh giá, rồi rẽ vào lối đi bên phải, và đi qua những Chặng Đàng Thánh Giá còn lại trước khi rời khỏi nhà thờ lớn.</w:t>
      </w:r>
    </w:p>
    <w:p>
      <w:pPr>
        <w:spacing w:after="80"/>
      </w:pPr>
      <w:r>
        <w:rPr>
          <w:b w:val="0"/>
          <w:i w:val="0"/>
        </w:rPr>
        <w:t>Hoàn thành xong nhiệm vụ của mình, chỉ mất chưa đầy năm phút, cô tiếp tục trên đường đến chỗ làm. Nhưng khi bước vào Yard, cô không đi thang máy lên văn phòng ở tầng bốn, mà đi xuống tầng -1, nơi những nghề thuật đen tối hơn được thực hành.</w:t>
      </w:r>
    </w:p>
    <w:p>
      <w:pPr>
        <w:spacing w:after="80"/>
      </w:pPr>
      <w:r>
        <w:rPr>
          <w:b w:val="0"/>
          <w:i w:val="0"/>
        </w:rPr>
        <w:t>Jackie không hề chậm bước khi đi dọc theo một hành lang sáng đèn cho đến khi đến một cánh cửa có dòng chữ CONSTABLE BECKWORTH in bằng chữ đen ngay ngắn trên tấm kính mờ có hoa văn sần.</w:t>
      </w:r>
    </w:p>
    <w:p>
      <w:pPr>
        <w:spacing w:after="80"/>
      </w:pPr>
      <w:r>
        <w:rPr>
          <w:b w:val="0"/>
          <w:i w:val="0"/>
        </w:rPr>
        <w:t>Jackie gõ cửa và, không chờ phản hồi, bước vào, đi ngang qua chỗ PC Beckworth và đặt vỏ bao thuốc lá lên bàn cô ấy. Viên cảnh sát trẻ ngước lên, không hề tỏ ra ngạc nhiên. Cô ấy không nói gì, chỉ khẽ bật vỏ bao mở ra, khéo léo lấy lớp giấy bạc bên trong, trải phẳng trên bàn và cẩn thận vuốt phẳng vài nếp nhăn bằng lòng bàn tay. Sau đó cô mang nó qua phòng đến một cỗ máy đặt ở góc, mở nắp trên rồi đặt tờ giấy bạc lên một tấm bản đồng. Cô đóng lại, bật một công tắc khiến ánh sáng chói lòa phát ra bên trong máy, và chờ một lát trước khi nâng nắp lên lần nữa. Cô kiên nhẫn quan sát, khi những chữ cái dường như ngẫu nhiên bắt đầu hiện ra trên tờ giấy bạc. Sau đó cô chép lại đoạn tin nhắn ngắn lên một tấm thẻ trắng nhỏ, nhét vào một phong bì và dán kín trước khi đưa cho vị khách mỗi tuần một lần của mình. Jackie cúi đầu, dùng ngôn ngữ ký hiệu duy nhất mà cô biết. PC Beckworth đáp lễ lại thành thạo hơn, rồi quay về bàn làm việc.</w:t>
      </w:r>
    </w:p>
    <w:p>
      <w:pPr>
        <w:spacing w:after="80"/>
      </w:pPr>
      <w:r>
        <w:rPr>
          <w:b w:val="0"/>
          <w:i w:val="0"/>
        </w:rPr>
        <w:t>Khi quay người rời đi, Jackie giơ ngón tay cái ra hiệu lần cuối với viên cảnh sát trẻ, nhưng cô ấy đã mải mê làm việc, cất tờ giấy bạc vào một tủ hồ sơ bên cạnh bàn.</w:t>
      </w:r>
    </w:p>
    <w:p>
      <w:pPr>
        <w:spacing w:after="80"/>
      </w:pPr>
      <w:r>
        <w:rPr>
          <w:b w:val="0"/>
          <w:i w:val="0"/>
        </w:rPr>
        <w:t>Jackie đi thang máy lên tầng bốn, nơi Angela đưa cô thẳng vào văn phòng của chỉ huy. Cô ngạc nhiên khi thấy William đã ngồi đó cùng với Hawk, cả hai rõ ràng đang chờ cô. Cô đưa phong bì đã dán kín cho sếp của mình, người mở ra và nghiên cứu nội dung một lúc lâu trước khi nói: "Mặc dù tôi không thể chia sẻ mọi thứ trên tấm thẻ này, nhưng tôi có thể truyền đạt một số thông tin có ảnh hưởng đến một vụ án mà cả hai người đang điều tra."</w:t>
      </w:r>
    </w:p>
    <w:p>
      <w:pPr>
        <w:spacing w:after="80"/>
      </w:pPr>
      <w:r>
        <w:rPr>
          <w:b w:val="0"/>
          <w:i w:val="0"/>
        </w:rPr>
        <w:t>Jackie ngồi xuống cạnh William.</w:t>
      </w:r>
    </w:p>
    <w:p>
      <w:pPr>
        <w:spacing w:after="80"/>
      </w:pPr>
      <w:r>
        <w:rPr>
          <w:b w:val="0"/>
          <w:i w:val="0"/>
        </w:rPr>
        <w:t>"Mỗi sáng thứ Năm vào khoảng bảy giờ, UCO của chúng ta thả một vỏ bao thuốc lá rỗng vào hòm dâng lễ ở Nhà thờ Westminster, và Jackie nhặt nó lên một giờ sau đó. Đó là cách anh ta cung cấp cho tôi thông tin tình báo mới nhất."</w:t>
      </w:r>
    </w:p>
    <w:p>
      <w:pPr>
        <w:spacing w:after="80"/>
      </w:pPr>
      <w:r>
        <w:rPr>
          <w:b w:val="0"/>
          <w:i w:val="0"/>
        </w:rPr>
        <w:t>"Anh liên lạc với anh ta bằng cách nào?" William hỏi.</w:t>
      </w:r>
    </w:p>
    <w:p>
      <w:pPr>
        <w:spacing w:after="80"/>
      </w:pPr>
      <w:r>
        <w:rPr>
          <w:b w:val="0"/>
          <w:i w:val="0"/>
        </w:rPr>
        <w:t>"Jackie thả một vỏ bao Marlboro rỗng vào cùng hòm dâng lễ đó trên đường về nhà vào tối thứ Tư. Tôi đoán PC Beckworth không cho cậu xem tin nhắn hôm nay?" anh nói với Jackie.</w:t>
      </w:r>
    </w:p>
    <w:p>
      <w:pPr>
        <w:spacing w:after="80"/>
      </w:pPr>
      <w:r>
        <w:rPr>
          <w:b w:val="0"/>
          <w:i w:val="0"/>
        </w:rPr>
        <w:t>"Không, thưa ngài."</w:t>
      </w:r>
    </w:p>
    <w:p>
      <w:pPr>
        <w:spacing w:after="80"/>
      </w:pPr>
      <w:r>
        <w:rPr>
          <w:b w:val="0"/>
          <w:i w:val="0"/>
        </w:rPr>
        <w:t>"Sáu cái tên. Nhưng chỉ có ba trong số đó liên quan trực tiếp đến các vụ án cậu đang điều tra. Adrian Heath, người sử dụng, chúng ta đã biết điều đó rồi. Tulip, kẻ buôn bán, không có gì bất ngờ. Nhưng đôi khi các vị thần ban cho chúng ta một phần thưởng nhỏ: Miles Faulkner, người sử dụng không thường xuyên, đúng là một bất ngờ, và có thể là một bước đột phá thực sự. Nếu Faulkner đang hy vọng có được nguồn cung ma túy cho bữa tiệc tối của hắn tại Limpton Hall vào ngày mười bảy, cậu có thể cần gọi cho OSC của mình và tìm hiểu xem anh ta có thể cung cấp cho chúng ta bất kỳ chi tiết nào không."</w:t>
      </w:r>
    </w:p>
    <w:p>
      <w:pPr>
        <w:spacing w:after="80"/>
      </w:pPr>
      <w:r>
        <w:rPr>
          <w:b w:val="0"/>
          <w:i w:val="0"/>
        </w:rPr>
        <w:t>"Tôi không thể gọi cho Heath," William nói. "Anh ta chỉ liên lạc với tôi thôi."</w:t>
      </w:r>
    </w:p>
    <w:p>
      <w:pPr>
        <w:spacing w:after="80"/>
      </w:pPr>
      <w:r>
        <w:rPr>
          <w:b w:val="0"/>
          <w:i w:val="0"/>
        </w:rPr>
        <w:t>"Vậy thì chúng ta sẽ phải chờ đến khi anh ta hết tiền," Hawk nói. "Đó là điều duy nhất bạn có thể trông cậy ở bất kỳ kẻ nghiện ma túy nào."</w:t>
      </w:r>
    </w:p>
    <w:p>
      <w:pPr>
        <w:spacing w:after="80"/>
      </w:pPr>
      <w:r>
        <w:rPr>
          <w:b w:val="0"/>
          <w:i w:val="0"/>
        </w:rPr>
        <w:t>"Heath có thể tìm ra liệu Faulkner có phải là người sử dụng không, thậm chí cả người cung cấp của hắn là ai, nhưng liệu anh ta có sẵn lòng làm chứng trước tòa hay không lại là chuyện hoàn toàn khác."</w:t>
      </w:r>
    </w:p>
    <w:p>
      <w:pPr>
        <w:spacing w:after="80"/>
      </w:pPr>
      <w:r>
        <w:rPr>
          <w:b w:val="0"/>
          <w:i w:val="0"/>
        </w:rPr>
        <w:t>"Cậu đã nói với tôi rằng bạn gái anh ta rất muốn trở về Brazil, và anh ta muốn đi cùng cô ấy. Nếu chúng ta có thể biến điều đó thành hiện thực, có lẽ anh ta sẽ đồng ý làm chứng chống lại đồng phạm để được khoan hồng."</w:t>
      </w:r>
    </w:p>
    <w:p>
      <w:pPr>
        <w:spacing w:after="80"/>
      </w:pPr>
      <w:r>
        <w:rPr>
          <w:b w:val="0"/>
          <w:i w:val="0"/>
        </w:rPr>
        <w:t>‘Vậy thì chúng ta đành phải hy vọng tình yêu của anh ta dành cho Maria lớn hơn nỗi sợ Rashidi.’</w:t>
      </w:r>
    </w:p>
    <w:p>
      <w:pPr>
        <w:jc w:val="center"/>
      </w:pPr>
      <w:r>
        <w:drawing>
          <wp:inline xmlns:a="http://schemas.openxmlformats.org/drawingml/2006/main" xmlns:pic="http://schemas.openxmlformats.org/drawingml/2006/picture">
            <wp:extent cx="752475" cy="161925"/>
            <wp:docPr id="12" name="Picture 12"/>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‘Giờ anh đặt quả bóng đen về đúng chỗ của nó đi,’ William vừa nói vừa lấy phấn đánh lên cơ.</w:t>
      </w:r>
    </w:p>
    <w:p>
      <w:pPr>
        <w:spacing w:after="80"/>
      </w:pPr>
      <w:r>
        <w:rPr>
          <w:b w:val="0"/>
          <w:i w:val="0"/>
        </w:rPr>
        <w:t>Paul cúi người qua mép bàn bi-a và ngắm thẳng hàng quả bóng trắng với quả đỏ trước khi thực hiện cú đánh tiếp theo. ‘Vô vọng thật,’ anh nói, khi quả đỏ không lọt vào lỗ góc mà lại lăn ngược về giữa bàn, để lại cho William một cú đánh dễ dàng.</w:t>
      </w:r>
    </w:p>
    <w:p>
      <w:pPr>
        <w:spacing w:after="80"/>
      </w:pPr>
      <w:r>
        <w:rPr>
          <w:b w:val="0"/>
          <w:i w:val="0"/>
        </w:rPr>
        <w:t>William vào vị trí và ghi liền một mạch 32 điểm, khiến Paul cần quá nhiều cú snooker đến mức chẳng buồn quay lại bàn nữa.</w:t>
      </w:r>
    </w:p>
    <w:p>
      <w:pPr>
        <w:spacing w:after="80"/>
      </w:pPr>
      <w:r>
        <w:rPr>
          <w:b w:val="0"/>
          <w:i w:val="0"/>
        </w:rPr>
        <w:t>‘Anh có thời gian làm một ly không?’ William hỏi khi đặt cơ trở lại giá.</w:t>
      </w:r>
    </w:p>
    <w:p>
      <w:pPr>
        <w:spacing w:after="80"/>
      </w:pPr>
      <w:r>
        <w:rPr>
          <w:b w:val="0"/>
          <w:i w:val="0"/>
        </w:rPr>
        <w:t>‘Chắc chắn rồi, sếp,’ Paul đáp.</w:t>
      </w:r>
    </w:p>
    <w:p>
      <w:pPr>
        <w:spacing w:after="80"/>
      </w:pPr>
      <w:r>
        <w:rPr>
          <w:b w:val="0"/>
          <w:i w:val="0"/>
        </w:rPr>
        <w:t>‘Chỉ gọi sếp khi chúng ta đang làm nhiệm vụ thôi,’ William nói sau khi cả hai ngồi xuống một chiếc bàn ở góc phòng giải trí. Anh nhấp một ngụm bia rồi hỏi, ‘Anh thấy nhiệm vụ mới của mình thế nào?’</w:t>
      </w:r>
    </w:p>
    <w:p>
      <w:pPr>
        <w:spacing w:after="80"/>
      </w:pPr>
      <w:r>
        <w:rPr>
          <w:b w:val="0"/>
          <w:i w:val="0"/>
        </w:rPr>
        <w:t>‘Rất vui vì được chuyển đến Scotland Yard,’ Paul nói. ‘Tôi từng mơ về điều đó, nhưng chưa bao giờ nghĩ nó sẽ thành hiện thực.’</w:t>
      </w:r>
    </w:p>
    <w:p>
      <w:pPr>
        <w:spacing w:after="80"/>
      </w:pPr>
      <w:r>
        <w:rPr>
          <w:b w:val="0"/>
          <w:i w:val="0"/>
        </w:rPr>
        <w:t>‘Đội chúng tôi may mắn mới có anh,’ William nói. ‘Tôi có thể biết đôi điều về việc trộm tranh Rembrandt, nhưng vẫn là một tay mơ hoàn toàn khi nói đến mấy loại ma túy mà anh không thể mua ở hiệu thuốc ngoài phố.’</w:t>
      </w:r>
    </w:p>
    <w:p>
      <w:pPr>
        <w:spacing w:after="80"/>
      </w:pPr>
      <w:r>
        <w:rPr>
          <w:b w:val="0"/>
          <w:i w:val="0"/>
        </w:rPr>
        <w:t>‘Chẳng mấy chốc anh sẽ biết nhiều như bất kỳ tay buôn nào,’ Paul nói. ‘Và đến lúc đó anh sẽ muốn nhốt tất cả bọn họ vào tù và ném chìa khóa đi.’</w:t>
      </w:r>
    </w:p>
    <w:p>
      <w:pPr>
        <w:spacing w:after="80"/>
      </w:pPr>
      <w:r>
        <w:rPr>
          <w:b w:val="0"/>
          <w:i w:val="0"/>
        </w:rPr>
        <w:t>‘Kể cả những người nghiện à?’</w:t>
      </w:r>
    </w:p>
    <w:p>
      <w:pPr>
        <w:spacing w:after="80"/>
      </w:pPr>
      <w:r>
        <w:rPr>
          <w:b w:val="0"/>
          <w:i w:val="0"/>
        </w:rPr>
        <w:t>‘Không. Rốt cuộc anh sẽ thấy thương họ.’</w:t>
      </w:r>
    </w:p>
    <w:p>
      <w:pPr>
        <w:spacing w:after="80"/>
      </w:pPr>
      <w:r>
        <w:rPr>
          <w:b w:val="0"/>
          <w:i w:val="0"/>
        </w:rPr>
        <w:t>‘Tôi đã thấy thương họ rồi. Thế anh hòa nhập thế nào?’ William hỏi, đổi chủ đề.</w:t>
      </w:r>
    </w:p>
    <w:p>
      <w:pPr>
        <w:spacing w:after="80"/>
      </w:pPr>
      <w:r>
        <w:rPr>
          <w:b w:val="0"/>
          <w:i w:val="0"/>
        </w:rPr>
        <w:t>‘Ổn cả. Tôi đã thấy mình như một thành viên của đội rồi.’</w:t>
      </w:r>
    </w:p>
    <w:p>
      <w:pPr>
        <w:spacing w:after="80"/>
      </w:pPr>
      <w:r>
        <w:rPr>
          <w:b w:val="0"/>
          <w:i w:val="0"/>
        </w:rPr>
        <w:t>‘Có vấn đề gì không?’</w:t>
      </w:r>
    </w:p>
    <w:p>
      <w:pPr>
        <w:spacing w:after="80"/>
      </w:pPr>
      <w:r>
        <w:rPr>
          <w:b w:val="0"/>
          <w:i w:val="0"/>
        </w:rPr>
        <w:t>‘Không có gì mà tôi không xử lý được.’</w:t>
      </w:r>
    </w:p>
    <w:p>
      <w:pPr>
        <w:spacing w:after="80"/>
      </w:pPr>
      <w:r>
        <w:rPr>
          <w:b w:val="0"/>
          <w:i w:val="0"/>
        </w:rPr>
        <w:t>‘Không bị ai nhìn kỳ lạ khi người ta gặp cậu lần đầu à?’</w:t>
      </w:r>
    </w:p>
    <w:p>
      <w:pPr>
        <w:spacing w:after="80"/>
      </w:pPr>
      <w:r>
        <w:rPr>
          <w:b w:val="0"/>
          <w:i w:val="0"/>
        </w:rPr>
        <w:t>‘Chỉ có vài ông lớn tuổi thôi, mà thật lòng thì mấy ông đó vốn dĩ chẳng bao giờ chấp nhận tôi. Nhưng mấy người trẻ thì ổn.’</w:t>
      </w:r>
    </w:p>
    <w:p>
      <w:pPr>
        <w:spacing w:after="80"/>
      </w:pPr>
      <w:r>
        <w:rPr>
          <w:b w:val="0"/>
          <w:i w:val="0"/>
        </w:rPr>
        <w:t>‘Có ai cụ thể gây khó dễ cho cậu không?’</w:t>
      </w:r>
    </w:p>
    <w:p>
      <w:pPr>
        <w:spacing w:after="80"/>
      </w:pPr>
      <w:r>
        <w:rPr>
          <w:b w:val="0"/>
          <w:i w:val="0"/>
        </w:rPr>
        <w:t>‘Lamont rõ ràng là đang thấy khó chấp nhận chuyện này, nhưng thế cũng dễ hiểu thôi. Ông ấy thuộc kiểu cũ, nên tôi chỉ còn cách chứng minh bản thân.’</w:t>
      </w:r>
    </w:p>
    <w:p>
      <w:pPr>
        <w:spacing w:after="80"/>
      </w:pPr>
      <w:r>
        <w:rPr>
          <w:b w:val="0"/>
          <w:i w:val="0"/>
        </w:rPr>
        <w:t>‘Nếu điều đó làm cậu thấy dễ chịu hơn thì, tôi cũng từng gặp đúng vấn đề đó với Lamont khi mới vào đội. Đừng quên ông ấy là người Scotland, nên ông ấy coi cả hai chúng ta đều là dân nhập cư bất hợp pháp.’</w:t>
      </w:r>
    </w:p>
    <w:p>
      <w:pPr>
        <w:spacing w:after="80"/>
      </w:pPr>
      <w:r>
        <w:rPr>
          <w:b w:val="0"/>
          <w:i w:val="0"/>
        </w:rPr>
        <w:t>Paul bật cười. ‘Tôi nghĩ với ông ấy thì có sinh ra ở Glasgow thay vì Lagos cũng chẳng khác gì đâu.’</w:t>
      </w:r>
    </w:p>
    <w:p>
      <w:pPr>
        <w:spacing w:after="80"/>
      </w:pPr>
      <w:r>
        <w:rPr>
          <w:b w:val="0"/>
          <w:i w:val="0"/>
        </w:rPr>
        <w:t>‘Cậu đã nhận ra điểm chung giữa vị chỉ huy, Jackie và UCO của họ chưa?’</w:t>
      </w:r>
    </w:p>
    <w:p>
      <w:pPr>
        <w:spacing w:after="80"/>
      </w:pPr>
      <w:r>
        <w:rPr>
          <w:b w:val="0"/>
          <w:i w:val="0"/>
        </w:rPr>
        <w:t>‘Chưa,’ Paul nói, đặt ly xuống. ‘Tôi chưa hề nghĩ tới.’</w:t>
      </w:r>
    </w:p>
    <w:p>
      <w:pPr>
        <w:spacing w:after="80"/>
      </w:pPr>
      <w:r>
        <w:rPr>
          <w:b w:val="0"/>
          <w:i w:val="0"/>
        </w:rPr>
        <w:t>‘Họ đều là người Công giáo La Mã.’</w:t>
      </w:r>
    </w:p>
    <w:p>
      <w:pPr>
        <w:spacing w:after="80"/>
      </w:pPr>
      <w:r>
        <w:rPr>
          <w:b w:val="0"/>
          <w:i w:val="0"/>
        </w:rPr>
        <w:t>‘Công giáo La Mã à?’</w:t>
      </w:r>
    </w:p>
    <w:p>
      <w:pPr>
        <w:spacing w:after="80"/>
      </w:pPr>
      <w:r>
        <w:rPr>
          <w:b w:val="0"/>
          <w:i w:val="0"/>
        </w:rPr>
        <w:t>‘Đúng vậy. Trong khi đó Lamont là Hội Tam Điểm (Freemason), nên coi chừng cái kiểu bắt tay kỳ quặc. Và họ đều hơi nghi ngờ chúng ta vì chúng ta vào theo chương trình thăng chức nhanh. Nên tốt nhất là chúng ta phải gắn bó với nhau. Mà này, điều gì khiến cậu muốn gia nhập lực lượng cảnh sát ngay từ đầu vậy?’</w:t>
      </w:r>
    </w:p>
    <w:p>
      <w:pPr>
        <w:spacing w:after="80"/>
      </w:pPr>
      <w:r>
        <w:rPr>
          <w:b w:val="0"/>
          <w:i w:val="0"/>
        </w:rPr>
        <w:t>‘Hồi nhỏ đọc Conan Doyle hơi nhiều, còn Thackeray thì hơi ít. Thêm nữa là bố tôi làm giáo viên, và ông nghĩ nếu tôi không lên được ít nhất là chỉ huy thì hóa ra đã phí phạm một nền giáo dục tốt.’</w:t>
      </w:r>
    </w:p>
    <w:p>
      <w:pPr>
        <w:spacing w:after="80"/>
      </w:pPr>
      <w:r>
        <w:rPr>
          <w:b w:val="0"/>
          <w:i w:val="0"/>
        </w:rPr>
        <w:t>‘Tôi cũng gặp đúng vấn đề đó,’ William nói, nâng ly. ‘Mặc dù với bố tôi thì phải lên tới chức ủy viên (commissioner) mới đủ. Nhưng đừng kể với ai nhé.’</w:t>
      </w:r>
    </w:p>
    <w:p>
      <w:pPr>
        <w:spacing w:after="80"/>
      </w:pPr>
      <w:r>
        <w:rPr>
          <w:b w:val="0"/>
          <w:i w:val="0"/>
        </w:rPr>
        <w:t>‘Ai cũng biết rồi,’ Paul nói, cười. ‘Nhưng tôi vẫn định sẽ cạnh tranh gay gắt với cậu đấy.’</w:t>
      </w:r>
    </w:p>
    <w:p>
      <w:pPr>
        <w:spacing w:after="80"/>
      </w:pPr>
      <w:r>
        <w:rPr>
          <w:b w:val="0"/>
          <w:i w:val="0"/>
        </w:rPr>
        <w:t>‘Tôi mong chờ điều đó. Cậu có muốn chơi thêm ván nữa không?’</w:t>
      </w:r>
    </w:p>
    <w:p>
      <w:pPr>
        <w:spacing w:after="80"/>
      </w:pPr>
      <w:r>
        <w:rPr>
          <w:b w:val="0"/>
          <w:i w:val="0"/>
        </w:rPr>
        <w:t>‘Thôi cảm ơn. Một đêm bị bẽ mặt thế là đủ rồi.’</w:t>
      </w:r>
    </w:p>
    <w:p>
      <w:pPr>
        <w:spacing w:after="80"/>
      </w:pPr>
      <w:r>
        <w:rPr>
          <w:b w:val="0"/>
          <w:i w:val="0"/>
        </w:rPr>
        <w:t>‘Sao anh không ghé nhà em ăn tối nhỉ, rồi anh sẽ gặp được Beth.’</w:t>
      </w:r>
    </w:p>
    <w:p>
      <w:pPr>
        <w:spacing w:after="80"/>
      </w:pPr>
      <w:r>
        <w:rPr>
          <w:b w:val="0"/>
          <w:i w:val="0"/>
        </w:rPr>
        <w:t>‘Để dịp khác vậy, William. Tối nay tôi có hẹn, và tôi biết anh sẽ thấy khó tin, nhưng tôi nghĩ cô ấy khá để ý tôi đấy.’</w:t>
      </w:r>
    </w:p>
    <w:p>
      <w:pPr>
        <w:spacing w:after="80"/>
      </w:pPr>
      <w:r>
        <w:rPr>
          <w:b w:val="0"/>
          <w:i w:val="0"/>
        </w:rPr>
        <w:t>‘Chắc là buổi hẹn đầu tiên rồi,’ William nói.</w:t>
      </w:r>
    </w:p>
    <w:p>
      <w:pPr>
        <w:jc w:val="center"/>
      </w:pPr>
      <w:r>
        <w:drawing>
          <wp:inline xmlns:a="http://schemas.openxmlformats.org/drawingml/2006/main" xmlns:pic="http://schemas.openxmlformats.org/drawingml/2006/picture">
            <wp:extent cx="752475" cy="161925"/>
            <wp:docPr id="13" name="Picture 13"/>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William đang ngủ say thì điện thoại cạnh giường reo. Chẳng ai ở phòng tranh lại gọi cho Beth vào nửa đêm, nên chắc chắn là gọi cho anh. Anh chộp lấy ống nghe, mong rằng tiếng chuông chói tai đó không đánh thức cô.</w:t>
      </w:r>
    </w:p>
    <w:p>
      <w:pPr>
        <w:spacing w:after="80"/>
      </w:pPr>
      <w:r>
        <w:rPr>
          <w:b w:val="0"/>
          <w:i w:val="0"/>
        </w:rPr>
        <w:t>‘Tôi cần gặp anh gấp,’ một giọng nói quen thuộc cất lên.</w:t>
      </w:r>
    </w:p>
    <w:p>
      <w:pPr>
        <w:spacing w:after="80"/>
      </w:pPr>
      <w:r>
        <w:rPr>
          <w:b w:val="0"/>
          <w:i w:val="0"/>
        </w:rPr>
        <w:t>Tôi cũng vậy, William nghĩ thầm, nhưng chỉ đáp gọn: ‘Ở đâu? Khi nào?’</w:t>
      </w:r>
    </w:p>
    <w:p>
      <w:pPr>
        <w:spacing w:after="80"/>
      </w:pPr>
      <w:r>
        <w:rPr>
          <w:b w:val="0"/>
          <w:i w:val="0"/>
        </w:rPr>
        <w:t>‘Bảo tàng Tate, mười một giờ ngày mai.’</w:t>
      </w:r>
    </w:p>
    <w:p>
      <w:pPr>
        <w:spacing w:after="80"/>
      </w:pPr>
      <w:r>
        <w:rPr>
          <w:b w:val="0"/>
          <w:i w:val="0"/>
        </w:rPr>
        <w:t>‘Sao lại là Tate?’</w:t>
      </w:r>
    </w:p>
    <w:p>
      <w:pPr>
        <w:spacing w:after="80"/>
      </w:pPr>
      <w:r>
        <w:rPr>
          <w:b w:val="0"/>
          <w:i w:val="0"/>
        </w:rPr>
        <w:t>‘Hiếm khi có nhiều tay buôn tranh la cà trong một phòng tranh chỉ để chờ may mắn gặp khách. Theo tôi nhớ thì hồi đi học môn yêu thích của anh là mỹ thuật, nên anh cứ quyết định địa điểm đi.’</w:t>
      </w:r>
    </w:p>
    <w:p>
      <w:pPr>
        <w:spacing w:after="80"/>
      </w:pPr>
      <w:r>
        <w:rPr>
          <w:b w:val="0"/>
          <w:i w:val="0"/>
        </w:rPr>
        <w:t>‘Có một bức tượng Henry Moore lớn ở phòng trưng bày số ba.’</w:t>
      </w:r>
    </w:p>
    <w:p>
      <w:pPr>
        <w:spacing w:after="80"/>
      </w:pPr>
      <w:r>
        <w:rPr>
          <w:b w:val="0"/>
          <w:i w:val="0"/>
        </w:rPr>
        <w:t>‘Henry Moore là ai?’</w:t>
      </w:r>
    </w:p>
    <w:p>
      <w:pPr>
        <w:spacing w:after="80"/>
      </w:pPr>
      <w:r>
        <w:rPr>
          <w:b w:val="0"/>
          <w:i w:val="0"/>
        </w:rPr>
        <w:t>‘Anh sẽ không thể bỏ lỡ cô ấy đâu.’</w:t>
      </w:r>
    </w:p>
    <w:p>
      <w:pPr>
        <w:spacing w:after="80"/>
      </w:pPr>
      <w:r>
        <w:rPr>
          <w:b w:val="0"/>
          <w:i w:val="0"/>
        </w:rPr>
        <w:t>‘Vậy hẹn gặp anh ở đó lúc mười một giờ ngày mai.’</w:t>
      </w:r>
    </w:p>
    <w:p>
      <w:pPr>
        <w:spacing w:after="80"/>
      </w:pPr>
      <w:r>
        <w:rPr>
          <w:b w:val="0"/>
          <w:i w:val="0"/>
        </w:rPr>
        <w:t>‘Hôm nay chứ,’ William nói, nhưng Adrian đã gác máy từ lúc nào.</w:t>
      </w:r>
    </w:p>
    <w:p>
      <w:pPr>
        <w:spacing w:after="80"/>
      </w:pPr>
      <w:r>
        <w:rPr>
          <w:b w:val="0"/>
          <w:i w:val="0"/>
        </w:rPr>
        <w:t>‘Ai gọi đấy?’ Beth hỏi.</w:t>
      </w:r>
    </w:p>
    <w:p>
      <w:pPr>
        <w:jc w:val="center"/>
      </w:pPr>
      <w:r>
        <w:drawing>
          <wp:inline xmlns:a="http://schemas.openxmlformats.org/drawingml/2006/main" xmlns:pic="http://schemas.openxmlformats.org/drawingml/2006/picture">
            <wp:extent cx="752475" cy="161925"/>
            <wp:docPr id="14" name="Picture 14"/>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‘Josephine Hawksby.’</w:t>
      </w:r>
    </w:p>
    <w:p>
      <w:pPr>
        <w:spacing w:after="80"/>
      </w:pPr>
      <w:r>
        <w:rPr>
          <w:b w:val="0"/>
          <w:i w:val="0"/>
        </w:rPr>
        <w:t>‘Chào buổi chiều, bà Hawksby. Tôi là Beth Rainsford. Xin lỗi vì đã làm phiền bà, nhưng—’</w:t>
      </w:r>
    </w:p>
    <w:p>
      <w:pPr>
        <w:spacing w:after="80"/>
      </w:pPr>
      <w:r>
        <w:rPr>
          <w:b w:val="0"/>
          <w:i w:val="0"/>
        </w:rPr>
        <w:t>‘Bà đã mời Jack và tôi đến dự đám cưới của bà vào tháng sau, và cả hai chúng tôi đều rất mong chờ.’</w:t>
      </w:r>
    </w:p>
    <w:p>
      <w:pPr>
        <w:spacing w:after="80"/>
      </w:pPr>
      <w:r>
        <w:rPr>
          <w:b w:val="0"/>
          <w:i w:val="0"/>
        </w:rPr>
        <w:t>‘Bà thật tốt khi nói vậy,’ Beth đáp. ‘William và tôi rất vui vì bà sẽ đến được. Nhưng đó không phải lý do tôi gọi. Tôi hy vọng bà có thể cho tôi lời khuyên về một chuyện riêng tư, nhưng tốt nhất là không qua điện thoại.’</w:t>
      </w:r>
    </w:p>
    <w:p>
      <w:pPr>
        <w:spacing w:after="80"/>
      </w:pPr>
      <w:r>
        <w:rPr>
          <w:b w:val="0"/>
          <w:i w:val="0"/>
        </w:rPr>
        <w:t>‘Tất nhiên rồi. Sao chúng ta không uống trà vào thứ Sáu tới, khoảng năm giờ tại Fortnum’s nhỉ? Đó là một nơi tôi khá chắc chắn sẽ không bị cảnh sát tò mò nào nghe lén.’</w:t>
      </w:r>
    </w:p>
    <w:p>
      <w:pPr>
        <w:jc w:val="center"/>
      </w:pPr>
      <w:r>
        <w:drawing>
          <wp:inline xmlns:a="http://schemas.openxmlformats.org/drawingml/2006/main" xmlns:pic="http://schemas.openxmlformats.org/drawingml/2006/picture">
            <wp:extent cx="752475" cy="161925"/>
            <wp:docPr id="15" name="Picture 15"/>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Sau khi dặn dò Lamont về cuộc gọi sáng sớm, William rời Scotland Yard và lên đường đến Tate để gặp OSC của mình. Anh nóng lòng muốn biết tại sao Adrian lại muốn gặp anh gấp đến vậy, và đã chuẩn bị sẵn vài câu hỏi từ lâu trước khi bước lên dãy bậc thang dốc dẫn tới lối vào phòng trưng bày.</w:t>
      </w:r>
    </w:p>
    <w:p>
      <w:pPr>
        <w:spacing w:after="80"/>
      </w:pPr>
      <w:r>
        <w:rPr>
          <w:b w:val="0"/>
          <w:i w:val="0"/>
        </w:rPr>
        <w:t xml:space="preserve">Dù đến sớm, William đi thẳng tới phòng trưng bày số ba, nơi anh thấy một nhóm nhỏ khách tham quan đang chiêm ngưỡng tác phẩm </w:t>
      </w:r>
      <w:r>
        <w:rPr>
          <w:b w:val="0"/>
          <w:i/>
        </w:rPr>
        <w:t>Reclining Figure</w:t>
      </w:r>
      <w:r>
        <w:rPr>
          <w:b w:val="0"/>
          <w:i w:val="0"/>
        </w:rPr>
        <w:t xml:space="preserve"> của Moore. Trong lúc chờ Heath xuất hiện, anh cố thư giãn bằng cách đi vòng quanh phòng, làm quen lại với vài người bạn cũ, đồng thời kết thêm những người bạn mới. Thỉnh thoảng anh liếc nhìn lại bức của Moore, nhưng Heath lại đến muộn, nên anh đi vòng quanh phòng lần thứ hai, thậm chí còn chậm hơn.</w:t>
      </w:r>
    </w:p>
    <w:p>
      <w:pPr>
        <w:spacing w:after="80"/>
      </w:pPr>
      <w:r>
        <w:rPr>
          <w:b w:val="0"/>
          <w:i w:val="0"/>
        </w:rPr>
        <w:t xml:space="preserve">Heath thong thả bước vào phòng trưng bày số ba lúc mười một giờ hai mươi, có lẽ tưởng rằng việc đến muộn sẽ giúp anh ta chiếm thế thượng phong. William đã lững thững đi sang bức </w:t>
      </w:r>
      <w:r>
        <w:rPr>
          <w:b w:val="0"/>
          <w:i/>
        </w:rPr>
        <w:t>Crucifix</w:t>
      </w:r>
      <w:r>
        <w:rPr>
          <w:b w:val="0"/>
          <w:i w:val="0"/>
        </w:rPr>
        <w:t xml:space="preserve"> của Eric Gill, nơi Heath đến bắt chuyện với anh vài giây sau đó.</w:t>
      </w:r>
    </w:p>
    <w:p>
      <w:pPr>
        <w:spacing w:after="80"/>
      </w:pPr>
      <w:r>
        <w:rPr>
          <w:b w:val="0"/>
          <w:i w:val="0"/>
        </w:rPr>
        <w:t>‘Mình vừa đi vừa nói nhé,’ William nói, ‘thế thì sẽ không ai nghe lén được.’</w:t>
      </w:r>
    </w:p>
    <w:p>
      <w:pPr>
        <w:spacing w:after="80"/>
      </w:pPr>
      <w:r>
        <w:rPr>
          <w:b w:val="0"/>
          <w:i w:val="0"/>
        </w:rPr>
        <w:t xml:space="preserve">Heath gật đầu khi William bước tiếp đến đứng trước bức </w:t>
      </w:r>
      <w:r>
        <w:rPr>
          <w:b w:val="0"/>
          <w:i/>
        </w:rPr>
        <w:t>Ophelia</w:t>
      </w:r>
      <w:r>
        <w:rPr>
          <w:b w:val="0"/>
          <w:i w:val="0"/>
        </w:rPr>
        <w:t xml:space="preserve"> của Millais, nàng trôi trên dòng sông giữa muôn hoa. Anh cố tập trung vào người đàn ông chứ không phải người phụ nữ. ‘Sao anh lại muốn gặp tôi gấp thế?’</w:t>
      </w:r>
    </w:p>
    <w:p>
      <w:pPr>
        <w:spacing w:after="80"/>
      </w:pPr>
      <w:r>
        <w:rPr>
          <w:b w:val="0"/>
          <w:i w:val="0"/>
        </w:rPr>
        <w:t>‘Anh còn nhớ Tulip không?’</w:t>
      </w:r>
    </w:p>
    <w:p>
      <w:pPr>
        <w:spacing w:after="80"/>
      </w:pPr>
      <w:r>
        <w:rPr>
          <w:b w:val="0"/>
          <w:i w:val="0"/>
        </w:rPr>
        <w:t>‘Tay buôn của anh.’</w:t>
      </w:r>
    </w:p>
    <w:p>
      <w:pPr>
        <w:spacing w:after="80"/>
      </w:pPr>
      <w:r>
        <w:rPr>
          <w:b w:val="0"/>
          <w:i w:val="0"/>
        </w:rPr>
        <w:t>‘Không còn nữa.’</w:t>
      </w:r>
    </w:p>
    <w:p>
      <w:pPr>
        <w:spacing w:after="80"/>
      </w:pPr>
      <w:r>
        <w:rPr>
          <w:b w:val="0"/>
          <w:i w:val="0"/>
        </w:rPr>
        <w:t xml:space="preserve">‘Sao vậy?’ William hỏi. Có người vừa đến đứng cạnh họ để ngắm say sưa bức </w:t>
      </w:r>
      <w:r>
        <w:rPr>
          <w:b w:val="0"/>
          <w:i/>
        </w:rPr>
        <w:t>Ophelia</w:t>
      </w:r>
      <w:r>
        <w:rPr>
          <w:b w:val="0"/>
          <w:i w:val="0"/>
        </w:rPr>
        <w:t xml:space="preserve">, nên họ nhanh chóng chuyển sang bức </w:t>
      </w:r>
      <w:r>
        <w:rPr>
          <w:b w:val="0"/>
          <w:i/>
        </w:rPr>
        <w:t>Horse Attacked by a Lion</w:t>
      </w:r>
      <w:r>
        <w:rPr>
          <w:b w:val="0"/>
          <w:i w:val="0"/>
        </w:rPr>
        <w:t xml:space="preserve"> của Stubbs.</w:t>
      </w:r>
    </w:p>
    <w:p>
      <w:pPr>
        <w:spacing w:after="80"/>
      </w:pPr>
      <w:r>
        <w:rPr>
          <w:b w:val="0"/>
          <w:i w:val="0"/>
        </w:rPr>
        <w:t>‘Tulip phải vào viện sau khi nuốt một gói cocaine bọc màng bọc thực phẩm ngay trước lúc bị bắt.’</w:t>
      </w:r>
    </w:p>
    <w:p>
      <w:pPr>
        <w:spacing w:after="80"/>
      </w:pPr>
      <w:r>
        <w:rPr>
          <w:b w:val="0"/>
          <w:i w:val="0"/>
        </w:rPr>
        <w:t>‘Rủi ro nghề nghiệp thôi,’ William nói, không chút cảm xúc.</w:t>
      </w:r>
    </w:p>
    <w:p>
      <w:pPr>
        <w:spacing w:after="80"/>
      </w:pPr>
      <w:r>
        <w:rPr>
          <w:b w:val="0"/>
          <w:i w:val="0"/>
        </w:rPr>
        <w:t>‘Mà tôi định tận dụng cơ hội này, vì anh ta đã nhờ tôi phục vụ khách hàng của anh ta trong lúc anh ta vắng mặt.’</w:t>
      </w:r>
    </w:p>
    <w:p>
      <w:pPr>
        <w:spacing w:after="80"/>
      </w:pPr>
      <w:r>
        <w:rPr>
          <w:b w:val="0"/>
          <w:i w:val="0"/>
        </w:rPr>
        <w:t>William ngẫm nghĩ về ý nghĩa của những lời đó trong khi giả vờ chăm chú nhìn vào bức tranh phong cảnh sông Norfolk của Constable.</w:t>
      </w:r>
    </w:p>
    <w:p>
      <w:pPr>
        <w:spacing w:after="80"/>
      </w:pPr>
      <w:r>
        <w:rPr>
          <w:b w:val="0"/>
          <w:i w:val="0"/>
        </w:rPr>
        <w:t>"Constable và Turner sinh cách nhau chỉ đúng một năm," anh nói, khi có người khác đến gần họ. "Nhưng họ không thể khác nhau hơn được nữa: một người cổ điển và truyền thống, người kia thực sự độc đáo và nổi loạn. Có lẽ đó là lý do tại sao họ chưa bao giờ là bạn."</w:t>
      </w:r>
    </w:p>
    <w:p>
      <w:pPr>
        <w:spacing w:after="80"/>
      </w:pPr>
      <w:r>
        <w:rPr>
          <w:b w:val="0"/>
          <w:i w:val="0"/>
        </w:rPr>
        <w:t>"Nghe có vẻ hơi giống chúng ta," Heath nói, trước khi bước đi và giả vờ nhìn một bức tranh khác. "Nhưng hãy vào việc chính. Tôi cần một ân huệ," anh nói khi William đã quay lại bên anh.</w:t>
      </w:r>
    </w:p>
    <w:p>
      <w:pPr>
        <w:spacing w:after="80"/>
      </w:pPr>
      <w:r>
        <w:rPr>
          <w:b w:val="0"/>
          <w:i w:val="0"/>
        </w:rPr>
        <w:t xml:space="preserve">"Anh định nhờ gì?" William hỏi, khi một trong số họ nhìn kỹ hơn bức </w:t>
      </w:r>
      <w:r>
        <w:rPr>
          <w:b w:val="0"/>
          <w:i/>
        </w:rPr>
        <w:t>The Fortune Teller</w:t>
      </w:r>
      <w:r>
        <w:rPr>
          <w:b w:val="0"/>
          <w:i w:val="0"/>
        </w:rPr>
        <w:t xml:space="preserve"> của Morland.</w:t>
      </w:r>
    </w:p>
    <w:p>
      <w:pPr>
        <w:spacing w:after="80"/>
      </w:pPr>
      <w:r>
        <w:rPr>
          <w:b w:val="0"/>
          <w:i w:val="0"/>
        </w:rPr>
        <w:t>"Trong lúc Tulip đi vắng, đây là cơ hội lớn của tôi để kiếm chút tiền thật, để cuối cùng tôi có thể trốn thoát, nhưng tôi sẽ cần đám người của anh để tôi được tự do hành động trong vài tuần, không hơn."</w:t>
      </w:r>
    </w:p>
    <w:p>
      <w:pPr>
        <w:spacing w:after="80"/>
      </w:pPr>
      <w:r>
        <w:rPr>
          <w:b w:val="0"/>
          <w:i w:val="0"/>
        </w:rPr>
        <w:t>"Tại sao chúng tôi lại đồng ý làm điều đó?"</w:t>
      </w:r>
    </w:p>
    <w:p>
      <w:pPr>
        <w:spacing w:after="80"/>
      </w:pPr>
      <w:r>
        <w:rPr>
          <w:b w:val="0"/>
          <w:i w:val="0"/>
        </w:rPr>
        <w:t>"Bởi vì ngay khi Tulip trở lại, tôi sẽ cho anh tên của từng người trong số các mối liên hệ của hắn."</w:t>
      </w:r>
    </w:p>
    <w:p>
      <w:pPr>
        <w:spacing w:after="80"/>
      </w:pPr>
      <w:r>
        <w:rPr>
          <w:b w:val="0"/>
          <w:i w:val="0"/>
        </w:rPr>
        <w:t>"Hắn sẽ giết anh."</w:t>
      </w:r>
    </w:p>
    <w:p>
      <w:pPr>
        <w:spacing w:after="80"/>
      </w:pPr>
      <w:r>
        <w:rPr>
          <w:b w:val="0"/>
          <w:i w:val="0"/>
        </w:rPr>
        <w:t>"Không đâu, nếu tôi ở bên kia thế giới trước khi hắn phát hiện ra, hắn sẽ không làm gì được."</w:t>
      </w:r>
    </w:p>
    <w:p>
      <w:pPr>
        <w:spacing w:after="80"/>
      </w:pPr>
      <w:r>
        <w:rPr>
          <w:b w:val="0"/>
          <w:i w:val="0"/>
        </w:rPr>
        <w:t>"Chưa đủ," William nói, khi hai người khách dừng lại để chiêm ngưỡng bức Morland.</w:t>
      </w:r>
    </w:p>
    <w:p>
      <w:pPr>
        <w:spacing w:after="80"/>
      </w:pPr>
      <w:r>
        <w:rPr>
          <w:b w:val="0"/>
          <w:i w:val="0"/>
        </w:rPr>
        <w:t>"Anh còn muốn gì nữa?" Heath hỏi, khi họ bước tiếp đến bức tranh kế tiếp.</w:t>
      </w:r>
    </w:p>
    <w:p>
      <w:pPr>
        <w:spacing w:after="80"/>
      </w:pPr>
      <w:r>
        <w:rPr>
          <w:b w:val="0"/>
          <w:i w:val="0"/>
        </w:rPr>
        <w:t>"Vị trí nơi Rashidi bị giết."</w:t>
      </w:r>
    </w:p>
    <w:p>
      <w:pPr>
        <w:spacing w:after="80"/>
      </w:pPr>
      <w:r>
        <w:rPr>
          <w:b w:val="0"/>
          <w:i w:val="0"/>
        </w:rPr>
        <w:t>"Ngay cả Maria cũng không biết điều đó. Nhưng tôi đang tìm cách."</w:t>
      </w:r>
    </w:p>
    <w:p>
      <w:pPr>
        <w:spacing w:after="80"/>
      </w:pPr>
      <w:r>
        <w:rPr>
          <w:b w:val="0"/>
          <w:i w:val="0"/>
        </w:rPr>
        <w:t>"Vậy thì hãy bắt đầu bằng một việc gì đó dễ hơn một chút như bằng chứng cho thiện chí của anh."</w:t>
      </w:r>
    </w:p>
    <w:p>
      <w:pPr>
        <w:spacing w:after="80"/>
      </w:pPr>
      <w:r>
        <w:rPr>
          <w:b w:val="0"/>
          <w:i w:val="0"/>
        </w:rPr>
        <w:t>"Anh định nhờ gì?"</w:t>
      </w:r>
    </w:p>
    <w:p>
      <w:pPr>
        <w:spacing w:after="80"/>
      </w:pPr>
      <w:r>
        <w:rPr>
          <w:b w:val="0"/>
          <w:i w:val="0"/>
        </w:rPr>
        <w:t>"Chúng tôi biết một trong những khách hàng của Tulip là một người tên là Miles Faulkner."</w:t>
      </w:r>
    </w:p>
    <w:p>
      <w:pPr>
        <w:spacing w:after="80"/>
      </w:pPr>
      <w:r>
        <w:rPr>
          <w:b w:val="0"/>
          <w:i w:val="0"/>
        </w:rPr>
        <w:t>‘Tôi đã thấy tên anh ta trong danh sách của Tulip, nhưng anh ta không phải khách quen. Lúc nào cũng đòi hàng xịn nhất, và trả giá cao nhất. Nhưng dạo này anh ta không liên lạc nữa.’</w:t>
      </w:r>
    </w:p>
    <w:p>
      <w:pPr>
        <w:spacing w:after="80"/>
      </w:pPr>
      <w:r>
        <w:rPr>
          <w:b w:val="0"/>
          <w:i w:val="0"/>
        </w:rPr>
        <w:t>‘Anh ta sẽ liên lạc thôi,’ William nói, không giải thích gì thêm. ‘Và khi anh ta liên lạc, tôi cần biết chính xác anh ta đặt những loại thuốc nào và muốn giao đến đâu.’</w:t>
      </w:r>
    </w:p>
    <w:p>
      <w:pPr>
        <w:spacing w:after="80"/>
      </w:pPr>
      <w:r>
        <w:rPr>
          <w:b w:val="0"/>
          <w:i w:val="0"/>
        </w:rPr>
        <w:t>‘Và nếu tôi nói cho anh biết điều đó, anh sẽ để tôi tiếp tục công việc cho đến khi Tulip quay lại chứ?’</w:t>
      </w:r>
    </w:p>
    <w:p>
      <w:pPr>
        <w:spacing w:after="80"/>
      </w:pPr>
      <w:r>
        <w:rPr>
          <w:b w:val="0"/>
          <w:i w:val="0"/>
        </w:rPr>
        <w:t>‘Chỉ có ông chủ của tôi mới có quyền chấp thuận điều đó, nhưng nếu ông ấy đồng ý, mà anh không làm đúng như cam kết, thì tôi sẽ đích thân đến bệnh viện thăm Tulip và kể cho anh ta nghe anh đã làm những gì trong lúc anh ta vắng mặt.’</w:t>
      </w:r>
    </w:p>
    <w:p>
      <w:pPr>
        <w:spacing w:after="80"/>
      </w:pPr>
      <w:r>
        <w:rPr>
          <w:b w:val="0"/>
          <w:i w:val="0"/>
        </w:rPr>
        <w:t>‘Anh không nỡ làm thế với một người bạn cũ đâu.’</w:t>
      </w:r>
    </w:p>
    <w:p>
      <w:pPr>
        <w:spacing w:after="80"/>
      </w:pPr>
      <w:r>
        <w:rPr>
          <w:b w:val="0"/>
          <w:i w:val="0"/>
        </w:rPr>
        <w:t xml:space="preserve">‘Giống như Turner, anh không phải bạn cũ gì của tôi cả,’ William nói, khi cả bọn quay về quán </w:t>
      </w:r>
      <w:r>
        <w:rPr>
          <w:b w:val="0"/>
          <w:i/>
        </w:rPr>
        <w:t>Crucifix</w:t>
      </w:r>
      <w:r>
        <w:rPr>
          <w:b w:val="0"/>
          <w:i w:val="0"/>
        </w:rPr>
        <w:t xml:space="preserve"> của Gill.</w:t>
      </w:r>
    </w:p>
    <w:p>
      <w:pPr>
        <w:spacing w:after="80"/>
      </w:pPr>
      <w:r>
        <w:rPr>
          <w:b w:val="0"/>
          <w:i w:val="0"/>
        </w:rPr>
        <w:t>‘Tôi phải thừa nhận,’ Heath nói, ‘Moore giỏi thật.’</w:t>
      </w:r>
    </w:p>
    <w:p>
      <w:pPr>
        <w:pStyle w:val="Heading2"/>
      </w:pPr>
      <w:r>
        <w:rPr>
          <w:rFonts w:ascii="Calibri" w:hAnsi="Calibri"/>
          <w:b/>
          <w:i w:val="0"/>
          <w:sz w:val="32"/>
        </w:rPr>
        <w:t>8</w:t>
      </w:r>
    </w:p>
    <w:p>
      <w:pPr>
        <w:spacing w:after="80"/>
      </w:pPr>
      <w:r>
        <w:rPr>
          <w:b w:val="0"/>
          <w:i w:val="0"/>
        </w:rPr>
        <w:t>‘Biển số xe khác, nhưng vẫn là chiếc taxi đó,’ Jackie nói, hạ ống nhòm xuống.</w:t>
      </w:r>
    </w:p>
    <w:p>
      <w:pPr>
        <w:spacing w:after="80"/>
      </w:pPr>
      <w:r>
        <w:rPr>
          <w:b w:val="0"/>
          <w:i w:val="0"/>
        </w:rPr>
        <w:t>‘Sao cô chắc chắn được?’ William hỏi, khi cả bọn nhìn một chiếc taxi đen chầm chậm chạy vào The Boltons.</w:t>
      </w:r>
    </w:p>
    <w:p>
      <w:pPr>
        <w:spacing w:after="80"/>
      </w:pPr>
      <w:r>
        <w:rPr>
          <w:b w:val="0"/>
          <w:i w:val="0"/>
        </w:rPr>
        <w:t>‘Vẫn hộp khăn giấy Kleenex y hệt trên kệ sau.’</w:t>
      </w:r>
    </w:p>
    <w:p>
      <w:pPr>
        <w:spacing w:after="80"/>
      </w:pPr>
      <w:r>
        <w:rPr>
          <w:b w:val="0"/>
          <w:i w:val="0"/>
        </w:rPr>
        <w:t>‘Tinh mắt lắm,’ William nói. Cả bọn tiếp tục quan sát khi Rashidi bước ra khỏi xe và mở cổng trước của căn nhà số 24.</w:t>
      </w:r>
    </w:p>
    <w:p>
      <w:pPr>
        <w:spacing w:after="80"/>
      </w:pPr>
      <w:r>
        <w:rPr>
          <w:b w:val="0"/>
          <w:i w:val="0"/>
        </w:rPr>
        <w:t>‘Vẫn chiếc mũ, găng tay, áo khoác và khăn quàng cổ đó,’ Paul nói. ‘Rõ ràng là người sống theo nếp cố định.’</w:t>
      </w:r>
    </w:p>
    <w:p>
      <w:pPr>
        <w:spacing w:after="80"/>
      </w:pPr>
      <w:r>
        <w:rPr>
          <w:b w:val="0"/>
          <w:i w:val="0"/>
        </w:rPr>
        <w:t>‘Mà điều đó rất có thể sẽ là nguyên nhân khiến hắn sụp đổ,’ William nói.</w:t>
      </w:r>
    </w:p>
    <w:p>
      <w:pPr>
        <w:spacing w:after="80"/>
      </w:pPr>
      <w:r>
        <w:rPr>
          <w:b w:val="0"/>
          <w:i w:val="0"/>
        </w:rPr>
        <w:t>Người thợ ảnh đã bắt đầu bấm máy ngay khi Rashidi bước ra khỏi taxi, dù anh ta đã cảnh báo William rằng vì Rashidi che kín người như vậy, anh ta không mong kết quả sẽ khác gì tuần trước.</w:t>
      </w:r>
    </w:p>
    <w:p>
      <w:pPr>
        <w:spacing w:after="80"/>
      </w:pPr>
      <w:r>
        <w:rPr>
          <w:b w:val="0"/>
          <w:i w:val="0"/>
        </w:rPr>
        <w:t>Cửa mở ra trước khi Rashidi kịp gõ. Vẫn cái ôm y hệt, cho phép người thợ ảnh phóng to vào chiếc găng tay bên trái, trước khi hai mẹ con biến mất vào trong nhà.</w:t>
      </w:r>
    </w:p>
    <w:p>
      <w:pPr>
        <w:spacing w:after="80"/>
      </w:pPr>
      <w:r>
        <w:rPr>
          <w:b w:val="0"/>
          <w:i w:val="0"/>
        </w:rPr>
        <w:t>William bật radio lên, kết nối thẳng với Yard. "Tất cả các đơn vị chờ lệnh, chờ lệnh, đối tượng một đã đến địa chỉ đã biết," anh thông báo. "Đối tượng hiện đã vào nhà. Nếu tuần trước là dấu hiệu, thì ít nhất vài tiếng nữa anh ta mới ra."</w:t>
      </w:r>
    </w:p>
    <w:p>
      <w:pPr>
        <w:spacing w:after="80"/>
      </w:pPr>
      <w:r>
        <w:rPr>
          <w:b w:val="0"/>
          <w:i w:val="0"/>
        </w:rPr>
        <w:t>"Lực lượng hỗ trợ của anh thế nào?" Lamont hỏi.</w:t>
      </w:r>
    </w:p>
    <w:p>
      <w:pPr>
        <w:spacing w:after="80"/>
      </w:pPr>
      <w:r>
        <w:rPr>
          <w:b w:val="0"/>
          <w:i w:val="0"/>
        </w:rPr>
        <w:t>"Tôi có ba chiếc taxi phủ khắp các lối ra khỏi quảng trường, sẵn sàng di chuyển bất cứ lúc nào."</w:t>
      </w:r>
    </w:p>
    <w:p>
      <w:pPr>
        <w:spacing w:after="80"/>
      </w:pPr>
      <w:r>
        <w:rPr>
          <w:b w:val="0"/>
          <w:i w:val="0"/>
        </w:rPr>
        <w:t>"Còn trên mặt đất?"</w:t>
      </w:r>
    </w:p>
    <w:p>
      <w:pPr>
        <w:spacing w:after="80"/>
      </w:pPr>
      <w:r>
        <w:rPr>
          <w:b w:val="0"/>
          <w:i w:val="0"/>
        </w:rPr>
        <w:t>"Hai sĩ quan mặc thường phục ngồi sau mỗi xe, được phân công bám theo mục tiêu ngay khi anh ta bước ra khỏi taxi."</w:t>
      </w:r>
    </w:p>
    <w:p>
      <w:pPr>
        <w:spacing w:after="80"/>
      </w:pPr>
      <w:r>
        <w:rPr>
          <w:b w:val="0"/>
          <w:i w:val="0"/>
        </w:rPr>
        <w:t>"Xe hơi?"</w:t>
      </w:r>
    </w:p>
    <w:p>
      <w:pPr>
        <w:spacing w:after="80"/>
      </w:pPr>
      <w:r>
        <w:rPr>
          <w:b w:val="0"/>
          <w:i w:val="0"/>
        </w:rPr>
        <w:t>"Bốn xe không dán biển hiệu đóng ở khu vực giữa The Boltons và Earls Court, sẵn sàng di chuyển bất cứ lúc nào."</w:t>
      </w:r>
    </w:p>
    <w:p>
      <w:pPr>
        <w:spacing w:after="80"/>
      </w:pPr>
      <w:r>
        <w:rPr>
          <w:b w:val="0"/>
          <w:i w:val="0"/>
        </w:rPr>
        <w:t>"Báo tôi ngay khi anh ta xuất hiện lại."</w:t>
      </w:r>
    </w:p>
    <w:p>
      <w:pPr>
        <w:spacing w:after="80"/>
      </w:pPr>
      <w:r>
        <w:rPr>
          <w:b w:val="0"/>
          <w:i w:val="0"/>
        </w:rPr>
        <w:t>"Rõ, thưa sếp."</w:t>
      </w:r>
    </w:p>
    <w:p>
      <w:pPr>
        <w:spacing w:after="80"/>
      </w:pPr>
      <w:r>
        <w:rPr>
          <w:b w:val="0"/>
          <w:i w:val="0"/>
        </w:rPr>
        <w:t>Lamont tắt máy thu. "Anh có ước gì hai chúng ta ở ngoài kia ra lệnh không," anh nói, "chứ không chỉ đứng nhìn từ bên lề?"</w:t>
      </w:r>
    </w:p>
    <w:p>
      <w:pPr>
        <w:spacing w:after="80"/>
      </w:pPr>
      <w:r>
        <w:rPr>
          <w:b w:val="0"/>
          <w:i w:val="0"/>
        </w:rPr>
        <w:t>"Dĩ nhiên rồi," Hawk thừa nhận, "nhưng đừng nói với vợ tôi."</w:t>
      </w:r>
    </w:p>
    <w:p>
      <w:pPr>
        <w:jc w:val="center"/>
      </w:pPr>
      <w:r>
        <w:drawing>
          <wp:inline xmlns:a="http://schemas.openxmlformats.org/drawingml/2006/main" xmlns:pic="http://schemas.openxmlformats.org/drawingml/2006/picture">
            <wp:extent cx="752475" cy="161925"/>
            <wp:docPr id="16" name="Picture 16"/>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"Sữa và đường?"</w:t>
      </w:r>
    </w:p>
    <w:p>
      <w:pPr>
        <w:spacing w:after="80"/>
      </w:pPr>
      <w:r>
        <w:rPr>
          <w:b w:val="0"/>
          <w:i w:val="0"/>
        </w:rPr>
        <w:t>"Chỉ sữa thôi, cảm ơn bà Hawksby."</w:t>
      </w:r>
    </w:p>
    <w:p>
      <w:pPr>
        <w:spacing w:after="80"/>
      </w:pPr>
      <w:r>
        <w:rPr>
          <w:b w:val="0"/>
          <w:i w:val="0"/>
        </w:rPr>
        <w:t>"Cứ gọi tôi là Josephine," bà nói, đưa cho Beth một tách trà. "Tôi đã suy nghĩ rất nhiều về cuộc điện thoại gần đây của chúng ta."</w:t>
      </w:r>
    </w:p>
    <w:p>
      <w:pPr>
        <w:spacing w:after="80"/>
      </w:pPr>
      <w:r>
        <w:rPr>
          <w:b w:val="0"/>
          <w:i w:val="0"/>
        </w:rPr>
        <w:t>"Nhưng tôi chưa giải thích tại sao tôi cần gặp bà."</w:t>
      </w:r>
    </w:p>
    <w:p>
      <w:pPr>
        <w:spacing w:after="80"/>
      </w:pPr>
      <w:r>
        <w:rPr>
          <w:b w:val="0"/>
          <w:i w:val="0"/>
        </w:rPr>
        <w:t>"Điều đó không khó đoán lắm. Tôi cho rằng cô muốn biết cảm giác làm vợ một cảnh sát suốt ba mươi năm qua là thế nào."</w:t>
      </w:r>
    </w:p>
    <w:p>
      <w:pPr>
        <w:spacing w:after="80"/>
      </w:pPr>
      <w:r>
        <w:rPr>
          <w:b w:val="0"/>
          <w:i w:val="0"/>
        </w:rPr>
        <w:t>‘Điều đó rõ ràng đến thế sao?’ Beth nói.</w:t>
      </w:r>
    </w:p>
    <w:p>
      <w:pPr>
        <w:spacing w:after="80"/>
      </w:pPr>
      <w:r>
        <w:rPr>
          <w:b w:val="0"/>
          <w:i w:val="0"/>
        </w:rPr>
        <w:t>‘Địa ngục trần gian, đó là câu trả lời đơn giản. Những đêm thức khuya, những lần hủy hẹn phút chót, những câu hỏi bạn không bao giờ được phép hỏi và, tệ nhất, nỗi sợ rằng một ngày nào đó anh ấy có thể không trở về nhà. Nhưng điều giúp tôi vượt qua là tôi chưa bao giờ ngừng yêu Jack.’</w:t>
      </w:r>
    </w:p>
    <w:p>
      <w:pPr>
        <w:spacing w:after="80"/>
      </w:pPr>
      <w:r>
        <w:rPr>
          <w:b w:val="0"/>
          <w:i w:val="0"/>
        </w:rPr>
        <w:t>‘Nhưng trong lực lượng có biết bao nhiêu vụ ly hôn,’ Beth nói. ‘Ví dụ như Giám đốc Lamont, và Jackie là một ví dụ khác, mà đó chỉ mới tính trong phòng ban của chúng ta.’</w:t>
      </w:r>
    </w:p>
    <w:p>
      <w:pPr>
        <w:spacing w:after="80"/>
      </w:pPr>
      <w:r>
        <w:rPr>
          <w:b w:val="0"/>
          <w:i w:val="0"/>
        </w:rPr>
        <w:t>‘Đúng vậy. Nhưng bạn sẽ học được cách chấp nhận sự thật rằng cảnh sát được kỳ vọng phải giữ giờ giấc giống như tội phạm, mặc dù tội phạm được nghỉ phép dài hơn ở những nơi kỳ thú hơn.’ Beth bật cười. ‘Chưa bao giờ đây là công việc hành chính tám tiếng mỗi ngày, và theo những gì Jack kể với tôi, William không mắc phải vấn đề mà nhiều cảnh sát gặp phải.’ Beth đặt tách xuống. ‘Quá nhiều testosterone và quá nhiều nữ cảnh sát (WPC).’</w:t>
      </w:r>
    </w:p>
    <w:p>
      <w:pPr>
        <w:spacing w:after="80"/>
      </w:pPr>
      <w:r>
        <w:rPr>
          <w:b w:val="0"/>
          <w:i w:val="0"/>
        </w:rPr>
        <w:t>‘Bạn có bao giờ chắc chắn được không?’ Beth hỏi.</w:t>
      </w:r>
    </w:p>
    <w:p>
      <w:pPr>
        <w:spacing w:after="80"/>
      </w:pPr>
      <w:r>
        <w:rPr>
          <w:b w:val="0"/>
          <w:i w:val="0"/>
        </w:rPr>
        <w:t>‘Không, bạn không thể chắc chắn, nhưng Jack nói với tôi rằng bạn đã tìm được một chàng trai đặc biệt, người rõ ràng hết lòng vì bạn.’</w:t>
      </w:r>
    </w:p>
    <w:p>
      <w:pPr>
        <w:spacing w:after="80"/>
      </w:pPr>
      <w:r>
        <w:rPr>
          <w:b w:val="0"/>
          <w:i w:val="0"/>
        </w:rPr>
        <w:t>‘Và tôi cũng hết lòng vì anh ấy, nhưng anh ấy sẽ cần một người phụ nữ đặc biệt làm bạn đời, còn tôi chỉ là trợ lý giám tuyển tại Fitzmolean, người làm việc từ chín giờ đến năm giờ.’</w:t>
      </w:r>
    </w:p>
    <w:p>
      <w:pPr>
        <w:spacing w:after="80"/>
      </w:pPr>
      <w:r>
        <w:rPr>
          <w:b w:val="0"/>
          <w:i w:val="0"/>
        </w:rPr>
        <w:t>‘Ơn trời là một trong hai người bình thường,’ Josephine nói, vừa chọn một chiếc bánh sandwich dưa chuột.</w:t>
      </w:r>
    </w:p>
    <w:p>
      <w:pPr>
        <w:spacing w:after="80"/>
      </w:pPr>
      <w:r>
        <w:rPr>
          <w:b w:val="0"/>
          <w:i w:val="0"/>
        </w:rPr>
        <w:t>‘Nhưng tôi lo rằng anh ấy đã kết hôn rồi.’</w:t>
      </w:r>
    </w:p>
    <w:p>
      <w:pPr>
        <w:spacing w:after="80"/>
      </w:pPr>
      <w:r>
        <w:rPr>
          <w:b w:val="0"/>
          <w:i w:val="0"/>
        </w:rPr>
        <w:t>‘Với công việc ư?’ Beth gật đầu. ‘Mọi cảnh sát giỏi đều vậy, cháu yêu. Nhưng nếu tôi có thể quay lại ba mươi năm trước, và anh ấy lại cầu hôn tôi, tôi vẫn sẽ lấy Constable Jack Hawksby.’</w:t>
      </w:r>
    </w:p>
    <w:p>
      <w:pPr>
        <w:spacing w:after="80"/>
      </w:pPr>
      <w:r>
        <w:rPr>
          <w:b w:val="0"/>
          <w:i w:val="0"/>
        </w:rPr>
        <w:t>‘Cháu có thể hỏi cô một câu riêng tư không, Josephine?’</w:t>
      </w:r>
    </w:p>
    <w:p>
      <w:pPr>
        <w:spacing w:after="80"/>
      </w:pPr>
      <w:r>
        <w:rPr>
          <w:b w:val="0"/>
          <w:i w:val="0"/>
        </w:rPr>
        <w:t>‘Cứ hỏi bất cứ điều gì.’</w:t>
      </w:r>
    </w:p>
    <w:p>
      <w:pPr>
        <w:spacing w:after="80"/>
      </w:pPr>
      <w:r>
        <w:rPr>
          <w:b w:val="0"/>
          <w:i w:val="0"/>
        </w:rPr>
        <w:t>‘Cô đã bao giờ nghĩ đến việc ly hôn với chồng mình chưa?’</w:t>
      </w:r>
    </w:p>
    <w:p>
      <w:pPr>
        <w:spacing w:after="80"/>
      </w:pPr>
      <w:r>
        <w:rPr>
          <w:b w:val="0"/>
          <w:i w:val="0"/>
        </w:rPr>
        <w:t>‘Ly hôn thì không bao giờ. Giết thì vài lần rồi.’</w:t>
      </w:r>
    </w:p>
    <w:p>
      <w:pPr>
        <w:jc w:val="center"/>
      </w:pPr>
      <w:r>
        <w:drawing>
          <wp:inline xmlns:a="http://schemas.openxmlformats.org/drawingml/2006/main" xmlns:pic="http://schemas.openxmlformats.org/drawingml/2006/picture">
            <wp:extent cx="752475" cy="161925"/>
            <wp:docPr id="17" name="Picture 17"/>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‘Cô có được mời đến đám cưới không?’ Lamont hỏi.</w:t>
      </w:r>
    </w:p>
    <w:p>
      <w:pPr>
        <w:spacing w:after="80"/>
      </w:pPr>
      <w:r>
        <w:rPr>
          <w:b w:val="0"/>
          <w:i w:val="0"/>
        </w:rPr>
        <w:t>‘Có. Josephine và tôi đang mong chờ nó, mặc dù tôi nghĩ sẽ có quá nhiều luật sư biện hộ hình sự trong danh sách khách mời mà tôi chỉ từng gặp khi đứng trong bục nhân chứng.’</w:t>
      </w:r>
    </w:p>
    <w:p>
      <w:pPr>
        <w:spacing w:after="80"/>
      </w:pPr>
      <w:r>
        <w:rPr>
          <w:b w:val="0"/>
          <w:i w:val="0"/>
        </w:rPr>
        <w:t>‘Và có lẽ cả một kẻ tội phạm kỳ quặc nữa.’</w:t>
      </w:r>
    </w:p>
    <w:p>
      <w:pPr>
        <w:spacing w:after="80"/>
      </w:pPr>
      <w:r>
        <w:rPr>
          <w:b w:val="0"/>
          <w:i w:val="0"/>
        </w:rPr>
        <w:t>‘Không,’ Hawksby nói. ‘Ngài Julian Warwick QC không phải kiểu người trộn lẫn công việc với thú vui, nên Booth Watson sẽ không được mời đâu.’</w:t>
      </w:r>
    </w:p>
    <w:p>
      <w:pPr>
        <w:spacing w:after="80"/>
      </w:pPr>
      <w:r>
        <w:rPr>
          <w:b w:val="0"/>
          <w:i w:val="0"/>
        </w:rPr>
        <w:t>Lamont cười khúc khích. ‘Anh đã gặp Beth chưa?’</w:t>
      </w:r>
    </w:p>
    <w:p>
      <w:pPr>
        <w:spacing w:after="80"/>
      </w:pPr>
      <w:r>
        <w:rPr>
          <w:b w:val="0"/>
          <w:i w:val="0"/>
        </w:rPr>
        <w:t>‘Chỉ mới gặp ở Fitzmolean trong buổi ra mắt bức tranh Rembrandt. Không khó để hiểu vì sao William lại say mê cô ấy.’</w:t>
      </w:r>
    </w:p>
    <w:p>
      <w:pPr>
        <w:spacing w:after="80"/>
      </w:pPr>
      <w:r>
        <w:rPr>
          <w:b w:val="0"/>
          <w:i w:val="0"/>
        </w:rPr>
        <w:t>‘Trời phù hộ cho cô gái tội nghiệp ấy.’</w:t>
      </w:r>
    </w:p>
    <w:p>
      <w:pPr>
        <w:spacing w:after="80"/>
      </w:pPr>
      <w:r>
        <w:rPr>
          <w:b w:val="0"/>
          <w:i w:val="0"/>
        </w:rPr>
        <w:t>‘Sao anh lại nói vậy, Bruce?’</w:t>
      </w:r>
    </w:p>
    <w:p>
      <w:pPr>
        <w:spacing w:after="80"/>
      </w:pPr>
      <w:r>
        <w:rPr>
          <w:b w:val="0"/>
          <w:i w:val="0"/>
        </w:rPr>
        <w:t>‘Tôi đã ly hôn ba lần, còn DC Roycroft thì một lần. Thực ra, anh chính là ngoại lệ phá vỡ quy luật đấy.’</w:t>
      </w:r>
    </w:p>
    <w:p>
      <w:pPr>
        <w:spacing w:after="80"/>
      </w:pPr>
      <w:r>
        <w:rPr>
          <w:b w:val="0"/>
          <w:i w:val="0"/>
        </w:rPr>
        <w:t>‘Tôi có cảm giác William sẽ trụ được đến cùng. Điều tôi chỉ lo là Beth có thể sẽ cố thuyết phục cậu ấy rời khỏi ngành cảnh sát.’</w:t>
      </w:r>
    </w:p>
    <w:p>
      <w:pPr>
        <w:spacing w:after="80"/>
      </w:pPr>
      <w:r>
        <w:rPr>
          <w:b w:val="0"/>
          <w:i w:val="0"/>
        </w:rPr>
        <w:t>‘Cả ba người vợ của tôi đều đã thử,’ Lamont nói, ‘và xem kết cục của họ đi. Mỗi lần tôi được thăng chức, người vợ mới nhất lại bỏ tôi, nhưng không phải trước khi cô ta vét sạch tài khoản ngân hàng của tôi.’</w:t>
      </w:r>
    </w:p>
    <w:p>
      <w:pPr>
        <w:spacing w:after="80"/>
      </w:pPr>
      <w:r>
        <w:rPr>
          <w:b w:val="0"/>
          <w:i w:val="0"/>
        </w:rPr>
        <w:t>‘Tôi khá chắc William sẽ không đi theo con đường đó,’ Hawksby nói. ‘Tuy nhiên, tôi vẫn trông cậy vào anh để gột rửa nốt chút dư âm cậu bé hát thánh ca còn sót lại nơi cậu ấy, trước khi tôi dù chỉ xem xét việc phong cậu ấy làm thanh tra thám tử.’</w:t>
      </w:r>
    </w:p>
    <w:p>
      <w:pPr>
        <w:spacing w:after="80"/>
      </w:pPr>
      <w:r>
        <w:rPr>
          <w:b w:val="0"/>
          <w:i w:val="0"/>
        </w:rPr>
        <w:t>‘Còn Adaja thì sao?’</w:t>
      </w:r>
    </w:p>
    <w:p>
      <w:pPr>
        <w:spacing w:after="80"/>
      </w:pPr>
      <w:r>
        <w:rPr>
          <w:b w:val="0"/>
          <w:i w:val="0"/>
        </w:rPr>
        <w:t>‘Nếu cậu ấy xử lý được nạn phân biệt chủng tộc mà chắc chắn cậu ấy sẽ gặp phải ngoài đường phố . . .’</w:t>
      </w:r>
    </w:p>
    <w:p>
      <w:pPr>
        <w:spacing w:after="80"/>
      </w:pPr>
      <w:r>
        <w:rPr>
          <w:b w:val="0"/>
          <w:i w:val="0"/>
        </w:rPr>
        <w:t>‘Chưa kể ngay trong tòa nhà này nữa,’ Lamont nói. ‘Tôi nhận ra chính mình cũng không hoàn toàn vô can. Khi tôi mới vào ngành, thứ duy nhất đen là cà phê thôi.’</w:t>
      </w:r>
    </w:p>
    <w:p>
      <w:pPr>
        <w:spacing w:after="80"/>
      </w:pPr>
      <w:r>
        <w:rPr>
          <w:b w:val="0"/>
          <w:i w:val="0"/>
        </w:rPr>
        <w:t xml:space="preserve">‘Anh đã bao giờ xem </w:t>
      </w:r>
      <w:r>
        <w:rPr>
          <w:b w:val="0"/>
          <w:i/>
        </w:rPr>
        <w:t>The Sweeney</w:t>
      </w:r>
      <w:r>
        <w:rPr>
          <w:b w:val="0"/>
          <w:i w:val="0"/>
        </w:rPr>
        <w:t xml:space="preserve"> chưa?’ Hawksby hỏi.</w:t>
      </w:r>
    </w:p>
    <w:p>
      <w:pPr>
        <w:spacing w:after="80"/>
      </w:pPr>
      <w:r>
        <w:rPr>
          <w:b w:val="0"/>
          <w:i w:val="0"/>
        </w:rPr>
        <w:t>‘Chưa từng bỏ lỡ tập nào. Tôi thấy mình như John Thaw vậy.’</w:t>
      </w:r>
    </w:p>
    <w:p>
      <w:pPr>
        <w:spacing w:after="80"/>
      </w:pPr>
      <w:r>
        <w:rPr>
          <w:b w:val="0"/>
          <w:i w:val="0"/>
        </w:rPr>
        <w:t>Hawksby mỉm cười. ‘Nhưng anh có nhận ra lỗi sai trong tập phát lại tuần trước không?’</w:t>
      </w:r>
    </w:p>
    <w:p>
      <w:pPr>
        <w:spacing w:after="80"/>
      </w:pPr>
      <w:r>
        <w:rPr>
          <w:b w:val="0"/>
          <w:i w:val="0"/>
        </w:rPr>
        <w:t>‘Nhắc tôi nhớ lại đi.’</w:t>
      </w:r>
    </w:p>
    <w:p>
      <w:pPr>
        <w:spacing w:after="80"/>
      </w:pPr>
      <w:r>
        <w:rPr>
          <w:b w:val="0"/>
          <w:i w:val="0"/>
        </w:rPr>
        <w:t>‘DI Regan khẳng định rằng những chiếc xe Black Maria (xe tù đen) thời xưa được đặt tên theo một người phụ nữ luôn đến dự các phiên tòa trong bộ váy đen. Nhưng DC Adaja nói với tôi rằng thực ra thuật ngữ này bắt nguồn từ một người phụ nữ tên Maria, người điều hành một nhà trọ lộn xộn ở Boston mà cảnh sát phải ghé thăm quá thường xuyên.’</w:t>
      </w:r>
    </w:p>
    <w:p>
      <w:pPr>
        <w:spacing w:after="80"/>
      </w:pPr>
      <w:r>
        <w:rPr>
          <w:b w:val="0"/>
          <w:i w:val="0"/>
        </w:rPr>
        <w:t>‘Adaja cũng tệ như Warwick khi cứ nhồi cho chúng ta những thông tin vô dụng,’ Lamont nói.</w:t>
      </w:r>
    </w:p>
    <w:p>
      <w:pPr>
        <w:spacing w:after="80"/>
      </w:pPr>
      <w:r>
        <w:rPr>
          <w:b w:val="0"/>
          <w:i w:val="0"/>
        </w:rPr>
        <w:t>‘Và cũng thông minh y như vậy,’ Hawk nói. ‘Thực ra, William có thể có một đối thủ thực sự, và đến năm 2020, Met (Sở Cảnh sát London) thậm chí có thể sẵn sàng bổ nhiệm vị ủy viên da màu đầu tiên.’</w:t>
      </w:r>
    </w:p>
    <w:p>
      <w:pPr>
        <w:spacing w:after="80"/>
      </w:pPr>
      <w:r>
        <w:rPr>
          <w:b w:val="0"/>
          <w:i w:val="0"/>
        </w:rPr>
        <w:t>‘Chà, ít nhất thì điều đó cũng tốt hơn vị ủy viên nữ đầu tiên.’</w:t>
      </w:r>
    </w:p>
    <w:p>
      <w:pPr>
        <w:spacing w:after="80"/>
      </w:pPr>
      <w:r>
        <w:rPr>
          <w:b w:val="0"/>
          <w:i w:val="0"/>
        </w:rPr>
        <w:t>Hawk định bình luận thì bộ đàm lại rè rè vang lên.</w:t>
      </w:r>
    </w:p>
    <w:p>
      <w:pPr>
        <w:spacing w:after="80"/>
      </w:pPr>
      <w:r>
        <w:rPr>
          <w:b w:val="0"/>
          <w:i w:val="0"/>
        </w:rPr>
        <w:t>‘Đối tượng đang di chuyển,’ William nói.</w:t>
      </w:r>
    </w:p>
    <w:p>
      <w:pPr>
        <w:jc w:val="center"/>
      </w:pPr>
      <w:r>
        <w:drawing>
          <wp:inline xmlns:a="http://schemas.openxmlformats.org/drawingml/2006/main" xmlns:pic="http://schemas.openxmlformats.org/drawingml/2006/picture">
            <wp:extent cx="752475" cy="161925"/>
            <wp:docPr id="18" name="Picture 18"/>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Cũng cái ôm đó, cũng bước đi chậm rãi xuống con đường đó; chỉ khác là lần này khi bước ra vỉa hè, anh ta rẽ trái, chứ không phải rẽ phải.</w:t>
      </w:r>
    </w:p>
    <w:p>
      <w:pPr>
        <w:spacing w:after="80"/>
      </w:pPr>
      <w:r>
        <w:rPr>
          <w:b w:val="0"/>
          <w:i w:val="0"/>
        </w:rPr>
        <w:t>‘Chờ trước đã. Hắn đang đi về phía Bolton Gardens. Chờ đã,’ William nhắc lại.</w:t>
      </w:r>
    </w:p>
    <w:p>
      <w:pPr>
        <w:spacing w:after="80"/>
      </w:pPr>
      <w:r>
        <w:rPr>
          <w:b w:val="0"/>
          <w:i w:val="0"/>
        </w:rPr>
        <w:t>‘Tiếp xúc, tiếp xúc,’ một giọng nói vang lên qua bộ đàm. ‘Mục tiêu đang lên một chiếc taxi không bật đèn. Hết, hết. Đang đi về phía tây trên đường Brompton.’</w:t>
      </w:r>
    </w:p>
    <w:p>
      <w:pPr>
        <w:spacing w:after="80"/>
      </w:pPr>
      <w:r>
        <w:rPr>
          <w:b w:val="0"/>
          <w:i w:val="0"/>
        </w:rPr>
        <w:t>‘Tiếp xúc – tôi đã bám được mục tiêu,’ Danny nói.</w:t>
      </w:r>
    </w:p>
    <w:p>
      <w:pPr>
        <w:spacing w:after="80"/>
      </w:pPr>
      <w:r>
        <w:rPr>
          <w:b w:val="0"/>
          <w:i w:val="0"/>
        </w:rPr>
        <w:t>‘Bám theo hắn,’ William nói, ‘nhưng chỉ thêm khoảng một dặm nữa thôi. Tôi có một chiếc xe không đánh dấu ngay phía sau cậu, sẵn sàng tiếp nhận.’</w:t>
      </w:r>
    </w:p>
    <w:p>
      <w:pPr>
        <w:spacing w:after="80"/>
      </w:pPr>
      <w:r>
        <w:rPr>
          <w:b w:val="0"/>
          <w:i w:val="0"/>
        </w:rPr>
        <w:t>‘Rõ,’ Danny nói, giữ khoảng cách nhưng không bao giờ để mục tiêu ra khỏi tầm mắt. ‘Đối tượng đã chuyển sang làn ngoài,’ anh báo cáo vài giây sau đó. ‘Có thể sẽ rẽ phải.’</w:t>
      </w:r>
    </w:p>
    <w:p>
      <w:pPr>
        <w:spacing w:after="80"/>
      </w:pPr>
      <w:r>
        <w:rPr>
          <w:b w:val="0"/>
          <w:i w:val="0"/>
        </w:rPr>
        <w:t>‘Hoặc cứ đi thẳng,’ William nói. ‘Nếu vậy thì có khi chúng ta sẽ biết được hắn sống ở đâu.’</w:t>
      </w:r>
    </w:p>
    <w:p>
      <w:pPr>
        <w:spacing w:after="80"/>
      </w:pPr>
      <w:r>
        <w:rPr>
          <w:b w:val="0"/>
          <w:i w:val="0"/>
        </w:rPr>
        <w:t>‘Tôi thà biết hắn làm việc ở đâu còn hơn,’ Lamont nói. ‘Nhưng tôi không mong chúng ta may mắn đến thế.’</w:t>
      </w:r>
    </w:p>
    <w:p>
      <w:pPr>
        <w:spacing w:after="80"/>
      </w:pPr>
      <w:r>
        <w:rPr>
          <w:b w:val="0"/>
          <w:i w:val="0"/>
        </w:rPr>
        <w:t>‘Lùi lại đi, Danny,’ là mệnh lệnh tiếp theo của William, ‘và để xe tuần tra tiếp nhận. Nhưng cứ chờ đã, vì có thể tôi sẽ cần cậu lần nữa sau đó.’</w:t>
      </w:r>
    </w:p>
    <w:p>
      <w:pPr>
        <w:spacing w:after="80"/>
      </w:pPr>
      <w:r>
        <w:rPr>
          <w:b w:val="0"/>
          <w:i w:val="0"/>
        </w:rPr>
        <w:t>William thấy buồn cười vì bốn chiếc xe không có phù hiệu của ông đều là Austin Allegro đã năm tuổi, màu sơn tiêu chuẩn nhưng động cơ đã được độ lại, có thể chạy tới 120 dặm/giờ nếu cần. Chẳng ai thèm liếc nhìn chúng lần thứ hai khi chúng lăn bánh xuống làn giữa của Great West Road, không bao giờ vượt quá 40 dặm/giờ.</w:t>
      </w:r>
    </w:p>
    <w:p>
      <w:pPr>
        <w:spacing w:after="80"/>
      </w:pPr>
      <w:r>
        <w:rPr>
          <w:b w:val="0"/>
          <w:i w:val="0"/>
        </w:rPr>
        <w:t>‘Mục tiêu đã tới vòng xuyến Courage. Có vẻ như hắn đang hướng tới đường cao tốc M4.’</w:t>
      </w:r>
    </w:p>
    <w:p>
      <w:pPr>
        <w:spacing w:after="80"/>
      </w:pPr>
      <w:r>
        <w:rPr>
          <w:b w:val="0"/>
          <w:i w:val="0"/>
        </w:rPr>
        <w:t>‘Taxi thường đi đâu sau khi lên M4?’ William hỏi, rõ là câu hỏi tu từ.</w:t>
      </w:r>
    </w:p>
    <w:p>
      <w:pPr>
        <w:spacing w:after="80"/>
      </w:pPr>
      <w:r>
        <w:rPr>
          <w:b w:val="0"/>
          <w:i w:val="0"/>
        </w:rPr>
        <w:t>‘Sân bay,’ Danny đáp.</w:t>
      </w:r>
    </w:p>
    <w:p>
      <w:pPr>
        <w:spacing w:after="80"/>
      </w:pPr>
      <w:r>
        <w:rPr>
          <w:b w:val="0"/>
          <w:i w:val="0"/>
        </w:rPr>
        <w:t>‘Đúng là cái chúng ta cần.’</w:t>
      </w:r>
    </w:p>
    <w:p>
      <w:pPr>
        <w:spacing w:after="80"/>
      </w:pPr>
      <w:r>
        <w:rPr>
          <w:b w:val="0"/>
          <w:i w:val="0"/>
        </w:rPr>
        <w:t>‘Chắc chắn là hướng đường cao tốc rồi,’ tài xế xe tuần tra nói, ‘vì hắn sắp hết lối rẽ.’</w:t>
      </w:r>
    </w:p>
    <w:p>
      <w:pPr>
        <w:spacing w:after="80"/>
      </w:pPr>
      <w:r>
        <w:rPr>
          <w:b w:val="0"/>
          <w:i w:val="0"/>
        </w:rPr>
        <w:t>‘Tách ra ở cầu vượt Hammersmith và để Danny tiếp quản. Một chiếc taxi khác sẽ ít bị chú ý hơn trên đường cao tốc, nhất là nếu Rashidi đang hướng tới sân bay. Nhưng Danny này, nếu xe của hắn cứ bám làn ngoài cùng, thì để xe khác tiếp quản, còn cậu lẻn ra khỏi đường cao tốc ở lối ra Heathrow rồi quay về Yard.’</w:t>
      </w:r>
    </w:p>
    <w:p>
      <w:pPr>
        <w:spacing w:after="80"/>
      </w:pPr>
      <w:r>
        <w:rPr>
          <w:b w:val="0"/>
          <w:i w:val="0"/>
        </w:rPr>
        <w:t>‘Rõ, sếp.’</w:t>
      </w:r>
    </w:p>
    <w:p>
      <w:pPr>
        <w:spacing w:after="80"/>
      </w:pPr>
      <w:r>
        <w:rPr>
          <w:b w:val="0"/>
          <w:i w:val="0"/>
        </w:rPr>
        <w:t>‘Mục tiêu đã chuyển lại về làn giữa và đang giảm tốc,’ Danny nói. ‘Tôi nghĩ sếp nói đúng. Chắc chắn là Heathrow.’</w:t>
      </w:r>
    </w:p>
    <w:p>
      <w:pPr>
        <w:spacing w:after="80"/>
      </w:pPr>
      <w:r>
        <w:rPr>
          <w:b w:val="0"/>
          <w:i w:val="0"/>
        </w:rPr>
        <w:t>‘Chết tiệt,’ William nói. ‘Tôi không có đủ lực lượng hỗ trợ để phủ cả ba nhà ga.’</w:t>
      </w:r>
    </w:p>
    <w:p>
      <w:pPr>
        <w:spacing w:after="80"/>
      </w:pPr>
      <w:r>
        <w:rPr>
          <w:b w:val="0"/>
          <w:i w:val="0"/>
        </w:rPr>
        <w:t>‘Là nhà ga số một, chuyến nội địa.’</w:t>
      </w:r>
    </w:p>
    <w:p>
      <w:pPr>
        <w:spacing w:after="80"/>
      </w:pPr>
      <w:r>
        <w:rPr>
          <w:b w:val="0"/>
          <w:i w:val="0"/>
        </w:rPr>
        <w:t>‘Giữ khoảng cách,’ William nói. ‘Paul, chuẩn bị bám theo hắn vào trong nhà ga.’</w:t>
      </w:r>
    </w:p>
    <w:p>
      <w:pPr>
        <w:spacing w:after="80"/>
      </w:pPr>
      <w:r>
        <w:rPr>
          <w:b w:val="0"/>
          <w:i w:val="0"/>
        </w:rPr>
        <w:t>‘Tôi đang nóng lòng chờ đây, sếp.’</w:t>
      </w:r>
    </w:p>
    <w:p>
      <w:pPr>
        <w:spacing w:after="80"/>
      </w:pPr>
      <w:r>
        <w:rPr>
          <w:b w:val="0"/>
          <w:i w:val="0"/>
        </w:rPr>
        <w:t>Một khoảng lặng ngắn tiếp theo, trong lúc William đi đi lại lại quanh phòng, lo rằng nếu chuyện này thành bài tập hằng tuần thì ông sẽ mòn cả giày trước khi họ tìm ra mục tiêu đang đi đâu.</w:t>
      </w:r>
    </w:p>
    <w:p>
      <w:pPr>
        <w:spacing w:after="80"/>
      </w:pPr>
      <w:r>
        <w:rPr>
          <w:b w:val="0"/>
          <w:i w:val="0"/>
        </w:rPr>
        <w:t>‘Hắn xuống taxi và đang đi về phía khu khởi hành,’ Danny nói. ‘Paul đang bám theo.’</w:t>
      </w:r>
    </w:p>
    <w:p>
      <w:pPr>
        <w:spacing w:after="80"/>
      </w:pPr>
      <w:r>
        <w:rPr>
          <w:b w:val="0"/>
          <w:i w:val="0"/>
        </w:rPr>
        <w:t>‘Hắn có mang theo gì không?’</w:t>
      </w:r>
    </w:p>
    <w:p>
      <w:pPr>
        <w:spacing w:after="80"/>
      </w:pPr>
      <w:r>
        <w:rPr>
          <w:b w:val="0"/>
          <w:i w:val="0"/>
        </w:rPr>
        <w:t>‘Không có gì cả, trung sĩ.’</w:t>
      </w:r>
    </w:p>
    <w:p>
      <w:pPr>
        <w:spacing w:after="80"/>
      </w:pPr>
      <w:r>
        <w:rPr>
          <w:b w:val="0"/>
          <w:i w:val="0"/>
        </w:rPr>
        <w:t>‘Vậy thì khó có chuyện anh ta bay đi đâu được.’</w:t>
      </w:r>
    </w:p>
    <w:p>
      <w:pPr>
        <w:spacing w:after="80"/>
      </w:pPr>
      <w:r>
        <w:rPr>
          <w:b w:val="0"/>
          <w:i w:val="0"/>
        </w:rPr>
        <w:t>‘Có thể anh ta đang gặp ai đó?’ Jackie gợi ý.</w:t>
      </w:r>
    </w:p>
    <w:p>
      <w:pPr>
        <w:spacing w:after="80"/>
      </w:pPr>
      <w:r>
        <w:rPr>
          <w:b w:val="0"/>
          <w:i w:val="0"/>
        </w:rPr>
        <w:t>‘Không phải ở khu khởi hành. Tôi nghi đây chỉ là một chiêu nữa để cắt đuôi bất kỳ ai dám nghĩ đến việc bám theo anh ta.’</w:t>
      </w:r>
    </w:p>
    <w:p>
      <w:pPr>
        <w:spacing w:after="80"/>
      </w:pPr>
      <w:r>
        <w:rPr>
          <w:b w:val="0"/>
          <w:i w:val="0"/>
        </w:rPr>
        <w:t>‘Paul đang vào nhà ga rồi,’ Danny nói.</w:t>
      </w:r>
    </w:p>
    <w:p>
      <w:pPr>
        <w:spacing w:after="80"/>
      </w:pPr>
      <w:r>
        <w:rPr>
          <w:b w:val="0"/>
          <w:i w:val="0"/>
        </w:rPr>
        <w:t>‘Còn taxi của Rashidi thì sao?’ William hỏi.</w:t>
      </w:r>
    </w:p>
    <w:p>
      <w:pPr>
        <w:spacing w:after="80"/>
      </w:pPr>
      <w:r>
        <w:rPr>
          <w:b w:val="0"/>
          <w:i w:val="0"/>
        </w:rPr>
        <w:t>‘Nó lại di chuyển rồi. Anh có muốn tôi bám theo không?’</w:t>
      </w:r>
    </w:p>
    <w:p>
      <w:pPr>
        <w:spacing w:after="80"/>
      </w:pPr>
      <w:r>
        <w:rPr>
          <w:b w:val="0"/>
          <w:i w:val="0"/>
        </w:rPr>
        <w:t>‘Không. Nếu tay lái là dân chuyên, hắn đã phát hiện ra cậu từ lâu rồi. Chờ đến khi Paul báo cho ta biết Rashidi kết thúc ở đâu.’</w:t>
      </w:r>
    </w:p>
    <w:p>
      <w:pPr>
        <w:spacing w:after="80"/>
      </w:pPr>
      <w:r>
        <w:rPr>
          <w:b w:val="0"/>
          <w:i w:val="0"/>
        </w:rPr>
        <w:t>‘Tôi mất dấu anh ta rồi, sếp,’ Paul nói, giọng có vẻ ngượng ngùng. ‘Ở khu khởi hành chắc phải có cả chục lối vào ra, trong khi hàng nghìn hành khách đi lại khắp mọi hướng.’</w:t>
      </w:r>
    </w:p>
    <w:p>
      <w:pPr>
        <w:spacing w:after="80"/>
      </w:pPr>
      <w:r>
        <w:rPr>
          <w:b w:val="0"/>
          <w:i w:val="0"/>
        </w:rPr>
        <w:t>‘Lỗi của tôi,’ William nói. ‘Lẽ ra tôi phải bảo Danny bám theo chiếc taxi.’</w:t>
      </w:r>
    </w:p>
    <w:p>
      <w:pPr>
        <w:spacing w:after="80"/>
      </w:pPr>
      <w:r>
        <w:rPr>
          <w:b w:val="0"/>
          <w:i w:val="0"/>
        </w:rPr>
        <w:t>‘Chỉ cần đảm bảo tuần sau cậu phủ kín cả ba nhà ga,’ Hawksby nói, ông đã nghe từng lời.</w:t>
      </w:r>
    </w:p>
    <w:p>
      <w:pPr>
        <w:spacing w:after="80"/>
      </w:pPr>
      <w:r>
        <w:rPr>
          <w:b w:val="0"/>
          <w:i w:val="0"/>
        </w:rPr>
        <w:t>‘Sao ông lại nghĩ tuần sau anh ta sẽ lại xuất hiện ở nhà mẹ anh ta?’ William nói, cố giữ cho giọng mình khỏi lộ vẻ bực bội.</w:t>
      </w:r>
    </w:p>
    <w:p>
      <w:pPr>
        <w:spacing w:after="80"/>
      </w:pPr>
      <w:r>
        <w:rPr>
          <w:b w:val="0"/>
          <w:i w:val="0"/>
        </w:rPr>
        <w:t>‘Ông Rashidi và tôi có một điểm chung,’ Hawk nói. ‘Chúng tôi chưa bao giờ đến muộn với mẹ mình.’</w:t>
      </w:r>
    </w:p>
    <w:p>
      <w:pPr>
        <w:pStyle w:val="Heading2"/>
      </w:pPr>
      <w:r>
        <w:rPr>
          <w:rFonts w:ascii="Calibri" w:hAnsi="Calibri"/>
          <w:b/>
          <w:i w:val="0"/>
          <w:sz w:val="32"/>
        </w:rPr>
        <w:t>9</w:t>
      </w:r>
    </w:p>
    <w:p>
      <w:pPr>
        <w:spacing w:after="80"/>
      </w:pPr>
      <w:r>
        <w:rPr>
          <w:b w:val="0"/>
          <w:i w:val="0"/>
        </w:rPr>
        <w:t>BỐ CỦA BETH gõ cửa phòng ngủ. ‘Xe đến rồi.’</w:t>
      </w:r>
    </w:p>
    <w:p>
      <w:pPr>
        <w:spacing w:after="80"/>
      </w:pPr>
      <w:r>
        <w:rPr>
          <w:b w:val="0"/>
          <w:i w:val="0"/>
        </w:rPr>
        <w:t>‘Chúng ta gần xong rồi, Arthur,’ vợ ông nói. ‘Cho chúng tôi thêm vài phút nữa thôi.’</w:t>
      </w:r>
    </w:p>
    <w:p>
      <w:pPr>
        <w:spacing w:after="80"/>
      </w:pPr>
      <w:r>
        <w:rPr>
          <w:b w:val="0"/>
          <w:i w:val="0"/>
        </w:rPr>
        <w:t>Arthur liếc nhìn đồng hồ. Người tài xế đã chạy thử một lượt đến nhà thờ vào sáng sớm hôm đó, và báo cáo rằng anh ta mất mười một phút. Tất nhiên, Arthur hiểu rằng mọi người sẽ mong cô dâu đến muộn cho đúng mốc thời trang, nhưng không muộn đến mức chú rể phải lo lắng, chưa kể đến hai trăm vị khách của họ.</w:t>
      </w:r>
    </w:p>
    <w:p>
      <w:pPr>
        <w:spacing w:after="80"/>
      </w:pPr>
      <w:r>
        <w:rPr>
          <w:b w:val="0"/>
          <w:i w:val="0"/>
        </w:rPr>
        <w:t>Beth lại nhìn mình trong gương một lần nữa. Không có gì thay đổi. Cô không thể tưởng tượng nổi một chiếc váy nào đẹp hơn, và biết mình sẽ không bao giờ có thể cảm ơn cha đủ đầy vì những hy sinh ông đã làm để ngày này trở thành một ngày cô sẽ không bao giờ quên.</w:t>
      </w:r>
    </w:p>
    <w:p>
      <w:pPr>
        <w:spacing w:after="80"/>
      </w:pPr>
      <w:r>
        <w:rPr>
          <w:b w:val="0"/>
          <w:i w:val="0"/>
        </w:rPr>
        <w:t>‘Có phải cô dâu nào cũng có những nỗi băn khoăn trong ngày cưới của mình không?’ cô nói, gần như tự nói với chính mình.</w:t>
      </w:r>
    </w:p>
    <w:p>
      <w:pPr>
        <w:spacing w:after="80"/>
      </w:pPr>
      <w:r>
        <w:rPr>
          <w:b w:val="0"/>
          <w:i w:val="0"/>
        </w:rPr>
        <w:t>‘Mẹ thì có,’ mẹ cô thừa nhận, trong khi chỉnh lại khăn voan cho Beth. ‘Nên mẹ nghĩ câu trả lời là có.’</w:t>
      </w:r>
    </w:p>
    <w:p>
      <w:pPr>
        <w:spacing w:after="80"/>
      </w:pPr>
      <w:r>
        <w:rPr>
          <w:b w:val="0"/>
          <w:i w:val="0"/>
        </w:rPr>
        <w:t>Lại một tiếng gõ cửa.</w:t>
      </w:r>
    </w:p>
    <w:p>
      <w:pPr>
        <w:spacing w:after="80"/>
      </w:pPr>
      <w:r>
        <w:rPr>
          <w:b w:val="0"/>
          <w:i w:val="0"/>
        </w:rPr>
        <w:t>‘E rằng đây là một trong những dịp hiếm hoi mà họ không thể bắt đầu khi thiếu con,’ Arthur nhắc nhở họ, trước khi quay lại đi xuống cầu thang, mở cửa trước và đi đi lại lại trên lối đi.</w:t>
      </w:r>
    </w:p>
    <w:p>
      <w:pPr>
        <w:spacing w:after="80"/>
      </w:pPr>
      <w:r>
        <w:rPr>
          <w:b w:val="0"/>
          <w:i w:val="0"/>
        </w:rPr>
        <w:t>Một lúc sau, con gái ông xuất hiện ở đầu cầu thang và, như mọi người cha của cô dâu, ông là người đàn ông tự hào nhất trên đời. Ông rời khỏi nhà và mở cửa sau của chiếc Rolls-Royce – ngay cả việc đó cũng đã được tập dượt – và đợi Beth leo vào trước khi ông ngồi cùng cô ở hàng ghế sau. Chiếc Rolls lặng lẽ lăn bánh đi và Arthur tự hỏi liệu ông có nên bảo tài xế tăng tốc không, nhưng nghĩ lại thì thôi.</w:t>
      </w:r>
    </w:p>
    <w:p>
      <w:pPr>
        <w:spacing w:after="80"/>
      </w:pPr>
      <w:r>
        <w:rPr>
          <w:b w:val="0"/>
          <w:i w:val="0"/>
        </w:rPr>
        <w:t>‘Con trông thật lộng lẫy,’ ông nói, khi quay sang ngắm nhìn con gái một lần nữa. ‘William là một người đàn ông rất may mắn.’</w:t>
      </w:r>
    </w:p>
    <w:p>
      <w:pPr>
        <w:spacing w:after="80"/>
      </w:pPr>
      <w:r>
        <w:rPr>
          <w:b w:val="0"/>
          <w:i w:val="0"/>
        </w:rPr>
        <w:t>‘Con hồi hộp quá,’ Beth nói. ‘Con mong là không lộ ra ngoài.’</w:t>
      </w:r>
    </w:p>
    <w:p>
      <w:pPr>
        <w:spacing w:after="80"/>
      </w:pPr>
      <w:r>
        <w:rPr>
          <w:b w:val="0"/>
          <w:i w:val="0"/>
        </w:rPr>
        <w:t>‘Và con nên như vậy, cô gái ạ. Con sắp ký một bản hợp đồng đối tác trọn đời, không có điều khoản rút lui.’</w:t>
      </w:r>
    </w:p>
    <w:p>
      <w:pPr>
        <w:spacing w:after="80"/>
      </w:pPr>
      <w:r>
        <w:rPr>
          <w:b w:val="0"/>
          <w:i w:val="0"/>
        </w:rPr>
        <w:t>‘Con không biết phải cảm ơn bố thế nào. Không có gì trong số này có thể thành hiện thực nếu không có lòng tốt và sự hào phóng phi thường của bố, không chỉ hôm nay, mà trong bao nhiêu năm qua. Con biết chắc đã có những lúc con làm bố phát điên.’</w:t>
      </w:r>
    </w:p>
    <w:p>
      <w:pPr>
        <w:spacing w:after="80"/>
      </w:pPr>
      <w:r>
        <w:rPr>
          <w:b w:val="0"/>
          <w:i w:val="0"/>
        </w:rPr>
        <w:t>‘Khá thường xuyên,’ Arthur đáp với một tiếng cười khúc khích, ‘nhưng bố vui lòng chuyển giao trách nhiệm đó cho người đàn ông đã đưa bố ra khỏi tù và trở lại làm việc khi không ai ngoài con tin rằng điều đó là có thể.’ Ông nắm lấy tay cô. ‘Những người cha luôn tin chắc rằng không ai xứng đáng với con gái mình, đặc biệt là một đứa con gái duy nhất, nhưng bố không thể nào vui hơn khi có William làm con rể. Tất nhiên cậu ấy không xứng với con, nhưng cũng tạm được!’</w:t>
      </w:r>
    </w:p>
    <w:p>
      <w:pPr>
        <w:spacing w:after="80"/>
      </w:pPr>
      <w:r>
        <w:rPr>
          <w:b w:val="0"/>
          <w:i w:val="0"/>
        </w:rPr>
        <w:t>Beth bật cười. ‘Mẹ bảo con là bố đã đến bữa tiệc độc thân của anh ấy ở quán rượu địa phương.’</w:t>
      </w:r>
    </w:p>
    <w:p>
      <w:pPr>
        <w:spacing w:after="80"/>
      </w:pPr>
      <w:r>
        <w:rPr>
          <w:b w:val="0"/>
          <w:i w:val="0"/>
        </w:rPr>
        <w:t>‘Không lâu đâu.’</w:t>
      </w:r>
    </w:p>
    <w:p>
      <w:pPr>
        <w:spacing w:after="80"/>
      </w:pPr>
      <w:r>
        <w:rPr>
          <w:b w:val="0"/>
          <w:i w:val="0"/>
        </w:rPr>
        <w:t>‘Mẹ nói không phải vậy.’</w:t>
      </w:r>
    </w:p>
    <w:p>
      <w:pPr>
        <w:spacing w:after="80"/>
      </w:pPr>
      <w:r>
        <w:rPr>
          <w:b w:val="0"/>
          <w:i w:val="0"/>
        </w:rPr>
        <w:t>‘Đừng lo. Một nửa lực lượng cảnh sát Met đã ở đó để trông chừng cậu ấy. Ngoài vài câu chuyện đùa không thể kể lại, và vài màn hát lệch tông kinh khủng, cậu ấy vẫn còn tỉnh táo khi bố chở cậu ấy về nhà. Con có biết biệt danh của cậu ấy không?’ ông hỏi, khi họ rẽ vào phố High Street, và nhà thờ giáo xứ cổ kính St Anthony hiện ra trước mắt.</w:t>
      </w:r>
    </w:p>
    <w:p>
      <w:pPr>
        <w:spacing w:after="80"/>
      </w:pPr>
      <w:r>
        <w:rPr>
          <w:b w:val="0"/>
          <w:i w:val="0"/>
        </w:rPr>
        <w:t>‘Cậu bé hát thánh ca,’ cô nói, nhưng cô không kể cho cha mình nghe cái tên riêng mà cô đặt cho William.</w:t>
      </w:r>
    </w:p>
    <w:p>
      <w:pPr>
        <w:spacing w:after="80"/>
      </w:pPr>
      <w:r>
        <w:rPr>
          <w:b w:val="0"/>
          <w:i w:val="0"/>
        </w:rPr>
        <w:t>Cô và William đã tham dự vài buổi tập trong tuần, và cha xứ giáo xứ, Mục sư Martin Teasdale, một vị quý ông đáng kính đến vậy, đã dẫn họ đi chậm rãi qua nghi lễ, nhấn mạnh tầm quan trọng của lời thề hôn nhân được lập trước mặt Đấng Toàn Năng. Ông kết thúc bằng cách cảnh báo họ rằng sẽ có chuyện gì đó không ổn vào ngày cưới, lúc nào cũng vậy.</w:t>
      </w:r>
    </w:p>
    <w:p>
      <w:pPr>
        <w:spacing w:after="80"/>
      </w:pPr>
      <w:r>
        <w:rPr>
          <w:b w:val="0"/>
          <w:i w:val="0"/>
        </w:rPr>
        <w:t>Khi chiếc Rolls dừng lại trước nhà thờ, Arthur lại xem đồng hồ lần nữa. Họ trễ bảy phút, và ông ngờ rằng William hẳn đang khá hồi hộp. Nhưng ông biết nỗi lo của anh sẽ tan biến ngay khi một hồi chuông vui vẻ vang lên và anh thấy cô dâu của mình bước lên lối đi.</w:t>
      </w:r>
    </w:p>
    <w:p>
      <w:pPr>
        <w:spacing w:after="80"/>
      </w:pPr>
      <w:r>
        <w:rPr>
          <w:b w:val="0"/>
          <w:i w:val="0"/>
        </w:rPr>
        <w:t>Arthur bước ra khỏi xe và mở cửa sau để con gái cùng xuống với mình. Cô phù dâu lao tới chỉnh lại đuôi váy của Beth, rồi gật đầu với các phù dâu, những người nhanh chóng xếp thành hàng. Beth khoác tay cha, và họ bước vào nhà thờ trong tiếng khúc ‘Wedding March’ của Mendelssohn.</w:t>
      </w:r>
    </w:p>
    <w:p>
      <w:pPr>
        <w:spacing w:after="80"/>
      </w:pPr>
      <w:r>
        <w:rPr>
          <w:b w:val="0"/>
          <w:i w:val="0"/>
        </w:rPr>
        <w:t>Cả hội chúng đồng loạt đứng dậy khi Beth chậm rãi bước lên lối đi. Bên trái cô là bạn bè từ thời đi học và từ Đại học Durham, ngồi giữa một nhóm đông đảo đến từ Fitzmolean.</w:t>
      </w:r>
    </w:p>
    <w:p>
      <w:pPr>
        <w:spacing w:after="80"/>
      </w:pPr>
      <w:r>
        <w:rPr>
          <w:b w:val="0"/>
          <w:i w:val="0"/>
        </w:rPr>
        <w:t>Khi liếc sang phải, cô thấy các dãy ghế chật kín những người trông như một hội nghị cảnh sát hay một đội bóng bầu dục đến thăm, xen lẫn bạn bè của William từ thời đi học và từ King’s College London. Cô mỉm cười khi thấy Gino, nhớ lại buổi hẹn đầu tiên của họ.</w:t>
      </w:r>
    </w:p>
    <w:p>
      <w:pPr>
        <w:spacing w:after="80"/>
      </w:pPr>
      <w:r>
        <w:rPr>
          <w:b w:val="0"/>
          <w:i w:val="0"/>
        </w:rPr>
        <w:t>Khi cô tiếp tục bước lên lối đi, Beth thấy Jack và</w:t>
      </w:r>
    </w:p>
    <w:p>
      <w:pPr>
        <w:spacing w:after="80"/>
      </w:pPr>
      <w:r>
        <w:rPr>
          <w:b w:val="0"/>
          <w:i w:val="0"/>
        </w:rPr>
        <w:t>Josephine Hawksby, Grace và Clare, những người đang nắm tay nhau, Jackie Roycroft, Paul Adaja và Tim Knox, người cúi chào cô. Và rồi cô thấy William đứng trên bậc thềm bàn thờ cao nhất, trông thật đẹp trai trong bộ áo đuôi tôm dài, sơ mi trắng và cà vạt bạc, với một bông cẩm chướng hồng cài ở khuyết áo. Anh trao cho cô nụ cười hồi hộp y hệt nụ cười cô lần đầu để ý thấy khi anh đến Fitzmolean để nghe một buổi thuyết trình lẽ ra do giám đốc bảo tàng thực hiện. Nếu Tim không bị ốm, Beth đã không được nhờ thay thế vào phút chót, và có lẽ họ đã chẳng bao giờ gặp nhau. Beth chưa từng thú nhận với ai, kể cả William, rằng việc phải thuyết trình trước công chúng lần đầu đã đủ khó khăn với cô, và càng không dễ chịu chút nào khi một chàng trai trẻ cực kỳ đẹp trai không phải lúc nào cũng nhìn vào các bức tranh.</w:t>
      </w:r>
    </w:p>
    <w:p>
      <w:pPr>
        <w:spacing w:after="80"/>
      </w:pPr>
      <w:r>
        <w:rPr>
          <w:b w:val="0"/>
          <w:i w:val="0"/>
        </w:rPr>
        <w:t>Khi họ đến bậc thềm bàn thờ, Arthur Rainsford trao đứa con gái chưa chồng của mình lần cuối cùng, lùi lại một bước, và ngồi vào dãy ghế đầu cùng vợ.</w:t>
      </w:r>
    </w:p>
    <w:p>
      <w:pPr>
        <w:spacing w:after="80"/>
      </w:pPr>
      <w:r>
        <w:rPr>
          <w:b w:val="0"/>
          <w:i w:val="0"/>
        </w:rPr>
        <w:t>Beth bước lên các bậc thềm để đến bên William, người đang nhìn cô chằm chằm như thể không tin nổi mình lại may mắn đến vậy.</w:t>
      </w:r>
    </w:p>
    <w:p>
      <w:pPr>
        <w:spacing w:after="80"/>
      </w:pPr>
      <w:r>
        <w:rPr>
          <w:b w:val="0"/>
          <w:i w:val="0"/>
        </w:rPr>
        <w:t>‘Nóng lòng gỡ tấm màn thứ bảy quá,’ anh thì thầm.</w:t>
      </w:r>
    </w:p>
    <w:p>
      <w:pPr>
        <w:spacing w:after="80"/>
      </w:pPr>
      <w:r>
        <w:rPr>
          <w:b w:val="0"/>
          <w:i w:val="0"/>
        </w:rPr>
        <w:t>‘Cư xử đàng hoàng đi, đồ người hang,’ cô đáp, mừng vì anh không thấy cô đỏ mặt.</w:t>
      </w:r>
    </w:p>
    <w:p>
      <w:pPr>
        <w:spacing w:after="80"/>
      </w:pPr>
      <w:r>
        <w:rPr>
          <w:b w:val="0"/>
          <w:i w:val="0"/>
        </w:rPr>
        <w:t>Khi hợp âm cuối cùng vang lên và cây đàn organ im bặt, vị cha xứ bắt đầu bằng việc chào mừng cô dâu và chú rể. Rồi ông nhìn xuống hội chúng chật kín và tuyên bố, ‘Hỡi những người thân yêu, chúng ta đã tụ họp nơi đây trước mặt Chúa, và trước mặt hội chúng này . . .’</w:t>
      </w:r>
    </w:p>
    <w:p>
      <w:pPr>
        <w:spacing w:after="80"/>
      </w:pPr>
      <w:r>
        <w:rPr>
          <w:b w:val="0"/>
          <w:i w:val="0"/>
        </w:rPr>
        <w:t>Beth thuộc gần như nằm lòng nghi lễ hôn nhân, như một nữ diễn viên trẻ chờ màn kéo lên để có thể trình diễn màn quan trọng nhất trong đời mình. Vậy nên khi vị cha xứ ngân nga, ‘Vậy nếu bất kỳ người đàn ông nào –’ Sao không phải bất kỳ người phụ nữ nào, cô đã nghĩ trong buổi tập – ‘có thể đưa ra lý do chính đáng vì sao hai người này không thể kết hợp hợp pháp với nhau, hãy để người đó nói, hoặc bằng không thì từ nay về sau hãy mãi im lặng.’</w:t>
      </w:r>
    </w:p>
    <w:p>
      <w:pPr>
        <w:spacing w:after="80"/>
      </w:pPr>
      <w:r>
        <w:rPr>
          <w:b w:val="0"/>
          <w:i w:val="0"/>
        </w:rPr>
        <w:t>Vị cha xứ đã bảo họ trong buổi tập rằng ông sẽ, theo truyền thống, ngừng lại một lát trước khi nói với William, ‘Con có nhận người phụ nữ này làm vợ hợp pháp của con không.’ Ông ngừng lại, và một giọng nói vang lên, ‘Tôi có thể đưa ra lý do chính đáng!’</w:t>
      </w:r>
    </w:p>
    <w:p>
      <w:pPr>
        <w:spacing w:after="80"/>
      </w:pPr>
      <w:r>
        <w:rPr>
          <w:b w:val="0"/>
          <w:i w:val="0"/>
        </w:rPr>
        <w:t>Hội chúng sững sờ trong chốc lát, và mọi cái đầu đều quay lại tìm nguồn gốc của giọng nói đơn độc ấy. Một người đàn ông mà Beth chỉ từng gặp một lần trước đây bước ra lối đi và sải bước đầy quyết tâm về phía người sắp thành chồng cô. Khi đến bậc thềm bàn thờ, anh ta nói, ‘Người đàn ông này,’ chỉ tay vào William, ‘đang ngoại tình với vợ tôi, và điều đó đã khiến cuộc hôn nhân của chúng tôi đổ vỡ. Anh ta không có ý định chung thủy với người phụ nữ này, và tôi có thể chứng minh điều đó.’</w:t>
      </w:r>
    </w:p>
    <w:p>
      <w:pPr>
        <w:spacing w:after="80"/>
      </w:pPr>
      <w:r>
        <w:rPr>
          <w:b w:val="0"/>
          <w:i w:val="0"/>
        </w:rPr>
        <w:t>Một tràng tiếng xôn xao kinh ngạc biến thành một dàn đồng ca khi Beth òa khóc. William sải một bước về phía Faulkner, và phải cần đến phù rể cùng hai người dẫn khách mới giữ được họ tách ra.</w:t>
      </w:r>
    </w:p>
    <w:p>
      <w:pPr>
        <w:spacing w:after="80"/>
      </w:pPr>
      <w:r>
        <w:rPr>
          <w:b w:val="0"/>
          <w:i w:val="0"/>
        </w:rPr>
        <w:t>Trong hơn bốn mươi năm làm mục sư, Mục sư Martin Teasdale chưa từng trải qua một sự cố chen ngang nào trong lễ hôn phối. Ông cố hết sức nhớ lại mình phải làm gì trong tình huống này. Ông đâu thể nào gọi điện cho giám mục được.</w:t>
      </w:r>
    </w:p>
    <w:p>
      <w:pPr>
        <w:spacing w:after="80"/>
      </w:pPr>
      <w:r>
        <w:rPr>
          <w:b w:val="0"/>
          <w:i w:val="0"/>
        </w:rPr>
        <w:t>Chính Ngài Julian đã đến cứu ông. "Có lẽ hai gia đình, cùng với ông Faulkner, nên theo ngài vào phòng thánh để làm rõ chuyện này," ông thì thầm từ hàng ghế đầu.</w:t>
      </w:r>
    </w:p>
    <w:p>
      <w:pPr>
        <w:spacing w:after="80"/>
      </w:pPr>
      <w:r>
        <w:rPr>
          <w:b w:val="0"/>
          <w:i w:val="0"/>
        </w:rPr>
        <w:t>"Mời hai gia đình và quý ông đây cùng vào phòng thánh với tôi," vị mục sư nói, "với hy vọng rằng vấn đề này có thể được giải quyết?"</w:t>
      </w:r>
    </w:p>
    <w:p>
      <w:pPr>
        <w:spacing w:after="80"/>
      </w:pPr>
      <w:r>
        <w:rPr>
          <w:b w:val="0"/>
          <w:i w:val="0"/>
        </w:rPr>
        <w:t>William và Beth miễn cưỡng rời bậc thềm bàn thờ và theo vị cha xứ vào phòng thánh. Khi cha mẹ của cô dâu và chú rể đã vào cùng, họ chờ đợi trong im lặng cho người tố cáo William xuất hiện. Faulkner thong thả một lúc trước khi bước vào phòng.</w:t>
      </w:r>
    </w:p>
    <w:p>
      <w:pPr>
        <w:spacing w:after="80"/>
      </w:pPr>
      <w:r>
        <w:rPr>
          <w:b w:val="0"/>
          <w:i w:val="0"/>
        </w:rPr>
        <w:t>"Tên ông là gì, thưa ông?" vị cha xứ hỏi.</w:t>
      </w:r>
    </w:p>
    <w:p>
      <w:pPr>
        <w:spacing w:after="80"/>
      </w:pPr>
      <w:r>
        <w:rPr>
          <w:b w:val="0"/>
          <w:i w:val="0"/>
        </w:rPr>
        <w:t>"Miles Faulkner," ông ta tuyên bố, với vẻ tự tin y như lần ông ta vừa thể hiện trên ghế nhân chứng.</w:t>
      </w:r>
    </w:p>
    <w:p>
      <w:pPr>
        <w:spacing w:after="80"/>
      </w:pPr>
      <w:r>
        <w:rPr>
          <w:b w:val="0"/>
          <w:i w:val="0"/>
        </w:rPr>
        <w:t>"Một kẻ hiện đang chịu án treo bốn năm vì tội lừa đảo," Ngài Julian nói. "Con trai tôi là viên cảnh sát bắt giữ anh ta. Đây rõ ràng chẳng qua chỉ là một kẻ hay gây chuyện đang tìm cách trả thù."</w:t>
      </w:r>
    </w:p>
    <w:p>
      <w:pPr>
        <w:spacing w:after="80"/>
      </w:pPr>
      <w:r>
        <w:rPr>
          <w:b w:val="0"/>
          <w:i w:val="0"/>
        </w:rPr>
        <w:t>"Có đúng là ông đã bị kết án tội lừa đảo không, ông Faulkner?" vị mục sư hỏi.</w:t>
      </w:r>
    </w:p>
    <w:p>
      <w:pPr>
        <w:spacing w:after="80"/>
      </w:pPr>
      <w:r>
        <w:rPr>
          <w:b w:val="0"/>
          <w:i w:val="0"/>
        </w:rPr>
        <w:t>"Đúng vậy," Faulkner đáp. "Nhưng tôi có điều muốn nói mà đã không được tiết lộ trong phiên tòa, và điều đó sẽ chứng minh rằng lời khẳng định của Ngài Julian rằng tôi bị thúc đẩy bởi động cơ trả thù chẳng qua chỉ là một mưu toan bịt miệng tôi, trong khi thực tế tôi chỉ đơn thuần đang thực hiện bổn phận Kitô giáo của mình."</w:t>
      </w:r>
    </w:p>
    <w:p>
      <w:pPr>
        <w:spacing w:after="80"/>
      </w:pPr>
      <w:r>
        <w:rPr>
          <w:b w:val="0"/>
          <w:i w:val="0"/>
        </w:rPr>
        <w:t>Mọi người bắt đầu nói cùng một lúc, trừ vị mục sư, người mà khi cơn lũ lời buộc tội và phản buộc tội đã lắng xuống, chỉ nói đơn giản: "Chúng tôi sẽ nghe điều ông muốn nói, ông Faulkner. Đây có thể không phải là tòa án, nhưng chúng ta đang ở trước sự hiện diện của một đấng quyền năng cao cả hơn nhiều, đấng sẽ đưa ra phán xét cuối cùng."</w:t>
      </w:r>
    </w:p>
    <w:p>
      <w:pPr>
        <w:spacing w:after="80"/>
      </w:pPr>
      <w:r>
        <w:rPr>
          <w:b w:val="0"/>
          <w:i w:val="0"/>
        </w:rPr>
        <w:t>Faulkner cúi đầu, ngụ ý rằng ông ta đã thấu hiểu mức độ nghiêm trọng của tình huống.</w:t>
      </w:r>
    </w:p>
    <w:p>
      <w:pPr>
        <w:spacing w:after="80"/>
      </w:pPr>
      <w:r>
        <w:rPr>
          <w:b w:val="0"/>
          <w:i w:val="0"/>
        </w:rPr>
        <w:t>"Trước mặt Chúa," ông ta nói một cách trang trọng, "tôi buộc tội người đàn ông này đã ngoại tình với vợ tôi trong khi anh ta đang đính hôn với người phụ nữ này. Một hành vi bất trung đã gây ra sự đổ vỡ không thể cứu vãn của cuộc hôn nhân của tôi."</w:t>
      </w:r>
    </w:p>
    <w:p>
      <w:pPr>
        <w:spacing w:after="80"/>
      </w:pPr>
      <w:r>
        <w:rPr>
          <w:b w:val="0"/>
          <w:i w:val="0"/>
        </w:rPr>
        <w:t>Nghe có vẻ hơi quá mức tập dượt đối với Ngài Julian, người không hề nghi ngờ ai là kẻ đã viết kịch bản, mặc dù ông không chắc William sẽ chứng minh được sự vô tội của mình bằng cách nào.</w:t>
      </w:r>
    </w:p>
    <w:p>
      <w:pPr>
        <w:spacing w:after="80"/>
      </w:pPr>
      <w:r>
        <w:rPr>
          <w:b w:val="0"/>
          <w:i w:val="0"/>
        </w:rPr>
        <w:t>"Tôi đã gặp bà Faulkner ba lần," William phản đối, "và chỉ với tư cách là một sĩ quan cảnh sát."</w:t>
      </w:r>
    </w:p>
    <w:p>
      <w:pPr>
        <w:spacing w:after="80"/>
      </w:pPr>
      <w:r>
        <w:rPr>
          <w:b w:val="0"/>
          <w:i w:val="0"/>
        </w:rPr>
        <w:t>"Anh có thể phủ nhận rằng trong một lần đó, anh đã qua đêm với vợ tôi tại nhà chúng tôi ở Monte Carlo, trong khi tôi đang yên ổn ở tận bên kia thế giới không?"</w:t>
      </w:r>
    </w:p>
    <w:p>
      <w:pPr>
        <w:spacing w:after="80"/>
      </w:pPr>
      <w:r>
        <w:rPr>
          <w:b w:val="0"/>
          <w:i w:val="0"/>
        </w:rPr>
        <w:t>‘Chúng ta đã ở cùng một nhà qua đêm,’ William nói dứt khoát, ‘nhưng không phải cùng một giường.’</w:t>
      </w:r>
    </w:p>
    <w:p>
      <w:pPr>
        <w:spacing w:after="80"/>
      </w:pPr>
      <w:r>
        <w:rPr>
          <w:b w:val="0"/>
          <w:i w:val="0"/>
        </w:rPr>
        <w:t>‘Anh có định phủ nhận trước mặt Chúa rằng vợ tôi đã lên giường với anh đêm hôm đó không?’</w:t>
      </w:r>
    </w:p>
    <w:p>
      <w:pPr>
        <w:spacing w:after="80"/>
      </w:pPr>
      <w:r>
        <w:rPr>
          <w:b w:val="0"/>
          <w:i w:val="0"/>
        </w:rPr>
        <w:t>William không đáp, và lần này Ngài Julian không thể đến cứu anh.</w:t>
      </w:r>
    </w:p>
    <w:p>
      <w:pPr>
        <w:spacing w:after="80"/>
      </w:pPr>
      <w:r>
        <w:rPr>
          <w:b w:val="0"/>
          <w:i w:val="0"/>
        </w:rPr>
        <w:t>‘E rằng đó là sự thật,’ một giọng nói vang lên từ phía sau phòng áo lễ. Mọi người quay lại nhìn xem ai vừa nói câu đó. Christina Faulkner bước lên phía trước. ‘Khi William đến ở nhờ nhà tôi với tư cách khách mời, sau khi anh ấy đi ngủ, tôi đã lẻn vào phòng anh ấy mà không được mời, và nằm xuống bên cạnh anh ấy.’</w:t>
      </w:r>
    </w:p>
    <w:p>
      <w:pPr>
        <w:spacing w:after="80"/>
      </w:pPr>
      <w:r>
        <w:rPr>
          <w:b w:val="0"/>
          <w:i w:val="0"/>
        </w:rPr>
        <w:t>Cô ấy không thể có được khán giả chăm chú hơn thế nếu cô ấy đang biểu diễn đêm khai mạc tại Albert Hall.</w:t>
      </w:r>
    </w:p>
    <w:p>
      <w:pPr>
        <w:spacing w:after="80"/>
      </w:pPr>
      <w:r>
        <w:rPr>
          <w:b w:val="0"/>
          <w:i w:val="0"/>
        </w:rPr>
        <w:t>‘Không người phụ nữ nào thích bị từ chối,’ cô nói khẽ, ‘nhưng William đã làm đúng như vậy, và còn thẳng thừng chỉ cửa cho tôi ra. Tôi sẽ không quên những lời anh ấy nói cho đến ngày tôi nhắm mắt. “Tôi đang yêu một người phụ nữ tuyệt vời,” anh ấy bảo tôi, “và ngay cả lời hứa rằng cô sẽ trả lại bức Rembrandt bị đánh cắp cho bảo tàng Fitzmolean cũng không thể dụ tôi phản bội cô ấy.” Nếu ông nghĩ chuyện đó hẳn đã là một sự sỉ nhục,’ Christina nói, ‘thì cứ thử tưởng tượng xem giờ đây tôi đang phải chịu đựng thế nào trước mặt Chúa và cả giáo đoàn này.’ Cô lại ngừng một lát trước khi tung ra đòn đáp trả cuối cùng. ‘Có hai sự thật đơn giản khác có thể khiến ông quan tâm, thưa cha. Tôi đã bắt đầu thủ tục ly hôn từ rất lâu trước khi gặp Trung sĩ Thám tử Warwick, và có lẽ quan trọng hơn, chúng tôi chưa gặp lại nhau kể từ đó, điều mà tôi chắc chắn thám tử tư của chồng tôi sẽ xác nhận.’</w:t>
      </w:r>
    </w:p>
    <w:p>
      <w:pPr>
        <w:spacing w:after="80"/>
      </w:pPr>
      <w:r>
        <w:rPr>
          <w:b w:val="0"/>
          <w:i w:val="0"/>
        </w:rPr>
        <w:t>Beth ôm William vào lòng và hôn nhẹ lên môi anh. ‘Thật vui khi biết anh coi em quý giá hơn cả một bức Rembrandt,’ cô nói. ‘Em không nghĩ ra món quà cưới nào tuyệt hơn thế.’</w:t>
      </w:r>
    </w:p>
    <w:p>
      <w:pPr>
        <w:spacing w:after="80"/>
      </w:pPr>
      <w:r>
        <w:rPr>
          <w:b w:val="0"/>
          <w:i w:val="0"/>
        </w:rPr>
        <w:t>Mọi người trừ Faulkner đều vỗ tay nồng nhiệt. Arthur, người đến lúc đó vẫn chưa nói gì, bước lên, túm lấy cánh tay Faulkner và vặn ngược ra sau lưng đến nửa chừng với tất cả sự khéo léo của một cựu đô vật nghiệp dư, rồi lôi ông ta ra cửa sau. Ông mở cửa bằng tay còn lại và, với sự trợ giúp của một chiếc giày được đánh bóng loáng, đá ông ta văng ra ngoài nghĩa địa.</w:t>
      </w:r>
    </w:p>
    <w:p>
      <w:pPr>
        <w:spacing w:after="80"/>
      </w:pPr>
      <w:r>
        <w:rPr>
          <w:b w:val="0"/>
          <w:i w:val="0"/>
        </w:rPr>
        <w:t>Faulkner loạng choạng bước tới, khuỵu xuống một gối trước khi lấy lại được thăng bằng. Khi bước đi, ông ta có thể nghe thấy Arthur hét lên: ‘Tôi đã từng bị bắt vì tội giết người một lần rồi. Đừng cho tôi lý do để làm lần thứ hai!’ Ông đóng sầm cửa lại và quay về với mọi người, vừa kịp nghe vị cha xứ tuyên bố: ‘Sự báo thù là của Ta, Chúa phán vậy.’</w:t>
      </w:r>
    </w:p>
    <w:p>
      <w:pPr>
        <w:spacing w:after="80"/>
      </w:pPr>
      <w:r>
        <w:rPr>
          <w:b w:val="0"/>
          <w:i w:val="0"/>
        </w:rPr>
        <w:t>Cô dâu và chú rể nối bước quay trở lại gian chính của nhà thờ và về lại chỗ đứng trên bậc thềm bàn thờ giữa một tràng pháo tay nồng nhiệt, để lộ ra sự thật rằng vị cha xứ đã quên đóng cửa phòng áo lễ.</w:t>
      </w:r>
    </w:p>
    <w:p>
      <w:pPr>
        <w:spacing w:after="80"/>
      </w:pPr>
      <w:r>
        <w:rPr>
          <w:b w:val="0"/>
          <w:i w:val="0"/>
        </w:rPr>
        <w:t>‘Chúng ta đang ở đâu trước khi bị cắt ngang một cách thô lỗ như vậy nhỉ?’ vị cha xứ nói, và được đáp lại bằng tiếng cười cùng những tràng pháo tay nữa. ‘À, đúng rồi. Con có đồng ý lấy người phụ nữ này làm vợ không?’</w:t>
      </w:r>
    </w:p>
    <w:p>
      <w:pPr>
        <w:spacing w:after="80"/>
      </w:pPr>
      <w:r>
        <w:rPr>
          <w:b w:val="0"/>
          <w:i w:val="0"/>
        </w:rPr>
        <w:t>Sau khi William và Beth trao lời thề, vị cha xứ tuyên bố: ‘Ta giờ đây tuyên bố hai con là vợ chồng. Con có thể hôn cô dâu.’ Một tràng vỗ tay đứng dậy chào đón ông bà Warwick khi họ bước trở lại lối đi giữa.</w:t>
      </w:r>
    </w:p>
    <w:p>
      <w:pPr>
        <w:spacing w:after="80"/>
      </w:pPr>
      <w:r>
        <w:rPr>
          <w:b w:val="0"/>
          <w:i w:val="0"/>
        </w:rPr>
        <w:t>Bữa tiệc chiêu đãi cho mọi người cơ hội bày tỏ ý kiến về sự can thiệp vô duyên của Faulkner, trong khi những bài phát biểu sau đó không hề nhắc đến chuyện đó. Khi đồng hồ điểm bốn giờ, Arthur lại bắt đầu lo lắng, sợ rằng nếu Beth còn mất thêm thời gian thay bộ đồ đi đường, ông bà Warwick sẽ lỡ chuyến bay và sẽ phải trải qua đêm đầu tiên làm vợ chồng ở ghế sau một chiếc xe thuê.</w:t>
      </w:r>
    </w:p>
    <w:p>
      <w:pPr>
        <w:spacing w:after="80"/>
      </w:pPr>
      <w:r>
        <w:rPr>
          <w:b w:val="0"/>
          <w:i w:val="0"/>
        </w:rPr>
        <w:t>Ông đã nói với cô vài lần rằng chặng đường đến Gatwick sẽ mất ít nhất một tiếng, và một lần nữa cô lại phớt lờ những lời cảnh báo của ông. Nhưng khi cô xuất hiện trở lại trong bộ đồ cashmere màu xanh navy và đỏ, điểm thêm một chiếc khăn lụa đỏ và chiếc túi xách nhỏ màu be, mọi chuyện đều được tha thứ. Arthur boa cho bác tài mười bảng và dặn ông đảm bảo họ không lỡ chuyến bay.</w:t>
      </w:r>
    </w:p>
    <w:p>
      <w:pPr>
        <w:spacing w:after="80"/>
      </w:pPr>
      <w:r>
        <w:rPr>
          <w:b w:val="0"/>
          <w:i w:val="0"/>
        </w:rPr>
        <w:t>‘Bám chắc vào nhé, sếp,’ người tài xế nói khi họ leo vào ghế sau. ‘Có thể tôi sẽ phải vượt tốc độ cho phép đấy.’</w:t>
      </w:r>
    </w:p>
    <w:p>
      <w:pPr>
        <w:spacing w:after="80"/>
      </w:pPr>
      <w:r>
        <w:rPr>
          <w:b w:val="0"/>
          <w:i w:val="0"/>
        </w:rPr>
        <w:t>‘Ôi, không, không phải anh chứ, Danny,’ William nói. ‘Hôm nay còn chuyện gì có thể hỏng nữa đây?’</w:t>
      </w:r>
    </w:p>
    <w:p>
      <w:pPr>
        <w:spacing w:after="80"/>
      </w:pPr>
      <w:r>
        <w:rPr>
          <w:b w:val="0"/>
          <w:i w:val="0"/>
        </w:rPr>
        <w:t>Họ đến sân bay bốn mươi sáu phút sau đó, và khi đôi vợ chồng mới cưới lao vào phòng chờ khởi hành, họ được chào đón bằng một thông báo qua loa phóng thanh: "Đây là lần gọi cuối cùng cho chuyến bay 019 đến Rome. Đề nghị tất cả hành khách vui lòng di chuyển đến cổng số ba mươi mốt."</w:t>
      </w:r>
    </w:p>
    <w:p>
      <w:pPr>
        <w:spacing w:after="80"/>
      </w:pPr>
      <w:r>
        <w:rPr>
          <w:b w:val="0"/>
          <w:i w:val="0"/>
        </w:rPr>
        <w:t>Ông bà Warwick là một trong những người lên máy bay cuối cùng, và chỉ thực sự thư giãn khi máy bay bắt đầu lăn bánh trên đường băng. William nắm chặt tay Beth khi họ chờ cất cánh, thì một thông báo vang lên từ buồng lái. "Đây là thuyền trưởng đang nói," một giọng nói thân thiện cất lên. "Tôi rất tiếc phải báo rằng kỹ sư của chúng tôi đã phát hiện một lỗi nhỏ ở động cơ bên phải, và do đó chúng tôi sẽ phải quay lại cổng, nơi quý vị sẽ được yêu cầu xuống máy bay và chờ cho đến khi chúng tôi tìm được một chiếc máy bay khác để đưa quý vị đến Rome."</w:t>
      </w:r>
    </w:p>
    <w:p>
      <w:pPr>
        <w:spacing w:after="80"/>
      </w:pPr>
      <w:r>
        <w:rPr>
          <w:b w:val="0"/>
          <w:i w:val="0"/>
        </w:rPr>
        <w:t>Một tiếng rên rỉ vang lên trong khoang máy bay, kéo theo hàng trăm câu hỏi, mà không câu nào trong số đó phi hành đoàn có thể trả lời.</w:t>
      </w:r>
    </w:p>
    <w:p>
      <w:pPr>
        <w:spacing w:after="80"/>
      </w:pPr>
      <w:r>
        <w:rPr>
          <w:b w:val="0"/>
          <w:i w:val="0"/>
        </w:rPr>
        <w:t>"Xin cho phép tôi trấn an quý vị," thuyền trưởng tiếp tục, "rằng sự an toàn của quý vị là ưu tiên hàng đầu của chúng tôi. Tôi hy vọng sẽ không mất quá lâu trước khi quý vị có thể tiếp tục hành trình của mình."</w:t>
      </w:r>
    </w:p>
    <w:p>
      <w:pPr>
        <w:spacing w:after="80"/>
      </w:pPr>
      <w:r>
        <w:rPr>
          <w:b w:val="0"/>
          <w:i w:val="0"/>
        </w:rPr>
        <w:t>"Tôi sẽ không ngạc nhiên đâu," William nói, khi anh lấy túi của Beth xuống từ ngăn hành lý phía trên, "nếu Faulkner hóa ra chính là kỹ sư đó." Beth không cười.</w:t>
      </w:r>
    </w:p>
    <w:p>
      <w:pPr>
        <w:spacing w:after="80"/>
      </w:pPr>
      <w:r>
        <w:rPr>
          <w:b w:val="0"/>
          <w:i w:val="0"/>
        </w:rPr>
        <w:t>Các hành khách được hộ tống ra khỏi máy bay và trở lại nhà ga, nơi họ được mời trà và bánh quy trong phòng chờ trong khi chờ thêm thông báo. Lời hứa rằng "Sẽ không lâu nữa đâu," được các nhân viên ân cần lặp đi lặp lại đều đặn, ngày càng trở nên kém thuyết phục, cho đến khi cuối cùng hãng hàng không đưa ra một thông báo chính thức.</w:t>
      </w:r>
    </w:p>
    <w:p>
      <w:pPr>
        <w:spacing w:after="80"/>
      </w:pPr>
      <w:r>
        <w:rPr>
          <w:b w:val="0"/>
          <w:i w:val="0"/>
        </w:rPr>
        <w:t>"Tôi rất tiếc phải nói rằng hiện tại không có máy bay thay thế nào. Tất cả hành khách sẽ được cung cấp một chỗ ngồi trên chuyến bay theo lịch trình đầu tiên đến Rome vào buổi sáng."</w:t>
      </w:r>
    </w:p>
    <w:p>
      <w:pPr>
        <w:spacing w:after="80"/>
      </w:pPr>
      <w:r>
        <w:rPr>
          <w:b w:val="0"/>
          <w:i w:val="0"/>
        </w:rPr>
        <w:t>"Có vẻ như, bà Warwick ạ, chúng ta sẽ dành đêm đầu tiên bên nhau với tư cách vợ chồng trong phòng chờ sân bay rồi," William nói, ôm Beth vào lòng.</w:t>
      </w:r>
    </w:p>
    <w:p>
      <w:pPr>
        <w:spacing w:after="80"/>
      </w:pPr>
      <w:r>
        <w:rPr>
          <w:b w:val="0"/>
          <w:i w:val="0"/>
        </w:rPr>
        <w:t>"Ít nhất thì nó cũng cho chúng ta thứ gì đó để kể cho con trai anh nghe," cô nói.</w:t>
      </w:r>
    </w:p>
    <w:p>
      <w:pPr>
        <w:spacing w:after="80"/>
      </w:pPr>
      <w:r>
        <w:rPr>
          <w:b w:val="0"/>
          <w:i w:val="0"/>
        </w:rPr>
        <w:t>"Con trai anh?"</w:t>
      </w:r>
    </w:p>
    <w:p>
      <w:pPr>
        <w:spacing w:after="80"/>
      </w:pPr>
      <w:r>
        <w:rPr>
          <w:b w:val="0"/>
          <w:i w:val="0"/>
        </w:rPr>
        <w:t>"Hoặc có lẽ là con gái, ông Warwick ạ. Em đang mang thai."</w:t>
      </w:r>
    </w:p>
    <w:p>
      <w:pPr>
        <w:pStyle w:val="Heading2"/>
      </w:pPr>
      <w:r>
        <w:rPr>
          <w:rFonts w:ascii="Calibri" w:hAnsi="Calibri"/>
          <w:b/>
          <w:i w:val="0"/>
          <w:sz w:val="32"/>
        </w:rPr>
        <w:t>10</w:t>
      </w:r>
    </w:p>
    <w:p>
      <w:pPr>
        <w:spacing w:after="80"/>
      </w:pPr>
      <w:r>
        <w:rPr>
          <w:b w:val="0"/>
          <w:i w:val="0"/>
        </w:rPr>
        <w:t>"Ông và bà Warwick?"</w:t>
      </w:r>
    </w:p>
    <w:p>
      <w:pPr>
        <w:spacing w:after="80"/>
      </w:pPr>
      <w:r>
        <w:rPr>
          <w:b w:val="0"/>
          <w:i w:val="0"/>
        </w:rPr>
        <w:t>William tự hỏi mất bao lâu anh mới quen được với cách gọi đó. Anh chớp mắt và ngước lên, thấy một nữ tiếp viên hàng không mà anh nhận ra từ trên máy bay.</w:t>
      </w:r>
    </w:p>
    <w:p>
      <w:pPr>
        <w:spacing w:after="80"/>
      </w:pPr>
      <w:r>
        <w:rPr>
          <w:b w:val="0"/>
          <w:i w:val="0"/>
        </w:rPr>
        <w:t>"Vâng?"</w:t>
      </w:r>
    </w:p>
    <w:p>
      <w:pPr>
        <w:spacing w:after="80"/>
      </w:pPr>
      <w:r>
        <w:rPr>
          <w:b w:val="0"/>
          <w:i w:val="0"/>
        </w:rPr>
        <w:t>"Ông và vợ có thể vui lòng đi theo tôi được không?"</w:t>
      </w:r>
    </w:p>
    <w:p>
      <w:pPr>
        <w:spacing w:after="80"/>
      </w:pPr>
      <w:r>
        <w:rPr>
          <w:b w:val="0"/>
          <w:i w:val="0"/>
        </w:rPr>
        <w:t>‘Có chuyện gì thế?’ một giọng ngái ngủ hỏi, khi William nhẹ nhàng đánh thức Beth. ‘Em vừa mới chợp mắt được một chút.’</w:t>
      </w:r>
    </w:p>
    <w:p>
      <w:pPr>
        <w:spacing w:after="80"/>
      </w:pPr>
      <w:r>
        <w:rPr>
          <w:b w:val="0"/>
          <w:i w:val="0"/>
        </w:rPr>
        <w:t>‘Anh cũng chẳng biết nữa, nhưng anh đoán nếu chúng ta đi theo cô nhân viên hàng không này thì mọi chuyện sẽ sáng tỏ thôi.’</w:t>
      </w:r>
    </w:p>
    <w:p>
      <w:pPr>
        <w:spacing w:after="80"/>
      </w:pPr>
      <w:r>
        <w:rPr>
          <w:b w:val="0"/>
          <w:i w:val="0"/>
        </w:rPr>
        <w:t>Beth đứng dậy, vươn vai và ngáp như một con vật vừa tỉnh giấc sau kỳ ngủ đông, rồi miễn cưỡng đi cùng chồng.</w:t>
      </w:r>
    </w:p>
    <w:p>
      <w:pPr>
        <w:spacing w:after="80"/>
      </w:pPr>
      <w:r>
        <w:rPr>
          <w:b w:val="0"/>
          <w:i w:val="0"/>
        </w:rPr>
        <w:t>‘Có khi cô ấy đưa chúng ta đến phòng chờ hạng nhất đấy,’ William thì thầm.</w:t>
      </w:r>
    </w:p>
    <w:p>
      <w:pPr>
        <w:spacing w:after="80"/>
      </w:pPr>
      <w:r>
        <w:rPr>
          <w:b w:val="0"/>
          <w:i w:val="0"/>
        </w:rPr>
        <w:t>‘Một chiếc ghế sofa xịn hơn để không phải ngủ.’</w:t>
      </w:r>
    </w:p>
    <w:p>
      <w:pPr>
        <w:spacing w:after="80"/>
      </w:pPr>
      <w:r>
        <w:rPr>
          <w:b w:val="0"/>
          <w:i w:val="0"/>
        </w:rPr>
        <w:t>‘Cộng thêm đồ ăn thức uống miễn phí nữa.’</w:t>
      </w:r>
    </w:p>
    <w:p>
      <w:pPr>
        <w:spacing w:after="80"/>
      </w:pPr>
      <w:r>
        <w:rPr>
          <w:b w:val="0"/>
          <w:i w:val="0"/>
        </w:rPr>
        <w:t>‘Lại đoán sai rồi, hỡi thám tử đại tài,’ Beth nói, khi cả hai đi thẳng qua phòng chờ hạng nhất và ra khỏi nhà ga.</w:t>
      </w:r>
    </w:p>
    <w:p>
      <w:pPr>
        <w:spacing w:after="80"/>
      </w:pPr>
      <w:r>
        <w:rPr>
          <w:b w:val="0"/>
          <w:i w:val="0"/>
        </w:rPr>
        <w:t>Một bác tài mở cửa sau của chiếc xe đưa đón đang đợi sẵn, trên xe in đầy logo của hãng hàng không.</w:t>
      </w:r>
    </w:p>
    <w:p>
      <w:pPr>
        <w:spacing w:after="80"/>
      </w:pPr>
      <w:r>
        <w:rPr>
          <w:b w:val="0"/>
          <w:i w:val="0"/>
        </w:rPr>
        <w:t>‘Càng ngày càng lạ,’ William nói, khi cả hai leo vào hàng ghế sau.</w:t>
      </w:r>
    </w:p>
    <w:p>
      <w:pPr>
        <w:spacing w:after="80"/>
      </w:pPr>
      <w:r>
        <w:rPr>
          <w:b w:val="0"/>
          <w:i w:val="0"/>
        </w:rPr>
        <w:t>‘Anh nghĩ họ đưa chúng ta đi đâu?’ Beth hỏi.</w:t>
      </w:r>
    </w:p>
    <w:p>
      <w:pPr>
        <w:spacing w:after="80"/>
      </w:pPr>
      <w:r>
        <w:rPr>
          <w:b w:val="0"/>
          <w:i w:val="0"/>
        </w:rPr>
        <w:t>‘Chắc chắn không phải Rome rồi,’ William nói, khi xe lăn bánh.</w:t>
      </w:r>
    </w:p>
    <w:p>
      <w:pPr>
        <w:spacing w:after="80"/>
      </w:pPr>
      <w:r>
        <w:rPr>
          <w:b w:val="0"/>
          <w:i w:val="0"/>
        </w:rPr>
        <w:t>‘Cũng chẳng phải London,’ Beth nói, khi bác tài lờ đi các biển chỉ dẫn đường cao tốc và rẽ trái vào một con đường quê.</w:t>
      </w:r>
    </w:p>
    <w:p>
      <w:pPr>
        <w:spacing w:after="80"/>
      </w:pPr>
      <w:r>
        <w:rPr>
          <w:b w:val="0"/>
          <w:i w:val="0"/>
        </w:rPr>
        <w:t>Họ chạy thêm vài dặm nữa thì xe chậm lại và đi qua một cánh cổng sắt rèn, tiến vào một con đường còn nhỏ hơn, được mở xuyên qua một khu rừng rậm. Chắc họ đã đi thêm khoảng một dặm nữa thì một dinh thự kiểu Georgian với tỉ lệ cân đối tuyệt đẹp, bằng đá màu mật ong phủ đầy dây thường xuân, hiện ra sừng sững trước mặt. Khi xe dừng lại trước cổng chính, một chàng trai trẻ mặc bộ đồng phục màu xanh lá lịch sự vội vã bước tới và mở cửa sau xe.</w:t>
      </w:r>
    </w:p>
    <w:p>
      <w:pPr>
        <w:spacing w:after="80"/>
      </w:pPr>
      <w:r>
        <w:rPr>
          <w:b w:val="0"/>
          <w:i w:val="0"/>
        </w:rPr>
        <w:t>‘Chào mừng ông bà Warwick đến với khách sạn Lakeside Arms,’ anh ta nói, khi họ bước xuống con đường sỏi. ‘Xin vui lòng đi theo tôi.’</w:t>
      </w:r>
    </w:p>
    <w:p>
      <w:pPr>
        <w:spacing w:after="80"/>
      </w:pPr>
      <w:r>
        <w:rPr>
          <w:b w:val="0"/>
          <w:i w:val="0"/>
        </w:rPr>
        <w:t>Cánh cửa gỗ sồi to lớn mở ra khi họ còn cách đó vài bước chân, và một người đàn ông cao lớn, ăn mặc thanh lịch trong chiếc áo khoác tối màu, quần kẻ sọc và cà vạt xám bạc đang đợi họ. Trông ông ta cứ như vừa bước ra từ đám cưới của họ vậy.</w:t>
      </w:r>
    </w:p>
    <w:p>
      <w:pPr>
        <w:spacing w:after="80"/>
      </w:pPr>
      <w:r>
        <w:rPr>
          <w:b w:val="0"/>
          <w:i w:val="0"/>
        </w:rPr>
        <w:t>‘Chào buổi tối, ông bà Warwick,’ ông ta nói. ‘Tôi là Bryan Morris, quản lý của khách sạn.’</w:t>
      </w:r>
    </w:p>
    <w:p>
      <w:pPr>
        <w:spacing w:after="80"/>
      </w:pPr>
      <w:r>
        <w:rPr>
          <w:b w:val="0"/>
          <w:i w:val="0"/>
        </w:rPr>
        <w:t>Không nói thêm lời nào, ông dẫn họ lên cầu thang rộng trải thảm dày lên tầng một, rồi dừng lại trước một bộ cửa đôi có dòng chữ "Nell Gwynne Suite" sơn vàng lá trên tấm panô. Ông rút chìa khóa vạn năng, mở cửa và dẫn họ vào một dãy phòng rộng rãi còn lớn hơn cả căn hộ của họ ở Fulham.</w:t>
      </w:r>
    </w:p>
    <w:p>
      <w:pPr>
        <w:spacing w:after="80"/>
      </w:pPr>
      <w:r>
        <w:rPr>
          <w:b w:val="0"/>
          <w:i w:val="0"/>
        </w:rPr>
        <w:t>"Đây là phòng dành cho cô dâu chú rể, nhìn ra hồ," viên quản lý nói khi bước tới bên cửa sổ lồi lớn. "Tôi rất mong lũ công sẽ không làm phiền quý vị." Ông dừng lại một lát bên chiếc bàn ăn đã bày sẵn cho hai người, chỉnh lại một chiếc khăn ăn rồi dẫn họ qua phòng ngủ chính, nơi có một chiếc giường khổng lồ đủ chỗ cho bốn người nằm thoải mái mà không ai chạm vào ai. Ông vẫn chưa kết thúc chuyến tham quan có hướng dẫn của mình; căn phòng tiếp theo ông đưa họ vào là một phòng tắm có cả bồn tắm sục jacuzzi lẫn buồng tắm đứng đủ chỗ cho cả một đội bóng đá.</w:t>
      </w:r>
    </w:p>
    <w:p>
      <w:pPr>
        <w:spacing w:after="80"/>
      </w:pPr>
      <w:r>
        <w:rPr>
          <w:b w:val="0"/>
          <w:i w:val="0"/>
        </w:rPr>
        <w:t>Không nói nên lời, họ theo ông trở lại phòng ngủ và thấy những chiếc vali của mình đã xuất hiện một cách bí ẩn, còn đồ ngủ đã được dọn ra và bày sẵn trên giường. Một chai sâm panh đang đứng trong xô đá. Viên quản lý mở nắp, rót hai ly và trao cho hai vị khách.</w:t>
      </w:r>
    </w:p>
    <w:p>
      <w:pPr>
        <w:spacing w:after="80"/>
      </w:pPr>
      <w:r>
        <w:rPr>
          <w:b w:val="0"/>
          <w:i w:val="0"/>
        </w:rPr>
        <w:t>"Quý vị cứ nhấc máy gọi bữa tối bất cứ khi nào thấy tiện," ông nói. "Quý vị sẽ thấy thực đơn trên bàn ăn."</w:t>
      </w:r>
    </w:p>
    <w:p>
      <w:pPr>
        <w:spacing w:after="80"/>
      </w:pPr>
      <w:r>
        <w:rPr>
          <w:b w:val="0"/>
          <w:i w:val="0"/>
        </w:rPr>
        <w:t>"Tôi có thể ở đây suốt phần đời còn lại được không?" Beth hỏi.</w:t>
      </w:r>
    </w:p>
    <w:p>
      <w:pPr>
        <w:spacing w:after="80"/>
      </w:pPr>
      <w:r>
        <w:rPr>
          <w:b w:val="0"/>
          <w:i w:val="0"/>
        </w:rPr>
        <w:t>"Trừ khi bà vẫn còn mong bay tới Rome vào sáng mai, thưa bà," viên quản lý đáp. Ông cúi chào, lùi ra và khẽ khép bộ cửa đôi lại phía sau.</w:t>
      </w:r>
    </w:p>
    <w:p>
      <w:pPr>
        <w:spacing w:after="80"/>
      </w:pPr>
      <w:r>
        <w:rPr>
          <w:b w:val="0"/>
          <w:i w:val="0"/>
        </w:rPr>
        <w:t>"Tôi đang mơ phải không?" Beth nói khi nâng ly. "Vì tôi không thể tin nổi hãng hàng không lại làm thế này cho mọi khách bị hoãn qua đêm."</w:t>
      </w:r>
    </w:p>
    <w:p>
      <w:pPr>
        <w:spacing w:after="80"/>
      </w:pPr>
      <w:r>
        <w:rPr>
          <w:b w:val="0"/>
          <w:i w:val="0"/>
        </w:rPr>
        <w:t>"Đừng hỏi nhiều quá, kẻo lại thấy mình quay về phòng chờ sân bay đấy," William nói, mắt nhìn chiếc giường đôi và bắt đầu cởi cúc áo khoác cho Beth.</w:t>
      </w:r>
    </w:p>
    <w:p>
      <w:pPr>
        <w:spacing w:after="80"/>
      </w:pPr>
      <w:r>
        <w:rPr>
          <w:b w:val="0"/>
          <w:i w:val="0"/>
        </w:rPr>
        <w:t>"Đồ người hang động," cô nói.</w:t>
      </w:r>
    </w:p>
    <w:p>
      <w:pPr>
        <w:spacing w:after="80"/>
      </w:pPr>
      <w:r>
        <w:rPr>
          <w:b w:val="0"/>
          <w:i w:val="0"/>
        </w:rPr>
        <w:t>"Một cái hang cũng ra gì đấy chứ," anh đáp.</w:t>
      </w:r>
    </w:p>
    <w:p>
      <w:pPr>
        <w:jc w:val="center"/>
      </w:pPr>
      <w:r>
        <w:drawing>
          <wp:inline xmlns:a="http://schemas.openxmlformats.org/drawingml/2006/main" xmlns:pic="http://schemas.openxmlformats.org/drawingml/2006/picture">
            <wp:extent cx="752475" cy="161925"/>
            <wp:docPr id="19" name="Picture 19"/>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"Cô ta muốn gì cơ?" Faulkner hỏi.</w:t>
      </w:r>
    </w:p>
    <w:p>
      <w:pPr>
        <w:spacing w:after="80"/>
      </w:pPr>
      <w:r>
        <w:rPr>
          <w:b w:val="0"/>
          <w:i w:val="0"/>
        </w:rPr>
        <w:t>"Limpton Hall, cùng toàn bộ đồ đạc và trang thiết bị. Kể cả bảy mươi ba bức tranh sơn dầu, dù cô ta nói ông có thể giữ bức tượng của chính mình."</w:t>
      </w:r>
    </w:p>
    <w:p>
      <w:pPr>
        <w:spacing w:after="80"/>
      </w:pPr>
      <w:r>
        <w:rPr>
          <w:b w:val="0"/>
          <w:i w:val="0"/>
        </w:rPr>
        <w:t>"Còn gì nữa không, tôi dám hỏi chứ?"</w:t>
      </w:r>
    </w:p>
    <w:p>
      <w:pPr>
        <w:spacing w:after="80"/>
      </w:pPr>
      <w:r>
        <w:rPr>
          <w:b w:val="0"/>
          <w:i w:val="0"/>
        </w:rPr>
        <w:t>"Hai mươi nghìn một năm để trả cho nhân viên của cô ta," Booth Watson nói, "cùng với khoản thanh toán cuối cùng một triệu bảng."</w:t>
      </w:r>
    </w:p>
    <w:p>
      <w:pPr>
        <w:spacing w:after="80"/>
      </w:pPr>
      <w:r>
        <w:rPr>
          <w:b w:val="0"/>
          <w:i w:val="0"/>
        </w:rPr>
        <w:t>"Tôi cho rằng chỉ có thế?"</w:t>
      </w:r>
    </w:p>
    <w:p>
      <w:pPr>
        <w:spacing w:after="80"/>
      </w:pPr>
      <w:r>
        <w:rPr>
          <w:b w:val="0"/>
          <w:i w:val="0"/>
        </w:rPr>
        <w:t>"Chưa hẳn. Cô ta giữ toàn bộ đồ đạc cá nhân. Trang sức, quần áo, v.v., cộng thêm chiếc Mercedes và Eddie, tài xế của ông, người sẽ vẫn nằm trong bảng lương của ông."</w:t>
      </w:r>
    </w:p>
    <w:p>
      <w:pPr>
        <w:spacing w:after="80"/>
      </w:pPr>
      <w:r>
        <w:rPr>
          <w:b w:val="0"/>
          <w:i w:val="0"/>
        </w:rPr>
        <w:t>‘Bảo cô ta biến đi.’</w:t>
      </w:r>
    </w:p>
    <w:p>
      <w:pPr>
        <w:spacing w:after="80"/>
      </w:pPr>
      <w:r>
        <w:rPr>
          <w:b w:val="0"/>
          <w:i w:val="0"/>
        </w:rPr>
        <w:t>‘Tôi đã bảo rồi, dù không hẳn bằng đúng những lời đó.’</w:t>
      </w:r>
    </w:p>
    <w:p>
      <w:pPr>
        <w:spacing w:after="80"/>
      </w:pPr>
      <w:r>
        <w:rPr>
          <w:b w:val="0"/>
          <w:i w:val="0"/>
        </w:rPr>
        <w:t>‘Đừng quên cô ta đã ngủ với Warwick ở Monte Carlo, và họ vẫn còn là tình nhân.’</w:t>
      </w:r>
    </w:p>
    <w:p>
      <w:pPr>
        <w:spacing w:after="80"/>
      </w:pPr>
      <w:r>
        <w:rPr>
          <w:b w:val="0"/>
          <w:i w:val="0"/>
        </w:rPr>
        <w:t>‘Tôi không nghĩ vậy đâu, Miles. Như chính anh đã phát hiện ra khi anh xuất hiện ở một đám cưới mà tôi đã khuyên anh đừng đến.’</w:t>
      </w:r>
    </w:p>
    <w:p>
      <w:pPr>
        <w:spacing w:after="80"/>
      </w:pPr>
      <w:r>
        <w:rPr>
          <w:b w:val="0"/>
          <w:i w:val="0"/>
        </w:rPr>
        <w:t>‘Chính anh viết kịch bản cho tôi đấy, nếu anh đã quên,’ Faulkner nhắc anh ta.</w:t>
      </w:r>
    </w:p>
    <w:p>
      <w:pPr>
        <w:spacing w:after="80"/>
      </w:pPr>
      <w:r>
        <w:rPr>
          <w:b w:val="0"/>
          <w:i w:val="0"/>
        </w:rPr>
        <w:t>‘Miễn cưỡng thôi,’ Booth Watson nói.</w:t>
      </w:r>
    </w:p>
    <w:p>
      <w:pPr>
        <w:spacing w:after="80"/>
      </w:pPr>
      <w:r>
        <w:rPr>
          <w:b w:val="0"/>
          <w:i w:val="0"/>
        </w:rPr>
        <w:t>‘Nhưng tôi đâu thể biết Christina sẽ ở đó.’</w:t>
      </w:r>
    </w:p>
    <w:p>
      <w:pPr>
        <w:spacing w:after="80"/>
      </w:pPr>
      <w:r>
        <w:rPr>
          <w:b w:val="0"/>
          <w:i w:val="0"/>
        </w:rPr>
        <w:t>‘Bởi vì khác với anh, cô ấy đã nhận được thiệp mời, điều đó càng cho thấy họ không phải là tình nhân.’</w:t>
      </w:r>
    </w:p>
    <w:p>
      <w:pPr>
        <w:spacing w:after="80"/>
      </w:pPr>
      <w:r>
        <w:rPr>
          <w:b w:val="0"/>
          <w:i w:val="0"/>
        </w:rPr>
        <w:t>‘Dù sao đi nữa, vẫn là lời cô ta chống lại lời tôi.’</w:t>
      </w:r>
    </w:p>
    <w:p>
      <w:pPr>
        <w:spacing w:after="80"/>
      </w:pPr>
      <w:r>
        <w:rPr>
          <w:b w:val="0"/>
          <w:i w:val="0"/>
        </w:rPr>
        <w:t>‘Nếu bồi thẩm đoàn phải chọn giữa một người vợ đáng thương, đầy nước mắt và một gã đàn ông đang chấp hành án treo vì tội lừa đảo, anh tưởng họ sẽ nghiêng về bên nào?’</w:t>
      </w:r>
    </w:p>
    <w:p>
      <w:pPr>
        <w:spacing w:after="80"/>
      </w:pPr>
      <w:r>
        <w:rPr>
          <w:b w:val="0"/>
          <w:i w:val="0"/>
        </w:rPr>
        <w:t>‘Điều đó không quan trọng, vì như anh đã nói với tôi nhiều lần, bồi thẩm đoàn không được biết về bất kỳ tiền án nào tôi đã có.’</w:t>
      </w:r>
    </w:p>
    <w:p>
      <w:pPr>
        <w:spacing w:after="80"/>
      </w:pPr>
      <w:r>
        <w:rPr>
          <w:b w:val="0"/>
          <w:i w:val="0"/>
        </w:rPr>
        <w:t>‘Một quy định nực cười, nhưng tôi thừa nhận nó có lợi cho anh. Tất nhiên trừ khi có ai trong số họ đã đọc một tờ báo quốc gia nào đó trong năm qua.’</w:t>
      </w:r>
    </w:p>
    <w:p>
      <w:pPr>
        <w:spacing w:after="80"/>
      </w:pPr>
      <w:r>
        <w:rPr>
          <w:b w:val="0"/>
          <w:i w:val="0"/>
        </w:rPr>
        <w:t>‘Anh nghĩ chuyện này có thể ra tòa?’</w:t>
      </w:r>
    </w:p>
    <w:p>
      <w:pPr>
        <w:spacing w:after="80"/>
      </w:pPr>
      <w:r>
        <w:rPr>
          <w:b w:val="0"/>
          <w:i w:val="0"/>
        </w:rPr>
        <w:t>‘Chắc chắn rồi, nếu anh không muốn dàn xếp.’</w:t>
      </w:r>
    </w:p>
    <w:p>
      <w:pPr>
        <w:spacing w:after="80"/>
      </w:pPr>
      <w:r>
        <w:rPr>
          <w:b w:val="0"/>
          <w:i w:val="0"/>
        </w:rPr>
        <w:t>‘Tôi sẽ không buông bất kỳ bức tranh nào của mình mà không chiến đấu,’ Faulkner nói. ‘Tôi đã mất cả đời để xây dựng bộ sưu tập này.’</w:t>
      </w:r>
    </w:p>
    <w:p>
      <w:pPr>
        <w:spacing w:after="80"/>
      </w:pPr>
      <w:r>
        <w:rPr>
          <w:b w:val="0"/>
          <w:i w:val="0"/>
        </w:rPr>
        <w:t>‘Nếu anh muốn giữ chúng, Miles, cô ta sẽ mong đợi được đền đáp điều gì đó. Và thật không may, bộ sưu tập đáng giá hơn cả ba căn nhà, chiếc du thuyền và máy bay bay cộng lại, mà cô ta chẳng tỏ ra quan tâm đến cái nào trong số đó.’</w:t>
      </w:r>
    </w:p>
    <w:p>
      <w:pPr>
        <w:spacing w:after="80"/>
      </w:pPr>
      <w:r>
        <w:rPr>
          <w:b w:val="0"/>
          <w:i w:val="0"/>
        </w:rPr>
        <w:t>‘Cứ kéo dài việc dàn xếp lâu nhất có thể đi, BW. Biết đâu anh còn con át chủ bài khác trong tay áo.’</w:t>
      </w:r>
    </w:p>
    <w:p>
      <w:pPr>
        <w:jc w:val="center"/>
      </w:pPr>
      <w:r>
        <w:drawing>
          <wp:inline xmlns:a="http://schemas.openxmlformats.org/drawingml/2006/main" xmlns:pic="http://schemas.openxmlformats.org/drawingml/2006/picture">
            <wp:extent cx="752475" cy="161925"/>
            <wp:docPr id="20" name="Picture 20"/>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 xml:space="preserve">Bữa sáng được phục vụ trong phòng của họ lúc mười giờ sáng hôm sau, cùng với các bản sao của tờ </w:t>
      </w:r>
      <w:r>
        <w:rPr>
          <w:b w:val="0"/>
          <w:i/>
        </w:rPr>
        <w:t>The</w:t>
      </w:r>
      <w:r>
        <w:rPr>
          <w:b w:val="0"/>
          <w:i w:val="0"/>
        </w:rPr>
        <w:t xml:space="preserve"> </w:t>
      </w:r>
      <w:r>
        <w:rPr>
          <w:b w:val="0"/>
          <w:i/>
        </w:rPr>
        <w:t>Times</w:t>
      </w:r>
      <w:r>
        <w:rPr>
          <w:b w:val="0"/>
          <w:i w:val="0"/>
        </w:rPr>
        <w:t xml:space="preserve"> và </w:t>
      </w:r>
      <w:r>
        <w:rPr>
          <w:b w:val="0"/>
          <w:i/>
        </w:rPr>
        <w:t>Telegraph</w:t>
      </w:r>
      <w:r>
        <w:rPr>
          <w:b w:val="0"/>
          <w:i w:val="0"/>
        </w:rPr>
        <w:t xml:space="preserve"> đặt trên chiếc bàn phụ.</w:t>
      </w:r>
    </w:p>
    <w:p>
      <w:pPr>
        <w:spacing w:after="80"/>
      </w:pPr>
      <w:r>
        <w:rPr>
          <w:b w:val="0"/>
          <w:i w:val="0"/>
        </w:rPr>
        <w:t xml:space="preserve">‘Sai lầm đầu tiên của họ,’ Beth nói với vẻ mặt tươi cười. ‘Nhưng tôi không nghĩ họ có nhiều khách đọc tờ </w:t>
      </w:r>
      <w:r>
        <w:rPr>
          <w:b w:val="0"/>
          <w:i/>
        </w:rPr>
        <w:t>Guardian</w:t>
      </w:r>
      <w:r>
        <w:rPr>
          <w:b w:val="0"/>
          <w:i w:val="0"/>
        </w:rPr>
        <w:t xml:space="preserve"> đâu.’</w:t>
      </w:r>
    </w:p>
    <w:p>
      <w:pPr>
        <w:spacing w:after="80"/>
      </w:pPr>
      <w:r>
        <w:rPr>
          <w:b w:val="0"/>
          <w:i w:val="0"/>
        </w:rPr>
        <w:t xml:space="preserve">‘Hay tờ </w:t>
      </w:r>
      <w:r>
        <w:rPr>
          <w:b w:val="0"/>
          <w:i/>
        </w:rPr>
        <w:t>Sun</w:t>
      </w:r>
      <w:r>
        <w:rPr>
          <w:b w:val="0"/>
          <w:i w:val="0"/>
        </w:rPr>
        <w:t xml:space="preserve"> cũng vậy,’ William nói, khi anh bắt đầu ăn ngấu nghiến bữa sáng kiểu Anh đầy đủ, trong khi Beth nhấp ngụm nước cam vắt tươi và đọc về kế hoạch đám cưới của Hoàng tử Andrew và Fergie.</w:t>
      </w:r>
    </w:p>
    <w:p>
      <w:pPr>
        <w:spacing w:after="80"/>
      </w:pPr>
      <w:r>
        <w:rPr>
          <w:b w:val="0"/>
          <w:i w:val="0"/>
        </w:rPr>
        <w:t>Đúng 10.20, có tiếng gõ nhẹ lên cửa và, như bà tiên đỡ đầu, ông Morris lại xuất hiện.</w:t>
      </w:r>
    </w:p>
    <w:p>
      <w:pPr>
        <w:spacing w:after="80"/>
      </w:pPr>
      <w:r>
        <w:rPr>
          <w:b w:val="0"/>
          <w:i w:val="0"/>
        </w:rPr>
        <w:t>‘Tôi hy vọng hai vị đã có một giấc ngủ ngon,’ ông rụt rè nói.</w:t>
      </w:r>
    </w:p>
    <w:p>
      <w:pPr>
        <w:spacing w:after="80"/>
      </w:pPr>
      <w:r>
        <w:rPr>
          <w:b w:val="0"/>
          <w:i w:val="0"/>
        </w:rPr>
        <w:t>‘Không thể tốt hơn được,’ William nói, sau khi uống cạn ly cà phê.</w:t>
      </w:r>
    </w:p>
    <w:p>
      <w:pPr>
        <w:spacing w:after="80"/>
      </w:pPr>
      <w:r>
        <w:rPr>
          <w:b w:val="0"/>
          <w:i w:val="0"/>
        </w:rPr>
        <w:t>Chẳng có mấy cơ hội được như thế khi bạn lấy phải một gã người hang động, Beth muốn nói với ông ta, nhưng cô giữ kín suy nghĩ của mình.</w:t>
      </w:r>
    </w:p>
    <w:p>
      <w:pPr>
        <w:spacing w:after="80"/>
      </w:pPr>
      <w:r>
        <w:rPr>
          <w:b w:val="0"/>
          <w:i w:val="0"/>
        </w:rPr>
        <w:t>‘Tôi chỉ hỏi vậy vì tối qua hai vị không gọi bữa tối.’</w:t>
      </w:r>
    </w:p>
    <w:p>
      <w:pPr>
        <w:spacing w:after="80"/>
      </w:pPr>
      <w:r>
        <w:rPr>
          <w:b w:val="0"/>
          <w:i w:val="0"/>
        </w:rPr>
        <w:t>‘Cả hai chúng tôi đều no căng với khoai tây chiên và đậu phộng rồi,’ Beth buột miệng.</w:t>
      </w:r>
    </w:p>
    <w:p>
      <w:pPr>
        <w:spacing w:after="80"/>
      </w:pPr>
      <w:r>
        <w:rPr>
          <w:b w:val="0"/>
          <w:i w:val="0"/>
        </w:rPr>
        <w:t>‘Thật không may, hai vị đã lỡ chuyến bay sáng sớm đi Rome. Tuy nhiên, chúng tôi đã đặt được cho hai vị chuyến bay 12 giờ 35, và hãng hàng không đã nâng hạng hai vị lên hạng thương gia. Một chiếc xe limousine sẽ đợi bên ngoài để đưa hai vị trở lại sân bay.’</w:t>
      </w:r>
    </w:p>
    <w:p>
      <w:pPr>
        <w:spacing w:after="80"/>
      </w:pPr>
      <w:r>
        <w:rPr>
          <w:b w:val="0"/>
          <w:i w:val="0"/>
        </w:rPr>
        <w:t>‘Tất nhiên rồi,’ Beth nói.</w:t>
      </w:r>
    </w:p>
    <w:p>
      <w:pPr>
        <w:spacing w:after="80"/>
      </w:pPr>
      <w:r>
        <w:rPr>
          <w:b w:val="0"/>
          <w:i w:val="0"/>
        </w:rPr>
        <w:t>‘Xin thứ lỗi, thưa bà?’</w:t>
      </w:r>
    </w:p>
    <w:p>
      <w:pPr>
        <w:spacing w:after="80"/>
      </w:pPr>
      <w:r>
        <w:rPr>
          <w:b w:val="0"/>
          <w:i w:val="0"/>
        </w:rPr>
        <w:t>‘Vợ tôi chỉ muốn nói rằng đây thực sự là một trải nghiệm khó quên, và ông không thể làm gì hơn để khiến kỳ nghỉ của chúng tôi đáng nhớ đến vậy.’</w:t>
      </w:r>
    </w:p>
    <w:p>
      <w:pPr>
        <w:spacing w:after="80"/>
      </w:pPr>
      <w:r>
        <w:rPr>
          <w:b w:val="0"/>
          <w:i w:val="0"/>
        </w:rPr>
        <w:t>‘Ngài thật tử tế khi nói vậy, thưa ông. Giờ tôi xin phép rời đi và sẽ cử một người khuân vác đến lấy hành lý của hai vị trong vài phút nữa,’ ông Morris nói, rồi lại cúi chào trước khi rời khỏi phòng.</w:t>
      </w:r>
    </w:p>
    <w:p>
      <w:pPr>
        <w:spacing w:after="80"/>
      </w:pPr>
      <w:r>
        <w:rPr>
          <w:b w:val="0"/>
          <w:i w:val="0"/>
        </w:rPr>
        <w:t>‘Trung sĩ Thám tử Warwick,’ Beth nói, ôm chầm lấy chồng, ‘anh sẽ phải thăng chức khá đều đặn đấy.’</w:t>
      </w:r>
    </w:p>
    <w:p>
      <w:pPr>
        <w:spacing w:after="80"/>
      </w:pPr>
      <w:r>
        <w:rPr>
          <w:b w:val="0"/>
          <w:i w:val="0"/>
        </w:rPr>
        <w:t>‘Tại sao?’ William hỏi một cách ngây thơ.</w:t>
      </w:r>
    </w:p>
    <w:p>
      <w:pPr>
        <w:spacing w:after="80"/>
      </w:pPr>
      <w:r>
        <w:rPr>
          <w:b w:val="0"/>
          <w:i w:val="0"/>
        </w:rPr>
        <w:t>‘Bởi vì anh có thể quen với chuyện này.’ William định phản đối thì cô nói thêm, ‘Nhưng trước mắt, em sẽ bằng lòng với việc dành ngày kỷ niệm cưới của chúng ta trong căn phòng này mỗi năm một lần cho đến hết đời.’</w:t>
      </w:r>
    </w:p>
    <w:p>
      <w:pPr>
        <w:jc w:val="center"/>
      </w:pPr>
      <w:r>
        <w:drawing>
          <wp:inline xmlns:a="http://schemas.openxmlformats.org/drawingml/2006/main" xmlns:pic="http://schemas.openxmlformats.org/drawingml/2006/picture">
            <wp:extent cx="752475" cy="161925"/>
            <wp:docPr id="21" name="Picture 21"/>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‘Họ vừa mới rời đi, thưa ngài,’ người quản lý nói, nhìn ra cửa sổ trong văn phòng khi chiếc limousine biến mất dọc theo con đường dẫn vào. ‘Tôi nghĩ ngài sẽ thấy chúng tôi đã thực hiện chỉ thị của ngài đúng từng chữ.’</w:t>
      </w:r>
    </w:p>
    <w:p>
      <w:pPr>
        <w:spacing w:after="80"/>
      </w:pPr>
      <w:r>
        <w:rPr>
          <w:b w:val="0"/>
          <w:i w:val="0"/>
        </w:rPr>
        <w:t>‘Đúng là như vậy, ông Morris. Con gái tôi đã gọi điện vài phút trước để báo rằng họ bị giữ lại vì một sự cố động cơ, nhưng hãng hàng không đã cố gắng hết sức để bù đắp cho điều đó.’</w:t>
      </w:r>
    </w:p>
    <w:p>
      <w:pPr>
        <w:spacing w:after="80"/>
      </w:pPr>
      <w:r>
        <w:rPr>
          <w:b w:val="0"/>
          <w:i w:val="0"/>
        </w:rPr>
        <w:t>‘Thật là vô cùng hài lòng khi nghe điều đó, thưa ngài. Tôi nên gửi hóa đơn đến đâu?’</w:t>
      </w:r>
    </w:p>
    <w:p>
      <w:pPr>
        <w:spacing w:after="80"/>
      </w:pPr>
      <w:r>
        <w:rPr>
          <w:b w:val="0"/>
          <w:i w:val="0"/>
        </w:rPr>
        <w:t>‘Đến văn phòng của tôi ở Marylebone. Ghi là cá nhân, gửi cho Arthur Rainsford.’</w:t>
      </w:r>
    </w:p>
    <w:p>
      <w:pPr>
        <w:jc w:val="center"/>
      </w:pPr>
      <w:r>
        <w:drawing>
          <wp:inline xmlns:a="http://schemas.openxmlformats.org/drawingml/2006/main" xmlns:pic="http://schemas.openxmlformats.org/drawingml/2006/picture">
            <wp:extent cx="752475" cy="161925"/>
            <wp:docPr id="22" name="Picture 22"/>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Thanh tra cấp cao Lamont nhấc điện thoại trên bàn lên và được chào bằng một giọng điệu trường công lập khiến tai người Scotland của ông khó chịu.</w:t>
      </w:r>
    </w:p>
    <w:p>
      <w:pPr>
        <w:spacing w:after="80"/>
      </w:pPr>
      <w:r>
        <w:rPr>
          <w:b w:val="0"/>
          <w:i w:val="0"/>
        </w:rPr>
        <w:t>‘Báo cáo đây, thưa ngài.’</w:t>
      </w:r>
    </w:p>
    <w:p>
      <w:pPr>
        <w:spacing w:after="80"/>
      </w:pPr>
      <w:r>
        <w:rPr>
          <w:b w:val="0"/>
          <w:i w:val="0"/>
        </w:rPr>
        <w:t>‘Cậu có thích được phụ trách không, DC Adaja, dù chỉ trong lúc DS Warwick đang đi hưởng tuần trăng mật?’</w:t>
      </w:r>
    </w:p>
    <w:p>
      <w:pPr>
        <w:spacing w:after="80"/>
      </w:pPr>
      <w:r>
        <w:rPr>
          <w:b w:val="0"/>
          <w:i w:val="0"/>
        </w:rPr>
        <w:t>‘Từng phút một. Tôi không nghĩ có khả năng nào trì hoãn việc anh ấy trở về, thưa ngài, vì tôi khá mong được phá án trước khi anh ấy quay lại?’</w:t>
      </w:r>
    </w:p>
    <w:p>
      <w:pPr>
        <w:spacing w:after="80"/>
      </w:pPr>
      <w:r>
        <w:rPr>
          <w:b w:val="0"/>
          <w:i w:val="0"/>
        </w:rPr>
        <w:t>‘Không có khả năng nào,’ Lamont nói. ‘Nhất là vì Warwick vừa gọi từ Rome và điều duy nhất anh ấy muốn biết là liệu chúng ta đã tìm ra nơi Rashidi sống chưa.’</w:t>
      </w:r>
    </w:p>
    <w:p>
      <w:pPr>
        <w:spacing w:after="80"/>
      </w:pPr>
      <w:r>
        <w:rPr>
          <w:b w:val="0"/>
          <w:i w:val="0"/>
        </w:rPr>
        <w:t>‘Sao tôi lại không ngạc nhiên nhỉ?’</w:t>
      </w:r>
    </w:p>
    <w:p>
      <w:pPr>
        <w:spacing w:after="80"/>
      </w:pPr>
      <w:r>
        <w:rPr>
          <w:b w:val="0"/>
          <w:i w:val="0"/>
        </w:rPr>
        <w:t>‘Có tiến triển gì ở mặt trận đó không?’ Lamont hỏi, phớt lờ lời bình luận.</w:t>
      </w:r>
    </w:p>
    <w:p>
      <w:pPr>
        <w:spacing w:after="80"/>
      </w:pPr>
      <w:r>
        <w:rPr>
          <w:b w:val="0"/>
          <w:i w:val="0"/>
        </w:rPr>
        <w:t>‘Ngài đã đúng khi cho bao quát cả ba nhà ga sân bay, thưa ngài. Lần này Rashidi được thả xuống ở nhà ga số ba, nhưng cuối cùng lại quay về nhà ga số một.’</w:t>
      </w:r>
    </w:p>
    <w:p>
      <w:pPr>
        <w:spacing w:after="80"/>
      </w:pPr>
      <w:r>
        <w:rPr>
          <w:b w:val="0"/>
          <w:i w:val="0"/>
        </w:rPr>
        <w:t>‘Và từ đó anh ta đi đâu?’</w:t>
      </w:r>
    </w:p>
    <w:p>
      <w:pPr>
        <w:spacing w:after="80"/>
      </w:pPr>
      <w:r>
        <w:rPr>
          <w:b w:val="0"/>
          <w:i w:val="0"/>
        </w:rPr>
        <w:t>‘Một chiếc BMW màu xanh đậm đón anh ta và chở đến Little Charlbury, một ngôi làng ở Oxfordshire.’</w:t>
      </w:r>
    </w:p>
    <w:p>
      <w:pPr>
        <w:spacing w:after="80"/>
      </w:pPr>
      <w:r>
        <w:rPr>
          <w:b w:val="0"/>
          <w:i w:val="0"/>
        </w:rPr>
        <w:t>‘Cô đã xác định được nhà của anh ta chưa, phòng khi DS Warwick gọi lại?’</w:t>
      </w:r>
    </w:p>
    <w:p>
      <w:pPr>
        <w:spacing w:after="80"/>
      </w:pPr>
      <w:r>
        <w:rPr>
          <w:b w:val="0"/>
          <w:i w:val="0"/>
        </w:rPr>
        <w:t>Paul bật cười. ‘Nó không hẳn chỉ là một ngôi nhà đâu, thưa ngài, mà giống như một tòa lâu đài ấy. Nó còn có cả hào nước và cầu rút riêng nữa. Khuôn viên chắc phải hơn một nghìn mẫu Anh, và người hàng xóm gần nhất cũng cách ít nhất một dặm.’</w:t>
      </w:r>
    </w:p>
    <w:p>
      <w:pPr>
        <w:spacing w:after="80"/>
      </w:pPr>
      <w:r>
        <w:rPr>
          <w:b w:val="0"/>
          <w:i w:val="0"/>
        </w:rPr>
        <w:t>‘Vậy thì tốt hơn hết anh nên cẩn thận đừng kể cho cảnh sát địa phương biết chúng ta đang làm gì. Với ngần ấy tiền luân chuyển qua lại, ông ta có thể đã mua chuộc một hai người trong số họ, hoặc ít nhất khiến họ ngại chọc giận ông ta.’</w:t>
      </w:r>
    </w:p>
    <w:p>
      <w:pPr>
        <w:spacing w:after="80"/>
      </w:pPr>
      <w:r>
        <w:rPr>
          <w:b w:val="0"/>
          <w:i w:val="0"/>
        </w:rPr>
        <w:t>‘Chỉ có một anh cảnh sát làng, và thứ duy nhất già hơn anh ta là chiếc xe đạp của anh ấy.’</w:t>
      </w:r>
    </w:p>
    <w:p>
      <w:pPr>
        <w:spacing w:after="80"/>
      </w:pPr>
      <w:r>
        <w:rPr>
          <w:b w:val="0"/>
          <w:i w:val="0"/>
        </w:rPr>
        <w:t>‘Bảo mật?’</w:t>
      </w:r>
    </w:p>
    <w:p>
      <w:pPr>
        <w:spacing w:after="80"/>
      </w:pPr>
      <w:r>
        <w:rPr>
          <w:b w:val="0"/>
          <w:i w:val="0"/>
        </w:rPr>
        <w:t>‘Công nghệ tối tân, cộng thêm vài nét cá nhân. Toàn bộ khu dinh thự được bao quanh bởi một bức tường cao mười feet, phía trên có dây thép gai nhiễm điện.’</w:t>
      </w:r>
    </w:p>
    <w:p>
      <w:pPr>
        <w:spacing w:after="80"/>
      </w:pPr>
      <w:r>
        <w:rPr>
          <w:b w:val="0"/>
          <w:i w:val="0"/>
        </w:rPr>
        <w:t>‘Tội phạm lúc nào cũng thận trọng hơn người lương thiện khi nói đến sự an toàn và tài sản của chính mình,’ Chim Ưng lên tiếng, lần đầu tiên chen vào cuộc nói chuyện. ‘Cậu có nghĩ có khả năng xưởng ma túy của hắn nằm đâu đó trong khuôn viên không?’</w:t>
      </w:r>
    </w:p>
    <w:p>
      <w:pPr>
        <w:spacing w:after="80"/>
      </w:pPr>
      <w:r>
        <w:rPr>
          <w:b w:val="0"/>
          <w:i w:val="0"/>
        </w:rPr>
        <w:t>‘Có vẻ khó xảy ra lắm, thưa sếp,’ Paul nói, ‘nhất là vì nó sẽ thành một trung tâm phân phối tệ hại. Cả làng sẽ thấy hàng hóa ra vào. Nhưng giờ tôi sẽ án binh bất động và xem có hóng được gì qua tin vỉa hè trong vùng không.’</w:t>
      </w:r>
    </w:p>
    <w:p>
      <w:pPr>
        <w:spacing w:after="80"/>
      </w:pPr>
      <w:r>
        <w:rPr>
          <w:b w:val="0"/>
          <w:i w:val="0"/>
        </w:rPr>
        <w:t>“Tốt,” Lamont nói. “Trong lúc đó, tôi sẽ sắp xếp bay qua khu đất bằng trực thăng của Sở Cảnh sát vào sáng mai. Dù theo những gì anh nói, tôi không mong tìm được bằng chứng buộc tội nào. Tôi nghi nơi đó chỉ là một phần vỏ bọc công khai của ông ta, với tư cách chủ tịch một công ty trà thành đạt.”</w:t>
      </w:r>
    </w:p>
    <w:p>
      <w:pPr>
        <w:spacing w:after="80"/>
      </w:pPr>
      <w:r>
        <w:rPr>
          <w:b w:val="0"/>
          <w:i w:val="0"/>
        </w:rPr>
        <w:t>‘Và chiếc taxi đưa anh ta ra sân bay – rốt cuộc nó đã đi đâu?’ Hawk hỏi.</w:t>
      </w:r>
    </w:p>
    <w:p>
      <w:pPr>
        <w:spacing w:after="80"/>
      </w:pPr>
      <w:r>
        <w:rPr>
          <w:b w:val="0"/>
          <w:i w:val="0"/>
        </w:rPr>
        <w:t>"Quay lại nhà của người tài xế ở Chiswick," Jackie nói. "Hóa ra anh ta là tài xế taxi đen (black cab) có giấy phép. Nhưng vào các buổi chiều thứ Sáu, anh ta chỉ có đúng một khách, người mà anh ta đón ở City lúc bốn giờ hai mươi phút chiều và thả xuống ở The Boltons khoảng năm giờ. Sau đó vài tiếng, anh ta lại chở người này đến Heathrow, mỗi tuần thả ở một nhà ga khác nhau. Tôi đã gắn sẵn một thiết bị theo dõi vào xe taxi của anh ta rồi, để chúng ta không phải lúc nào cũng phải rà khắp các nhà ga."</w:t>
      </w:r>
    </w:p>
    <w:p>
      <w:pPr>
        <w:spacing w:after="80"/>
      </w:pPr>
      <w:r>
        <w:rPr>
          <w:b w:val="0"/>
          <w:i w:val="0"/>
        </w:rPr>
        <w:t>‘Tôi vừa mới cho phép việc đó thôi,’ Hawk nói, ‘vậy cậu gắn thiết bị trước hay sau khi được tôi cho phép?’</w:t>
      </w:r>
    </w:p>
    <w:p>
      <w:pPr>
        <w:spacing w:after="80"/>
      </w:pPr>
      <w:r>
        <w:rPr>
          <w:b w:val="0"/>
          <w:i w:val="0"/>
        </w:rPr>
        <w:t>‘Có lẽ trước đó vài tiếng,’ Jackie thừa nhận.</w:t>
      </w:r>
    </w:p>
    <w:p>
      <w:pPr>
        <w:spacing w:after="80"/>
      </w:pPr>
      <w:r>
        <w:rPr>
          <w:b w:val="0"/>
          <w:i w:val="0"/>
        </w:rPr>
        <w:t>‘Đừng có phạm lại kiểu sai lầm đó nữa, DC Roycroft. Đó chính là kiểu chuyện có thể làm hỏng vụ án trước tòa và phá tan cả chiến dịch đấy. Lần sau, cứ làm đúng theo quy trình đi, không thì cậu có thể sẽ thấy mình bị đá về lại đi tuần đấy.’</w:t>
      </w:r>
    </w:p>
    <w:p>
      <w:pPr>
        <w:spacing w:after="80"/>
      </w:pPr>
      <w:r>
        <w:rPr>
          <w:b w:val="0"/>
          <w:i w:val="0"/>
        </w:rPr>
        <w:t>"Vâng, thưa sếp," Jackie đáp. Sau khi đặt điện thoại xuống, cô nói thêm: "Nhưng bọn tội phạm đang làm theo một cuốn sách khác, phòng khi sếp chưa để ý... thưa sếp."</w:t>
      </w:r>
    </w:p>
    <w:p>
      <w:pPr>
        <w:jc w:val="center"/>
      </w:pPr>
      <w:r>
        <w:drawing>
          <wp:inline xmlns:a="http://schemas.openxmlformats.org/drawingml/2006/main" xmlns:pic="http://schemas.openxmlformats.org/drawingml/2006/picture">
            <wp:extent cx="752475" cy="161925"/>
            <wp:docPr id="23" name="Picture 23"/>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‘Không biết họ đã tìm ra nhà máy ở đâu chưa nhỉ?’ William nói với một bức tượng phụ nữ bằng đá cẩm thạch to lớn.</w:t>
      </w:r>
    </w:p>
    <w:p>
      <w:pPr>
        <w:spacing w:after="80"/>
      </w:pPr>
      <w:r>
        <w:rPr>
          <w:b w:val="0"/>
          <w:i w:val="0"/>
        </w:rPr>
        <w:t>‘Tôi chắc họ sẽ xoay xở sống sót mà không có cô vài tuần, thưa trung sĩ thám tử,’ Beth nói, vừa kiểm tra cuốn sách hướng dẫn của mình.</w:t>
      </w:r>
    </w:p>
    <w:p>
      <w:pPr>
        <w:spacing w:after="80"/>
      </w:pPr>
      <w:r>
        <w:rPr>
          <w:b w:val="0"/>
          <w:i w:val="0"/>
        </w:rPr>
        <w:t>‘Vậy chiều nay cô định làm gì?’ William hỏi, hơi thấy áy náy.</w:t>
      </w:r>
    </w:p>
    <w:p>
      <w:pPr>
        <w:spacing w:after="80"/>
      </w:pPr>
      <w:r>
        <w:rPr>
          <w:b w:val="0"/>
          <w:i w:val="0"/>
        </w:rPr>
        <w:t>‘Đến thăm Borghese, nơi anh sẽ có dịp chiêm ngưỡng ba trong số những tác phẩm tuyệt vời nhất của Bernini, một bức Raphael khó quên, và—’</w:t>
      </w:r>
    </w:p>
    <w:p>
      <w:pPr>
        <w:spacing w:after="80"/>
      </w:pPr>
      <w:r>
        <w:rPr>
          <w:b w:val="0"/>
          <w:i w:val="0"/>
        </w:rPr>
        <w:t>‘</w:t>
      </w:r>
      <w:r>
        <w:rPr>
          <w:b w:val="0"/>
          <w:i/>
        </w:rPr>
        <w:t>Tình yêu thiêng liêng và trần tục</w:t>
      </w:r>
      <w:r>
        <w:rPr>
          <w:b w:val="0"/>
          <w:i w:val="0"/>
        </w:rPr>
        <w:t xml:space="preserve"> của Titian.’</w:t>
      </w:r>
    </w:p>
    <w:p>
      <w:pPr>
        <w:spacing w:after="80"/>
      </w:pPr>
      <w:r>
        <w:rPr>
          <w:b w:val="0"/>
          <w:i w:val="0"/>
        </w:rPr>
        <w:t>‘Vẽ năm nào?’</w:t>
      </w:r>
    </w:p>
    <w:p>
      <w:pPr>
        <w:spacing w:after="80"/>
      </w:pPr>
      <w:r>
        <w:rPr>
          <w:b w:val="0"/>
          <w:i w:val="0"/>
        </w:rPr>
        <w:t>‘1514.’</w:t>
      </w:r>
    </w:p>
    <w:p>
      <w:pPr>
        <w:spacing w:after="80"/>
      </w:pPr>
      <w:r>
        <w:rPr>
          <w:b w:val="0"/>
          <w:i w:val="0"/>
        </w:rPr>
        <w:t>‘Đôi khi tôi quên mất là cô từng học Lịch sử Nghệ thuật ở King's, giữa việc chạy vòng quanh đường đua than cả ngày và đọc Agatha Christie ban đêm.’</w:t>
      </w:r>
    </w:p>
    <w:p>
      <w:pPr>
        <w:spacing w:after="80"/>
      </w:pPr>
      <w:r>
        <w:rPr>
          <w:b w:val="0"/>
          <w:i w:val="0"/>
        </w:rPr>
        <w:t>‘Thật ra là Simenon. Bằng tiếng Pháp. Vậy khi nào chúng ta được xem Da Vinci và Michelangelo?’</w:t>
      </w:r>
    </w:p>
    <w:p>
      <w:pPr>
        <w:spacing w:after="80"/>
      </w:pPr>
      <w:r>
        <w:rPr>
          <w:b w:val="0"/>
          <w:i w:val="0"/>
        </w:rPr>
        <w:t>‘Kiên nhẫn đi, đồ người hang. Chúng ta còn cả tuần nữa để xem các tác phẩm của có lẽ là hai nghệ sĩ vĩ đại nhất từng sống.’</w:t>
      </w:r>
    </w:p>
    <w:p>
      <w:pPr>
        <w:spacing w:after="80"/>
      </w:pPr>
      <w:r>
        <w:rPr>
          <w:b w:val="0"/>
          <w:i w:val="0"/>
        </w:rPr>
        <w:t>‘Bản thân tôi thì thiên về Caravaggio hơn.’</w:t>
      </w:r>
    </w:p>
    <w:p>
      <w:pPr>
        <w:spacing w:after="80"/>
      </w:pPr>
      <w:r>
        <w:rPr>
          <w:b w:val="0"/>
          <w:i w:val="0"/>
        </w:rPr>
        <w:t>‘Vậy chắc anh đã biết có mười một tác phẩm của ông ấy trong các phòng tranh hoặc nhà thờ ngay tại Rome. Nhưng nói tôi nghe, trung sĩ Warwick, nếu anh được trao cơ hội bắt giữ Caravaggio và treo cổ ông ta vì tội giết người năm 1606, sau một vụ ẩu đả trong quán rượu, anh sẽ quyết định thế nào?’</w:t>
      </w:r>
    </w:p>
    <w:p>
      <w:pPr>
        <w:spacing w:after="80"/>
      </w:pPr>
      <w:r>
        <w:rPr>
          <w:b w:val="0"/>
          <w:i w:val="0"/>
        </w:rPr>
        <w:t>‘Treo cổ gã đó chứ,’ William nói. ‘Không như Giáo hoàng Paul V đạo đức giả tham lam kia.’</w:t>
      </w:r>
    </w:p>
    <w:p>
      <w:pPr>
        <w:spacing w:after="80"/>
      </w:pPr>
      <w:r>
        <w:rPr>
          <w:b w:val="0"/>
          <w:i w:val="0"/>
        </w:rPr>
        <w:t>‘Tôi mừng là lúc đó anh không phải giáo hoàng,’ Beth nói, ‘nếu không chúng ta đã chẳng được xem chín trong số mười một kiệt tác đó.’</w:t>
      </w:r>
    </w:p>
    <w:p>
      <w:pPr>
        <w:jc w:val="center"/>
      </w:pPr>
      <w:r>
        <w:drawing>
          <wp:inline xmlns:a="http://schemas.openxmlformats.org/drawingml/2006/main" xmlns:pic="http://schemas.openxmlformats.org/drawingml/2006/picture">
            <wp:extent cx="752475" cy="161925"/>
            <wp:docPr id="24" name="Picture 24"/>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‘Anh nghĩ Hawk có biết chúng ta đang ngoại tình không?’ Jackie hỏi.</w:t>
      </w:r>
    </w:p>
    <w:p>
      <w:pPr>
        <w:spacing w:after="80"/>
      </w:pPr>
      <w:r>
        <w:rPr>
          <w:b w:val="0"/>
          <w:i w:val="0"/>
        </w:rPr>
        <w:t>‘Dĩ nhiên là ông ấy biết,’ Ross nói. ‘Đó là lý do ông ấy chọn cô làm sĩ quan liên lạc của tôi.’</w:t>
      </w:r>
    </w:p>
    <w:p>
      <w:pPr>
        <w:spacing w:after="80"/>
      </w:pPr>
      <w:r>
        <w:rPr>
          <w:b w:val="0"/>
          <w:i w:val="0"/>
        </w:rPr>
        <w:t>‘Nhưng hầu hết mọi người nghĩ anh đã rời lực lượng.’</w:t>
      </w:r>
    </w:p>
    <w:p>
      <w:pPr>
        <w:spacing w:after="80"/>
      </w:pPr>
      <w:r>
        <w:rPr>
          <w:b w:val="0"/>
          <w:i w:val="0"/>
        </w:rPr>
        <w:t>'Kể cả mẹ tôi. Nhưng tất cả đều nằm trong kế hoạch của Hawksby. Rất nhiều sĩ quan trẻ từ chức trong vài năm đầu, họ nhanh chóng bị lãng quên.'</w:t>
      </w:r>
    </w:p>
    <w:p>
      <w:pPr>
        <w:spacing w:after="80"/>
      </w:pPr>
      <w:r>
        <w:rPr>
          <w:b w:val="0"/>
          <w:i w:val="0"/>
        </w:rPr>
        <w:t>'Nhưng vẫn là một quyết định khủng khiếp khi trở thành một UCO dài hạn, xét đến tất cả những rủi ro liên quan.'</w:t>
      </w:r>
    </w:p>
    <w:p>
      <w:pPr>
        <w:spacing w:after="80"/>
      </w:pPr>
      <w:r>
        <w:rPr>
          <w:b w:val="0"/>
          <w:i w:val="0"/>
        </w:rPr>
        <w:t>'Tôi vốn là kẻ đơn độc,' Ross nói. 'Hawk phát hiện ra điều đó từ sớm trong sự nghiệp của tôi, và đã lợi dụng nó.'</w:t>
      </w:r>
    </w:p>
    <w:p>
      <w:pPr>
        <w:spacing w:after="80"/>
      </w:pPr>
      <w:r>
        <w:rPr>
          <w:b w:val="0"/>
          <w:i w:val="0"/>
        </w:rPr>
        <w:t>'Vậy anh có tiến triển gì không, hay chỉ đang đòi thêm nhiều giờ làm thêm?'</w:t>
      </w:r>
    </w:p>
    <w:p>
      <w:pPr>
        <w:spacing w:after="80"/>
      </w:pPr>
      <w:r>
        <w:rPr>
          <w:b w:val="0"/>
          <w:i w:val="0"/>
        </w:rPr>
        <w:t>'Điều đó để người khác quyết định. Nhưng tôi đã xác lập được rằng Tulip là khách quen ở Three Feathers, cũng như vài tay buôn khác mà tôi sẽ sớm thêm tên vào danh sách. Nhưng đó không phải là việc tôi có thể vội vàng. Với một UCO, kiên nhẫn không phải là đức tính, mà là điều bắt buộc. Đó là nếu anh hy vọng sống sót. Chỉ cần một trong những tên khốn đó nghi ngờ trong giây lát rằng tôi là thành viên của đội chống ma túy, thì lần tới anh gặp tôi, tôi sẽ đang trôi trên sông theo con nước sớm mai.' Anh đặt tay lên mặt trong đùi Jackie.</w:t>
      </w:r>
    </w:p>
    <w:p>
      <w:pPr>
        <w:spacing w:after="80"/>
      </w:pPr>
      <w:r>
        <w:rPr>
          <w:b w:val="0"/>
          <w:i w:val="0"/>
        </w:rPr>
        <w:t>'Chưa đâu,' cô nói, gỡ tay anh ra.</w:t>
      </w:r>
    </w:p>
    <w:p>
      <w:pPr>
        <w:spacing w:after="80"/>
      </w:pPr>
      <w:r>
        <w:rPr>
          <w:b w:val="0"/>
          <w:i w:val="0"/>
        </w:rPr>
        <w:t>'Nhưng tôi đã không quan hệ tình dục mấy tuần rồi.'</w:t>
      </w:r>
    </w:p>
    <w:p>
      <w:pPr>
        <w:spacing w:after="80"/>
      </w:pPr>
      <w:r>
        <w:rPr>
          <w:b w:val="0"/>
          <w:i w:val="0"/>
        </w:rPr>
        <w:t>'Anh tưởng anh đang đùa ai chứ? Hawk đã nhận báo cáo mới nhất của anh, và còn bảo tôi chúc mừng anh. Nhưng giờ ông ấy muốn anh tìm ra nơi Rashidi giết mổ.'</w:t>
      </w:r>
    </w:p>
    <w:p>
      <w:pPr>
        <w:spacing w:after="80"/>
      </w:pPr>
      <w:r>
        <w:rPr>
          <w:b w:val="0"/>
          <w:i w:val="0"/>
        </w:rPr>
        <w:t>'Việc đó có thể mất thêm chút thời gian, vì Viper không mời anh vào tổ của hắn cho đến khi anh chứng minh được bản thân, mà tôi vẫn chỉ là một tay chạy vặt, dạng thấp kém nhất. Nên tôi e rằng chuyện đó sẽ không xảy ra trong một sớm một chiều.' Anh ôm Jackie vào lòng và bắt đầu hôn nhẹ lên ngực cô.</w:t>
      </w:r>
    </w:p>
    <w:p>
      <w:pPr>
        <w:spacing w:after="80"/>
      </w:pPr>
      <w:r>
        <w:rPr>
          <w:b w:val="0"/>
          <w:i w:val="0"/>
        </w:rPr>
        <w:t>Trong chốc lát cô quên mất câu hỏi kia mà Hawk muốn có câu trả lời, khi lưỡi của người tình đói khát lướt xuống cơ thể cô. Cô nằm ngửa ra và không nghĩ đến nước Anh. Ngay sau khi họ làm tình, Ross lẻn ra khỏi giường và bắt đầu mặc quần áo.</w:t>
      </w:r>
    </w:p>
    <w:p>
      <w:pPr>
        <w:spacing w:after="80"/>
      </w:pPr>
      <w:r>
        <w:rPr>
          <w:b w:val="0"/>
          <w:i w:val="0"/>
        </w:rPr>
        <w:t>'Anh không định đi tắm à?' cô hỏi.</w:t>
      </w:r>
    </w:p>
    <w:p>
      <w:pPr>
        <w:spacing w:after="80"/>
      </w:pPr>
      <w:r>
        <w:rPr>
          <w:b w:val="0"/>
          <w:i w:val="0"/>
        </w:rPr>
        <w:t>'Không hợp với hoàn cảnh,' Ross nói không chút xấu hổ.</w:t>
      </w:r>
    </w:p>
    <w:p>
      <w:pPr>
        <w:spacing w:after="80"/>
      </w:pPr>
      <w:r>
        <w:rPr>
          <w:b w:val="0"/>
          <w:i w:val="0"/>
        </w:rPr>
        <w:t>Và rồi cô nhớ ra. 'Ông chủ muốn anh để mắt tới một tay buôn tên là Adrian Heath. Hắn có trong danh sách lần trước của anh. Cố gắng tìm hiểu xem hắn đang làm gì và báo cho chúng tôi biết.'</w:t>
      </w:r>
    </w:p>
    <w:p>
      <w:pPr>
        <w:spacing w:after="80"/>
      </w:pPr>
      <w:r>
        <w:rPr>
          <w:b w:val="0"/>
          <w:i w:val="0"/>
        </w:rPr>
        <w:t>'Ông ấy có gợi ý gì cho anh về lý do tại sao gã này lại quan trọng đến vậy không?'</w:t>
      </w:r>
    </w:p>
    <w:p>
      <w:pPr>
        <w:spacing w:after="80"/>
      </w:pPr>
      <w:r>
        <w:rPr>
          <w:b w:val="0"/>
          <w:i w:val="0"/>
        </w:rPr>
        <w:t>'Hawk không đưa gợi ý, chỉ ra mệnh lệnh.'</w:t>
      </w:r>
    </w:p>
    <w:p>
      <w:pPr>
        <w:spacing w:after="80"/>
      </w:pPr>
      <w:r>
        <w:rPr>
          <w:b w:val="0"/>
          <w:i w:val="0"/>
        </w:rPr>
        <w:t>'Câu hỏi ngớ ngẩn,' Ross thừa nhận, khi anh đẩy cửa sổ mở ra.</w:t>
      </w:r>
    </w:p>
    <w:p>
      <w:pPr>
        <w:spacing w:after="80"/>
      </w:pPr>
      <w:r>
        <w:rPr>
          <w:b w:val="0"/>
          <w:i w:val="0"/>
        </w:rPr>
        <w:t>'Và lần tới nếu em xuất hiện mà không báo trước, nhớ gõ cửa đấy nhé.'</w:t>
      </w:r>
    </w:p>
    <w:p>
      <w:pPr>
        <w:spacing w:after="80"/>
      </w:pPr>
      <w:r>
        <w:rPr>
          <w:b w:val="0"/>
          <w:i w:val="0"/>
        </w:rPr>
        <w:t>'Để làm gì?' Ross hỏi, vừa leo ra ngoài cửa thoát hiểm.</w:t>
      </w:r>
    </w:p>
    <w:p>
      <w:pPr>
        <w:spacing w:after="80"/>
      </w:pPr>
      <w:r>
        <w:rPr>
          <w:b w:val="0"/>
          <w:i w:val="0"/>
        </w:rPr>
        <w:t>'Biết đâu em lại thấy anh đang ở trên giường với người khác.'</w:t>
      </w:r>
    </w:p>
    <w:p>
      <w:pPr>
        <w:pStyle w:val="Heading2"/>
      </w:pPr>
      <w:r>
        <w:rPr>
          <w:rFonts w:ascii="Calibri" w:hAnsi="Calibri"/>
          <w:b/>
          <w:i w:val="0"/>
          <w:sz w:val="32"/>
        </w:rPr>
        <w:t>11</w:t>
      </w:r>
    </w:p>
    <w:p>
      <w:pPr>
        <w:spacing w:after="80"/>
      </w:pPr>
      <w:r>
        <w:rPr>
          <w:b w:val="0"/>
          <w:i w:val="0"/>
        </w:rPr>
        <w:t>NGÀI JULIAN ngước lên từ bên kia bàn làm việc và mỉm cười với thân chủ của mình.</w:t>
      </w:r>
    </w:p>
    <w:p>
      <w:pPr>
        <w:spacing w:after="80"/>
      </w:pPr>
      <w:r>
        <w:rPr>
          <w:b w:val="0"/>
          <w:i w:val="0"/>
        </w:rPr>
        <w:t>'Chồng cô đang đề nghị trao cho cô Limpton Hall – nhưng không kèm các bức tranh – căn hộ ở Eaton Square, nơi chỉ còn chín tháng là hết hạn hợp đồng thuê, mười nghìn bảng mỗi năm để trang trải chi phí nhân viên, và một khoản dàn xếp nửa triệu bảng.'</w:t>
      </w:r>
    </w:p>
    <w:p>
      <w:pPr>
        <w:spacing w:after="80"/>
      </w:pPr>
      <w:r>
        <w:rPr>
          <w:b w:val="0"/>
          <w:i w:val="0"/>
        </w:rPr>
        <w:t>'Vậy tôi nên phản hồi thế nào?' Christina hỏi.</w:t>
      </w:r>
    </w:p>
    <w:p>
      <w:pPr>
        <w:spacing w:after="80"/>
      </w:pPr>
      <w:r>
        <w:rPr>
          <w:b w:val="0"/>
          <w:i w:val="0"/>
        </w:rPr>
        <w:t>'Cứ nhận Limpton Hall và căn hộ ở Eaton Square, nhưng hãy đòi mười sáu nghìn bảng mỗi năm, và không dưới tám trăm nghìn bảng cho khoản dàn xếp. Suy cho cùng, đó là trách nhiệm đạo đức và pháp lý của chồng cô để đảm bảo cô tiếp tục sống theo phong cách mà cô đã quen sau ngần ấy năm làm người vợ tận tụy của ông ta.'</w:t>
      </w:r>
    </w:p>
    <w:p>
      <w:pPr>
        <w:spacing w:after="80"/>
      </w:pPr>
      <w:r>
        <w:rPr>
          <w:b w:val="0"/>
          <w:i w:val="0"/>
        </w:rPr>
        <w:t>'Tôi tin chắc, thưa Ngài Julian, là ngài đang thấy thích thú lắm.'</w:t>
      </w:r>
    </w:p>
    <w:p>
      <w:pPr>
        <w:spacing w:after="80"/>
      </w:pPr>
      <w:r>
        <w:rPr>
          <w:b w:val="0"/>
          <w:i w:val="0"/>
        </w:rPr>
        <w:t>'Hoàn toàn không, thưa bà. Tôi chỉ đơn thuần thực hiện nghĩa vụ ủy thác của mình thay mặt cho một thân chủ. Không hơn.'</w:t>
      </w:r>
    </w:p>
    <w:p>
      <w:pPr>
        <w:spacing w:after="80"/>
      </w:pPr>
      <w:r>
        <w:rPr>
          <w:b w:val="0"/>
          <w:i w:val="0"/>
        </w:rPr>
        <w:t>'Và chắc chắn không kém.'</w:t>
      </w:r>
    </w:p>
    <w:p>
      <w:pPr>
        <w:spacing w:after="80"/>
      </w:pPr>
      <w:r>
        <w:rPr>
          <w:b w:val="0"/>
          <w:i w:val="0"/>
        </w:rPr>
        <w:t>Ngài Julian cho phép mình nở một nụ cười nhếch mép. Ông không mấy ưa bà Faulkner, nhưng phải thừa nhận ông luôn thích được trò chuyện với bà. 'Tôi cần hỏi,' ông tiếp tục, 'bà cảm thấy mạnh mẽ đến mức nào về việc các bức tranh phải nằm trong thỏa thuận cuối cùng.'</w:t>
      </w:r>
    </w:p>
    <w:p>
      <w:pPr>
        <w:spacing w:after="80"/>
      </w:pPr>
      <w:r>
        <w:rPr>
          <w:b w:val="0"/>
          <w:i w:val="0"/>
        </w:rPr>
        <w:t>'Tôi không thể cảm thấy mạnh mẽ hơn được nữa,' bà nói. 'Thực ra, đó là điều kiện tiên quyết – không có thì khỏi bàn.'</w:t>
      </w:r>
    </w:p>
    <w:p>
      <w:pPr>
        <w:spacing w:after="80"/>
      </w:pPr>
      <w:r>
        <w:rPr>
          <w:b w:val="0"/>
          <w:i w:val="0"/>
        </w:rPr>
        <w:t>'Cho tôi hỏi tại sao không, thưa bà Faulkner, khi bà đã nói rõ ràng rằng bà chẳng có hứng thú gì đặc biệt với nghệ thuật?'</w:t>
      </w:r>
    </w:p>
    <w:p>
      <w:pPr>
        <w:spacing w:after="80"/>
      </w:pPr>
      <w:r>
        <w:rPr>
          <w:b w:val="0"/>
          <w:i w:val="0"/>
        </w:rPr>
        <w:t>'Ngay khi lệnh ly hôn tuyệt đối được ban hành, tôi sẽ đem tất cả chúng ra đấu giá. Miles sẽ không thể cưỡng lại việc mua lại chúng, và tôi định đảm bảo là ông ta sẽ không mua được với giá rẻ.'</w:t>
      </w:r>
    </w:p>
    <w:p>
      <w:pPr>
        <w:spacing w:after="80"/>
      </w:pPr>
      <w:r>
        <w:rPr>
          <w:b w:val="0"/>
          <w:i w:val="0"/>
        </w:rPr>
        <w:t>Ngài Julian tránh hỏi câu hỏi hiển nhiên, và chỉ nói, 'Vậy thì tôi sẽ khăng khăng đòi rằng các bức tranh ở Limpton Hall phải nằm trong thỏa thuận.'</w:t>
      </w:r>
    </w:p>
    <w:p>
      <w:pPr>
        <w:spacing w:after="80"/>
      </w:pPr>
      <w:r>
        <w:rPr>
          <w:b w:val="0"/>
          <w:i w:val="0"/>
        </w:rPr>
        <w:t>‘Cả bảy mươi ba cái,’ Christina nói. ‘Và anh có thể bảo Miles đừng mất công tìm cách lừa tôi bằng bản sao hay đồ giả, vì nếu anh ta làm thế, cuộc gọi tiếp theo của tôi sẽ là cho Tư lệnh Hawksby.’</w:t>
      </w:r>
    </w:p>
    <w:p>
      <w:pPr>
        <w:spacing w:after="80"/>
      </w:pPr>
      <w:r>
        <w:rPr>
          <w:b w:val="0"/>
          <w:i w:val="0"/>
        </w:rPr>
        <w:t>Ngài Julian nén một nụ cười. ‘Bà có câu hỏi nào khác về thỏa thuận dàn xếp không, bà Faulkner?’</w:t>
      </w:r>
    </w:p>
    <w:p>
      <w:pPr>
        <w:spacing w:after="80"/>
      </w:pPr>
      <w:r>
        <w:rPr>
          <w:b w:val="0"/>
          <w:i w:val="0"/>
        </w:rPr>
        <w:t>‘Chỉ một câu. Bên kia có đồng ý trả phí cho ngài không?’</w:t>
      </w:r>
    </w:p>
    <w:p>
      <w:pPr>
        <w:spacing w:after="80"/>
      </w:pPr>
      <w:r>
        <w:rPr>
          <w:b w:val="0"/>
          <w:i w:val="0"/>
        </w:rPr>
        <w:t>‘Họ đồng ý rồi.’</w:t>
      </w:r>
    </w:p>
    <w:p>
      <w:pPr>
        <w:spacing w:after="80"/>
      </w:pPr>
      <w:r>
        <w:rPr>
          <w:b w:val="0"/>
          <w:i w:val="0"/>
        </w:rPr>
        <w:t>‘Vậy thì tôi sẽ nhờ ngài tư vấn khá thường xuyên đấy, ngài Julian ạ, và có thể không phải lúc nào cũng về Miles. Nhưng sẽ luôn liên quan đến anh ta.’</w:t>
      </w:r>
    </w:p>
    <w:p>
      <w:pPr>
        <w:jc w:val="center"/>
      </w:pPr>
      <w:r>
        <w:drawing>
          <wp:inline xmlns:a="http://schemas.openxmlformats.org/drawingml/2006/main" xmlns:pic="http://schemas.openxmlformats.org/drawingml/2006/picture">
            <wp:extent cx="752475" cy="161925"/>
            <wp:docPr id="25" name="Picture 25"/>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Jackie nhanh chóng bước sang phía bên kia căn phòng khi điện thoại trên bàn William bắt đầu đổ chuông.</w:t>
      </w:r>
    </w:p>
    <w:p>
      <w:pPr>
        <w:spacing w:after="80"/>
      </w:pPr>
      <w:r>
        <w:rPr>
          <w:b w:val="0"/>
          <w:i w:val="0"/>
        </w:rPr>
        <w:t>‘DC Roycroft.’ Đầu dây bên kia tắt ngấm.</w:t>
      </w:r>
    </w:p>
    <w:p>
      <w:pPr>
        <w:spacing w:after="80"/>
      </w:pPr>
      <w:r>
        <w:rPr>
          <w:b w:val="0"/>
          <w:i w:val="0"/>
        </w:rPr>
        <w:t>‘Chắc là bạn học cũ của William,’ Lamont nói. ‘Đáng tiếc là anh ta khó có khả năng nói chuyện với ai khác.’</w:t>
      </w:r>
    </w:p>
    <w:p>
      <w:pPr>
        <w:spacing w:after="80"/>
      </w:pPr>
      <w:r>
        <w:rPr>
          <w:b w:val="0"/>
          <w:i w:val="0"/>
        </w:rPr>
        <w:t>‘Nếu anh ta gọi lại thì sao?’</w:t>
      </w:r>
    </w:p>
    <w:p>
      <w:pPr>
        <w:spacing w:after="80"/>
      </w:pPr>
      <w:r>
        <w:rPr>
          <w:b w:val="0"/>
          <w:i w:val="0"/>
        </w:rPr>
        <w:t>‘Chúng ta đành hy vọng lúc đó Warwick đã về.’</w:t>
      </w:r>
    </w:p>
    <w:p>
      <w:pPr>
        <w:spacing w:after="80"/>
      </w:pPr>
      <w:r>
        <w:rPr>
          <w:b w:val="0"/>
          <w:i w:val="0"/>
        </w:rPr>
        <w:t>‘Còn nếu anh ấy chưa về?’</w:t>
      </w:r>
    </w:p>
    <w:p>
      <w:pPr>
        <w:spacing w:after="80"/>
      </w:pPr>
      <w:r>
        <w:rPr>
          <w:b w:val="0"/>
          <w:i w:val="0"/>
        </w:rPr>
        <w:t>‘Thì cô sẽ có nhiệm vụ chẳng mấy dễ chịu là quyết định xem có nên làm gián đoạn tuần trăng mật của anh ấy hay không.’</w:t>
      </w:r>
    </w:p>
    <w:p>
      <w:pPr>
        <w:jc w:val="center"/>
      </w:pPr>
      <w:r>
        <w:drawing>
          <wp:inline xmlns:a="http://schemas.openxmlformats.org/drawingml/2006/main" xmlns:pic="http://schemas.openxmlformats.org/drawingml/2006/picture">
            <wp:extent cx="752475" cy="161925"/>
            <wp:docPr id="26" name="Picture 26"/>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William ngước nhìn trần nhà nguyện Sistine, nơi mà theo sách hướng dẫn thì các học giả cho rằng đã làm thay đổi lịch sử nghệ thuật phương Tây.</w:t>
      </w:r>
    </w:p>
    <w:p>
      <w:pPr>
        <w:spacing w:after="80"/>
      </w:pPr>
      <w:r>
        <w:rPr>
          <w:b w:val="0"/>
          <w:i w:val="0"/>
        </w:rPr>
        <w:t>‘Michelangelo mất bao lâu để hoàn thành bức bích họa?’ Beth hỏi.</w:t>
      </w:r>
    </w:p>
    <w:p>
      <w:pPr>
        <w:spacing w:after="80"/>
      </w:pPr>
      <w:r>
        <w:rPr>
          <w:b w:val="0"/>
          <w:i w:val="0"/>
        </w:rPr>
        <w:t>‘Ông ấy làm việc không mệt mỏi từ 1508 đến 1512,’ William đáp. ‘Tội nghiệp ông, phần lớn thời gian đó ông phải nằm ngửa trên đỉnh một giàn giáo dựng thô sơ. Đến khi hoàn thành thì ông gần như tàn phế. Chưa kể Giáo hoàng Julius II chẳng bao giờ trả tiền cho ông đúng hạn.’</w:t>
      </w:r>
    </w:p>
    <w:p>
      <w:pPr>
        <w:spacing w:after="80"/>
      </w:pPr>
      <w:r>
        <w:rPr>
          <w:b w:val="0"/>
          <w:i w:val="0"/>
        </w:rPr>
        <w:t>Beth bị mê hoặc bởi tham vọng to lớn của dự án, và cứ ngước nhìn trần nhà mãi cho đến khi cổ bắt đầu mỏi.</w:t>
      </w:r>
    </w:p>
    <w:p>
      <w:pPr>
        <w:spacing w:after="80"/>
      </w:pPr>
      <w:r>
        <w:rPr>
          <w:b w:val="0"/>
          <w:i w:val="0"/>
        </w:rPr>
        <w:t>‘Anh có thể đã dùng một trong những tấm gương lớn có sẵn mà,’ William gợi ý.</w:t>
      </w:r>
    </w:p>
    <w:p>
      <w:pPr>
        <w:spacing w:after="80"/>
      </w:pPr>
      <w:r>
        <w:rPr>
          <w:b w:val="0"/>
          <w:i w:val="0"/>
        </w:rPr>
        <w:t>‘Tôi cũng có thể đã mua một tấm bưu thiếp. Nếu Rome không ngập tràn những kiệt tác, tôi sẽ đến nhà nguyện mỗi ngày cho đến khi anh phải lôi tôi đi!’</w:t>
      </w:r>
    </w:p>
    <w:p>
      <w:pPr>
        <w:spacing w:after="80"/>
      </w:pPr>
      <w:r>
        <w:rPr>
          <w:b w:val="0"/>
          <w:i w:val="0"/>
        </w:rPr>
        <w:t>‘Dù anh sẽ phải xếp hàng dài cùng những người đồng đạo mỗi sáng sớm?’</w:t>
      </w:r>
    </w:p>
    <w:p>
      <w:pPr>
        <w:spacing w:after="80"/>
      </w:pPr>
      <w:r>
        <w:rPr>
          <w:b w:val="0"/>
          <w:i w:val="0"/>
        </w:rPr>
        <w:t>‘Michelangelo đã nằm ngửa suốt bốn năm để tạo ra kiệt tác độc nhất vô nhị này, nên tôi sẽ chỉ quá vui mừng khi xếp hàng vài tiếng đồng hồ để bày tỏ lòng tôn kính với ký ức của ông ấy.’</w:t>
      </w:r>
    </w:p>
    <w:p>
      <w:pPr>
        <w:jc w:val="center"/>
      </w:pPr>
      <w:r>
        <w:drawing>
          <wp:inline xmlns:a="http://schemas.openxmlformats.org/drawingml/2006/main" xmlns:pic="http://schemas.openxmlformats.org/drawingml/2006/picture">
            <wp:extent cx="752475" cy="161925"/>
            <wp:docPr id="27" name="Picture 27"/>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Điện thoại trên bàn của William lại đổ chuông. Nếu không phải là lần thứ ba trong buổi sáng hôm đó, Lamont đã mặc kệ nó.</w:t>
      </w:r>
    </w:p>
    <w:p>
      <w:pPr>
        <w:spacing w:after="80"/>
      </w:pPr>
      <w:r>
        <w:rPr>
          <w:b w:val="0"/>
          <w:i w:val="0"/>
        </w:rPr>
        <w:t>‘Nghe đi,’ anh nói với vẻ bực bội. ‘Nhưng đừng nói với bất kỳ ai rằng William vẫn đang trong tuần trăng mật.’</w:t>
      </w:r>
    </w:p>
    <w:p>
      <w:pPr>
        <w:spacing w:after="80"/>
      </w:pPr>
      <w:r>
        <w:rPr>
          <w:b w:val="0"/>
          <w:i w:val="0"/>
        </w:rPr>
        <w:t>Jackie nhấc ống nghe và nói, ‘DS Warwick hiện không thể nghe máy.’</w:t>
      </w:r>
    </w:p>
    <w:p>
      <w:pPr>
        <w:spacing w:after="80"/>
      </w:pPr>
      <w:r>
        <w:rPr>
          <w:b w:val="0"/>
          <w:i w:val="0"/>
        </w:rPr>
        <w:t>‘Tôi cần nói chuyện với anh ấy gấp.’</w:t>
      </w:r>
    </w:p>
    <w:p>
      <w:pPr>
        <w:spacing w:after="80"/>
      </w:pPr>
      <w:r>
        <w:rPr>
          <w:b w:val="0"/>
          <w:i w:val="0"/>
        </w:rPr>
        <w:t>‘Tôi có thể chuyển lời nhắn không?’</w:t>
      </w:r>
    </w:p>
    <w:p>
      <w:pPr>
        <w:spacing w:after="80"/>
      </w:pPr>
      <w:r>
        <w:rPr>
          <w:b w:val="0"/>
          <w:i w:val="0"/>
        </w:rPr>
        <w:t>‘Bảo với anh ấy là Faulkner đã đặt món ăn tối.’</w:t>
      </w:r>
    </w:p>
    <w:p>
      <w:pPr>
        <w:spacing w:after="80"/>
      </w:pPr>
      <w:r>
        <w:rPr>
          <w:b w:val="0"/>
          <w:i w:val="0"/>
        </w:rPr>
        <w:t>‘Còn gì nữa không?’</w:t>
      </w:r>
    </w:p>
    <w:p>
      <w:pPr>
        <w:spacing w:after="80"/>
      </w:pPr>
      <w:r>
        <w:rPr>
          <w:b w:val="0"/>
          <w:i w:val="0"/>
        </w:rPr>
        <w:t>‘Tôi sẽ gọi lại sau một tiếng nữa, khi đó tôi mong anh ấy sẽ ở đầu dây bên kia. Tôi không thể tin nổi anh ấy lại có việc gì quan trọng hơn là bắt quả tang Faulkner.’</w:t>
      </w:r>
    </w:p>
    <w:p>
      <w:pPr>
        <w:spacing w:after="80"/>
      </w:pPr>
      <w:r>
        <w:rPr>
          <w:b w:val="0"/>
          <w:i w:val="0"/>
        </w:rPr>
        <w:t>‘Điều đó sẽ không thể được,’ Jackie nói, nhưng đầu dây bên kia đã ngắt.</w:t>
      </w:r>
    </w:p>
    <w:p>
      <w:pPr>
        <w:jc w:val="center"/>
      </w:pPr>
      <w:r>
        <w:drawing>
          <wp:inline xmlns:a="http://schemas.openxmlformats.org/drawingml/2006/main" xmlns:pic="http://schemas.openxmlformats.org/drawingml/2006/picture">
            <wp:extent cx="752475" cy="161925"/>
            <wp:docPr id="28" name="Picture 28"/>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Điện thoại bắt đầu đổ chuông đúng lúc William cạo râu xong. Anh chộp lấy máy nhánh trong phòng tắm với hy vọng nó không đánh thức Beth.</w:t>
      </w:r>
    </w:p>
    <w:p>
      <w:pPr>
        <w:spacing w:after="80"/>
      </w:pPr>
      <w:r>
        <w:rPr>
          <w:b w:val="0"/>
          <w:i w:val="0"/>
        </w:rPr>
        <w:t>‘Chào buổi sáng,’ anh nói khẽ.</w:t>
      </w:r>
    </w:p>
    <w:p>
      <w:pPr>
        <w:spacing w:after="80"/>
      </w:pPr>
      <w:r>
        <w:rPr>
          <w:b w:val="0"/>
          <w:i w:val="0"/>
        </w:rPr>
        <w:t>‘William, Jackie đây. OSC của anh vừa gọi, nói rằng Faulkner đã đặt món ăn tối, dù điều đó nghĩa là gì. Anh ấy cần nói chuyện với anh gấp về việc này. Anh có muốn tôi đưa số của anh cho anh ấy khi anh ấy gọi lần tới không?’</w:t>
      </w:r>
    </w:p>
    <w:p>
      <w:pPr>
        <w:spacing w:after="80"/>
      </w:pPr>
      <w:r>
        <w:rPr>
          <w:b w:val="0"/>
          <w:i w:val="0"/>
        </w:rPr>
        <w:t>‘Đúng vậy, tất nhiên rồi. Bảo anh ấy liên lạc lại càng sớm càng tốt,’ William thì thầm, rồi đặt điện thoại xuống.</w:t>
      </w:r>
    </w:p>
    <w:p>
      <w:pPr>
        <w:spacing w:after="80"/>
      </w:pPr>
      <w:r>
        <w:rPr>
          <w:b w:val="0"/>
          <w:i w:val="0"/>
        </w:rPr>
        <w:t>‘Lại là phụ nữ à?’ Beth nói, giọng còn ngái ngủ khi anh quay lại phòng ngủ.</w:t>
      </w:r>
    </w:p>
    <w:p>
      <w:pPr>
        <w:spacing w:after="80"/>
      </w:pPr>
      <w:r>
        <w:rPr>
          <w:b w:val="0"/>
          <w:i w:val="0"/>
        </w:rPr>
        <w:t>‘Chuyện đó sẽ không bao giờ là vấn đề của em đâu,’ William nói, ngồi xuống mép giường bên cạnh cô và nhẹ nhàng áp tai vào bụng cô. ‘Anh nghe thấy gì đó.’</w:t>
      </w:r>
    </w:p>
    <w:p>
      <w:pPr>
        <w:spacing w:after="80"/>
      </w:pPr>
      <w:r>
        <w:rPr>
          <w:b w:val="0"/>
          <w:i w:val="0"/>
        </w:rPr>
        <w:t>‘Một bé trai hả?’</w:t>
      </w:r>
    </w:p>
    <w:p>
      <w:pPr>
        <w:spacing w:after="80"/>
      </w:pPr>
      <w:r>
        <w:rPr>
          <w:b w:val="0"/>
          <w:i w:val="0"/>
        </w:rPr>
        <w:t>‘Không, là một bé gái.’</w:t>
      </w:r>
    </w:p>
    <w:p>
      <w:pPr>
        <w:spacing w:after="80"/>
      </w:pPr>
      <w:r>
        <w:rPr>
          <w:b w:val="0"/>
          <w:i w:val="0"/>
        </w:rPr>
        <w:t>‘Sao anh chắc chắn vậy?’</w:t>
      </w:r>
    </w:p>
    <w:p>
      <w:pPr>
        <w:spacing w:after="80"/>
      </w:pPr>
      <w:r>
        <w:rPr>
          <w:b w:val="0"/>
          <w:i w:val="0"/>
        </w:rPr>
        <w:t>‘Cô bé đang càu nhàu.’</w:t>
      </w:r>
    </w:p>
    <w:p>
      <w:pPr>
        <w:spacing w:after="80"/>
      </w:pPr>
      <w:r>
        <w:rPr>
          <w:b w:val="0"/>
          <w:i w:val="0"/>
        </w:rPr>
        <w:t>‘Về việc bố chúng muốn bỏ rơi cả hai mẹ con và về nhà, thay vì ở thêm một ngày với người đàn ông khác trong đời em.’</w:t>
      </w:r>
    </w:p>
    <w:p>
      <w:pPr>
        <w:spacing w:after="80"/>
      </w:pPr>
      <w:r>
        <w:rPr>
          <w:b w:val="0"/>
          <w:i w:val="0"/>
        </w:rPr>
        <w:t>‘Vậy đó là kế hoạch của em cho hôm nay à?’</w:t>
      </w:r>
    </w:p>
    <w:p>
      <w:pPr>
        <w:spacing w:after="80"/>
      </w:pPr>
      <w:r>
        <w:rPr>
          <w:b w:val="0"/>
          <w:i w:val="0"/>
        </w:rPr>
        <w:t>‘Đúng vậy. Em muốn quay lại Nhà nguyện Sistine.’</w:t>
      </w:r>
    </w:p>
    <w:p>
      <w:pPr>
        <w:spacing w:after="80"/>
      </w:pPr>
      <w:r>
        <w:rPr>
          <w:b w:val="0"/>
          <w:i w:val="0"/>
        </w:rPr>
        <w:t>‘Anh thấy ổn mà. Nhưng chúng ta sẽ phải xếp hàng đấy.’</w:t>
      </w:r>
    </w:p>
    <w:p>
      <w:pPr>
        <w:spacing w:after="80"/>
      </w:pPr>
      <w:r>
        <w:rPr>
          <w:b w:val="0"/>
          <w:i w:val="0"/>
        </w:rPr>
        <w:t>‘Em sẽ xếp hàng lấy vé, còn anh có thể đến chỗ em sau vài tiếng nữa. Như vậy đủ thời gian để anh nhận mọi tin nhắn từ văn phòng mà em không biết ai đã gọi cho anh,’ cô nói rồi biến mất vào phòng tắm.</w:t>
      </w:r>
    </w:p>
    <w:p>
      <w:pPr>
        <w:jc w:val="center"/>
      </w:pPr>
      <w:r>
        <w:drawing>
          <wp:inline xmlns:a="http://schemas.openxmlformats.org/drawingml/2006/main" xmlns:pic="http://schemas.openxmlformats.org/drawingml/2006/picture">
            <wp:extent cx="752475" cy="161925"/>
            <wp:docPr id="29" name="Picture 29"/>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‘Tôi rất vui được báo tin, bà Faulkner,’ Ngài Julian nói, ‘rằng phía bên kia đã chấp nhận các điều khoản mới nhất của chúng ta vô điều kiện, nên giờ tôi có thể soạn thảo thỏa thuận dàn xếp cuối cùng.’</w:t>
      </w:r>
    </w:p>
    <w:p>
      <w:pPr>
        <w:spacing w:after="80"/>
      </w:pPr>
      <w:r>
        <w:rPr>
          <w:b w:val="0"/>
          <w:i w:val="0"/>
        </w:rPr>
        <w:t>‘Miles đồng ý để tôi giữ tất cả các bức tranh ở Limpton Hall?’ Christina hỏi, giọng nghe chưa mấy tin tưởng.</w:t>
      </w:r>
    </w:p>
    <w:p>
      <w:pPr>
        <w:spacing w:after="80"/>
      </w:pPr>
      <w:r>
        <w:rPr>
          <w:b w:val="0"/>
          <w:i w:val="0"/>
        </w:rPr>
        <w:t>‘Không trừ bức nào. Họ thậm chí còn gửi một bản kiểm kê để bà có thể kiểm tra xem tất cả đều có đủ,’ ông nói, đưa cho cô một tài liệu dài hai trang.</w:t>
      </w:r>
    </w:p>
    <w:p>
      <w:pPr>
        <w:spacing w:after="80"/>
      </w:pPr>
      <w:r>
        <w:rPr>
          <w:b w:val="0"/>
          <w:i w:val="0"/>
        </w:rPr>
        <w:t>Christina chăm chú xem danh sách, và từ rất lâu trước khi đọc đến bức Vermeer, cô đã nói, ‘Chúng chắc chắn là bản sao.’</w:t>
      </w:r>
    </w:p>
    <w:p>
      <w:pPr>
        <w:spacing w:after="80"/>
      </w:pPr>
      <w:r>
        <w:rPr>
          <w:b w:val="0"/>
          <w:i w:val="0"/>
        </w:rPr>
        <w:t>‘Tôi nghĩ là ông sẽ nói vậy,’ Ngài Julian đáp, ‘nên theo chỉ đạo của ông, tôi đã cảnh báo Booth Watson rằng một chuyên gia từ Christie’s sẽ phải giám định từng tác phẩm trước khi chúng ta đồng ý ký văn bản ràng buộc.’</w:t>
      </w:r>
    </w:p>
    <w:p>
      <w:pPr>
        <w:spacing w:after="80"/>
      </w:pPr>
      <w:r>
        <w:rPr>
          <w:b w:val="0"/>
          <w:i w:val="0"/>
        </w:rPr>
        <w:t>‘Ông ta nói sao?’</w:t>
      </w:r>
    </w:p>
    <w:p>
      <w:pPr>
        <w:spacing w:after="80"/>
      </w:pPr>
      <w:r>
        <w:rPr>
          <w:b w:val="0"/>
          <w:i w:val="0"/>
        </w:rPr>
        <w:t>‘Không hơn gì những gì thân chủ tôi dự đoán.’</w:t>
      </w:r>
    </w:p>
    <w:p>
      <w:pPr>
        <w:spacing w:after="80"/>
      </w:pPr>
      <w:r>
        <w:rPr>
          <w:b w:val="0"/>
          <w:i w:val="0"/>
        </w:rPr>
        <w:t>‘Tôi không tin nổi,’ Christina nói. ‘Miles không bao giờ chịu khuất phục dễ dàng như vậy.’ Một lúc sau cô mới nói thêm, ‘Anh ta đang âm mưu gì đó.’</w:t>
      </w:r>
    </w:p>
    <w:p>
      <w:pPr>
        <w:jc w:val="center"/>
      </w:pPr>
      <w:r>
        <w:drawing>
          <wp:inline xmlns:a="http://schemas.openxmlformats.org/drawingml/2006/main" xmlns:pic="http://schemas.openxmlformats.org/drawingml/2006/picture">
            <wp:extent cx="752475" cy="161925"/>
            <wp:docPr id="30" name="Picture 30"/>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Một tiếng trôi qua mà Adrian vẫn chưa gọi. Nhưng dù sao, anh ta luôn cảm thấy cần phải chứng tỏ điều gì đó. William liên tục liếc đồng hồ vài phút một lần, nhưng điện thoại vẫn im lặng một cách kiên quyết. Anh đang cố quyết định xem nên bỏ qua Nhà nguyện Sistine và đối mặt với cơn thịnh nộ của Beth, hay đến nhập hội với cô và sống hạnh phúc mãi mãi. Anh vừa mặc áo khoác thì điện thoại reo. Anh nhấc máy trước tiếng chuông thứ hai. ‘William Warwick đây.’</w:t>
      </w:r>
    </w:p>
    <w:p>
      <w:pPr>
        <w:spacing w:after="80"/>
      </w:pPr>
      <w:r>
        <w:rPr>
          <w:b w:val="0"/>
          <w:i w:val="0"/>
        </w:rPr>
        <w:t>‘Anh muốn biết thực đơn cho bữa tiệc tối thứ Bảy tại Limpton Hall sẽ có gì.’ William không ngắt lời. ‘Món khai vị là cần sa loại thượng hạng, không gì ngoài loại tốt nhất, tiếp theo là những điếu cocaine Colombia tinh khiết chín mươi sáu phần trăm thượng hạng cho món chính.’ Anh ta ngừng lại. ‘Tôi nghĩ anh nợ tôi thêm hai trăm nữa.’</w:t>
      </w:r>
    </w:p>
    <w:p>
      <w:pPr>
        <w:spacing w:after="80"/>
      </w:pPr>
      <w:r>
        <w:rPr>
          <w:b w:val="0"/>
          <w:i w:val="0"/>
        </w:rPr>
        <w:t>‘Anh sẽ được trả đủ,’ William nói, ‘nhưng chỉ sau khi anh giao hàng xong.’</w:t>
      </w:r>
    </w:p>
    <w:p>
      <w:pPr>
        <w:spacing w:after="80"/>
      </w:pPr>
      <w:r>
        <w:rPr>
          <w:b w:val="0"/>
          <w:i w:val="0"/>
        </w:rPr>
        <w:t>‘Tôi sẽ xuống Limpton Hall lúc bảy giờ thứ Bảy. Tôi có thể báo lại cho anh khoảng tám giờ và lấy tiền.’</w:t>
      </w:r>
    </w:p>
    <w:p>
      <w:pPr>
        <w:spacing w:after="80"/>
      </w:pPr>
      <w:r>
        <w:rPr>
          <w:b w:val="0"/>
          <w:i w:val="0"/>
        </w:rPr>
        <w:t>Không phải từ tôi, William nghĩ, nhưng chỉ đáp: ‘Anh có sẵn lòng ra tòa làm chứng rằng anh đã bán ma túy cho Faulkner không?’</w:t>
      </w:r>
    </w:p>
    <w:p>
      <w:pPr>
        <w:spacing w:after="80"/>
      </w:pPr>
      <w:r>
        <w:rPr>
          <w:b w:val="0"/>
          <w:i w:val="0"/>
        </w:rPr>
        <w:t>‘Có thể. Nhưng chúng ta sẽ cần bàn điều kiện, vì nếu tôi đồng ý làm vậy, tôi sẽ không bao giờ làm việc ở Anh được nữa. Mọi thứ đều có giá của nó.’ Anh ta không buồn chào tạm biệt.</w:t>
      </w:r>
    </w:p>
    <w:p>
      <w:pPr>
        <w:spacing w:after="80"/>
      </w:pPr>
      <w:r>
        <w:rPr>
          <w:b w:val="0"/>
          <w:i w:val="0"/>
        </w:rPr>
        <w:t xml:space="preserve">Sau khi gọi điện gấp để báo cho Giám đốc Lamont, William nhanh chóng tiến ra cửa. Anh tin chắc mình vẫn kịp giờ, dù có thể sẽ khó tập trung vào bức </w:t>
      </w:r>
      <w:r>
        <w:rPr>
          <w:b w:val="0"/>
          <w:i/>
        </w:rPr>
        <w:t>Sự sáng tạo của Adam</w:t>
      </w:r>
      <w:r>
        <w:rPr>
          <w:b w:val="0"/>
          <w:i w:val="0"/>
        </w:rPr>
        <w:t xml:space="preserve"> hơn là vào sự sụp đổ của Miles.</w:t>
      </w:r>
    </w:p>
    <w:p>
      <w:pPr>
        <w:jc w:val="center"/>
      </w:pPr>
      <w:r>
        <w:drawing>
          <wp:inline xmlns:a="http://schemas.openxmlformats.org/drawingml/2006/main" xmlns:pic="http://schemas.openxmlformats.org/drawingml/2006/picture">
            <wp:extent cx="752475" cy="161925"/>
            <wp:docPr id="31" name="Picture 31"/>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‘William vừa gọi từ Rome,’ Lamont nói. ‘Cậu ấy đã báo cáo cho tôi về cuộc trò chuyện với OSC của mình, và tôi đề nghị chúng ta tiến hành một chiến dịch quy mô lớn vào tối thứ Bảy. Chỉ tiếc là William sẽ lỡ mất cuộc đột kích.’</w:t>
      </w:r>
    </w:p>
    <w:p>
      <w:pPr>
        <w:spacing w:after="80"/>
      </w:pPr>
      <w:r>
        <w:rPr>
          <w:b w:val="0"/>
          <w:i w:val="0"/>
        </w:rPr>
        <w:t>‘Tôi sẽ bảo cậu ấy cắt ngắn tuần trăng mật,’ Hawk nói, ‘nếu tôi không nghĩ Beth sẽ giết cậu ấy trước, rồi quay sang tìm tôi. Trình bày kế hoạch của anh cho tôi đi, Bruce, để tôi báo cáo với ủy viên.’</w:t>
      </w:r>
    </w:p>
    <w:p>
      <w:pPr>
        <w:spacing w:after="80"/>
      </w:pPr>
      <w:r>
        <w:rPr>
          <w:b w:val="0"/>
          <w:i w:val="0"/>
        </w:rPr>
        <w:t>‘Tôi đã có lệnh khám xét Limpton Hall rồi . . .’</w:t>
      </w:r>
    </w:p>
    <w:p>
      <w:pPr>
        <w:jc w:val="center"/>
      </w:pPr>
      <w:r>
        <w:drawing>
          <wp:inline xmlns:a="http://schemas.openxmlformats.org/drawingml/2006/main" xmlns:pic="http://schemas.openxmlformats.org/drawingml/2006/picture">
            <wp:extent cx="752475" cy="161925"/>
            <wp:docPr id="32" name="Picture 32"/>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‘Có lẽ anh nên bay về sớm vài ngày?’ Beth gợi ý khi họ bước trở lại khách sạn.</w:t>
      </w:r>
    </w:p>
    <w:p>
      <w:pPr>
        <w:spacing w:after="80"/>
      </w:pPr>
      <w:r>
        <w:rPr>
          <w:b w:val="0"/>
          <w:i w:val="0"/>
        </w:rPr>
        <w:t>‘Nhất định không,’ William nói. ‘Cả đời tôi chỉ có một tuần trăng mật, và tôi không định dành dù chỉ một ngày trong đó với Miles Faulkner.’</w:t>
      </w:r>
    </w:p>
    <w:p>
      <w:pPr>
        <w:spacing w:after="80"/>
      </w:pPr>
      <w:r>
        <w:rPr>
          <w:b w:val="0"/>
          <w:i w:val="0"/>
        </w:rPr>
        <w:t>‘Nhưng em có thể sẽ không có cơ hội nào như thế này nữa đâu, và anh không hiểu sao mình lại sống sót được mười ngày mà điện thoại chỉ reo đúng một lần.’ William không đáp. ‘Sao em cứ có cảm giác rõ rệt rằng anh thà dành tối thứ Bảy ở Limpton Hall với Faulkner, còn hơn là ăn thêm một đĩa spaghetti nữa với em ở Campo de’ Fiori?’</w:t>
      </w:r>
    </w:p>
    <w:p>
      <w:pPr>
        <w:spacing w:after="80"/>
      </w:pPr>
      <w:r>
        <w:rPr>
          <w:b w:val="0"/>
          <w:i w:val="0"/>
        </w:rPr>
        <w:t>‘Chắc chắn là không,’ William lặp lại, nhưng giọng không còn dứt khoát vang dội như trước.</w:t>
      </w:r>
    </w:p>
    <w:p>
      <w:pPr>
        <w:spacing w:after="80"/>
      </w:pPr>
      <w:r>
        <w:rPr>
          <w:b w:val="0"/>
          <w:i w:val="0"/>
        </w:rPr>
        <w:t>‘Có thể anh sẽ sốc khi biết, Trung sĩ Thám tử Warwick ạ, rằng sau cái màn cố gắng thảm hại của Faulkner nhằm ngăn chúng ta kết hôn, em sẽ chẳng thấy buồn nếu thấy ông ta ngồi sau song sắt.’</w:t>
      </w:r>
    </w:p>
    <w:p>
      <w:pPr>
        <w:spacing w:after="80"/>
      </w:pPr>
      <w:r>
        <w:rPr>
          <w:b w:val="0"/>
          <w:i w:val="0"/>
        </w:rPr>
        <w:t>‘Dù cho em vẫn đang hy vọng kiếm được vài món khác trong bộ sưu tập của ông ta sau khi vụ ly hôn được giải quyết.’</w:t>
      </w:r>
    </w:p>
    <w:p>
      <w:pPr>
        <w:spacing w:after="80"/>
      </w:pPr>
      <w:r>
        <w:rPr>
          <w:b w:val="0"/>
          <w:i w:val="0"/>
        </w:rPr>
        <w:t>‘Chỉ có một bức tranh đặc biệt thôi,’ Beth thừa nhận. ‘Em thú nhận nó sẽ làm phong phú thêm bộ sưu tập của phòng tranh, nhưng em sẽ không tin cho đến khi tận mắt thấy nó treo trên tường bảo tàng.’</w:t>
      </w:r>
    </w:p>
    <w:p>
      <w:pPr>
        <w:spacing w:after="80"/>
      </w:pPr>
      <w:r>
        <w:rPr>
          <w:b w:val="0"/>
          <w:i w:val="0"/>
        </w:rPr>
        <w:t>‘Em đã làm gì sau lưng anh thế?’</w:t>
      </w:r>
    </w:p>
    <w:p>
      <w:pPr>
        <w:spacing w:after="80"/>
      </w:pPr>
      <w:r>
        <w:rPr>
          <w:b w:val="0"/>
          <w:i w:val="0"/>
        </w:rPr>
        <w:t xml:space="preserve">‘Người bạn thân mới của em, Christina Faulkner, đã hứa cho Fitzmolean quyền chọn đầu tiên đối với bất kỳ bức nào trong số bảy mươi ba bức tranh ở Limpton Hall sau khi vụ ly hôn của cô ấy được giải quyết. Em đang để mắt tới một bức Vermeer nhỏ nhưng tinh xảo, </w:t>
      </w:r>
      <w:r>
        <w:rPr>
          <w:b w:val="0"/>
          <w:i/>
        </w:rPr>
        <w:t>The White Lace Collar</w:t>
      </w:r>
      <w:r>
        <w:rPr>
          <w:b w:val="0"/>
          <w:i w:val="0"/>
        </w:rPr>
        <w:t>, bức này sẽ tô điểm cho lối vào phía nam của bảo tàng.’</w:t>
      </w:r>
    </w:p>
    <w:p>
      <w:pPr>
        <w:spacing w:after="80"/>
      </w:pPr>
      <w:r>
        <w:rPr>
          <w:b w:val="0"/>
          <w:i w:val="0"/>
        </w:rPr>
        <w:t>‘Sao em lại nghĩ cô ta có khả năng giữ lời hơn chồng mình chứ?’</w:t>
      </w:r>
    </w:p>
    <w:p>
      <w:pPr>
        <w:spacing w:after="80"/>
      </w:pPr>
      <w:r>
        <w:rPr>
          <w:b w:val="0"/>
          <w:i w:val="0"/>
        </w:rPr>
        <w:t>‘Vì bố anh là luật sư của cô ấy và Clare đã soạn thảo thỏa thuận, nên giờ tất cả chúng ta đều cùng một đội.’</w:t>
      </w:r>
    </w:p>
    <w:p>
      <w:pPr>
        <w:spacing w:after="80"/>
      </w:pPr>
      <w:r>
        <w:rPr>
          <w:b w:val="0"/>
          <w:i w:val="0"/>
        </w:rPr>
        <w:t>William dừng lại ở quầy lễ tân.</w:t>
      </w:r>
    </w:p>
    <w:p>
      <w:pPr>
        <w:spacing w:after="80"/>
      </w:pPr>
      <w:r>
        <w:rPr>
          <w:b w:val="0"/>
          <w:i w:val="0"/>
        </w:rPr>
        <w:t>‘Si, signor, tôi có thể giúp gì ạ?’</w:t>
      </w:r>
    </w:p>
    <w:p>
      <w:pPr>
        <w:spacing w:after="80"/>
      </w:pPr>
      <w:r>
        <w:rPr>
          <w:b w:val="0"/>
          <w:i w:val="0"/>
        </w:rPr>
        <w:t>‘Tôi cần bắt chuyến bay sớm nhất có thể về London.’</w:t>
      </w:r>
    </w:p>
    <w:p>
      <w:pPr>
        <w:jc w:val="center"/>
      </w:pPr>
      <w:r>
        <w:drawing>
          <wp:inline xmlns:a="http://schemas.openxmlformats.org/drawingml/2006/main" xmlns:pic="http://schemas.openxmlformats.org/drawingml/2006/picture">
            <wp:extent cx="752475" cy="161925"/>
            <wp:docPr id="33" name="Picture 33"/>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Khi tiếp viên hàng không vừa mở cửa máy bay, William lao qua khe cửa như một con chó săn xám phóng khỏi cổng xuất phát. Anh không ngừng chạy cho đến khi tới một dãy điện thoại công cộng.</w:t>
      </w:r>
    </w:p>
    <w:p>
      <w:pPr>
        <w:spacing w:after="80"/>
      </w:pPr>
      <w:r>
        <w:rPr>
          <w:b w:val="0"/>
          <w:i w:val="0"/>
        </w:rPr>
        <w:t>‘Anh đang ở đâu?’ Lamont hỏi.</w:t>
      </w:r>
    </w:p>
    <w:p>
      <w:pPr>
        <w:spacing w:after="80"/>
      </w:pPr>
      <w:r>
        <w:rPr>
          <w:b w:val="0"/>
          <w:i w:val="0"/>
        </w:rPr>
        <w:t>‘Gatwick. Khoảng một tiếng nữa là tôi tới chỗ anh.’</w:t>
      </w:r>
    </w:p>
    <w:p>
      <w:pPr>
        <w:spacing w:after="80"/>
      </w:pPr>
      <w:r>
        <w:rPr>
          <w:b w:val="0"/>
          <w:i w:val="0"/>
        </w:rPr>
        <w:t>‘Beth thấy thế nào về chuyện đó?’</w:t>
      </w:r>
    </w:p>
    <w:p>
      <w:pPr>
        <w:spacing w:after="80"/>
      </w:pPr>
      <w:r>
        <w:rPr>
          <w:b w:val="0"/>
          <w:i w:val="0"/>
        </w:rPr>
        <w:t>‘Đó là ý tưởng của cô ấy. Dù sao thì, có một quý ông bị vấn đề về lưng mà cô ấy muốn đến thăm công trình của ông ta thêm một lần nữa.’</w:t>
      </w:r>
    </w:p>
    <w:p>
      <w:pPr>
        <w:spacing w:after="80"/>
      </w:pPr>
      <w:r>
        <w:rPr>
          <w:b w:val="0"/>
          <w:i w:val="0"/>
        </w:rPr>
        <w:t>‘Vậy thì bảo cô ấy quỳ xuống và cầu nguyện đi, vì chúng ta có thể cần đến sự can thiệp của Đấng Toàn Năng để làm nên chuyện này. Trong lúc đó, quay lại đây nhanh nhất có thể.’</w:t>
      </w:r>
    </w:p>
    <w:p>
      <w:pPr>
        <w:spacing w:after="80"/>
      </w:pPr>
      <w:r>
        <w:rPr>
          <w:b w:val="0"/>
          <w:i w:val="0"/>
        </w:rPr>
        <w:t>William đi thẳng lên đầu hàng ở quầy kiểm soát hộ chiếu và xuất trình thẻ cảnh sát. Một viên cảnh sát kiểm tra hộ chiếu của anh và anh được đưa qua nhanh chóng. Nhờ Beth đồng ý trông coi hành lý giúp anh, anh có thể bỏ qua khu nhận hành lý và đi thẳng đến tàu Gatwick Express. Khi tàu vào ga Victoria ba mươi phút sau đó, anh là người đầu tiên đưa vé cho nhân viên soát vé ở cổng, rồi chạy một mạch đến Scotland Yard. Khi cửa tự động mở ra, anh phớt lờ thang máy, phóng vụt lên cầu thang đến tầng bốn và đi thẳng đến văn phòng của chỉ huy.</w:t>
      </w:r>
    </w:p>
    <w:p>
      <w:pPr>
        <w:spacing w:after="80"/>
      </w:pPr>
      <w:r>
        <w:rPr>
          <w:b w:val="0"/>
          <w:i w:val="0"/>
        </w:rPr>
        <w:t>Khi chạy dọc hành lang, William nhận thấy những ánh mắt kỳ lạ từ các đồng nghiệp khi anh đi ngang qua, và nhận ra mình vẫn đang mặc chiếc áo sơ mi hoa cổ mở, quần jeans và dép lê. Nhưng họ đâu thể biết rằng chỉ vài giờ trước, anh còn đang dạo bước quanh Rome tận hưởng cái nóng những năm mươi độ F. Anh gõ cửa phòng chỉ huy và đợi một lát để lấy lại hơi thở trước khi bước vào. Cả đội đứng dậy như một khi anh bước vào phòng, và bắt đầu đập lòng bàn tay xuống bàn.</w:t>
      </w:r>
    </w:p>
    <w:p>
      <w:pPr>
        <w:spacing w:after="80"/>
      </w:pPr>
      <w:r>
        <w:rPr>
          <w:b w:val="0"/>
          <w:i w:val="0"/>
        </w:rPr>
        <w:t>‘Ngồi đi,’ Chim Ưng nói sau khi tiếng ồn đã lắng xuống. ‘Nhờ cậu, phó ủy viên đã bật đèn xanh cho chiến dịch, và cho phép một cuộc đột kích quy mô lớn vào nhà Faulkner tối mai. Tôi biết chính xác vai trò tôi dành cho cậu, DS Warwick, nhưng bắt giữ ai đó thì không thích hợp khi ăn mặc như thế, kể cả ở Ý.’</w:t>
      </w:r>
    </w:p>
    <w:p>
      <w:pPr>
        <w:pStyle w:val="Heading2"/>
      </w:pPr>
      <w:r>
        <w:rPr>
          <w:rFonts w:ascii="Calibri" w:hAnsi="Calibri"/>
          <w:b/>
          <w:i w:val="0"/>
          <w:sz w:val="32"/>
        </w:rPr>
        <w:t>12</w:t>
      </w:r>
    </w:p>
    <w:p>
      <w:pPr>
        <w:spacing w:after="80"/>
      </w:pPr>
      <w:r>
        <w:rPr>
          <w:b w:val="0"/>
          <w:i w:val="0"/>
        </w:rPr>
        <w:t>WILLIAM NGỒI Ở ghế sau một chiếc taxi, và đợi ông sếp lớn lên xe cùng.</w:t>
      </w:r>
    </w:p>
    <w:p>
      <w:pPr>
        <w:spacing w:after="80"/>
      </w:pPr>
      <w:r>
        <w:rPr>
          <w:b w:val="0"/>
          <w:i w:val="0"/>
        </w:rPr>
        <w:t>Buổi họp giao ban cuối cùng trong văn phòng chỉ huy kéo dài hơn ba tiếng đồng hồ, và chỉ tan khi từng chi tiết đã được mổ xẻ lần thứ ba.</w:t>
      </w:r>
    </w:p>
    <w:p>
      <w:pPr>
        <w:spacing w:after="80"/>
      </w:pPr>
      <w:r>
        <w:rPr>
          <w:b w:val="0"/>
          <w:i w:val="0"/>
        </w:rPr>
        <w:t>Trong bữa trưa ở một bàn góc trong căng tin, Lamont tiếp tục kiểm tra lại kế hoạch xem có sơ hở nào không trong khi bát súp của ông nguội dần. William biết rằng sếp của anh không thể nào chịu nổi việc dính vào một Chiến dịch Blue Period nữa. Không phải cách ông ấy muốn kết thúc những ngày tháng ở Yard.</w:t>
      </w:r>
    </w:p>
    <w:p>
      <w:pPr>
        <w:spacing w:after="80"/>
      </w:pPr>
      <w:r>
        <w:rPr>
          <w:b w:val="0"/>
          <w:i w:val="0"/>
        </w:rPr>
        <w:t>Ngay sau năm giờ, Lamont lên xe cùng William. Danny Ives, đang đợi sau tay lái, không cần ai bảo phải đi đâu. Anh ta đã chạy thử một lần vào hôm trước, và thậm chí đã chọn sẵn điểm thả khách. DC Adaja, DC Roycroft và một nhiếp ảnh gia ngồi trong chiếc taxi thứ hai, đợi Danny khởi hành.</w:t>
      </w:r>
    </w:p>
    <w:p>
      <w:pPr>
        <w:spacing w:after="80"/>
      </w:pPr>
      <w:r>
        <w:rPr>
          <w:b w:val="0"/>
          <w:i w:val="0"/>
        </w:rPr>
        <w:t>Hai chiếc taxi rời Yard và hướng về phía tây đến M4. Cách Limpton Hall năm dặm, Danny tấp vào một trạm xăng. Anh ta không hết xăng, anh ta quá chuyên nghiệp để chuyện đó xảy ra. Nhưng đội tiên phong cần mặt trời lặn xa hơn về phía tây trước khi họ lên đường cho chặng cuối của hành trình.</w:t>
      </w:r>
    </w:p>
    <w:p>
      <w:pPr>
        <w:spacing w:after="80"/>
      </w:pPr>
      <w:r>
        <w:rPr>
          <w:b w:val="0"/>
          <w:i w:val="0"/>
        </w:rPr>
        <w:t>Jackie bước ra và duỗi chân, trong khi William mua một thanh KitKat từ cửa hàng, không phải vì đói, chỉ để giết thời gian. Anh đã đi đi lại lại quanh chu vi trạm xăng vài lần trước khi Lamont cuối cùng nói, ‘Đi thôi.’</w:t>
      </w:r>
    </w:p>
    <w:p>
      <w:pPr>
        <w:spacing w:after="80"/>
      </w:pPr>
      <w:r>
        <w:rPr>
          <w:b w:val="0"/>
          <w:i w:val="0"/>
        </w:rPr>
        <w:t>William chưa bao giờ cảm thấy hồi hộp đến thế. Anh biết rằng giờ đây mọi thứ đều phụ thuộc vào độ tin cậy của người liên lạc của anh. Nếu Heath không xuất hiện, toàn bộ chiến dịch sẽ bị hủy bỏ và họ sẽ phải quay về Scotland Yard và đối mặt với cơn thịnh nộ của Chim Ưng, người sẽ ngồi đó đợi họ. William ý thức quá rõ rằng sẽ chỉ có một người để đổ lỗi. Chữ ‘thám tử’ sẽ bị xóa khỏi thẻ cảnh sát của anh và lớp băng phiến sẽ được gỡ khỏi bộ đồng phục của anh.</w:t>
      </w:r>
    </w:p>
    <w:p>
      <w:pPr>
        <w:spacing w:after="80"/>
      </w:pPr>
      <w:r>
        <w:rPr>
          <w:b w:val="0"/>
          <w:i w:val="0"/>
        </w:rPr>
        <w:t>Sau một đoạn lái ngắn dọc đường cao tốc, Danny rẽ vào một con đường quê, và khoảng một dặm xa hơn, hai chiếc taxi rời khỏi đường và đỗ trong một lùm cây, từ đó họ có tầm nhìn rõ ràng về ngôi nhà. Lamont nhanh chóng bước ra khỏi chiếc xe dẫn đầu, và ngay lập tức hướng ống nhòm về phía cổng trước.</w:t>
      </w:r>
    </w:p>
    <w:p>
      <w:pPr>
        <w:spacing w:after="80"/>
      </w:pPr>
      <w:r>
        <w:rPr>
          <w:b w:val="0"/>
          <w:i w:val="0"/>
        </w:rPr>
        <w:t>‘Hoàn hảo, Danny,’ ông nói. ‘Chúng ta có thể thấy họ, nhưng họ không thể thấy chúng ta.’</w:t>
      </w:r>
    </w:p>
    <w:p>
      <w:pPr>
        <w:spacing w:after="80"/>
      </w:pPr>
      <w:r>
        <w:rPr>
          <w:b w:val="0"/>
          <w:i w:val="0"/>
        </w:rPr>
        <w:t>Một nhiếp ảnh gia bước ra khỏi chiếc xe thứ hai và trèo lên những cành của một cây sồi gần đó. Anh ta chỉ cần tầm nhìn rõ ràng về con đường, và sẽ không có gì để cho họ xem cho đến khi họ gặp nhau ở văn phòng chỉ huy vào sáng hôm sau để họp tổng kết. Không ai khác đang nghĩ về ngày mai.</w:t>
      </w:r>
    </w:p>
    <w:p>
      <w:pPr>
        <w:spacing w:after="80"/>
      </w:pPr>
      <w:r>
        <w:rPr>
          <w:b w:val="0"/>
          <w:i w:val="0"/>
        </w:rPr>
        <w:t>Lamont chuyển sự chú ý sang một sân trại ở bên kia đường. Các sĩ quan trong bốn xe tuần tra và hai chiếc xe van lớn màu đen không cửa sổ đang ẩn nấp kỹ lưỡng sau chuồng bò, chờ lệnh.</w:t>
      </w:r>
    </w:p>
    <w:p>
      <w:pPr>
        <w:spacing w:after="80"/>
      </w:pPr>
      <w:r>
        <w:rPr>
          <w:b w:val="0"/>
          <w:i w:val="0"/>
        </w:rPr>
        <w:t>"Làm sao anh xoay xở được vậy?" William hỏi.</w:t>
      </w:r>
    </w:p>
    <w:p>
      <w:pPr>
        <w:spacing w:after="80"/>
      </w:pPr>
      <w:r>
        <w:rPr>
          <w:b w:val="0"/>
          <w:i w:val="0"/>
        </w:rPr>
        <w:t>"Ông nông dân ngồi trên ghế băng, và bao năm qua ông ấy chẳng có, biết nói thế nào nhỉ, đánh giá cao gì Faulkner. Ông ấy sẵn lòng giúp đỡ lắm."</w:t>
      </w:r>
    </w:p>
    <w:p>
      <w:pPr>
        <w:spacing w:after="80"/>
      </w:pPr>
      <w:r>
        <w:rPr>
          <w:b w:val="0"/>
          <w:i w:val="0"/>
        </w:rPr>
        <w:t>Jackie đến chỗ Lamont, tay cầm bộ đàm. "Tất cả taxi đã tới ga tàu địa phương, đỗ sẵn sàng, phòng khi có khách của Faulkner đến bằng tàu hỏa."</w:t>
      </w:r>
    </w:p>
    <w:p>
      <w:pPr>
        <w:spacing w:after="80"/>
      </w:pPr>
      <w:r>
        <w:rPr>
          <w:b w:val="0"/>
          <w:i w:val="0"/>
        </w:rPr>
        <w:t>"Khó lắm," Lamont nói. "Tội phạm hiếm khi đi tàu. Chúng không muốn rơi vào tình huống bị mắc kẹt. Chúng thích có thể biến mất trong nháy mắt, mà điều đó thì khó trên một đoàn tàu đang chạy."</w:t>
      </w:r>
    </w:p>
    <w:p>
      <w:pPr>
        <w:spacing w:after="80"/>
      </w:pPr>
      <w:r>
        <w:rPr>
          <w:b w:val="0"/>
          <w:i w:val="0"/>
        </w:rPr>
        <w:t>"Còn viên chỉ huy thì sao?" William hỏi.</w:t>
      </w:r>
    </w:p>
    <w:p>
      <w:pPr>
        <w:spacing w:after="80"/>
      </w:pPr>
      <w:r>
        <w:rPr>
          <w:b w:val="0"/>
          <w:i w:val="0"/>
        </w:rPr>
        <w:t>"Ông ấy sẽ ngồi sau bàn làm việc, sốt ruột chờ tin tức. Tôi phải dùng hết tài thuyết phục mới khiến ông ấy tin rằng mình không nên đi cùng chúng ta."</w:t>
      </w:r>
    </w:p>
    <w:p>
      <w:pPr>
        <w:spacing w:after="80"/>
      </w:pPr>
      <w:r>
        <w:rPr>
          <w:b w:val="0"/>
          <w:i w:val="0"/>
        </w:rPr>
        <w:t>"Winston Churchill cũng gặp đúng vấn đề đó với Vua George VI vào ngày D-Day," William nói.</w:t>
      </w:r>
    </w:p>
    <w:p>
      <w:pPr>
        <w:spacing w:after="80"/>
      </w:pPr>
      <w:r>
        <w:rPr>
          <w:b w:val="0"/>
          <w:i w:val="0"/>
        </w:rPr>
        <w:t>"Biết thế thì yên tâm," Lamont nói, khiếu hài hước khô khan kiểu Scotland của ông thắng thế. Họ quay lại xe. Chỉ có Danny trông có vẻ thư giãn.</w:t>
      </w:r>
    </w:p>
    <w:p>
      <w:pPr>
        <w:spacing w:after="80"/>
      </w:pPr>
      <w:r>
        <w:rPr>
          <w:b w:val="0"/>
          <w:i w:val="0"/>
        </w:rPr>
        <w:t>"Vậy theo lý thuyết, DS Warwick, chiếc xe tiếp theo vượt qua ngọn đồi kia sẽ do OSC của cậu lái, đang trên đường giao đồ nghề cho Faulkner. Nếu anh ta không xuất hiện," Lamont nói thêm, giọng đổi khác, "thì mệnh lệnh của Chim Ưng đã quá rõ ràng. Hủy bỏ. Chúng ta sẽ không đột kích nhà Faulkner trừ khi chắc chắn bằng chứng cần để kết tội hắn đã được giao tới."</w:t>
      </w:r>
    </w:p>
    <w:p>
      <w:pPr>
        <w:spacing w:after="80"/>
      </w:pPr>
      <w:r>
        <w:rPr>
          <w:b w:val="0"/>
          <w:i w:val="0"/>
        </w:rPr>
        <w:t>"Không áp lực gì đâu," Jackie thì thầm khi William xem đồng hồ: 18.47.</w:t>
      </w:r>
    </w:p>
    <w:p>
      <w:pPr>
        <w:spacing w:after="80"/>
      </w:pPr>
      <w:r>
        <w:rPr>
          <w:b w:val="0"/>
          <w:i w:val="0"/>
        </w:rPr>
        <w:t>Không ai nói gì khi tất cả đều chăm chú nhìn về một hướng, thầm mong một chiếc xe xuất hiện. Heath có thể đã tỏ ra thoải mái trong các cuộc gặp với William, nhưng chắc chắn anh ta sẽ đúng giờ với một khách hàng quan trọng như Faulkner. Vài phút nữa trôi qua trước khi William thở phào nhẹ nhõm, khi anh phát hiện một chiếc MGB màu đỏ đang tiến về phía họ. Qua ống nhòm xác nhận Heath đang cầm lái. Anh ta lái ngang qua họ vài phút sau bảy giờ.</w:t>
      </w:r>
    </w:p>
    <w:p>
      <w:pPr>
        <w:spacing w:after="80"/>
      </w:pPr>
      <w:r>
        <w:rPr>
          <w:b w:val="0"/>
          <w:i w:val="0"/>
        </w:rPr>
        <w:t>Lamont theo dõi chiếc xe suốt chặng đường đến cổng chính, nơi nó dừng lại. Một gã bảo vệ bước ra khỏi nhà gác cổng, tay cầm bảng kẹp giấy. Hắn nói chuyện với Heath một lúc trước khi cổng mở ra và chiếc MGB tiến lên con đường dài rồi biến mất khỏi tầm nhìn.</w:t>
      </w:r>
    </w:p>
    <w:p>
      <w:pPr>
        <w:spacing w:after="80"/>
      </w:pPr>
      <w:r>
        <w:rPr>
          <w:b w:val="0"/>
          <w:i w:val="0"/>
        </w:rPr>
        <w:t>Lamont cầm bộ đàm lên và nhấn nút đỏ. "OSC đã đến và vào trong khuôn viên."</w:t>
      </w:r>
    </w:p>
    <w:p>
      <w:pPr>
        <w:spacing w:after="80"/>
      </w:pPr>
      <w:r>
        <w:rPr>
          <w:b w:val="0"/>
          <w:i w:val="0"/>
        </w:rPr>
        <w:t>"Gọi cho tôi ngay khi anh ta ra ngoài," Chim Ưng đáp.</w:t>
      </w:r>
    </w:p>
    <w:p>
      <w:pPr>
        <w:spacing w:after="80"/>
      </w:pPr>
      <w:r>
        <w:rPr>
          <w:b w:val="0"/>
          <w:i w:val="0"/>
        </w:rPr>
        <w:t>"Rõ, thưa sếp."</w:t>
      </w:r>
    </w:p>
    <w:p>
      <w:pPr>
        <w:spacing w:after="80"/>
      </w:pPr>
      <w:r>
        <w:rPr>
          <w:b w:val="0"/>
          <w:i w:val="0"/>
        </w:rPr>
        <w:t>Lamont bắt đầu đi đi lại lại giữa những hàng cây, trong lòng bứt rứt nhận ra rằng thành bại của chiến dịch giờ đây đã nằm trong tay người khác. "Anh có nhớ mang bánh sandwich không đấy, Jackie?" là tất cả những gì ông còn có thể nói.</w:t>
      </w:r>
    </w:p>
    <w:p>
      <w:pPr>
        <w:spacing w:after="80"/>
      </w:pPr>
      <w:r>
        <w:rPr>
          <w:b w:val="0"/>
          <w:i w:val="0"/>
        </w:rPr>
        <w:t>"Vâng, thưa sếp. Phô mai cà chua, hay giăm bông ạ?"</w:t>
      </w:r>
    </w:p>
    <w:p>
      <w:pPr>
        <w:spacing w:after="80"/>
      </w:pPr>
      <w:r>
        <w:rPr>
          <w:b w:val="0"/>
          <w:i w:val="0"/>
        </w:rPr>
        <w:t>"Phô mai cà chua."</w:t>
      </w:r>
    </w:p>
    <w:p>
      <w:pPr>
        <w:spacing w:after="80"/>
      </w:pPr>
      <w:r>
        <w:rPr>
          <w:b w:val="0"/>
          <w:i w:val="0"/>
        </w:rPr>
        <w:t>"William?"</w:t>
      </w:r>
    </w:p>
    <w:p>
      <w:pPr>
        <w:spacing w:after="80"/>
      </w:pPr>
      <w:r>
        <w:rPr>
          <w:b w:val="0"/>
          <w:i w:val="0"/>
        </w:rPr>
        <w:t>"Không, cảm ơn," anh nói, chợt nhớ ra rằng chưa đầy bốn mươi tám giờ trước anh còn ở bên Beth, ngồi trong một nhà hàng ở Campo de' Fiori, thưởng thức món linguine alle vongole và một chai Barolo từ một vườn nho ở Piedmont.</w:t>
      </w:r>
    </w:p>
    <w:p>
      <w:pPr>
        <w:spacing w:after="80"/>
      </w:pPr>
      <w:r>
        <w:rPr>
          <w:b w:val="0"/>
          <w:i w:val="0"/>
        </w:rPr>
        <w:t>Hai mươi sáu phút sau, cánh cổng mở ra và xe của Heath xuất hiện trở lại. Tất cả đều lặng lẽ dõi theo khi nó tiến lại gần hơn, cho đến khi anh ta lái ngang qua chỗ họ ẩn nấp và biến mất sau ngọn đồi. Lamont gọi bộ đàm cho chỉ huy và cập nhật tình hình.</w:t>
      </w:r>
    </w:p>
    <w:p>
      <w:pPr>
        <w:spacing w:after="80"/>
      </w:pPr>
      <w:r>
        <w:rPr>
          <w:b w:val="0"/>
          <w:i w:val="0"/>
        </w:rPr>
        <w:t>"Theo lý thuyết," Hawksby nói, "chiếc xe tiếp theo phải là chiếc đầu tiên trong số khách dự tiệc. Giữ im lặng vô tuyến cho đến khi kiểm đếm đủ tất cả."</w:t>
      </w:r>
    </w:p>
    <w:p>
      <w:pPr>
        <w:spacing w:after="80"/>
      </w:pPr>
      <w:r>
        <w:rPr>
          <w:b w:val="0"/>
          <w:i w:val="0"/>
        </w:rPr>
        <w:t>Họ không phải đợi lâu trước khi một chiếc Jaguar màu xanh lá lướt qua, hành khách ngồi phía sau hoàn toàn bị che khuất sau lớp kính xám khói.</w:t>
      </w:r>
    </w:p>
    <w:p>
      <w:pPr>
        <w:spacing w:after="80"/>
      </w:pPr>
      <w:r>
        <w:rPr>
          <w:b w:val="0"/>
          <w:i w:val="0"/>
        </w:rPr>
        <w:t>"Nếu cửa kính phía sau trong suốt, tức là hành khách chẳng có gì phải giấu," Lamont nhận xét.</w:t>
      </w:r>
    </w:p>
    <w:p>
      <w:pPr>
        <w:spacing w:after="80"/>
      </w:pPr>
      <w:r>
        <w:rPr>
          <w:b w:val="0"/>
          <w:i w:val="0"/>
        </w:rPr>
        <w:t>"Tôi khó tưởng tượng nổi có nhiều bạn bè của Faulkner lại chẳng có gì phải giấu," William nói, trong khi ghi lại biển số xe vào cuốn sổ tay. Ba chiếc xe nữa nối tiếp nhau nhanh chóng, và William ghi thêm ba biển số nữa, trước khi bộ đàm lại rè rè vang lên. Đó là người khuân vác tạm thời ở ga tàu địa phương.</w:t>
      </w:r>
    </w:p>
    <w:p>
      <w:pPr>
        <w:spacing w:after="80"/>
      </w:pPr>
      <w:r>
        <w:rPr>
          <w:b w:val="0"/>
          <w:i w:val="0"/>
        </w:rPr>
        <w:t>"Vâng, DC Adaja?" Lamont nói.</w:t>
      </w:r>
    </w:p>
    <w:p>
      <w:pPr>
        <w:spacing w:after="80"/>
      </w:pPr>
      <w:r>
        <w:rPr>
          <w:b w:val="0"/>
          <w:i w:val="0"/>
        </w:rPr>
        <w:t>"Một trong số khách vừa đến bằng chuyến 7.32 từ Waterloo và đang trên đường tới Limpton Hall bằng chiếc taxi đầu tiên của chúng ta."</w:t>
      </w:r>
    </w:p>
    <w:p>
      <w:pPr>
        <w:spacing w:after="80"/>
      </w:pPr>
      <w:r>
        <w:rPr>
          <w:b w:val="0"/>
          <w:i w:val="0"/>
        </w:rPr>
        <w:t>"Vậy là chúng ta sẽ đưa được một người qua cổng và lên tận ngôi nhà, dù chỉ trong vài phút."</w:t>
      </w:r>
    </w:p>
    <w:p>
      <w:pPr>
        <w:spacing w:after="80"/>
      </w:pPr>
      <w:r>
        <w:rPr>
          <w:b w:val="0"/>
          <w:i w:val="0"/>
        </w:rPr>
        <w:t>"Tôi đã bảo anh ta báo cáo với ông khi quay ra."</w:t>
      </w:r>
    </w:p>
    <w:p>
      <w:pPr>
        <w:spacing w:after="80"/>
      </w:pPr>
      <w:r>
        <w:rPr>
          <w:b w:val="0"/>
          <w:i w:val="0"/>
        </w:rPr>
        <w:t>"Hay lắm, Paul. Tiếp tục tuần tra sân ga đi."</w:t>
      </w:r>
    </w:p>
    <w:p>
      <w:pPr>
        <w:spacing w:after="80"/>
      </w:pPr>
      <w:r>
        <w:rPr>
          <w:b w:val="0"/>
          <w:i w:val="0"/>
        </w:rPr>
        <w:t>Vài phút sau, một chiếc taxi đen chạy ngang qua và nháy đèn pha hai lần. Người thợ chụp ảnh mỉm cười lần đầu tiên vì anh ta đã nhìn rõ được hành khách. Lamont theo dõi hành trình của chiếc taxi suốt đến cổng chính, một tay cầm đồng hồ bấm giây, tay kia cầm ống nhòm. Hai phút mười tám giây sau, người gác cổng kiểm tra xong thiệp mời và cánh cổng lại một lần nữa mở ra.</w:t>
      </w:r>
    </w:p>
    <w:p>
      <w:pPr>
        <w:spacing w:after="80"/>
      </w:pPr>
      <w:r>
        <w:rPr>
          <w:b w:val="0"/>
          <w:i w:val="0"/>
        </w:rPr>
        <w:t>‘Nếu may mắn,’ Lamont nói, khi một chiếc xe lớn có tài xế riêng khác phóng vụt qua, người của chúng ta sẽ quay lại với chúng ta trong vài phút nữa, và tôi sẽ có thể hỏi anh ta vài câu mà chúng ta chưa có câu trả lời.’</w:t>
      </w:r>
    </w:p>
    <w:p>
      <w:pPr>
        <w:spacing w:after="80"/>
      </w:pPr>
      <w:r>
        <w:rPr>
          <w:b w:val="0"/>
          <w:i w:val="0"/>
        </w:rPr>
        <w:t>‘Bọn tội phạm có vẻ thích Rolls-Royce hơn,’ William nhận xét, ghi lại biển số mới nhất khi một chiếc Silver Cloud khác lướt qua êm ru.</w:t>
      </w:r>
    </w:p>
    <w:p>
      <w:pPr>
        <w:spacing w:after="80"/>
      </w:pPr>
      <w:r>
        <w:rPr>
          <w:b w:val="0"/>
          <w:i w:val="0"/>
        </w:rPr>
        <w:t>‘Và không phải mẫu xe năm ngoái,’ Danny góp lời.</w:t>
      </w:r>
    </w:p>
    <w:p>
      <w:pPr>
        <w:spacing w:after="80"/>
      </w:pPr>
      <w:r>
        <w:rPr>
          <w:b w:val="0"/>
          <w:i w:val="0"/>
        </w:rPr>
        <w:t>‘Chẳng qua chỉ là những biểu tượng địa vị thô tục để thể hiện vị trí của chúng trong thứ bậc tội phạm,’ Lamont gầm gừ.</w:t>
      </w:r>
    </w:p>
    <w:p>
      <w:pPr>
        <w:spacing w:after="80"/>
      </w:pPr>
      <w:r>
        <w:rPr>
          <w:b w:val="0"/>
          <w:i w:val="0"/>
        </w:rPr>
        <w:t>William nhấp một ngụm nước, nhưng vẫn lờ đi chiếc bánh sandwich giăm bông cuối cùng. Anh đang tự hỏi liệu tim mình có thể đập nhanh hơn được nữa không, thì chiếc taxi xuất hiện trở lại và, vài giây sau, rời khỏi đường để nhập bọn với họ. Jackie đảm nhận nhiệm vụ quan sát bằng ống nhòm, trong khi tài xế taxi lên xe cùng họ.</w:t>
      </w:r>
    </w:p>
    <w:p>
      <w:pPr>
        <w:spacing w:after="80"/>
      </w:pPr>
      <w:r>
        <w:rPr>
          <w:b w:val="0"/>
          <w:i w:val="0"/>
        </w:rPr>
        <w:t>‘Anh có thu thập được thông tin gì đáng giá về hành khách của mình không?’ là câu hỏi đầu tiên Lamont dành cho tài xế.</w:t>
      </w:r>
    </w:p>
    <w:p>
      <w:pPr>
        <w:spacing w:after="80"/>
      </w:pPr>
      <w:r>
        <w:rPr>
          <w:b w:val="0"/>
          <w:i w:val="0"/>
        </w:rPr>
        <w:t>‘Ông ta là nhân viên ngân hàng, nhưng tôi không tìm ra được là ngân hàng nào. Giọng của ông ta cho thấy ông ta đến từ Trung Đông. Tôi giảm tốc độ khi đi ngang qua các anh, để nhiếp ảnh gia có thể chụp được vài tấm tử tế. Tôi có thể nói với các anh, cửa sổ sau xe taxi của tôi chưa bao giờ sạch đến thế. Cứ như trong phim ấy.’</w:t>
      </w:r>
    </w:p>
    <w:p>
      <w:pPr>
        <w:spacing w:after="80"/>
      </w:pPr>
      <w:r>
        <w:rPr>
          <w:b w:val="0"/>
          <w:i w:val="0"/>
        </w:rPr>
        <w:t>‘Anh mất bao lâu để đi từ cổng đến cửa trước của ngôi nhà?’</w:t>
      </w:r>
    </w:p>
    <w:p>
      <w:pPr>
        <w:spacing w:after="80"/>
      </w:pPr>
      <w:r>
        <w:rPr>
          <w:b w:val="0"/>
          <w:i w:val="0"/>
        </w:rPr>
        <w:t>‘Một phút bốn mươi giây, nhưng tôi không vội, nên các anh có thể trừ đi ít nhất hai mươi giây.’</w:t>
      </w:r>
    </w:p>
    <w:p>
      <w:pPr>
        <w:spacing w:after="80"/>
      </w:pPr>
      <w:r>
        <w:rPr>
          <w:b w:val="0"/>
          <w:i w:val="0"/>
        </w:rPr>
        <w:t>‘Còn xe của khách, chúng có đỗ ở lối vào trước nhà không?’</w:t>
      </w:r>
    </w:p>
    <w:p>
      <w:pPr>
        <w:spacing w:after="80"/>
      </w:pPr>
      <w:r>
        <w:rPr>
          <w:b w:val="0"/>
          <w:i w:val="0"/>
        </w:rPr>
        <w:t>‘Không, thưa ngài, ở một bãi cỏ phía sau nhà kính. Đoán theo tiếng ồn phát ra từ đó, tôi nghĩ các tài xế đang có bữa tiệc riêng của họ.’</w:t>
      </w:r>
    </w:p>
    <w:p>
      <w:pPr>
        <w:spacing w:after="80"/>
      </w:pPr>
      <w:r>
        <w:rPr>
          <w:b w:val="0"/>
          <w:i w:val="0"/>
        </w:rPr>
        <w:t>‘Nhưng họ sẽ không uống rượu. Và chúng ta có thể chắc chắn sẽ có một hai người thuộc nhóm cứng rắn trong số họ, những kẻ mà kỹ năng lái xe không phải là lý do họ có mặt ở đây tối nay. Làm tốt lắm, cảnh viên. Quay về đồn đi, nhưng cứ túc trực, vì lát nữa có thể chúng ta cần hỗ trợ.’</w:t>
      </w:r>
    </w:p>
    <w:p>
      <w:pPr>
        <w:spacing w:after="80"/>
      </w:pPr>
      <w:r>
        <w:rPr>
          <w:b w:val="0"/>
          <w:i w:val="0"/>
        </w:rPr>
        <w:t>‘Tôi hy vọng thế, thưa ngài,’ anh ta nói, khiến tất cả họ bật cười.</w:t>
      </w:r>
    </w:p>
    <w:p>
      <w:pPr>
        <w:spacing w:after="80"/>
      </w:pPr>
      <w:r>
        <w:rPr>
          <w:b w:val="0"/>
          <w:i w:val="0"/>
        </w:rPr>
        <w:t>‘Đã điểm danh được chín vị khách,’ Jackie nói, khi một chiếc xe lớn khác lướt qua họ.</w:t>
      </w:r>
    </w:p>
    <w:p>
      <w:pPr>
        <w:spacing w:after="80"/>
      </w:pPr>
      <w:r>
        <w:rPr>
          <w:b w:val="0"/>
          <w:i w:val="0"/>
        </w:rPr>
        <w:t>Lamont quan sát khi vị khách cuối cùng dừng lại trước nhà gác cổng, và tài xế trình thiệp mời. Ông giữ ống nhòm hướng vào chiếc xe cho đến khi không còn nhìn thấy nó nữa.</w:t>
      </w:r>
    </w:p>
    <w:p>
      <w:pPr>
        <w:spacing w:after="80"/>
      </w:pPr>
      <w:r>
        <w:rPr>
          <w:b w:val="0"/>
          <w:i w:val="0"/>
        </w:rPr>
        <w:t>‘Đủ mặt rồi,’ ông nói, trước khi cầm bộ đàm lên để cập nhật tình hình cho chỉ huy. Tiếp theo, ông phổ biến cho thanh tra phụ trách đội xe tuần tra, và cuối cùng là DC Adaja, người vẫn đang quét sân ga trong khi chờ chuyến tàu tiếp theo. ‘Giờ hãy tập trung vào việc làm sao vượt qua nhà gác cổng,’ ông nói. ‘Tôi thấy tên bảo vệ trông như dân chuyên nghiệp, và các anh có thể chắc chắn hắn có đủ thứ chuông báo và còi báo cho trường hợp khẩn cấp, nên chúng ta sẽ phải hạ hắn trước khi hắn nhận ra rằng, khác với Lọ Lem, chúng ta không có thiệp mời dự vũ hội.’</w:t>
      </w:r>
    </w:p>
    <w:p>
      <w:pPr>
        <w:spacing w:after="80"/>
      </w:pPr>
      <w:r>
        <w:rPr>
          <w:b w:val="0"/>
          <w:i w:val="0"/>
        </w:rPr>
        <w:t>‘Ông định chuyển đi khi nào vậy, thưa ngài?’ William hỏi.</w:t>
      </w:r>
    </w:p>
    <w:p>
      <w:pPr>
        <w:spacing w:after="80"/>
      </w:pPr>
      <w:r>
        <w:rPr>
          <w:b w:val="0"/>
          <w:i w:val="0"/>
        </w:rPr>
        <w:t>‘Ngay sau mười giờ. Như vậy là quá đủ thời gian để họ ăn xong bữa tối và đang thưởng thức món tráng miệng trước khi chúng ta ập vào.’</w:t>
      </w:r>
    </w:p>
    <w:p>
      <w:pPr>
        <w:spacing w:after="80"/>
      </w:pPr>
      <w:r>
        <w:rPr>
          <w:b w:val="0"/>
          <w:i w:val="0"/>
        </w:rPr>
        <w:t>‘Món tráng miệng công lý của họ chứ?’ Jackie nói. Cả hai người đàn ông cùng rên rỉ.</w:t>
      </w:r>
    </w:p>
    <w:p>
      <w:pPr>
        <w:spacing w:after="80"/>
      </w:pPr>
      <w:r>
        <w:rPr>
          <w:b w:val="0"/>
          <w:i w:val="0"/>
        </w:rPr>
        <w:t>William dành cả giờ tiếp theo liên tục liếc nhìn đồng hồ, nhưng điều đó chẳng khiến kim phút chạy nhanh hơn chút nào.</w:t>
      </w:r>
    </w:p>
    <w:p>
      <w:pPr>
        <w:spacing w:after="80"/>
      </w:pPr>
      <w:r>
        <w:rPr>
          <w:b w:val="0"/>
          <w:i w:val="0"/>
        </w:rPr>
        <w:t>Ngay trước mười giờ, Lamont thông báo qua bộ đàm, ‘Cảnh giác nhé, mọi người.’ Không phải William chắc mình còn có thể cảnh giác hơn được nữa. ‘Khoảng năm phút nữa tôi sẽ ra lệnh ập vào.’ Và ông đã làm đúng như vậy, nếu như bộ đàm không bắt đầu rè rè.</w:t>
      </w:r>
    </w:p>
    <w:p>
      <w:pPr>
        <w:spacing w:after="80"/>
      </w:pPr>
      <w:r>
        <w:rPr>
          <w:b w:val="0"/>
          <w:i w:val="0"/>
        </w:rPr>
        <w:t>‘Anh đang giở trò gì thế hả, Adaja?’</w:t>
      </w:r>
    </w:p>
    <w:p>
      <w:pPr>
        <w:spacing w:after="80"/>
      </w:pPr>
      <w:r>
        <w:rPr>
          <w:b w:val="0"/>
          <w:i w:val="0"/>
        </w:rPr>
        <w:t>‘Tôi nghĩ ngài nên biết, thưa ngài. Mười cô gái trẻ ăn mặc hở hang đã đến trên chuyến tàu cuối từ London, trưng dụng cả ba chiếc taxi của chúng ta, và đang trên đường tới Limpton Hall.’</w:t>
      </w:r>
    </w:p>
    <w:p>
      <w:pPr>
        <w:spacing w:after="80"/>
      </w:pPr>
      <w:r>
        <w:rPr>
          <w:b w:val="0"/>
          <w:i w:val="0"/>
        </w:rPr>
        <w:t>‘Gọi bộ đàm cho các tài xế và bảo họ đi chậm qua cổng. Như vậy sẽ cho xe tuần tra cơ hội bám theo vào trong, giải quyết được một trong những vấn đề lớn nhất của chúng ta.’</w:t>
      </w:r>
    </w:p>
    <w:p>
      <w:pPr>
        <w:spacing w:after="80"/>
      </w:pPr>
      <w:r>
        <w:rPr>
          <w:b w:val="0"/>
          <w:i w:val="0"/>
        </w:rPr>
        <w:t>‘Rõ, thưa ngài. Khoảng mười phút nữa họ sẽ đi ngang qua chỗ ngài.’</w:t>
      </w:r>
    </w:p>
    <w:p>
      <w:pPr>
        <w:spacing w:after="80"/>
      </w:pPr>
      <w:r>
        <w:rPr>
          <w:b w:val="0"/>
          <w:i w:val="0"/>
        </w:rPr>
        <w:t>Cuộc gọi tiếp theo của vị tổng thanh tra là cho chỉ huy. Ông chăm chú lắng nghe tin tức mới nhất, và mệnh lệnh tiếp theo của ông khiến Lamont bất ngờ. ‘Lùi chiến dịch lại ít nhất một tiếng đi, Bruce.’</w:t>
      </w:r>
    </w:p>
    <w:p>
      <w:pPr>
        <w:spacing w:after="80"/>
      </w:pPr>
      <w:r>
        <w:rPr>
          <w:b w:val="0"/>
          <w:i w:val="0"/>
        </w:rPr>
        <w:t>‘Vì sao vậy, thưa ngài?’</w:t>
      </w:r>
    </w:p>
    <w:p>
      <w:pPr>
        <w:spacing w:after="80"/>
      </w:pPr>
      <w:r>
        <w:rPr>
          <w:b w:val="0"/>
          <w:i w:val="0"/>
        </w:rPr>
        <w:t>‘Vì khi đó anh sẽ bắt được họ đang tụt quần.’</w:t>
      </w:r>
    </w:p>
    <w:p>
      <w:pPr>
        <w:pStyle w:val="Heading2"/>
      </w:pPr>
      <w:r>
        <w:rPr>
          <w:rFonts w:ascii="Calibri" w:hAnsi="Calibri"/>
          <w:b/>
          <w:i w:val="0"/>
          <w:sz w:val="32"/>
        </w:rPr>
        <w:t>13</w:t>
      </w:r>
    </w:p>
    <w:p>
      <w:pPr>
        <w:spacing w:after="80"/>
      </w:pPr>
      <w:r>
        <w:rPr>
          <w:b w:val="0"/>
          <w:i w:val="0"/>
        </w:rPr>
        <w:t>‘ANH ĐÃ BAO GIỜ tưởng tượng mình làm tú bà chưa?’</w:t>
      </w:r>
    </w:p>
    <w:p>
      <w:pPr>
        <w:spacing w:after="80"/>
      </w:pPr>
      <w:r>
        <w:rPr>
          <w:b w:val="0"/>
          <w:i w:val="0"/>
        </w:rPr>
        <w:t>‘Ôi không, thưa ngài,’ Jackie nói. ‘Việc đó vượt quá bổn phận của tôi rồi.’</w:t>
      </w:r>
    </w:p>
    <w:p>
      <w:pPr>
        <w:spacing w:after="80"/>
      </w:pPr>
      <w:r>
        <w:rPr>
          <w:b w:val="0"/>
          <w:i w:val="0"/>
        </w:rPr>
        <w:t>‘Không hẳn đâu, nếu anh vẫn còn hy vọng được phục chức làm trung sĩ,’ Lamont nói.</w:t>
      </w:r>
    </w:p>
    <w:p>
      <w:pPr>
        <w:spacing w:after="80"/>
      </w:pPr>
      <w:r>
        <w:rPr>
          <w:b w:val="0"/>
          <w:i w:val="0"/>
        </w:rPr>
        <w:t>William cố nín cười khi viên giám đốc phổ biến cho Jackie nghe về kế hoạch ông ta đang nghĩ trong đầu.</w:t>
      </w:r>
    </w:p>
    <w:p>
      <w:pPr>
        <w:spacing w:after="80"/>
      </w:pPr>
      <w:r>
        <w:rPr>
          <w:b w:val="0"/>
          <w:i w:val="0"/>
        </w:rPr>
        <w:t>"Con có thể chở Jackie bằng taxi của con, thưa sếp," Danny nói, sau khi viên giám đốc đã giải thích đầy đủ điều ông mong đợi DC Roycroft làm. "Vậy thì gã bảo vệ sẽ tưởng tụi mình đến từ nhà ga."</w:t>
      </w:r>
    </w:p>
    <w:p>
      <w:pPr>
        <w:spacing w:after="80"/>
      </w:pPr>
      <w:r>
        <w:rPr>
          <w:b w:val="0"/>
          <w:i w:val="0"/>
        </w:rPr>
        <w:t>"Ý hay đấy, Danny," Lamont nói. "Nhưng để Jackie lo phần nói năng. Đó chưa bao giờ là sở trường của cậu."</w:t>
      </w:r>
    </w:p>
    <w:p>
      <w:pPr>
        <w:spacing w:after="80"/>
      </w:pPr>
      <w:r>
        <w:rPr>
          <w:b w:val="0"/>
          <w:i w:val="0"/>
        </w:rPr>
        <w:t>"Cảm ơn sếp," Danny nói.</w:t>
      </w:r>
    </w:p>
    <w:p>
      <w:pPr>
        <w:spacing w:after="80"/>
      </w:pPr>
      <w:r>
        <w:rPr>
          <w:b w:val="0"/>
          <w:i w:val="0"/>
        </w:rPr>
        <w:t>"Được rồi, mình điểm lại kế hoạch thêm lần nữa nào," Lamont nói. "Jackie sẽ..."</w:t>
      </w:r>
    </w:p>
    <w:p>
      <w:pPr>
        <w:jc w:val="center"/>
      </w:pPr>
      <w:r>
        <w:drawing>
          <wp:inline xmlns:a="http://schemas.openxmlformats.org/drawingml/2006/main" xmlns:pic="http://schemas.openxmlformats.org/drawingml/2006/picture">
            <wp:extent cx="752475" cy="161925"/>
            <wp:docPr id="34" name="Picture 34"/>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Mười lăm phút sau, Danny lái chiếc taxi đen của mình ra đường với một vị khách duy nhất ngồi phía sau. Anh từ từ tiến về phía Limpton Hall, và dừng lại trước cánh cổng đóng kín. Gã bảo vệ bước ra từ chòi gác và chậm rãi tiến về phía chiếc taxi. Jackie hạ cửa kính xuống, chỉnh lại váy và chào hắn bằng nụ cười quyến rũ nhất của mình.</w:t>
      </w:r>
    </w:p>
    <w:p>
      <w:pPr>
        <w:spacing w:after="80"/>
      </w:pPr>
      <w:r>
        <w:rPr>
          <w:b w:val="0"/>
          <w:i w:val="0"/>
        </w:rPr>
        <w:t>"Tôi có thể giúp gì cho bà không, thưa bà?"</w:t>
      </w:r>
    </w:p>
    <w:p>
      <w:pPr>
        <w:spacing w:after="80"/>
      </w:pPr>
      <w:r>
        <w:rPr>
          <w:b w:val="0"/>
          <w:i w:val="0"/>
        </w:rPr>
        <w:t>"Chà, ít nhất thì anh cũng gọi đúng đấy," Jackie nói, mừng vì thấy ánh mắt hắn dán chặt vào đôi chân cô. "Anh có thể gọi tôi là Blanche. Tôi đến để chắc chắn rằng các cô gái của tôi đã đến an toàn. Tất cả đều nằm trong dịch vụ."</w:t>
      </w:r>
    </w:p>
    <w:p>
      <w:pPr>
        <w:spacing w:after="80"/>
      </w:pPr>
      <w:r>
        <w:rPr>
          <w:b w:val="0"/>
          <w:i w:val="0"/>
        </w:rPr>
        <w:t>Gã bảo vệ kiểm tra bảng kẹp giấy của mình. "Nhưng bà không có trong danh sách của tôi."</w:t>
      </w:r>
    </w:p>
    <w:p>
      <w:pPr>
        <w:spacing w:after="80"/>
      </w:pPr>
      <w:r>
        <w:rPr>
          <w:b w:val="0"/>
          <w:i w:val="0"/>
        </w:rPr>
        <w:t>"Bọn họ cũng đâu có," Jackie nói, liều một phen. "Nhưng đó là cách Miles thích, tôi chắc anh cũng biết."</w:t>
      </w:r>
    </w:p>
    <w:p>
      <w:pPr>
        <w:spacing w:after="80"/>
      </w:pPr>
      <w:r>
        <w:rPr>
          <w:b w:val="0"/>
          <w:i w:val="0"/>
        </w:rPr>
        <w:t>Hắn trông không có vẻ bị thuyết phục. "Bà đến từ đâu?" hắn lịch sự hỏi.</w:t>
      </w:r>
    </w:p>
    <w:p>
      <w:pPr>
        <w:spacing w:after="80"/>
      </w:pPr>
      <w:r>
        <w:rPr>
          <w:b w:val="0"/>
          <w:i w:val="0"/>
        </w:rPr>
        <w:t>Danny nắm chặt tay nắm cửa xe.</w:t>
      </w:r>
    </w:p>
    <w:p>
      <w:pPr>
        <w:spacing w:after="80"/>
      </w:pPr>
      <w:r>
        <w:rPr>
          <w:b w:val="0"/>
          <w:i w:val="0"/>
        </w:rPr>
        <w:t>"Từ nhà ga," Jackie nói. "Giống như các cô gái của tôi."</w:t>
      </w:r>
    </w:p>
    <w:p>
      <w:pPr>
        <w:spacing w:after="80"/>
      </w:pPr>
      <w:r>
        <w:rPr>
          <w:b w:val="0"/>
          <w:i w:val="0"/>
        </w:rPr>
        <w:t>"Nhưng chuyến tàu cuối cùng đến Limpton Holt đã chạy hơn một tiếng trước rồi," gã bảo vệ nói. "Tôi sẽ phải gọi điện đến Hall và kiểm tra với ông Makins xem bà có được mong đợi không. Bà có thể cho tôi biết tên bà lần nữa không, thưa bà?"</w:t>
      </w:r>
    </w:p>
    <w:p>
      <w:pPr>
        <w:spacing w:after="80"/>
      </w:pPr>
      <w:r>
        <w:rPr>
          <w:b w:val="0"/>
          <w:i w:val="0"/>
        </w:rPr>
        <w:t>Danny đẩy mạnh cửa xe và đâm sầm vào gã bảo vệ, khiến hắn ngã nhào xuống đất không chút thể diện, trong khi Jackie nhảy ra, lướt qua hắn và lao về phía chòi gác. Cô vừa mới tìm ra công tắc ghi "cổng trước" thì gã bảo vệ đã hoàn hồn, lao trở lại chòi gác và gạt cô sang một bên chỉ bằng một cú vung tay. Hắn sắp sửa đấm vào nút báo động đỏ thì một cú đầu gối giáng vào háng hắn với toàn bộ sức lực Jackie có thể gom được.</w:t>
      </w:r>
    </w:p>
    <w:p>
      <w:pPr>
        <w:spacing w:after="80"/>
      </w:pPr>
      <w:r>
        <w:rPr>
          <w:b w:val="0"/>
          <w:i w:val="0"/>
        </w:rPr>
        <w:t>Gã bảo vệ gập người lại và ôm lấy háng, choáng váng trong chốc lát, và không kịp thấy nắm đấm đang vung về phía cằm mình. Một trọng tài sẽ chẳng cần đếm đến mười để xác nhận hắn đã bị hạ đo ván.</w:t>
      </w:r>
    </w:p>
    <w:p>
      <w:pPr>
        <w:spacing w:after="80"/>
      </w:pPr>
      <w:r>
        <w:rPr>
          <w:b w:val="0"/>
          <w:i w:val="0"/>
        </w:rPr>
        <w:t>Danny ngồi trên người gã bảo vệ trong khi Jackie nhanh tay bật công tắc và cánh cổng sắt rèn khổng lồ từ từ mở ra.</w:t>
      </w:r>
    </w:p>
    <w:p>
      <w:pPr>
        <w:spacing w:after="80"/>
      </w:pPr>
      <w:r>
        <w:rPr>
          <w:b w:val="0"/>
          <w:i w:val="0"/>
        </w:rPr>
        <w:t>Vài giây sau, bốn chiếc xe tuần tra đã chờ sẵn ở góc phố, động cơ nổ cầm chừng, lao vút qua họ và tiến lên con đường dài dẫn vào dinh thự. Không đèn, không còi, các tài xế thầm cảm ơn ánh trăng lưỡi liềm.</w:t>
      </w:r>
    </w:p>
    <w:p>
      <w:pPr>
        <w:spacing w:after="80"/>
      </w:pPr>
      <w:r>
        <w:rPr>
          <w:b w:val="0"/>
          <w:i w:val="0"/>
        </w:rPr>
        <w:t>‘Anh định giải thích chuyện này thế nào?’ Danny nói, nhìn xuống cái bóng người đang nằm sấp trên mặt đất.</w:t>
      </w:r>
    </w:p>
    <w:p>
      <w:pPr>
        <w:spacing w:after="80"/>
      </w:pPr>
      <w:r>
        <w:rPr>
          <w:b w:val="0"/>
          <w:i w:val="0"/>
        </w:rPr>
        <w:t>‘Chống cự khi bị bắt,’ Jackie đáp.</w:t>
      </w:r>
    </w:p>
    <w:p>
      <w:pPr>
        <w:spacing w:after="80"/>
      </w:pPr>
      <w:r>
        <w:rPr>
          <w:b w:val="0"/>
          <w:i w:val="0"/>
        </w:rPr>
        <w:t>‘Vậy thì anh nên cầu nguyện rằng họ sẽ tìm đủ bằng chứng phạm tội khi vào trong nhà. Bởi vì nếu không, thứ anh mong chờ sẽ không phải là thăng chức đâu, mà là—’ Danny nói, đúng lúc chiếc xe tuần tra đầu tiên phanh gấp dừng lại trước sảnh sau bảy mươi hai giây.</w:t>
      </w:r>
    </w:p>
    <w:p>
      <w:pPr>
        <w:spacing w:after="80"/>
      </w:pPr>
      <w:r>
        <w:rPr>
          <w:b w:val="0"/>
          <w:i w:val="0"/>
        </w:rPr>
        <w:t>Lamont nhảy ra và chạy lên bậc thềm tới cửa trước. Anh giữ ngón tay cái ấn lên chuông trong khi hai chiếc xe rẽ trái vào bãi cỏ, chặn lối ra của tám tài xế cùng các vệ sĩ đi kèm, vài người trong số họ đang lặng lẽ ngủ gật hoặc nghe radio trên xe.</w:t>
      </w:r>
    </w:p>
    <w:p>
      <w:pPr>
        <w:spacing w:after="80"/>
      </w:pPr>
      <w:r>
        <w:rPr>
          <w:b w:val="0"/>
          <w:i w:val="0"/>
        </w:rPr>
        <w:t>Lamont chuẩn bị ra lệnh phá cửa thì cửa mở ra, người mở có lẽ là người duy nhất trong nhà vẫn còn ăn mặc chỉnh tề.</w:t>
      </w:r>
    </w:p>
    <w:p>
      <w:pPr>
        <w:spacing w:after="80"/>
      </w:pPr>
      <w:r>
        <w:rPr>
          <w:b w:val="0"/>
          <w:i w:val="0"/>
        </w:rPr>
        <w:t>‘Chào buổi tối, thưa ngài,’ Makins nói, như thể đang đón một vị khách đến muộn. ‘Tôi có thể giúp gì cho ngài?’</w:t>
      </w:r>
    </w:p>
    <w:p>
      <w:pPr>
        <w:spacing w:after="80"/>
      </w:pPr>
      <w:r>
        <w:rPr>
          <w:b w:val="0"/>
          <w:i w:val="0"/>
        </w:rPr>
        <w:t>‘Tôi là Tổng thanh tra Lamont, và tôi có lệnh khám xét những cơ sở này.’ Anh giơ lệnh hợp pháp lên, rồi lách qua người quản gia bước vào sảnh. Theo sau anh là mười sáu sĩ quan đội chống ma túy và hai chú chó đánh hơi, tất cả lập tức bắt tay vào việc. Không ai trong số họ có thể không nhận ra mùi cần sa nồng nặc trong không khí.</w:t>
      </w:r>
    </w:p>
    <w:p>
      <w:pPr>
        <w:spacing w:after="80"/>
      </w:pPr>
      <w:r>
        <w:rPr>
          <w:b w:val="0"/>
          <w:i w:val="0"/>
        </w:rPr>
        <w:t>Lamont đứng giữa sảnh trong khi các sĩ quan của anh tỏa khắp ngôi nhà, phớt lờ các vị khách, một số đang kéo khóa quần, số khác trông có vẻ bối rối, trong khi một ông lão dường như đã ngất đi.</w:t>
      </w:r>
    </w:p>
    <w:p>
      <w:pPr>
        <w:spacing w:after="80"/>
      </w:pPr>
      <w:r>
        <w:rPr>
          <w:b w:val="0"/>
          <w:i w:val="0"/>
        </w:rPr>
        <w:t>William là một trong những người cuối cùng của đội bước vào nhà. Điều đầu tiên anh nhận ra là bức tranh phong cảnh của Constable vẫn còn treo ở sảnh, nhưng rồi anh bị phân tâm bởi một thứ không hề có ở đó khi anh đến thăm ngôi nhà lần đầu hơn một năm trước. Anh sững sờ nhìn bức tượng bán thân lớn của Miles Faulkner với một con chim ưng trên cánh tay, được chiếu sáng bởi một ngọn đèn rọi. Anh chuẩn bị đưa ra nhận xét thẳng thắn về sự thô kệch của nó thì một giọng nói từ trên cao quát xuống, ‘Chuyện quái gì đang diễn ra vậy?’</w:t>
      </w:r>
    </w:p>
    <w:p>
      <w:pPr>
        <w:spacing w:after="80"/>
      </w:pPr>
      <w:r>
        <w:rPr>
          <w:b w:val="0"/>
          <w:i w:val="0"/>
        </w:rPr>
        <w:t>William ngước lên thấy Faulkner đứng ở đầu cầu thang trong bộ áo choàng lụa đỏ, trừng mắt nhìn xuống họ. Ông ta chậm rãi bước xuống cầu thang đá cẩm thạch uốn lượn và dừng lại ngay trước mặt Lamont. Mũi hai người gần như chạm nhau.</w:t>
      </w:r>
    </w:p>
    <w:p>
      <w:pPr>
        <w:spacing w:after="80"/>
      </w:pPr>
      <w:r>
        <w:rPr>
          <w:b w:val="0"/>
          <w:i w:val="0"/>
        </w:rPr>
        <w:t>‘Ông nghĩ chính xác mình đang làm gì vậy, thanh tra trưởng?’</w:t>
      </w:r>
    </w:p>
    <w:p>
      <w:pPr>
        <w:spacing w:after="80"/>
      </w:pPr>
      <w:r>
        <w:rPr>
          <w:b w:val="0"/>
          <w:i w:val="0"/>
        </w:rPr>
        <w:t>‘Tổng thanh tra,’ Lamont nói. ‘Tôi có lệnh khám xét những cơ sở này,’ anh nói thêm, giơ lên một tờ giấy trông có vẻ chính thức.</w:t>
      </w:r>
    </w:p>
    <w:p>
      <w:pPr>
        <w:spacing w:after="80"/>
      </w:pPr>
      <w:r>
        <w:rPr>
          <w:b w:val="0"/>
          <w:i w:val="0"/>
        </w:rPr>
        <w:t>‘Và ông hy vọng tìm thấy gì, tổng thanh tra? Có lẽ là một bức Rembrandt khác? Không phải là ông có nhận ra nó không, kể cả khi nó nhìn thẳng vào mặt ông.’</w:t>
      </w:r>
    </w:p>
    <w:p>
      <w:pPr>
        <w:spacing w:after="80"/>
      </w:pPr>
      <w:r>
        <w:rPr>
          <w:b w:val="0"/>
          <w:i w:val="0"/>
        </w:rPr>
        <w:t>‘Chúng tôi có lý do để tin rằng ông đang tàng trữ một lượng lớn ma túy bất hợp pháp,’ Lamont bình tĩnh nói. ‘Và không chỉ để dùng cho cá nhân ông, điều đó vi phạm Đạo luật Lạm dụng Ma túy 1971.’</w:t>
      </w:r>
    </w:p>
    <w:p>
      <w:pPr>
        <w:spacing w:after="80"/>
      </w:pPr>
      <w:r>
        <w:rPr>
          <w:b w:val="0"/>
          <w:i w:val="0"/>
        </w:rPr>
        <w:t>‘Tôi chắc là vậy,’ Faulkner nói, ‘nhưng tôi có thể đảm bảo với ông, thưa giám đốc, ông sẽ không tìm thấy ma túy nào trong khuôn viên này đâu, vì tất cả khách của tôi đều là những công dân tuân thủ pháp luật.’ Ông băng qua hành lang và nhấc điện thoại lên.</w:t>
      </w:r>
    </w:p>
    <w:p>
      <w:pPr>
        <w:spacing w:after="80"/>
      </w:pPr>
      <w:r>
        <w:rPr>
          <w:b w:val="0"/>
          <w:i w:val="0"/>
        </w:rPr>
        <w:t>‘Ông đang gọi cho ai đấy?’ Lamont gặng hỏi.</w:t>
      </w:r>
    </w:p>
    <w:p>
      <w:pPr>
        <w:spacing w:after="80"/>
      </w:pPr>
      <w:r>
        <w:rPr>
          <w:b w:val="0"/>
          <w:i w:val="0"/>
        </w:rPr>
        <w:t>‘Luật sư của tôi, đó chẳng qua chỉ là quyền hợp pháp của tôi, như ông thừa biết đấy, thưa giám đốc.’</w:t>
      </w:r>
    </w:p>
    <w:p>
      <w:pPr>
        <w:spacing w:after="80"/>
      </w:pPr>
      <w:r>
        <w:rPr>
          <w:b w:val="0"/>
          <w:i w:val="0"/>
        </w:rPr>
        <w:t>‘Cứ chắc chắn rằng ông chỉ gọi cho luật sư của mình thôi đấy,’ Lamont quát lên. Ông không rời mắt khỏi Faulkner, trong khi các sĩ quan của ông tỏa ra khắp ngôi nhà.</w:t>
      </w:r>
    </w:p>
    <w:p>
      <w:pPr>
        <w:spacing w:after="80"/>
      </w:pPr>
      <w:r>
        <w:rPr>
          <w:b w:val="0"/>
          <w:i w:val="0"/>
        </w:rPr>
        <w:t>Sau khi gọi điện xong, Faulkner ngồi xuống chiếc ghế bành và châm một điếu xì gà, trong khi Makins rót cho ông một ly brandy. Đến lúc chiếc cốc của ông được rót đầy lần thứ hai, và điếu xì gà chỉ còn là một đốm than hồng, thì tất cả những gì lũ người xâm nhập thu được sau bao công sức chỉ là vài điếu cần sa và một viên thuốc Ecstasy. Những chiếc đuôi của lũ chó, trước đó còn vẫy vui vẻ, giờ đã cụp xuống giữa hai chân. William không thể cưỡng lại việc ngắm nhìn những bức tranh treo dọc theo bức tường khi anh bước dọc hành lang và bước vào phòng làm việc của Faulkner. Không có sách. Chỉ toàn ảnh Faulkner chụp cùng những người được gọi là ‘người nổi tiếng’. Chính lúc đó anh mới phát hiện ra nó trên bàn làm việc, và tự hỏi liệu điều đó có khả thi không.</w:t>
      </w:r>
    </w:p>
    <w:p>
      <w:pPr>
        <w:spacing w:after="80"/>
      </w:pPr>
      <w:r>
        <w:rPr>
          <w:b w:val="0"/>
          <w:i w:val="0"/>
        </w:rPr>
        <w:t>Anh quay lại sảnh và nghe thấy Faulkner đang hỏi Lamont: ‘Tôi có được phép mặc quần áo vào không, thưa giám đốc, trong khi màn kịch này còn tiếp diễn?’</w:t>
      </w:r>
    </w:p>
    <w:p>
      <w:pPr>
        <w:spacing w:after="80"/>
      </w:pPr>
      <w:r>
        <w:rPr>
          <w:b w:val="0"/>
          <w:i w:val="0"/>
        </w:rPr>
        <w:t>Lamont không trả lời ngay, nhưng rồi miễn cưỡng đồng ý. ‘Tôi không thấy lý do gì mà không được. Nhưng DS Warwick sẽ đi cùng ông. Đừng để anh ta ra khỏi tầm mắt của anh đấy, Warwick.’</w:t>
      </w:r>
    </w:p>
    <w:p>
      <w:pPr>
        <w:spacing w:after="80"/>
      </w:pPr>
      <w:r>
        <w:rPr>
          <w:b w:val="0"/>
          <w:i w:val="0"/>
        </w:rPr>
        <w:t>‘Nếu không thì, giống như Peter Pan, tôi có thể bay ra khỏi cửa sổ và không bao giờ xuất hiện trở lại?’ Faulkner nói. Ông đứng dậy khỏi chỗ ngồi và bắt đầu bước lên cầu thang, với William chỉ cách phía sau một bước chân, lần này thậm chí không liếc nhìn những bức tranh trên tường.</w:t>
      </w:r>
    </w:p>
    <w:p>
      <w:pPr>
        <w:spacing w:after="80"/>
      </w:pPr>
      <w:r>
        <w:rPr>
          <w:b w:val="0"/>
          <w:i w:val="0"/>
        </w:rPr>
        <w:t>Khi họ lên đến tầng một, William đi theo ông dọc hành lang và bước vào căn phòng mà chỉ có thể là phòng ngủ chính. Mắt anh dừng lại ở một bức tranh Vermeer treo phía trên giường, bức mà Beth đã nói với anh là đã được hứa trao cho bảo tàng Fitzmolean, một khi vụ ly hôn của Faulkner hoàn tất.</w:t>
      </w:r>
    </w:p>
    <w:p>
      <w:pPr>
        <w:spacing w:after="80"/>
      </w:pPr>
      <w:r>
        <w:rPr>
          <w:b w:val="0"/>
          <w:i w:val="0"/>
        </w:rPr>
        <w:t>‘Cứ tận hưởng đi trong khi còn có thể,’ anh nói. ‘Mặc dù tôi có cảm giác là anh có thể đã nhìn thấy nó trước đây rồi,’ Faulkner nói thêm khi cửa phòng tắm mở ra và một cô gái trẻ xuất hiện, chỉ mặc mỗi chiếc quần lót.</w:t>
      </w:r>
    </w:p>
    <w:p>
      <w:pPr>
        <w:spacing w:after="80"/>
      </w:pPr>
      <w:r>
        <w:rPr>
          <w:b w:val="0"/>
          <w:i w:val="0"/>
        </w:rPr>
        <w:t>‘Anh không nói với em là sẽ có hai người,’ cô nói, nở một nụ cười ấm áp với William.</w:t>
      </w:r>
    </w:p>
    <w:p>
      <w:pPr>
        <w:spacing w:after="80"/>
      </w:pPr>
      <w:r>
        <w:rPr>
          <w:b w:val="0"/>
          <w:i w:val="0"/>
        </w:rPr>
        <w:t>‘Không phải lần này,’ Faulkner nói. ‘Nhưng anh sẽ không để em phải chờ lâu hơn nữa đâu,’ ông nói thêm, trong khi mặc vào một chiếc áo sơ mi sạch.</w:t>
      </w:r>
    </w:p>
    <w:p>
      <w:pPr>
        <w:spacing w:after="80"/>
      </w:pPr>
      <w:r>
        <w:rPr>
          <w:b w:val="0"/>
          <w:i w:val="0"/>
        </w:rPr>
        <w:t>Cô gái trông có vẻ thất vọng, cười toe toét với William và biến mất trở lại trong phòng tắm.</w:t>
      </w:r>
    </w:p>
    <w:p>
      <w:pPr>
        <w:spacing w:after="80"/>
      </w:pPr>
      <w:r>
        <w:rPr>
          <w:b w:val="0"/>
          <w:i w:val="0"/>
        </w:rPr>
        <w:t>Đến lúc William hoàn hồn lại, Faulkner đã kéo khóa chiếc quần jeans và đeo lên chiếc đồng hồ Cartier Tank mà William nhớ từ lần đầu tiên anh bắt giữ ông ta. Mặc xong, Faulkner sải bước ra khỏi phòng ngủ, quay trở lại tầng dưới, và trở về chỗ ngồi của mình ở góc sảnh.</w:t>
      </w:r>
    </w:p>
    <w:p>
      <w:pPr>
        <w:spacing w:after="80"/>
      </w:pPr>
      <w:r>
        <w:rPr>
          <w:b w:val="0"/>
          <w:i w:val="0"/>
        </w:rPr>
        <w:t>‘Tìm được gì đáng để báo cáo lại cho Chỉ huy Hawksby không?’ ông hỏi Lamont, trong khi Makins rót đầy lại ly brandy của ông. Ông không nhận được câu trả lời nào.</w:t>
      </w:r>
    </w:p>
    <w:p>
      <w:pPr>
        <w:spacing w:after="80"/>
      </w:pPr>
      <w:r>
        <w:rPr>
          <w:b w:val="0"/>
          <w:i w:val="0"/>
        </w:rPr>
        <w:t>Lamont bắt đầu tự hỏi liệu Choirboy có bị chính OSC của mình gài bẫy không, kẻ có thể gần đây đã chuyển lòng trung thành sang một ông chủ mới, một người giờ đang châm thêm một điếu xì gà khác. Những suy nghĩ của ông bị cắt ngang khi chuông cửa trước vang lên.</w:t>
      </w:r>
    </w:p>
    <w:p>
      <w:pPr>
        <w:spacing w:after="80"/>
      </w:pPr>
      <w:r>
        <w:rPr>
          <w:b w:val="0"/>
          <w:i w:val="0"/>
        </w:rPr>
        <w:t>‘Chào buổi tối, thưa ngài,’ quản gia cất tiếng khi ông Booth Watson sải bước vào tiền sảnh. Vị luật sư cấp cao (QC) thong thả quan sát đống hỗn độn xung quanh trước khi đưa ra ý kiến.</w:t>
      </w:r>
    </w:p>
    <w:p>
      <w:pPr>
        <w:spacing w:after="80"/>
      </w:pPr>
      <w:r>
        <w:rPr>
          <w:b w:val="0"/>
          <w:i w:val="0"/>
        </w:rPr>
        <w:t>‘Tôi có thể thấy ngài đã có một chuyến đi đầy thành quả, thưa thanh tra,’ ông nói khi ánh mắt dừng lại ở hai chiếc túi ni lông nhỏ, một chiếc đựng vài điếu thuốc cuộn, chiếc kia đựng một viên thuốc Ecstasy, cả hai đều được dán nhãn ‘Vật chứng’. ‘Chắc chắn ngài sẽ gọi cho Chỉ huy Hawksby để báo tin về chiến thắng huy hoàng của mình.’</w:t>
      </w:r>
    </w:p>
    <w:p>
      <w:pPr>
        <w:spacing w:after="80"/>
      </w:pPr>
      <w:r>
        <w:rPr>
          <w:b w:val="0"/>
          <w:i w:val="0"/>
        </w:rPr>
        <w:t>Faulkner bật cười, dụi tắt điếu xì gà và thong thả bước qua sảnh để đến chỗ luật sư của mình.</w:t>
      </w:r>
    </w:p>
    <w:p>
      <w:pPr>
        <w:spacing w:after="80"/>
      </w:pPr>
      <w:r>
        <w:rPr>
          <w:b w:val="0"/>
          <w:i w:val="0"/>
        </w:rPr>
        <w:t>‘Cũng chưa đến mức tội tử hình đâu,’ Booth Watson tiếp lời. ‘Thân chủ của tôi, như ngài đã biết rõ, thưa thanh tra, là một công dân gương mẫu, sống một cuộc đời yên tĩnh, dành phần lớn thời gian để ủng hộ những mục đích cao đẹp, đặc biệt là Bảo tàng Fitzmolean, nơi mà tôi tin rằng ngài đã quen thuộc. Vậy nên tôi xin đề nghị, vì danh tiếng của ngài cũng như của thân chủ tôi, rằng ít nhất ngài hãy thả những vị khách dự tiệc tối của ông ấy và để họ trở về với vòng tay gia đình, tất nhiên trừ khi ngài cho rằng một trong số họ có thể là kẻ cung cấp chất cấm, và cần bị bắt giữ và áp giải đến đồn cảnh sát gần nhất.’ Ông ngừng lại, lại nhìn chằm chằm vào vật chứng. ‘Dù tôi không thể tưởng tượng nổi tội danh sẽ là gì.’</w:t>
      </w:r>
    </w:p>
    <w:p>
      <w:pPr>
        <w:spacing w:after="80"/>
      </w:pPr>
      <w:r>
        <w:rPr>
          <w:b w:val="0"/>
          <w:i w:val="0"/>
        </w:rPr>
        <w:t>Lamont miễn cưỡng gật đầu, và vài phút sau, từng vị khách đều lặng lẽ rời khỏi nhà, một hai người trong số họ còn có người đi cùng mà họ không đến cùng lúc đầu. Một vài người bắt tay Faulkner trên đường ra, và một người còn nói, ‘Anh có thể gọi tôi làm nhân chứng, Miles.’ Booth Watson ghi lại tên và số điện thoại của anh ta.</w:t>
      </w:r>
    </w:p>
    <w:p>
      <w:pPr>
        <w:spacing w:after="80"/>
      </w:pPr>
      <w:r>
        <w:rPr>
          <w:b w:val="0"/>
          <w:i w:val="0"/>
        </w:rPr>
        <w:t>Khi tất cả khách đã rời đi, Booth Watson quay lại chú ý đến Lamont. ‘Không nghi ngờ gì nữa, thưa thanh tra, ngài đã gây cho thân chủ tôi sự bẽ mặt to lớn, chưa kể đến những tổn hại ngài đã gây ra cho các mối quan hệ của ông ấy, cả cá nhân lẫn nghề nghiệp, với một số người bạn lâu năm nhất và những đồng nghiệp đáng kính nhất. Tôi không thể hình dung nổi sự xâm phạm vô cớ này đã tiêu tốn của người đóng thuế bao nhiêu rồi. Nhưng để tôi đảm bảo với ngài, con số đó chẳng thấm vào đâu so với số tiền tôi sẽ đòi thay mặt thân chủ tôi để bồi thường cho những thiệt hại ngài đã gây ra cho ngôi nhà tuyệt đẹp và những tài sản vô giá của ông ấy.’</w:t>
      </w:r>
    </w:p>
    <w:p>
      <w:pPr>
        <w:spacing w:after="80"/>
      </w:pPr>
      <w:r>
        <w:rPr>
          <w:b w:val="0"/>
          <w:i w:val="0"/>
        </w:rPr>
        <w:t>Một hai viên cảnh sát tỏ ra ngượng ngùng khi nhìn thấy những chiếc ghế sofa bị rách toạc và đồ nội thất cổ bị lật ngổn ngang trên sàn. Booth Watson ban cho họ nụ cười mà ông thường chỉ dành riêng cho bồi thẩm đoàn, trong khi Makins bắt đầu chụp ảnh đống đổ nát.</w:t>
      </w:r>
    </w:p>
    <w:p>
      <w:pPr>
        <w:spacing w:after="80"/>
      </w:pPr>
      <w:r>
        <w:rPr>
          <w:b w:val="0"/>
          <w:i w:val="0"/>
        </w:rPr>
        <w:t>‘Cứ giữ ông ta nói chuyện,’ William thì thầm, khi đi ngang qua Lamont và nhanh chóng quay lại hành lang, rồi biến mất vào phòng làm việc của Faulkner.</w:t>
      </w:r>
    </w:p>
    <w:p>
      <w:pPr>
        <w:spacing w:after="80"/>
      </w:pPr>
      <w:r>
        <w:rPr>
          <w:b w:val="0"/>
          <w:i w:val="0"/>
        </w:rPr>
        <w:t>‘Ngài phải hiểu cho, ông Booth Watson,’ Lamont nói, ‘rằng chúng tôi đã hành động với thiện chí dựa trên thông tin nhận được.’</w:t>
      </w:r>
    </w:p>
    <w:p>
      <w:pPr>
        <w:spacing w:after="80"/>
      </w:pPr>
      <w:r>
        <w:rPr>
          <w:b w:val="0"/>
          <w:i w:val="0"/>
        </w:rPr>
        <w:t>‘Rõ ràng là từ một nguồn không đáng tin cậy, điều mà tôi nghĩ ngài sẽ đồng ý, thưa thanh tra, đang trở thành dấu ấn đặc trưng trong các cuộc điều tra của ngài mỗi khi liên quan đến thân chủ của tôi.’</w:t>
      </w:r>
    </w:p>
    <w:p>
      <w:pPr>
        <w:spacing w:after="80"/>
      </w:pPr>
      <w:r>
        <w:rPr>
          <w:b w:val="0"/>
          <w:i w:val="0"/>
        </w:rPr>
        <w:t>Lamont cố gắng giữ bình tĩnh.</w:t>
      </w:r>
    </w:p>
    <w:p>
      <w:pPr>
        <w:spacing w:after="80"/>
      </w:pPr>
      <w:r>
        <w:rPr>
          <w:b w:val="0"/>
          <w:i w:val="0"/>
        </w:rPr>
        <w:t>William tra số trong cuốn sổ tay trong túi áo và bắt đầu bấm máy. Anh bắt đầu cầu nguyện, và nhẹ cả người, cuộc gọi được nhấc máy vài giây sau đó.</w:t>
      </w:r>
    </w:p>
    <w:p>
      <w:pPr>
        <w:spacing w:after="80"/>
      </w:pPr>
      <w:r>
        <w:rPr>
          <w:b w:val="0"/>
          <w:i w:val="0"/>
        </w:rPr>
        <w:t>‘Ai đấy?’ một giọng nói hỏi dồn.</w:t>
      </w:r>
    </w:p>
    <w:p>
      <w:pPr>
        <w:spacing w:after="80"/>
      </w:pPr>
      <w:r>
        <w:rPr>
          <w:b w:val="0"/>
          <w:i w:val="0"/>
        </w:rPr>
        <w:t>‘William Warwick đây. Tôi xin lỗi vì đã làm phiền cô vào giờ này, Christina, nhưng có một tình huống khẩn cấp xảy ra và tôi có cảm giác cô là người duy nhất có thể giúp được.’</w:t>
      </w:r>
    </w:p>
    <w:p>
      <w:pPr>
        <w:spacing w:after="80"/>
      </w:pPr>
      <w:r>
        <w:rPr>
          <w:b w:val="0"/>
          <w:i w:val="0"/>
        </w:rPr>
        <w:t>‘Anh may đấy mới gọi được tôi, William. Tôi vừa mới bước vào nhà sau một bữa tối làm quen khá dài. Để tôi đoán nhé, chắc chắn là Miles đang gây rắc rối cho anh. Tôi giúp được gì nào?’</w:t>
      </w:r>
    </w:p>
    <w:p>
      <w:pPr>
        <w:spacing w:after="80"/>
      </w:pPr>
      <w:r>
        <w:rPr>
          <w:b w:val="0"/>
          <w:i w:val="0"/>
        </w:rPr>
        <w:t>William vội vàng giải thích vấn đề mà anh đang phải đối mặt, và khi cô đưa ra câu trả lời, anh cảm thấy mình thật là một kẻ ngốc, bởi vì nó đã ở ngay trước mắt anh suốt cả buổi tối.</w:t>
      </w:r>
    </w:p>
    <w:p>
      <w:pPr>
        <w:spacing w:after="80"/>
      </w:pPr>
      <w:r>
        <w:rPr>
          <w:b w:val="0"/>
          <w:i w:val="0"/>
        </w:rPr>
        <w:t>‘Cảm ơn cô,’ anh nói. ‘Sáng mai tôi sẽ gọi cho cô và cho cô biết mọi chuyện diễn ra thế nào.’</w:t>
      </w:r>
    </w:p>
    <w:p>
      <w:pPr>
        <w:spacing w:after="80"/>
      </w:pPr>
      <w:r>
        <w:rPr>
          <w:b w:val="0"/>
          <w:i w:val="0"/>
        </w:rPr>
        <w:t>‘Đừng gọi quá sớm nhé,’ Christina nói. ‘Người bạn ăn tối của tôi trẻ hơn tôi khá nhiều đấy.’</w:t>
      </w:r>
    </w:p>
    <w:p>
      <w:pPr>
        <w:spacing w:after="80"/>
      </w:pPr>
      <w:r>
        <w:rPr>
          <w:b w:val="0"/>
          <w:i w:val="0"/>
        </w:rPr>
        <w:t>William bật cười lần đầu tiên trong buổi tối hôm đó. ‘Chúc cô có một buổi vui vẻ,’ anh nói trước khi đặt lại ống nghe. Anh mất một lúc để sắp xếp lại suy nghĩ, và đang định rời khỏi phòng thì một lần nữa anh lại nhìn thấy tờ hai mươi bảng cuộn tròn trên bàn, thứ giờ đây khiến anh cảm thấy tự tin hơn. Anh nhặt nó lên và rời khỏi phòng làm việc của Faulkner để quay lại dọc hành lang về phía sảnh lớn.</w:t>
      </w:r>
    </w:p>
    <w:p>
      <w:pPr>
        <w:spacing w:after="80"/>
      </w:pPr>
      <w:r>
        <w:rPr>
          <w:b w:val="0"/>
          <w:i w:val="0"/>
        </w:rPr>
        <w:t>‘Ồ, xem ai đã quay lại với chúng ta kìa,’ Booth Watson nói khi William xuất hiện trở lại. ‘Chẳng ai khác ngoài vị trung sĩ mới được bổ nhiệm của chúng ta – tôi xin lỗi, thám tử trung sĩ. Nhưng tôi e là không được lâu nữa đâu.’ Chỉ có Faulkner cười.</w:t>
      </w:r>
    </w:p>
    <w:p>
      <w:pPr>
        <w:spacing w:after="80"/>
      </w:pPr>
      <w:r>
        <w:rPr>
          <w:b w:val="0"/>
          <w:i w:val="0"/>
        </w:rPr>
        <w:t>‘Vậy, thám tử trung sĩ,’ Booth Watson nói, liếc nhìn đầy khinh miệt tờ hai mươi bảng mà William đang cầm. ‘Bắt được một trong những tên cướp tàu hỏa vĩ đại rồi à?’</w:t>
      </w:r>
    </w:p>
    <w:p>
      <w:pPr>
        <w:spacing w:after="80"/>
      </w:pPr>
      <w:r>
        <w:rPr>
          <w:b w:val="0"/>
          <w:i w:val="0"/>
        </w:rPr>
        <w:t>‘Còn hơn thế nhiều,’ William nói mà không giải thích, khi anh đặt tờ tiền vào một túi nhựa và dán nhãn ‘Bằng chứng’. Sau đó anh thong thả bước chậm tới bức tượng bán thân của Faulkner. ‘Chỉ có kẻ nào có cái tôi quá lớn mới để một thứ kỳ quái như vậy xuất hiện trong một ngôi nhà đầy những kiệt tác,’ anh nói, quay sang Faulkner.</w:t>
      </w:r>
    </w:p>
    <w:p>
      <w:pPr>
        <w:spacing w:after="80"/>
      </w:pPr>
      <w:r>
        <w:rPr>
          <w:b w:val="0"/>
          <w:i w:val="0"/>
        </w:rPr>
        <w:t>‘Tôi hy vọng anh đã kiếm được việc khác rồi, thám tử trung sĩ,’ Booth Watson nói, ‘vì tôi có cảm giác những ngày làm cảnh sát của anh đã được đếm ngược rồi.’</w:t>
      </w:r>
    </w:p>
    <w:p>
      <w:pPr>
        <w:spacing w:after="80"/>
      </w:pPr>
      <w:r>
        <w:rPr>
          <w:b w:val="0"/>
          <w:i w:val="0"/>
        </w:rPr>
        <w:t>‘Không, tôi chưa có,’ William đáp. ‘Nhưng chắc cũng không khó lắm để kiếm một việc nhận diện các tác phẩm nghệ thuật giả.’ Anh nhấc bức tượng bán thân khỏi bệ đỡ.</w:t>
      </w:r>
    </w:p>
    <w:p>
      <w:pPr>
        <w:spacing w:after="80"/>
      </w:pPr>
      <w:r>
        <w:rPr>
          <w:b w:val="0"/>
          <w:i w:val="0"/>
        </w:rPr>
        <w:t>‘Đặt nó xuống!’ Faulkner hét lên. ‘Nó cực kỳ quý hiếm đấy!’</w:t>
      </w:r>
    </w:p>
    <w:p>
      <w:pPr>
        <w:spacing w:after="80"/>
      </w:pPr>
      <w:r>
        <w:rPr>
          <w:b w:val="0"/>
          <w:i w:val="0"/>
        </w:rPr>
        <w:t>‘Độc nhất vô nhị, tôi hy vọng thế,’ William nói. ‘Nhưng nếu đó là điều ông muốn, ông Faulkner, tôi rất sẵn lòng chiều ông.’ William để bức tượng bán thân tuột khỏi tay và đập xuống sàn đá cẩm thạch, nơi nó vỡ tan thành trăm mảnh.</w:t>
      </w:r>
    </w:p>
    <w:p>
      <w:pPr>
        <w:spacing w:after="80"/>
      </w:pPr>
      <w:r>
        <w:rPr>
          <w:b w:val="0"/>
          <w:i w:val="0"/>
        </w:rPr>
        <w:t>Mọi người đều sững sờ nhìn, không phải nhìn phần còn lại của bức tượng vỡ, mà nhìn hàng chục gói giấy nhỏ, mỗi gói chứa một chất màu trắng, nằm rải rác khắp sàn.</w:t>
      </w:r>
    </w:p>
    <w:p>
      <w:pPr>
        <w:spacing w:after="80"/>
      </w:pPr>
      <w:r>
        <w:rPr>
          <w:b w:val="0"/>
          <w:i w:val="0"/>
        </w:rPr>
        <w:t>Đuôi lũ chó bắt đầu vẫy vui mừng, trong khi các nhiếp ảnh gia lập tức bắt tay vào việc. Khi họ xong việc, hàng chục sĩ quan bắt đầu thu gom bằng chứng.</w:t>
      </w:r>
    </w:p>
    <w:p>
      <w:pPr>
        <w:spacing w:after="80"/>
      </w:pPr>
      <w:r>
        <w:rPr>
          <w:b w:val="0"/>
          <w:i w:val="0"/>
        </w:rPr>
        <w:t>‘Tôi e là không có thứ nào tinh khiết hơn thế này đâu,’ một sĩ quan phòng chống ma túy cấp cao nói, giơ một trong những túi lên. ‘Tôi sẽ mang lô này về phòng thí nghiệm để kiểm tra, thưa tổng thanh tra, và sẽ có báo cáo trên bàn ông ngay sáng thứ Hai đầu tiên.’</w:t>
      </w:r>
    </w:p>
    <w:p>
      <w:pPr>
        <w:spacing w:after="80"/>
      </w:pPr>
      <w:r>
        <w:rPr>
          <w:b w:val="0"/>
          <w:i w:val="0"/>
        </w:rPr>
        <w:t>Lamont bước tới, giật mạnh hai tay Faulkner ra sau lưng và còng tay ông ta. ‘Tôi đã mong chờ giây phút này từ lâu rồi, ông Faulkner,’ anh nói. Booth Watson ghi chú lại. ‘Tôi để anh làm vinh dự này nhé, DS Warwick.’</w:t>
      </w:r>
    </w:p>
    <w:p>
      <w:pPr>
        <w:spacing w:after="80"/>
      </w:pPr>
      <w:r>
        <w:rPr>
          <w:b w:val="0"/>
          <w:i w:val="0"/>
        </w:rPr>
        <w:t>William bước tới chỗ Faulkner và đứng ngay trước mặt ông ta. Anh hồi hộp đến mức gần như quên mất lời cảnh báo.</w:t>
      </w:r>
    </w:p>
    <w:p>
      <w:pPr>
        <w:spacing w:after="80"/>
      </w:pPr>
      <w:r>
        <w:rPr>
          <w:b w:val="0"/>
          <w:i w:val="0"/>
        </w:rPr>
        <w:t>‘Miles Faulkner, tôi bắt giữ ông vì nghi ngờ tàng trữ chất thuộc Nhóm A với ý định phân phối. Ông không cần phải nói bất cứ điều gì trừ khi ông muốn, nhưng những gì ông nói có thể được dùng làm bằng chứng.’</w:t>
      </w:r>
    </w:p>
    <w:p>
      <w:pPr>
        <w:spacing w:after="80"/>
      </w:pPr>
      <w:r>
        <w:rPr>
          <w:b w:val="0"/>
          <w:i w:val="0"/>
        </w:rPr>
        <w:t>He hộ tống tù nhân ra khỏi nhà và nhét anh ta vào ghế sau của chiếc xe cảnh sát đang chờ sẵn. Anh không thể cưỡng lại việc vẫy tay chào tạm biệt khi anh ta bị chở đi.</w:t>
      </w:r>
    </w:p>
    <w:p>
      <w:pPr>
        <w:spacing w:after="80"/>
      </w:pPr>
      <w:r>
        <w:rPr>
          <w:b w:val="0"/>
          <w:i w:val="0"/>
        </w:rPr>
        <w:t>Lamont nhấc điện thoại ở hành lang và bắt đầu bấm số. "Tôi nghĩ tôi sẽ nghe theo lời khuyên của ông, ông Booth Watson," anh nói với một nụ cười, "và gọi cho Chỉ huy Hawksby để kể cho ông ấy nghe về chiến thắng ngoạn mục của tôi."</w:t>
      </w:r>
    </w:p>
    <w:p>
      <w:pPr>
        <w:pStyle w:val="Heading2"/>
      </w:pPr>
      <w:r>
        <w:rPr>
          <w:rFonts w:ascii="Calibri" w:hAnsi="Calibri"/>
          <w:b/>
          <w:i w:val="0"/>
          <w:sz w:val="32"/>
        </w:rPr>
        <w:t>14</w:t>
      </w:r>
    </w:p>
    <w:p>
      <w:pPr>
        <w:spacing w:after="80"/>
      </w:pPr>
      <w:r>
        <w:rPr>
          <w:b w:val="0"/>
          <w:i w:val="0"/>
        </w:rPr>
        <w:t>KHI WILLIAM VÀ DC Adaja bước vào phòng thẩm vấn nhỏ ở tầng hầm của Scotland Yard, họ thấy Adrian Heath đã ngồi sẵn ở phía bên kia bàn. Anh ta trông lo lắng và không hề thể hiện chút tự tin thường ngày nào.</w:t>
      </w:r>
    </w:p>
    <w:p>
      <w:pPr>
        <w:spacing w:after="80"/>
      </w:pPr>
      <w:r>
        <w:rPr>
          <w:b w:val="0"/>
          <w:i w:val="0"/>
        </w:rPr>
        <w:t>tự tin.</w:t>
      </w:r>
    </w:p>
    <w:p>
      <w:pPr>
        <w:spacing w:after="80"/>
      </w:pPr>
      <w:r>
        <w:rPr>
          <w:b w:val="0"/>
          <w:i w:val="0"/>
        </w:rPr>
        <w:t>"Faulkner đã an toàn ra khỏi đường đi rồi chứ?" là những lời đầu tiên anh ta thốt ra, thậm chí trước cả khi hai viên cảnh sát ngồi xuống.</w:t>
      </w:r>
    </w:p>
    <w:p>
      <w:pPr>
        <w:spacing w:after="80"/>
      </w:pPr>
      <w:r>
        <w:rPr>
          <w:b w:val="0"/>
          <w:i w:val="0"/>
        </w:rPr>
        <w:t>"Hiện tại thì đúng vậy," William nói. "Anh ta đang bị giam ở một đồn cảnh sát địa phương, nhưng sẽ nộp đơn xin tại ngoại vào chiều thứ Hai, và thẩm phán có thể sẽ thả anh ta khỏi trại giam, nghĩa là anh ta có thể ra ngoài tìm ông từ rất lâu trước khi phiên tòa diễn ra."</w:t>
      </w:r>
    </w:p>
    <w:p>
      <w:pPr>
        <w:spacing w:after="80"/>
      </w:pPr>
      <w:r>
        <w:rPr>
          <w:b w:val="0"/>
          <w:i w:val="0"/>
        </w:rPr>
        <w:t>"Anh ta sẽ làm vậy," Heath nói, "kể cả khi đang bị giam. Các anh định làm gì về chuyện đó?"</w:t>
      </w:r>
    </w:p>
    <w:p>
      <w:pPr>
        <w:spacing w:after="80"/>
      </w:pPr>
      <w:r>
        <w:rPr>
          <w:b w:val="0"/>
          <w:i w:val="0"/>
        </w:rPr>
        <w:t>"Đúng lúc thôi," William đáp. "Trước tiên, chúng tôi cần hỏi ông vài câu, và câu trả lời của ông sẽ quyết định chúng tôi sẵn lòng giúp ông đến mức nào."</w:t>
      </w:r>
    </w:p>
    <w:p>
      <w:pPr>
        <w:spacing w:after="80"/>
      </w:pPr>
      <w:r>
        <w:rPr>
          <w:b w:val="0"/>
          <w:i w:val="0"/>
        </w:rPr>
        <w:t>"Nhưng tôi đã giữ đúng phần của mình trong thỏa thuận," Heath phản đối, bắt đầu run rẩy không kiểm soát nổi.</w:t>
      </w:r>
    </w:p>
    <w:p>
      <w:pPr>
        <w:spacing w:after="80"/>
      </w:pPr>
      <w:r>
        <w:rPr>
          <w:b w:val="0"/>
          <w:i w:val="0"/>
        </w:rPr>
        <w:t>"Đúng là ông đã làm vậy," William nói. "Nhưng có một điều vẫn khiến tôi thắc mắc. Sau khi ông cung cấp cho Faulkner mười hai gói cocaine, ông nói anh ta đã đưa tám trăm bảng bằng các tờ hai mươi bảng."</w:t>
      </w:r>
    </w:p>
    <w:p>
      <w:pPr>
        <w:spacing w:after="80"/>
      </w:pPr>
      <w:r>
        <w:rPr>
          <w:b w:val="0"/>
          <w:i w:val="0"/>
        </w:rPr>
        <w:t>"Đúng, nhưng trước tiên anh ta mở một gói, kẻ một đường và hít qua một trong những tờ tiền để kiểm tra chất lượng, và chỉ sau khi hài lòng anh ta mới đưa tiền."</w:t>
      </w:r>
    </w:p>
    <w:p>
      <w:pPr>
        <w:spacing w:after="80"/>
      </w:pPr>
      <w:r>
        <w:rPr>
          <w:b w:val="0"/>
          <w:i w:val="0"/>
        </w:rPr>
        <w:t>"Nhưng khi cảnh sát bắt ông sau khi ông rời khỏi nhà, ông Heath," DC Adaja nói, "ông chỉ mang theo bảy trăm tám mươi bảng."</w:t>
      </w:r>
    </w:p>
    <w:p>
      <w:pPr>
        <w:spacing w:after="80"/>
      </w:pPr>
      <w:r>
        <w:rPr>
          <w:b w:val="0"/>
          <w:i w:val="0"/>
        </w:rPr>
        <w:t>"Chắc anh ta quên đặt tờ tiền dùng để hít lại vào chồng."</w:t>
      </w:r>
    </w:p>
    <w:p>
      <w:pPr>
        <w:spacing w:after="80"/>
      </w:pPr>
      <w:r>
        <w:rPr>
          <w:b w:val="0"/>
          <w:i w:val="0"/>
        </w:rPr>
        <w:t>"Tờ này à?" William nói, giơ lên tờ hai mươi bảng anh tìm thấy trên bàn trong phòng làm việc của Faulkner.</w:t>
      </w:r>
    </w:p>
    <w:p>
      <w:pPr>
        <w:spacing w:after="80"/>
      </w:pPr>
      <w:r>
        <w:rPr>
          <w:b w:val="0"/>
          <w:i w:val="0"/>
        </w:rPr>
        <w:t>"Cứ cho là vậy đi," Heath nói. "Giờ khi nào tôi mới nhận được tiền?"</w:t>
      </w:r>
    </w:p>
    <w:p>
      <w:pPr>
        <w:spacing w:after="80"/>
      </w:pPr>
      <w:r>
        <w:rPr>
          <w:b w:val="0"/>
          <w:i w:val="0"/>
        </w:rPr>
        <w:t>William đưa ra hai gói giấy bóng kính đựng thứ mà Heath đang nghiện nhất lúc này – tiền mặt.</w:t>
      </w:r>
    </w:p>
    <w:p>
      <w:pPr>
        <w:spacing w:after="80"/>
      </w:pPr>
      <w:r>
        <w:rPr>
          <w:b w:val="0"/>
          <w:i w:val="0"/>
        </w:rPr>
        <w:t>‘Và đừng quên tám trăm bảng anh lấy của tôi. Số đó cũng là của tôi.’</w:t>
      </w:r>
    </w:p>
    <w:p>
      <w:pPr>
        <w:spacing w:after="80"/>
      </w:pPr>
      <w:r>
        <w:rPr>
          <w:b w:val="0"/>
          <w:i w:val="0"/>
        </w:rPr>
        <w:t>‘Số tiền đó giờ đã trở thành một phần chứng cứ của Viện Công tố,’ Paul nói. ‘Nhưng chúng tôi sẽ đảm bảo anh được đền bù thỏa đáng.’ Ông ngừng lại. ‘Với điều kiện là anh tiếp tục giữ đúng phần thỏa thuận của mình. Anh sẽ nhận lại đủ số tiền ngay khi phiên tòa kết thúc.’</w:t>
      </w:r>
    </w:p>
    <w:p>
      <w:pPr>
        <w:spacing w:after="80"/>
      </w:pPr>
      <w:r>
        <w:rPr>
          <w:b w:val="0"/>
          <w:i w:val="0"/>
        </w:rPr>
        <w:t>‘Vậy tiếp theo sẽ thế nào?’ Heath hỏi.</w:t>
      </w:r>
    </w:p>
    <w:p>
      <w:pPr>
        <w:spacing w:after="80"/>
      </w:pPr>
      <w:r>
        <w:rPr>
          <w:b w:val="0"/>
          <w:i w:val="0"/>
        </w:rPr>
        <w:t>‘Anh sẽ ra làm nhân chứng chính của Viện Công tố khi Faulkner bị đưa ra xét xử, khoảng sáu tháng nữa,’ William nói. ‘Anh sẽ bị thẩm vấn tại ghế nhân chứng, và phải khai đúng sự thật dưới lời tuyên thệ. Không hơn không kém.’</w:t>
      </w:r>
    </w:p>
    <w:p>
      <w:pPr>
        <w:spacing w:after="80"/>
      </w:pPr>
      <w:r>
        <w:rPr>
          <w:b w:val="0"/>
          <w:i w:val="0"/>
        </w:rPr>
        <w:t>‘Tôi đã viết ra bản lời khai mà anh tự nguyện đưa ra lúc trước,’ Adaja nói. ‘Thanh tra Warwick và tôi đã chứng kiến, nên anh chỉ cần ký vào là xong.’</w:t>
      </w:r>
    </w:p>
    <w:p>
      <w:pPr>
        <w:spacing w:after="80"/>
      </w:pPr>
      <w:r>
        <w:rPr>
          <w:b w:val="0"/>
          <w:i w:val="0"/>
        </w:rPr>
        <w:t>‘Trước khi ký, tôi muốn biết mình được gì để đổi lại.’</w:t>
      </w:r>
    </w:p>
    <w:p>
      <w:pPr>
        <w:spacing w:after="80"/>
      </w:pPr>
      <w:r>
        <w:rPr>
          <w:b w:val="0"/>
          <w:i w:val="0"/>
        </w:rPr>
        <w:t>‘Mười ngàn bảng tiền mặt, hai vé một chiều đến Rio de Janeiro cho anh và cô Maria Ruiz—’</w:t>
      </w:r>
    </w:p>
    <w:p>
      <w:pPr>
        <w:spacing w:after="80"/>
      </w:pPr>
      <w:r>
        <w:rPr>
          <w:b w:val="0"/>
          <w:i w:val="0"/>
        </w:rPr>
        <w:t>‘Hạng thương gia. Kèm một hộ chiếu mang tên mới.’</w:t>
      </w:r>
    </w:p>
    <w:p>
      <w:pPr>
        <w:spacing w:after="80"/>
      </w:pPr>
      <w:r>
        <w:rPr>
          <w:b w:val="0"/>
          <w:i w:val="0"/>
        </w:rPr>
        <w:t>‘Chuyện đó không thành vấn đề,’ Adaja nói.</w:t>
      </w:r>
    </w:p>
    <w:p>
      <w:pPr>
        <w:spacing w:after="80"/>
      </w:pPr>
      <w:r>
        <w:rPr>
          <w:b w:val="0"/>
          <w:i w:val="0"/>
        </w:rPr>
        <w:t>‘Còn sáu tháng trước khi phiên tòa diễn ra thì sao? Tôi sẽ thành con vịt ngồi chờ bị bắn nếu bị phát hiện lang thang mà không có cảnh sát bảo vệ,’ Heath nói.</w:t>
      </w:r>
    </w:p>
    <w:p>
      <w:pPr>
        <w:spacing w:after="80"/>
      </w:pPr>
      <w:r>
        <w:rPr>
          <w:b w:val="0"/>
          <w:i w:val="0"/>
        </w:rPr>
        <w:t>‘Chúng tôi có thể làm tốt hơn thế,’ William nói. ‘Anh và Maria sẽ tham gia chương trình bảo vệ nhân chứng của chúng tôi, và được bố trí ở một địa điểm bí mật. Sau khi anh khai xong, anh sẽ được đưa thẳng đến Heathrow. Vậy nên, trong khi Faulkner ngồi trong xe tù Black Maria trên đường đến Pentonville, thì anh và Maria sẽ bay hạng thương gia đến Rio.’</w:t>
      </w:r>
    </w:p>
    <w:p>
      <w:pPr>
        <w:spacing w:after="80"/>
      </w:pPr>
      <w:r>
        <w:rPr>
          <w:b w:val="0"/>
          <w:i w:val="0"/>
        </w:rPr>
        <w:t>‘Tôi thì không chắc thế đâu,’ Heath nói. ‘Gã đó tìm ra nhiều cách trốn thoát hơn cả Houdini.’</w:t>
      </w:r>
    </w:p>
    <w:p>
      <w:pPr>
        <w:spacing w:after="80"/>
      </w:pPr>
      <w:r>
        <w:rPr>
          <w:b w:val="0"/>
          <w:i w:val="0"/>
        </w:rPr>
        <w:t>‘Lựa chọn là của anh,’ William nói. ‘Ngồi chờ bị bắn hay vào nhà an toàn?’</w:t>
      </w:r>
    </w:p>
    <w:p>
      <w:pPr>
        <w:spacing w:after="80"/>
      </w:pPr>
      <w:r>
        <w:rPr>
          <w:b w:val="0"/>
          <w:i w:val="0"/>
        </w:rPr>
        <w:t>‘Nói vậy thì tôi chẳng có mấy lựa chọn. Vậy từ giờ tôi đi đâu?’</w:t>
      </w:r>
    </w:p>
    <w:p>
      <w:pPr>
        <w:spacing w:after="80"/>
      </w:pPr>
      <w:r>
        <w:rPr>
          <w:b w:val="0"/>
          <w:i w:val="0"/>
        </w:rPr>
        <w:t>‘Có một chiếc xe đang đợi ngoài kia để đưa hai người đến nhà an toàn.’</w:t>
      </w:r>
    </w:p>
    <w:p>
      <w:pPr>
        <w:spacing w:after="80"/>
      </w:pPr>
      <w:r>
        <w:rPr>
          <w:b w:val="0"/>
          <w:i w:val="0"/>
        </w:rPr>
        <w:t>‘Chỗ đó ở đâu?’</w:t>
      </w:r>
    </w:p>
    <w:p>
      <w:pPr>
        <w:spacing w:after="80"/>
      </w:pPr>
      <w:r>
        <w:rPr>
          <w:b w:val="0"/>
          <w:i w:val="0"/>
        </w:rPr>
        <w:t>‘Ngay cả tôi cũng không biết,’ William nói.</w:t>
      </w:r>
    </w:p>
    <w:p>
      <w:pPr>
        <w:jc w:val="center"/>
      </w:pPr>
      <w:r>
        <w:drawing>
          <wp:inline xmlns:a="http://schemas.openxmlformats.org/drawingml/2006/main" xmlns:pic="http://schemas.openxmlformats.org/drawingml/2006/picture">
            <wp:extent cx="752475" cy="161925"/>
            <wp:docPr id="35" name="Picture 35"/>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‘Nếu ông đi theo tôi, thưa ông,’ viên trung sĩ trực bàn nói, ‘tôi sẽ đưa ông đến gặp thân chủ của ông.’</w:t>
      </w:r>
    </w:p>
    <w:p>
      <w:pPr>
        <w:spacing w:after="80"/>
      </w:pPr>
      <w:r>
        <w:rPr>
          <w:b w:val="0"/>
          <w:i w:val="0"/>
        </w:rPr>
        <w:t>Viên sĩ quan dẫn Booth Watson đi dọc một hành lang lát gạch, ánh sáng mờ tối, ngang qua vài phòng giam, rồi dừng lại trước một cánh cửa có một viên cảnh sát trẻ đứng gác bên ngoài. Viên trung sĩ chọn một chiếc chìa khóa trên chùm của mình, mở khóa cánh cửa nặng nề và kéo nó ra. Hai viên sĩ quan đứng sang một bên để vị luật sư cao cấp bước vào. Viên cảnh sát đóng cửa lại sau lưng ông và vẫn đứng nguyên tại chỗ, trong khi viên trung sĩ quay về bàn trực.</w:t>
      </w:r>
    </w:p>
    <w:p>
      <w:pPr>
        <w:spacing w:after="80"/>
      </w:pPr>
      <w:r>
        <w:rPr>
          <w:b w:val="0"/>
          <w:i w:val="0"/>
        </w:rPr>
        <w:t>Booth Watson thấy thân chủ của mình đang ngồi ở cuối giường, rõ ràng là sốt ruột muốn gặp ông. Anh ta vẫn mặc bộ quần áo đã mặc trong bữa tiệc tối thứ Bảy, nhưng giờ trông mệt mỏi, lôi thôi và rất cần cạo râu.</w:t>
      </w:r>
    </w:p>
    <w:p>
      <w:pPr>
        <w:spacing w:after="80"/>
      </w:pPr>
      <w:r>
        <w:rPr>
          <w:b w:val="0"/>
          <w:i w:val="0"/>
        </w:rPr>
        <w:t>‘Đưa tôi ra khỏi đây,’ Faulkner lẩm bẩm, trước khi luật sư của anh ta kịp nói một lời nào.</w:t>
      </w:r>
    </w:p>
    <w:p>
      <w:pPr>
        <w:spacing w:after="80"/>
      </w:pPr>
      <w:r>
        <w:rPr>
          <w:b w:val="0"/>
          <w:i w:val="0"/>
        </w:rPr>
        <w:t>‘Chào buổi sáng, Miles,’ Booth Watson nói, cứ như thể đây là một buổi tư vấn bình thường diễn ra tại văn phòng của ông ở Middle Temple. Ông ngồi xuống đầu giường bên kia, đặt cặp tài liệu sang một bên và một chiếc túi qua đêm sang bên kia.</w:t>
      </w:r>
    </w:p>
    <w:p>
      <w:pPr>
        <w:spacing w:after="80"/>
      </w:pPr>
      <w:r>
        <w:rPr>
          <w:b w:val="0"/>
          <w:i w:val="0"/>
        </w:rPr>
        <w:t>‘Tôi đã qua cả đêm trong cái chỗ khốn khổ này,’ Faulkner nói, không còn vẻ ngông nghênh thường ngày. ‘Tôi đã bị ghi sổ, lấy dấu vân tay và thẩm vấn rồi. Nên tôi buộc phải hỏi, ông có ích gì chứ?’</w:t>
      </w:r>
    </w:p>
    <w:p>
      <w:pPr>
        <w:spacing w:after="80"/>
      </w:pPr>
      <w:r>
        <w:rPr>
          <w:b w:val="0"/>
          <w:i w:val="0"/>
        </w:rPr>
        <w:t>‘Họ có thẩm vấn anh theo diện cảnh cáo không?’ Booth Watson hỏi, phớt lờ cơn bộc phát.</w:t>
      </w:r>
    </w:p>
    <w:p>
      <w:pPr>
        <w:spacing w:after="80"/>
      </w:pPr>
      <w:r>
        <w:rPr>
          <w:b w:val="0"/>
          <w:i w:val="0"/>
        </w:rPr>
        <w:t>‘Có. Nhưng vì tôi không nói một lời nào, nên tất cả những gì họ có chỉ là một đống câu hỏi, và không có câu trả lời.’</w:t>
      </w:r>
    </w:p>
    <w:p>
      <w:pPr>
        <w:spacing w:after="80"/>
      </w:pPr>
      <w:r>
        <w:rPr>
          <w:b w:val="0"/>
          <w:i w:val="0"/>
        </w:rPr>
        <w:t>‘Tốt,’ Booth Watson nói, hài lòng vì thân chủ của mình đã thực hiện chỉ dẫn của ông đúng từng chữ.</w:t>
      </w:r>
    </w:p>
    <w:p>
      <w:pPr>
        <w:spacing w:after="80"/>
      </w:pPr>
      <w:r>
        <w:rPr>
          <w:b w:val="0"/>
          <w:i w:val="0"/>
        </w:rPr>
        <w:t>‘Giờ chuyện gì sẽ xảy ra?’</w:t>
      </w:r>
    </w:p>
    <w:p>
      <w:pPr>
        <w:spacing w:after="80"/>
      </w:pPr>
      <w:r>
        <w:rPr>
          <w:b w:val="0"/>
          <w:i w:val="0"/>
        </w:rPr>
        <w:t>‘Chiều mai chúng ta sẽ ra trước quan tòa sơ thẩm, khi đó tôi sẽ thay mặt anh nộp đơn xin tại ngoại.’</w:t>
      </w:r>
    </w:p>
    <w:p>
      <w:pPr>
        <w:spacing w:after="80"/>
      </w:pPr>
      <w:r>
        <w:rPr>
          <w:b w:val="0"/>
          <w:i w:val="0"/>
        </w:rPr>
        <w:t>‘Cơ hội của tôi thế nào?’</w:t>
      </w:r>
    </w:p>
    <w:p>
      <w:pPr>
        <w:spacing w:after="80"/>
      </w:pPr>
      <w:r>
        <w:rPr>
          <w:b w:val="0"/>
          <w:i w:val="0"/>
        </w:rPr>
        <w:t>‘Còn tùy ai ngồi ghế xét xử. Nếu là một ủy viên hội đồng địa phương đang tìm mười lăm phút nổi tiếng, anh sẽ bị tạm giam chờ xét xử. Tuy nhiên, nếu là một trong những thẩm phán hòa giải (JP) dày dạn kinh nghiệm hơn, anh vẫn có cơ hội. Chúng ta sẽ sớm biết thôi.’</w:t>
      </w:r>
    </w:p>
    <w:p>
      <w:pPr>
        <w:spacing w:after="80"/>
      </w:pPr>
      <w:r>
        <w:rPr>
          <w:b w:val="0"/>
          <w:i w:val="0"/>
        </w:rPr>
        <w:t>‘Và nếu đơn xin bị bác?’</w:t>
      </w:r>
    </w:p>
    <w:p>
      <w:pPr>
        <w:spacing w:after="80"/>
      </w:pPr>
      <w:r>
        <w:rPr>
          <w:b w:val="0"/>
          <w:i w:val="0"/>
        </w:rPr>
        <w:t>‘Tôi e rằng cậu sẽ bị giam trong tù trong lúc phía Crown chuẩn bị hồ sơ vụ án.’</w:t>
      </w:r>
    </w:p>
    <w:p>
      <w:pPr>
        <w:spacing w:after="80"/>
      </w:pPr>
      <w:r>
        <w:rPr>
          <w:b w:val="0"/>
          <w:i w:val="0"/>
        </w:rPr>
        <w:t>‘Chuyện đó có thể mất bao lâu?’</w:t>
      </w:r>
    </w:p>
    <w:p>
      <w:pPr>
        <w:spacing w:after="80"/>
      </w:pPr>
      <w:r>
        <w:rPr>
          <w:b w:val="0"/>
          <w:i w:val="0"/>
        </w:rPr>
        <w:t>‘Sáu hay bảy tháng gì đó, nhưng đừng phí thời gian lo lắng về chuyện đó. Cứ cố gắng tập trung vào đơn xin tại ngoại của anh đi.’</w:t>
      </w:r>
    </w:p>
    <w:p>
      <w:pPr>
        <w:spacing w:after="80"/>
      </w:pPr>
      <w:r>
        <w:rPr>
          <w:b w:val="0"/>
          <w:i w:val="0"/>
        </w:rPr>
        <w:t>‘Khi tôi ra tòa án sơ thẩm, tôi sẽ được yêu cầu làm gì?’</w:t>
      </w:r>
    </w:p>
    <w:p>
      <w:pPr>
        <w:spacing w:after="80"/>
      </w:pPr>
      <w:r>
        <w:rPr>
          <w:b w:val="0"/>
          <w:i w:val="0"/>
        </w:rPr>
        <w:t>‘Không nhiều, ngoài việc nêu tên và địa chỉ của bạn.’</w:t>
      </w:r>
    </w:p>
    <w:p>
      <w:pPr>
        <w:spacing w:after="80"/>
      </w:pPr>
      <w:r>
        <w:rPr>
          <w:b w:val="0"/>
          <w:i w:val="0"/>
        </w:rPr>
        <w:t>'Chỉ vậy thôi à?'</w:t>
      </w:r>
    </w:p>
    <w:p>
      <w:pPr>
        <w:spacing w:after="80"/>
      </w:pPr>
      <w:r>
        <w:rPr>
          <w:b w:val="0"/>
          <w:i w:val="0"/>
        </w:rPr>
        <w:t>‘Không hẳn. Điều quan trọng là cậu phải trông giống một công dân tử tế tuân thủ pháp luật, chứ không phải như vừa bước ra từ một bữa tiệc say xỉn hỗn loạn. Nên tôi đã tự ý ghé nhà cậu lấy một bộ đồ thay mà tôi thấy hợp với dịp này hơn.’ Ông mở chiếc túi qua đêm và bày lên giường tầng một bộ vest xanh đậm, áo sơ mi trắng, một chiếc quần và đôi tất, cùng một chiếc cà vạt Harrovian cũ. Cuối cùng ông đặt một túi đồ vệ sinh có thêu chữ cái bên cạnh bồn cầu.</w:t>
      </w:r>
    </w:p>
    <w:p>
      <w:pPr>
        <w:spacing w:after="80"/>
      </w:pPr>
      <w:r>
        <w:rPr>
          <w:b w:val="0"/>
          <w:i w:val="0"/>
        </w:rPr>
        <w:t>‘Tôi sẽ cần nhiều hơn thế, hơn hẳn thế, nếu cuối cùng tôi phải vào trong đó.’</w:t>
      </w:r>
    </w:p>
    <w:p>
      <w:pPr>
        <w:spacing w:after="80"/>
      </w:pPr>
      <w:r>
        <w:rPr>
          <w:b w:val="0"/>
          <w:i w:val="0"/>
        </w:rPr>
        <w:t>Booth Watson không nói với anh rằng ông đã chuẩn bị sẵn một chiếc vali lớn hơn cho tình huống đó, và ông đã để nó trong văn phòng của mình.</w:t>
      </w:r>
    </w:p>
    <w:p>
      <w:pPr>
        <w:spacing w:after="80"/>
      </w:pPr>
      <w:r>
        <w:rPr>
          <w:b w:val="0"/>
          <w:i w:val="0"/>
        </w:rPr>
        <w:t>‘Lần tới cậu gặp tôi, Miles, sẽ là ở tòa,’ Booth Watson nói khi đứng dậy rời đi. ‘Nếu quan tòa có hỏi cậu bất cứ điều gì, đừng quên gọi ông ấy là thưa ngài.’ Ông ta đập tay lên cánh cửa, thứ không có tay nắm ở bên trong, và chờ nó được mở ra để cho một trong hai người họ thoát ra.</w:t>
      </w:r>
    </w:p>
    <w:p>
      <w:pPr>
        <w:jc w:val="center"/>
      </w:pPr>
      <w:r>
        <w:drawing>
          <wp:inline xmlns:a="http://schemas.openxmlformats.org/drawingml/2006/main" xmlns:pic="http://schemas.openxmlformats.org/drawingml/2006/picture">
            <wp:extent cx="752475" cy="161925"/>
            <wp:docPr id="36" name="Picture 36"/>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“Con phải có mặt ở tòa trước hai giờ,” William nói, khi cậu ngồi xuống đối diện cha mình và bắt đầu dỡ đồ trên khay ra.</w:t>
      </w:r>
    </w:p>
    <w:p>
      <w:pPr>
        <w:spacing w:after="80"/>
      </w:pPr>
      <w:r>
        <w:rPr>
          <w:b w:val="0"/>
          <w:i w:val="0"/>
        </w:rPr>
        <w:t>‘Đơn xin tại ngoại của Faulkner hả?’ Sir Julian hỏi, tay nhấc dao nĩa lên. ‘Tôi chẳng dám đặt cược xem nó sẽ diễn ra theo hướng nào đâu.’</w:t>
      </w:r>
    </w:p>
    <w:p>
      <w:pPr>
        <w:spacing w:after="80"/>
      </w:pPr>
      <w:r>
        <w:rPr>
          <w:b w:val="0"/>
          <w:i w:val="0"/>
        </w:rPr>
        <w:t>‘Hắn ta nên bị nhốt an toàn cho đến khi phiên tòa diễn ra.’</w:t>
      </w:r>
    </w:p>
    <w:p>
      <w:pPr>
        <w:spacing w:after="80"/>
      </w:pPr>
      <w:r>
        <w:rPr>
          <w:b w:val="0"/>
          <w:i w:val="0"/>
        </w:rPr>
        <w:t>‘Có thể, nhưng tiếc là cậu sẽ không có chút ảnh hưởng nào đến quyết định đó, trong khi Booth Watson thì có.’</w:t>
      </w:r>
    </w:p>
    <w:p>
      <w:pPr>
        <w:spacing w:after="80"/>
      </w:pPr>
      <w:r>
        <w:rPr>
          <w:b w:val="0"/>
          <w:i w:val="0"/>
        </w:rPr>
        <w:t>‘Càng đáng tiếc hơn,’ William nói. ‘Lẽ ra gã đó phải ở chung phòng giam với Faulkner.’</w:t>
      </w:r>
    </w:p>
    <w:p>
      <w:pPr>
        <w:spacing w:after="80"/>
      </w:pPr>
      <w:r>
        <w:rPr>
          <w:b w:val="0"/>
          <w:i w:val="0"/>
        </w:rPr>
        <w:t>‘Cư xử cho đàng hoàng đi. Cố nhớ là cậu đang ăn trưa ở Lincoln’s Inn, nơi mà tất cả chúng ta đều phải đối xử với nhau như anh em ruột thịt.’ William đành phải mỉm cười. ‘Nhân tiện, khi cậu ở Limpton Hall, cậu có xác định được bộ sưu tập nghệ thuật của Faulkner vẫn còn toàn là bản gốc, hay ông ta đã thay bằng bản sao như vợ ông ta lo ngại không?’</w:t>
      </w:r>
    </w:p>
    <w:p>
      <w:pPr>
        <w:spacing w:after="80"/>
      </w:pPr>
      <w:r>
        <w:rPr>
          <w:b w:val="0"/>
          <w:i w:val="0"/>
        </w:rPr>
        <w:t>‘Điều duy nhất tôi có thể nói với anh là trong lúc đồng nghiệp của tôi lục soát nhà Faulkner tìm ma túy, tôi đã tranh thủ ngắm kỹ càng nhiều bức tranh nhất có thể.’</w:t>
      </w:r>
    </w:p>
    <w:p>
      <w:pPr>
        <w:spacing w:after="80"/>
      </w:pPr>
      <w:r>
        <w:rPr>
          <w:b w:val="0"/>
          <w:i w:val="0"/>
        </w:rPr>
        <w:t>‘Rồi sao?’</w:t>
      </w:r>
    </w:p>
    <w:p>
      <w:pPr>
        <w:spacing w:after="80"/>
      </w:pPr>
      <w:r>
        <w:rPr>
          <w:b w:val="0"/>
          <w:i w:val="0"/>
        </w:rPr>
        <w:t>‘Tôi không phải chuyên gia, nhưng tôi dám nói bức nào cũng là bản gốc. Chúng chắc phải đáng giá cả một gia tài nho nhỏ.’</w:t>
      </w:r>
    </w:p>
    <w:p>
      <w:pPr>
        <w:spacing w:after="80"/>
      </w:pPr>
      <w:r>
        <w:rPr>
          <w:b w:val="0"/>
          <w:i w:val="0"/>
        </w:rPr>
        <w:t>‘Nghe thế thì tốt, vì cùng với căn nhà và căn hộ ở Eaton Square, chúng sẽ được chuyển giao cho thân chủ của tôi như một phần của thỏa thuận ly hôn. Bà Faulkner bảo tôi rằng, trừ một ngoại lệ, bà sẽ đem toàn bộ bộ sưu tập ra đấu giá ngay khi lệnh ly hôn tuyệt đối được ban hành. Bà tin chắc Miles sẽ muốn mua lại tất cả với giá cao hơn nhiều so với mức anh ta sẵn lòng trả cho bà.’</w:t>
      </w:r>
    </w:p>
    <w:p>
      <w:pPr>
        <w:spacing w:after="80"/>
      </w:pPr>
      <w:r>
        <w:rPr>
          <w:b w:val="0"/>
          <w:i w:val="0"/>
        </w:rPr>
        <w:t>‘Đúng là người phụ nữ xảo quyệt,’ William nói.</w:t>
      </w:r>
    </w:p>
    <w:p>
      <w:pPr>
        <w:spacing w:after="80"/>
      </w:pPr>
      <w:r>
        <w:rPr>
          <w:b w:val="0"/>
          <w:i w:val="0"/>
        </w:rPr>
        <w:t>‘Công bằng mà nói,’ Sir Julian nói, ‘dù đôi khi điều đó thật khó, bà Faulkner đã đồng ý tặng một bức Vermeer cho bảo tàng Fitzmolean. Bảo tàng phải cảm ơn Beth vì điều đó.’</w:t>
      </w:r>
    </w:p>
    <w:p>
      <w:pPr>
        <w:spacing w:after="80"/>
      </w:pPr>
      <w:r>
        <w:rPr>
          <w:b w:val="0"/>
          <w:i w:val="0"/>
        </w:rPr>
        <w:t>‘Lại thêm một người phụ nữ xảo quyệt.’</w:t>
      </w:r>
    </w:p>
    <w:p>
      <w:pPr>
        <w:spacing w:after="80"/>
      </w:pPr>
      <w:r>
        <w:rPr>
          <w:b w:val="0"/>
          <w:i w:val="0"/>
        </w:rPr>
        <w:t>‘Nhắc mới nhớ,’ Sir Julian nói. ‘Chiều nay em gái con sẽ đại diện cho Hoàng gia tại tòa án sơ thẩm, và phản đối việc tại ngoại của Faulkner.’</w:t>
      </w:r>
    </w:p>
    <w:p>
      <w:pPr>
        <w:spacing w:after="80"/>
      </w:pPr>
      <w:r>
        <w:rPr>
          <w:b w:val="0"/>
          <w:i w:val="0"/>
        </w:rPr>
        <w:t>‘Vậy có nghĩa là cô ấy sẽ được giao vụ chính à?’</w:t>
      </w:r>
    </w:p>
    <w:p>
      <w:pPr>
        <w:spacing w:after="80"/>
      </w:pPr>
      <w:r>
        <w:rPr>
          <w:b w:val="0"/>
          <w:i w:val="0"/>
        </w:rPr>
        <w:t>‘Nếu con đang nói đến phiên xét xử, cậu bé ạ, đừng có mơ. Họ sẽ muốn một QC ngang tầm để đối đầu với Booth Watson và thẩm vấn Faulkner. Thực ra, sáng nay Sở Công tố đã gọi cho ta và hỏi liệu ta có cân nhắc đại diện cho họ trong dịp này không. Desmond Pannel nhắc ta rằng ta còn nợ ông ấy một ân tình, nên ta bảo sẽ suy nghĩ qua đêm.’</w:t>
      </w:r>
    </w:p>
    <w:p>
      <w:pPr>
        <w:spacing w:after="80"/>
      </w:pPr>
      <w:r>
        <w:rPr>
          <w:b w:val="0"/>
          <w:i w:val="0"/>
        </w:rPr>
        <w:t>‘Nếu bố đồng ý nhận vụ này, bố có thể chỉ định Grace làm trợ lý cho bố.’</w:t>
      </w:r>
    </w:p>
    <w:p>
      <w:pPr>
        <w:spacing w:after="80"/>
      </w:pPr>
      <w:r>
        <w:rPr>
          <w:b w:val="0"/>
          <w:i w:val="0"/>
        </w:rPr>
        <w:t>‘Trừ khi ta muốn thắng.’</w:t>
      </w:r>
    </w:p>
    <w:p>
      <w:pPr>
        <w:spacing w:after="80"/>
      </w:pPr>
      <w:r>
        <w:rPr>
          <w:b w:val="0"/>
          <w:i w:val="0"/>
        </w:rPr>
        <w:t>‘Bố, người ta đã bàn tán về việc cô ấy trở thành QC rồi.’</w:t>
      </w:r>
    </w:p>
    <w:p>
      <w:pPr>
        <w:spacing w:after="80"/>
      </w:pPr>
      <w:r>
        <w:rPr>
          <w:b w:val="0"/>
          <w:i w:val="0"/>
        </w:rPr>
        <w:t>‘Ta không tán thành chuyện phụ nữ làm QC.’</w:t>
      </w:r>
    </w:p>
    <w:p>
      <w:pPr>
        <w:spacing w:after="80"/>
      </w:pPr>
      <w:r>
        <w:rPr>
          <w:b w:val="0"/>
          <w:i w:val="0"/>
        </w:rPr>
        <w:t>‘Đợi đến khi bố đối đầu với cô ấy, có khi bố sẽ đổi ý.’</w:t>
      </w:r>
    </w:p>
    <w:p>
      <w:pPr>
        <w:jc w:val="center"/>
      </w:pPr>
      <w:r>
        <w:drawing>
          <wp:inline xmlns:a="http://schemas.openxmlformats.org/drawingml/2006/main" xmlns:pic="http://schemas.openxmlformats.org/drawingml/2006/picture">
            <wp:extent cx="752475" cy="161925"/>
            <wp:docPr id="37" name="Picture 37"/>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Tòa án sơ thẩm tại Guildhall, nơi thường xử lý các vụ say rượu gây rối, trộm cắp vặt và thỉnh thoảng là đơn xin giấy phép bán rượu, đã chật kín người từ rất lâu trước khi ông Joseph Lanyon OBE JP cùng hai đồng nghiệp ngồi vào ghế xét xử vào chiều thứ Hai hôm đó.</w:t>
      </w:r>
    </w:p>
    <w:p>
      <w:pPr>
        <w:spacing w:after="80"/>
      </w:pPr>
      <w:r>
        <w:rPr>
          <w:b w:val="0"/>
          <w:i w:val="0"/>
        </w:rPr>
        <w:t>Ông Lanyon nhìn xuống giếng tòa án và giả vờ không bị uy hiếp bởi sự hiện diện của một số luật sư biện hộ danh tiếng nhất trong nước, cùng với các luật sư của họ, một đoàn phóng viên Fleet Street và một phòng trưng bày công chúng đông đến mức viên thư ký đã báo cho ông rằng có một hàng người xếp hàng bên ngoài phòng xử án khi ông đến vào sáng hôm đó.</w:t>
      </w:r>
    </w:p>
    <w:p>
      <w:pPr>
        <w:spacing w:after="80"/>
      </w:pPr>
      <w:r>
        <w:rPr>
          <w:b w:val="0"/>
          <w:i w:val="0"/>
        </w:rPr>
        <w:t>Vị thẩm phán nhìn sang bị cáo đang đứng trong ghế bị cáo. Một người đàn ông cao ráo, đẹp trai với mái tóc xoăn màu vàng óng ả càng tôn thêm vẻ ngoài như ngôi sao điện ảnh mà báo chí thường nhắc đến. Anh ta mặc một bộ vest tối màu, áo sơ mi trắng và cà vạt màu xanh navy với những sọc trắng mảnh, khiến anh ta trông giống một nhà môi giới chứng khoán thành đạt hơn là một người đang đối mặt với cáo buộc ma túy nghiêm trọng.</w:t>
      </w:r>
    </w:p>
    <w:p>
      <w:pPr>
        <w:spacing w:after="80"/>
      </w:pPr>
      <w:r>
        <w:rPr>
          <w:b w:val="0"/>
          <w:i w:val="0"/>
        </w:rPr>
        <w:t>Ông Lanyon gật đầu với viên cảnh sát tòa án, người quay sang đối mặt với bị cáo và nói dứt khoát: "Xin mời bị cáo đứng lên?"</w:t>
      </w:r>
    </w:p>
    <w:p>
      <w:pPr>
        <w:spacing w:after="80"/>
      </w:pPr>
      <w:r>
        <w:rPr>
          <w:b w:val="0"/>
          <w:i w:val="0"/>
        </w:rPr>
        <w:t>Faulkner đứng dậy một cách chông chênh khỏi chỗ ngồi và nắm chặt lan can ghế bị cáo.</w:t>
      </w:r>
    </w:p>
    <w:p>
      <w:pPr>
        <w:spacing w:after="80"/>
      </w:pPr>
      <w:r>
        <w:rPr>
          <w:b w:val="0"/>
          <w:i w:val="0"/>
        </w:rPr>
        <w:t>"Để ghi vào biên bản, xin bị cáo cho biết họ tên đầy đủ và địa chỉ hiện tại?"</w:t>
      </w:r>
    </w:p>
    <w:p>
      <w:pPr>
        <w:spacing w:after="80"/>
      </w:pPr>
      <w:r>
        <w:rPr>
          <w:b w:val="0"/>
          <w:i w:val="0"/>
        </w:rPr>
        <w:t>"Miles Adam Faulkner, Limpton Hall, Hampshire, thưa ngài," anh ta nói, nhìn thẳng vào vị thẩm phán, với một vẻ tự tin che giấu cảm xúc thật của mình.</w:t>
      </w:r>
    </w:p>
    <w:p>
      <w:pPr>
        <w:spacing w:after="80"/>
      </w:pPr>
      <w:r>
        <w:rPr>
          <w:b w:val="0"/>
          <w:i w:val="0"/>
        </w:rPr>
        <w:t>"Anh có thể ngồi xuống."</w:t>
      </w:r>
    </w:p>
    <w:p>
      <w:pPr>
        <w:spacing w:after="80"/>
      </w:pPr>
      <w:r>
        <w:rPr>
          <w:b w:val="0"/>
          <w:i w:val="0"/>
        </w:rPr>
        <w:t>"Cảm ơn ngài," Faulkner nói, sau khi đã thốt ra bảy từ mà Booth Watson đã dặn.</w:t>
      </w:r>
    </w:p>
    <w:p>
      <w:pPr>
        <w:spacing w:after="80"/>
      </w:pPr>
      <w:r>
        <w:rPr>
          <w:b w:val="0"/>
          <w:i w:val="0"/>
        </w:rPr>
        <w:t>"Chắc hẳn ông muốn xin tại ngoại, ông Booth Watson," vị thẩm phán nói, quay sang đối mặt với đội ngũ pháp lý của bị cáo.</w:t>
      </w:r>
    </w:p>
    <w:p>
      <w:pPr>
        <w:spacing w:after="80"/>
      </w:pPr>
      <w:r>
        <w:rPr>
          <w:b w:val="0"/>
          <w:i w:val="0"/>
        </w:rPr>
        <w:t>"Đúng vậy, thưa ngài," Booth Watson nói, khó nhọc đứng dậy khỏi ghế. "Tôi muốn bắt đầu bằng việc nhắc tòa rằng thân chủ của tôi có một lý lịch trong sạch—"</w:t>
      </w:r>
    </w:p>
    <w:p>
      <w:pPr>
        <w:spacing w:after="80"/>
      </w:pPr>
      <w:r>
        <w:rPr>
          <w:b w:val="0"/>
          <w:i w:val="0"/>
        </w:rPr>
        <w:t>"Xin lỗi vì đã ngắt lời ông quá sớm trong phiên xử, ông Booth Watson, nhưng có phải tôi không nhầm khi nghĩ rằng thân chủ của ông hiện đang chấp hành một bản án treo bốn năm vì tội lừa đảo trước đó?"</w:t>
      </w:r>
    </w:p>
    <w:p>
      <w:pPr>
        <w:spacing w:after="80"/>
      </w:pPr>
      <w:r>
        <w:rPr>
          <w:b w:val="0"/>
          <w:i w:val="0"/>
        </w:rPr>
        <w:t>"Đúng vậy, thưa ngài. Tuy nhiên, tôi có thể đảm bảo với ngài rằng anh ta đã thực hiện chỉ thị của tòa đến từng chữ. Tôi cũng xin lưu ý, với sự tôn trọng, rằng thân chủ của tôi đã không nhận tội với cáo buộc hiện tại, và vì anh ta không có tiền án về bạo lực, và là một người có của cải đáng kể, khó có thể nói anh ta là mối nguy hiểm cho công chúng. Tôi thấy khó tin rằng bên công tố lại có thể xem xét việc phản đối đơn xin tại ngoại này."</w:t>
      </w:r>
    </w:p>
    <w:p>
      <w:pPr>
        <w:spacing w:after="80"/>
      </w:pPr>
      <w:r>
        <w:rPr>
          <w:b w:val="0"/>
          <w:i w:val="0"/>
        </w:rPr>
        <w:t>"Bà nói gì về điều đó, bà Warwick?" vị thẩm phán hỏi, chuyển sự chú ý sang đầu bên kia của ghế.</w:t>
      </w:r>
    </w:p>
    <w:p>
      <w:pPr>
        <w:spacing w:after="80"/>
      </w:pPr>
      <w:r>
        <w:rPr>
          <w:b w:val="0"/>
          <w:i w:val="0"/>
        </w:rPr>
        <w:t>Grace từ từ đứng dậy khỏi chỗ ngồi.</w:t>
      </w:r>
    </w:p>
    <w:p>
      <w:pPr>
        <w:spacing w:after="80"/>
      </w:pPr>
      <w:r>
        <w:rPr>
          <w:b w:val="0"/>
          <w:i w:val="0"/>
        </w:rPr>
        <w:t>"Bên công tố chắc chắn sẽ phản đối đơn này, với nhiều lý do. Như ngài đã đúng khi nhắc tòa, ông Lanyon, bị cáo hiện đang chấp hành một bản án treo bốn năm vì tội lừa đảo. Tuy nhiên, đó không phải là lý do duy nhất khiến bên công tố phản đối tại ngoại. Như người bạn đồng nghiệp uyên bác của tôi đã chỉ ra, thân chủ của ông ta là một người có của cải đáng kể, nhưng điều ông ta không nói với ngài là anh ta không còn cư trú tại đất nước này nữa, mà gần đây đã trở thành một người lưu vong thuế, và dành phần lớn thời gian ở Monte Carlo. Vì vậy tôi xin đề nghị, thưa ngài, rằng xét thấy anh ta sở hữu cả một chiếc máy bay phản lực riêng và một du thuyền, khả năng anh ta bỏ trốn cần được xem xét."</w:t>
      </w:r>
    </w:p>
    <w:p>
      <w:pPr>
        <w:spacing w:after="80"/>
      </w:pPr>
      <w:r>
        <w:rPr>
          <w:b w:val="0"/>
          <w:i w:val="0"/>
        </w:rPr>
        <w:t>"Tôi xin nhắc tòa," Booth Watson nói, lần này đứng dậy nhanh hơn một chút, "rằng thân chủ của tôi cũng sở hữu một điền trang lớn ở nông thôn, cũng như một căn hộ ở Eaton Square."</w:t>
      </w:r>
    </w:p>
    <w:p>
      <w:pPr>
        <w:spacing w:after="80"/>
      </w:pPr>
      <w:r>
        <w:rPr>
          <w:b w:val="0"/>
          <w:i w:val="0"/>
        </w:rPr>
        <w:t>‘Cả hai,’ Grace phản pháo, ‘hiện đều nằm trong thỏa thuận ly hôn của vợ ông ta, mà các điều khoản của thỏa thuận này đã được hai bên đồng ý về nguyên tắc.’</w:t>
      </w:r>
    </w:p>
    <w:p>
      <w:pPr>
        <w:spacing w:after="80"/>
      </w:pPr>
      <w:r>
        <w:rPr>
          <w:b w:val="0"/>
          <w:i w:val="0"/>
        </w:rPr>
        <w:t>‘Về nguyên tắc thì đúng, nhưng hai bên vẫn chưa ký,’ Booth Watson nói, vẫn đứng nguyên tại chỗ.</w:t>
      </w:r>
    </w:p>
    <w:p>
      <w:pPr>
        <w:spacing w:after="80"/>
      </w:pPr>
      <w:r>
        <w:rPr>
          <w:b w:val="0"/>
          <w:i w:val="0"/>
        </w:rPr>
        <w:t>‘Nhưng thân chủ của ông đã ký thỏa thuận rồi mà,’ Grace nói.</w:t>
      </w:r>
    </w:p>
    <w:p>
      <w:pPr>
        <w:spacing w:after="80"/>
      </w:pPr>
      <w:r>
        <w:rPr>
          <w:b w:val="0"/>
          <w:i w:val="0"/>
        </w:rPr>
        <w:t>‘Có thể là vậy, nhưng ông ta vẫn giữ quyền thuê căn hộ ở Eaton Square.’</w:t>
      </w:r>
    </w:p>
    <w:p>
      <w:pPr>
        <w:spacing w:after="80"/>
      </w:pPr>
      <w:r>
        <w:rPr>
          <w:b w:val="0"/>
          <w:i w:val="0"/>
        </w:rPr>
        <w:t>‘Mà ông ta mới đưa rao bán gần đây.’</w:t>
      </w:r>
    </w:p>
    <w:p>
      <w:pPr>
        <w:spacing w:after="80"/>
      </w:pPr>
      <w:r>
        <w:rPr>
          <w:b w:val="0"/>
          <w:i w:val="0"/>
        </w:rPr>
        <w:t>‘Làm sao cô có thể biết được điều đó?’ Booth Watson gắt lên.</w:t>
      </w:r>
    </w:p>
    <w:p>
      <w:pPr>
        <w:spacing w:after="80"/>
      </w:pPr>
      <w:r>
        <w:rPr>
          <w:b w:val="0"/>
          <w:i w:val="0"/>
        </w:rPr>
        <w:t xml:space="preserve">‘Vì nó được đăng quảng cáo trên tạp chí </w:t>
      </w:r>
      <w:r>
        <w:rPr>
          <w:b w:val="0"/>
          <w:i/>
        </w:rPr>
        <w:t>Country Life</w:t>
      </w:r>
      <w:r>
        <w:rPr>
          <w:b w:val="0"/>
          <w:i w:val="0"/>
        </w:rPr>
        <w:t xml:space="preserve"> số tháng trước,’ Grace đáp, rút ra một cuốn tạp chí từ dưới ghế và vẫy vẫy ngay trước mặt Booth Watson. William suýt nữa thì không nén nổi ý muốn vỗ tay.</w:t>
      </w:r>
    </w:p>
    <w:p>
      <w:pPr>
        <w:spacing w:after="80"/>
      </w:pPr>
      <w:r>
        <w:rPr>
          <w:b w:val="0"/>
          <w:i w:val="0"/>
        </w:rPr>
        <w:t>‘Ông Booth Watson, cô Warwick,’ vị thẩm phán hòa giải cắt ngang, ‘đây không phải là buổi diễn múa rối Punch and Judy, mà là tòa án. Mong hai vị cư xử cho đúng mực.’</w:t>
      </w:r>
    </w:p>
    <w:p>
      <w:pPr>
        <w:spacing w:after="80"/>
      </w:pPr>
      <w:r>
        <w:rPr>
          <w:b w:val="0"/>
          <w:i w:val="0"/>
        </w:rPr>
        <w:t>Cả hai luật sư trông đều biết điều mà tỏ ra biết lỗi, rồi trở về chỗ ngồi của mình, trong khi ba vị thẩm phán hòa giải chụm đầu bàn bạc một lúc.</w:t>
      </w:r>
    </w:p>
    <w:p>
      <w:pPr>
        <w:spacing w:after="80"/>
      </w:pPr>
      <w:r>
        <w:rPr>
          <w:b w:val="0"/>
          <w:i w:val="0"/>
        </w:rPr>
        <w:t>‘Làm tốt lắm,’ Clare thì thầm, cô đang ngồi ở hàng ghế phía sau Grace. ‘Cô chắc chắn đã cho họ thứ để mà suy nghĩ rồi.’</w:t>
      </w:r>
    </w:p>
    <w:p>
      <w:pPr>
        <w:spacing w:after="80"/>
      </w:pPr>
      <w:r>
        <w:rPr>
          <w:b w:val="0"/>
          <w:i w:val="0"/>
        </w:rPr>
        <w:t>‘Anh nghĩ sao?’ William hỏi Lamont từ chỗ ngồi của mình ở cuối phòng xử án.</w:t>
      </w:r>
    </w:p>
    <w:p>
      <w:pPr>
        <w:spacing w:after="80"/>
      </w:pPr>
      <w:r>
        <w:rPr>
          <w:b w:val="0"/>
          <w:i w:val="0"/>
        </w:rPr>
        <w:t>Nhưng ông Lanyon đã bắt đầu phát biểu trước tòa trước khi vị tổng thanh tra kịp đưa ra ý kiến. ‘Chúng tôi đã lắng nghe rất kỹ lưỡng những lập luận mà cả hai vị luật sư uyên bác trình bày,’ ông mở lời, ‘và đã đi đến kết luận rằng bị cáo không phải là mối nguy hiểm cho công chúng.’</w:t>
      </w:r>
    </w:p>
    <w:p>
      <w:pPr>
        <w:spacing w:after="80"/>
      </w:pPr>
      <w:r>
        <w:rPr>
          <w:b w:val="0"/>
          <w:i w:val="0"/>
        </w:rPr>
        <w:t>Booth Watson nở một nụ cười nhạt, còn William thì cau mày.</w:t>
      </w:r>
    </w:p>
    <w:p>
      <w:pPr>
        <w:spacing w:after="80"/>
      </w:pPr>
      <w:r>
        <w:rPr>
          <w:b w:val="0"/>
          <w:i w:val="0"/>
        </w:rPr>
        <w:t>‘Tuy nhiên, tôi coi trọng ý kiến của cô Warwick rằng ông ta đang nắm trong tay số tiền đủ lớn để có thể bỏ trốn trong thời gian được tại ngoại. Xuất phát từ điều đó, tôi sẵn lòng chấp thuận đơn xin tại ngoại với hai điều kiện. Một, ông Faulkner phải nộp hộ chiếu cho tòa. Và hai, ông ta phải cung cấp một khoản bảo lãnh trị giá một triệu bảng, số tiền này sẽ bị tịch thu nếu ông ta không ra hầu tòa trong phiên xét xử.’</w:t>
      </w:r>
    </w:p>
    <w:p>
      <w:pPr>
        <w:spacing w:after="80"/>
      </w:pPr>
      <w:r>
        <w:rPr>
          <w:b w:val="0"/>
          <w:i w:val="0"/>
        </w:rPr>
        <w:t>Một tràng xì xào bàn tán vang lên từ hàng ghế báo chí. Booth Watson ngồi bất động, khoanh tay, như tượng Phật. Clare đánh một dấu tích và một dấu gạch chéo lên cuốn sổ ghi chú màu vàng của mình, rồi nghiêng người về phía trước thì thầm với Grace, ‘Hòa cả làng.’</w:t>
      </w:r>
    </w:p>
    <w:p>
      <w:pPr>
        <w:spacing w:after="80"/>
      </w:pPr>
      <w:r>
        <w:rPr>
          <w:b w:val="0"/>
          <w:i w:val="0"/>
        </w:rPr>
        <w:t>‘Cho đến khi hai điều kiện đó được đáp ứng,’ vị thẩm phán hòa giải tiếp tục, ‘bị cáo sẽ tiếp tục bị tạm giam.’</w:t>
      </w:r>
    </w:p>
    <w:p>
      <w:pPr>
        <w:spacing w:after="80"/>
      </w:pPr>
      <w:r>
        <w:rPr>
          <w:b w:val="0"/>
          <w:i w:val="0"/>
        </w:rPr>
        <w:t>Báo chí đã có tít bài của họ, còn ông Lanyon thì có mười lăm phút nổi tiếng. William rời tòa án với vẻ thất vọng, trong khi Faulkner thì rất hài lòng. Suy cho cùng, hắn cần phải ở bên ngoài thì mới thực hiện được phần tiếp theo trong kế hoạch của mình.</w:t>
      </w:r>
    </w:p>
    <w:p>
      <w:pPr>
        <w:pStyle w:val="Heading2"/>
      </w:pPr>
      <w:r>
        <w:rPr>
          <w:rFonts w:ascii="Calibri" w:hAnsi="Calibri"/>
          <w:b/>
          <w:i w:val="0"/>
          <w:sz w:val="32"/>
        </w:rPr>
        <w:t>15</w:t>
      </w:r>
    </w:p>
    <w:p>
      <w:pPr>
        <w:spacing w:after="80"/>
      </w:pPr>
      <w:r>
        <w:rPr>
          <w:b w:val="0"/>
          <w:i w:val="0"/>
        </w:rPr>
        <w:t>"Tôi lúc nào cũng thích ăn sáng ở khách sạn Savoy," Faulkner nói, "kể cả khi hoàn cảnh có thể tốt hơn."</w:t>
      </w:r>
    </w:p>
    <w:p>
      <w:pPr>
        <w:spacing w:after="80"/>
      </w:pPr>
      <w:r>
        <w:rPr>
          <w:b w:val="0"/>
          <w:i w:val="0"/>
        </w:rPr>
        <w:t>"Chắc cũng chẳng thể tệ hơn được nữa," Booth Watson nói, vừa thả thêm một viên đường vào cà phê.</w:t>
      </w:r>
    </w:p>
    <w:p>
      <w:pPr>
        <w:spacing w:after="80"/>
      </w:pPr>
      <w:r>
        <w:rPr>
          <w:b w:val="0"/>
          <w:i w:val="0"/>
        </w:rPr>
        <w:t>"Nhưng ông đã giúp tôi được tại ngoại. Và ông bảo họ thậm chí không thể buộc tội tôi tàng trữ với bằng chứng đó."</w:t>
      </w:r>
    </w:p>
    <w:p>
      <w:pPr>
        <w:spacing w:after="80"/>
      </w:pPr>
      <w:r>
        <w:rPr>
          <w:b w:val="0"/>
          <w:i w:val="0"/>
        </w:rPr>
        <w:t>"Khi tôi nói câu đó, bằng chứng chỉ là vài điếu cần sa và một viên thuốc Ecstasy, chứ không phải mười hai gam cocaine nguyên chất. Không thẩm phán nào tin đó là để anh dùng cho bản thân, nên trong trường hợp này, tội tàng trữ là chín phần mười luật pháp."</w:t>
      </w:r>
    </w:p>
    <w:p>
      <w:pPr>
        <w:spacing w:after="80"/>
      </w:pPr>
      <w:r>
        <w:rPr>
          <w:b w:val="0"/>
          <w:i w:val="0"/>
        </w:rPr>
        <w:t>"Đó là do cảnh sát cài vào," Faulkner nói, khi một bát ngũ cốc ngô với dâu tây được đặt trước mặt anh ta.</w:t>
      </w:r>
    </w:p>
    <w:p>
      <w:pPr>
        <w:spacing w:after="80"/>
      </w:pPr>
      <w:r>
        <w:rPr>
          <w:b w:val="0"/>
          <w:i w:val="0"/>
        </w:rPr>
        <w:t>"Kiểu đó không ăn thua đâu, Miles, và anh biết rõ điều đó. Nhân chứng chủ chốt của bên công tố sẽ thề sống thề chết rằng hắn đã bán ma túy cho anh tối hôm đó với giá tám trăm bảng, và đừng quên rằng cả số tiền lẫn bằng chứng đều đang nằm trong tay cảnh sát."</w:t>
      </w:r>
    </w:p>
    <w:p>
      <w:pPr>
        <w:spacing w:after="80"/>
      </w:pPr>
      <w:r>
        <w:rPr>
          <w:b w:val="0"/>
          <w:i w:val="0"/>
        </w:rPr>
        <w:t>"Ông có tìm ra ai đã gài bẫy tôi không?"</w:t>
      </w:r>
    </w:p>
    <w:p>
      <w:pPr>
        <w:spacing w:after="80"/>
      </w:pPr>
      <w:r>
        <w:rPr>
          <w:b w:val="0"/>
          <w:i w:val="0"/>
        </w:rPr>
        <w:t>"Chưa, nhưng tôi đang làm việc đó. Tất cả những gì tôi có thể nói là hắn đã được bí mật đưa đến một ngôi nhà an toàn ở đâu đó, nên có khi chúng ta còn chẳng biết ai chịu trách nhiệm cho đến khi hắn bước vào ghế nhân chứng."</w:t>
      </w:r>
    </w:p>
    <w:p>
      <w:pPr>
        <w:spacing w:after="80"/>
      </w:pPr>
      <w:r>
        <w:rPr>
          <w:b w:val="0"/>
          <w:i w:val="0"/>
        </w:rPr>
        <w:t>"Đó là giả sử hắn có đến được tòa."</w:t>
      </w:r>
    </w:p>
    <w:p>
      <w:pPr>
        <w:spacing w:after="80"/>
      </w:pPr>
      <w:r>
        <w:rPr>
          <w:b w:val="0"/>
          <w:i w:val="0"/>
        </w:rPr>
        <w:t>"Giờ hãy nghe tôi nói cho kỹ, Miles. Đừng làm bất cứ điều gì mà sau này anh sẽ hối hận."</w:t>
      </w:r>
    </w:p>
    <w:p>
      <w:pPr>
        <w:spacing w:after="80"/>
      </w:pPr>
      <w:r>
        <w:rPr>
          <w:b w:val="0"/>
          <w:i w:val="0"/>
        </w:rPr>
        <w:t>"Như là gì?"</w:t>
      </w:r>
    </w:p>
    <w:p>
      <w:pPr>
        <w:spacing w:after="80"/>
      </w:pPr>
      <w:r>
        <w:rPr>
          <w:b w:val="0"/>
          <w:i w:val="0"/>
        </w:rPr>
        <w:t>"Như là xuất hiện ở một đám cưới mà anh không được mời."</w:t>
      </w:r>
    </w:p>
    <w:p>
      <w:pPr>
        <w:spacing w:after="80"/>
      </w:pPr>
      <w:r>
        <w:rPr>
          <w:b w:val="0"/>
          <w:i w:val="0"/>
        </w:rPr>
        <w:t>"Một lỗi văn thư thôi."</w:t>
      </w:r>
    </w:p>
    <w:p>
      <w:pPr>
        <w:spacing w:after="80"/>
      </w:pPr>
      <w:r>
        <w:rPr>
          <w:b w:val="0"/>
          <w:i w:val="0"/>
        </w:rPr>
        <w:t>"Và đó không phải là vấn đề duy nhất của anh."</w:t>
      </w:r>
    </w:p>
    <w:p>
      <w:pPr>
        <w:spacing w:after="80"/>
      </w:pPr>
      <w:r>
        <w:rPr>
          <w:b w:val="0"/>
          <w:i w:val="0"/>
        </w:rPr>
        <w:t>‘Còn gì nữa?’ Faulkner hỏi, khi một người bồi bàn nhanh nhẹn dọn đi bát của anh ta, và một người khác rót đầy lại tách cà phê của Booth Watson.</w:t>
      </w:r>
    </w:p>
    <w:p>
      <w:pPr>
        <w:spacing w:after="80"/>
      </w:pPr>
      <w:r>
        <w:rPr>
          <w:b w:val="0"/>
          <w:i w:val="0"/>
        </w:rPr>
        <w:t>‘Christina đang từ chối ký thỏa thuận ly hôn cho đến khi phiên tòa kết thúc.’</w:t>
      </w:r>
    </w:p>
    <w:p>
      <w:pPr>
        <w:spacing w:after="80"/>
      </w:pPr>
      <w:r>
        <w:rPr>
          <w:b w:val="0"/>
          <w:i w:val="0"/>
        </w:rPr>
        <w:t>‘Cô ta đang giở trò gì vậy?’</w:t>
      </w:r>
    </w:p>
    <w:p>
      <w:pPr>
        <w:spacing w:after="80"/>
      </w:pPr>
      <w:r>
        <w:rPr>
          <w:b w:val="0"/>
          <w:i w:val="0"/>
        </w:rPr>
        <w:t>‘Rõ ràng cô ta nghĩ rằng nếu anh bị nhốt an toàn trong tù, cô ta sẽ có thể mặc cả cứng rắn hơn.’</w:t>
      </w:r>
    </w:p>
    <w:p>
      <w:pPr>
        <w:spacing w:after="80"/>
      </w:pPr>
      <w:r>
        <w:rPr>
          <w:b w:val="0"/>
          <w:i w:val="0"/>
        </w:rPr>
        <w:t>‘Vậy thì cứ để cô ta nghĩ tiếp đi. Bởi vì đến khi tôi xử lý xong cô ta, cô ta sẽ chẳng còn một xu dính túi.’</w:t>
      </w:r>
    </w:p>
    <w:p>
      <w:pPr>
        <w:spacing w:after="80"/>
      </w:pPr>
      <w:r>
        <w:rPr>
          <w:b w:val="0"/>
          <w:i w:val="0"/>
        </w:rPr>
        <w:t>Người bồi bàn lại xuất hiện bên cạnh anh ta.</w:t>
      </w:r>
    </w:p>
    <w:p>
      <w:pPr>
        <w:spacing w:after="80"/>
      </w:pPr>
      <w:r>
        <w:rPr>
          <w:b w:val="0"/>
          <w:i w:val="0"/>
        </w:rPr>
        <w:t>‘Ngài có muốn gọi món không ạ?’</w:t>
      </w:r>
    </w:p>
    <w:p>
      <w:pPr>
        <w:spacing w:after="80"/>
      </w:pPr>
      <w:r>
        <w:rPr>
          <w:b w:val="0"/>
          <w:i w:val="0"/>
        </w:rPr>
        <w:t>‘Cho tôi một phần bữa sáng kiểu Anh đầy đủ.’</w:t>
      </w:r>
    </w:p>
    <w:p>
      <w:pPr>
        <w:jc w:val="center"/>
      </w:pPr>
      <w:r>
        <w:drawing>
          <wp:inline xmlns:a="http://schemas.openxmlformats.org/drawingml/2006/main" xmlns:pic="http://schemas.openxmlformats.org/drawingml/2006/picture">
            <wp:extent cx="752475" cy="161925"/>
            <wp:docPr id="38" name="Picture 38"/>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Tất cả đều ngồi quanh bàn chờ vị chỉ huy xuất hiện. Chưa ai, kể cả Lamont, từng biết ông ấy đến muộn. Rồi đột nhiên cánh cửa bật mở và Hawk bước vào như một cơn lốc. Cứ như thể một cơn gió cấp chín đã ập vào họ.</w:t>
      </w:r>
    </w:p>
    <w:p>
      <w:pPr>
        <w:spacing w:after="80"/>
      </w:pPr>
      <w:r>
        <w:rPr>
          <w:b w:val="0"/>
          <w:i w:val="0"/>
        </w:rPr>
        <w:t>‘Tôi xin lỗi,’ ông nói khi vẫn đang bước đi. ‘Nửa tiếng vừa rồi tôi ở chỗ ủy viên, kể cho ông ấy nghe hết về chiến thắng của tôi tối thứ Bảy tại Limpton Hall.’ Tất cả cùng phá lên cười và bắt đầu đập bàn.</w:t>
      </w:r>
    </w:p>
    <w:p>
      <w:pPr>
        <w:spacing w:after="80"/>
      </w:pPr>
      <w:r>
        <w:rPr>
          <w:b w:val="0"/>
          <w:i w:val="0"/>
        </w:rPr>
        <w:t>‘Chúc mừng nhiều nhé, Bruce,’ Hawk nói khi ngồi xuống. ‘Mười hai gam cocaine nguyên chất và kẻ buôn sẵn sàng làm chứng cho phía Công tố. Tôi tin lần này chúng ta đã tóm gọn Faulkner đến mức không cãi được.’</w:t>
      </w:r>
    </w:p>
    <w:p>
      <w:pPr>
        <w:spacing w:after="80"/>
      </w:pPr>
      <w:r>
        <w:rPr>
          <w:b w:val="0"/>
          <w:i w:val="0"/>
        </w:rPr>
        <w:t>‘Cảm ơn ngài, nhưng chính khả năng ứng biến nhanh nhạy của DS Warwick đã cứu vãn tình thế.’</w:t>
      </w:r>
    </w:p>
    <w:p>
      <w:pPr>
        <w:spacing w:after="80"/>
      </w:pPr>
      <w:r>
        <w:rPr>
          <w:b w:val="0"/>
          <w:i w:val="0"/>
        </w:rPr>
        <w:t>‘May là anh không ở lại Rome, William, đi kiểm tra mấy bức tượng ít quan trọng hơn. Báo cáo phòng thí nghiệm đã về chưa, DC Roycroft?’</w:t>
      </w:r>
    </w:p>
    <w:p>
      <w:pPr>
        <w:spacing w:after="80"/>
      </w:pPr>
      <w:r>
        <w:rPr>
          <w:b w:val="0"/>
          <w:i w:val="0"/>
        </w:rPr>
        <w:t>‘Rồi ạ, thưa ngài,’ Jackie nói. ‘Cocaine là loại chất lượng cao nhất, và có lẽ có nguồn gốc từ Colombia. Gần đây họ đã chặn được một lô tương tự ở Manchester.’</w:t>
      </w:r>
    </w:p>
    <w:p>
      <w:pPr>
        <w:spacing w:after="80"/>
      </w:pPr>
      <w:r>
        <w:rPr>
          <w:b w:val="0"/>
          <w:i w:val="0"/>
        </w:rPr>
        <w:t>‘Còn Faulkner thì sao?’</w:t>
      </w:r>
    </w:p>
    <w:p>
      <w:pPr>
        <w:spacing w:after="80"/>
      </w:pPr>
      <w:r>
        <w:rPr>
          <w:b w:val="0"/>
          <w:i w:val="0"/>
        </w:rPr>
        <w:t>‘Đã nộp hộ chiếu, đặt cọc một triệu với tòa, và đang được tại ngoại,’ William nói.</w:t>
      </w:r>
    </w:p>
    <w:p>
      <w:pPr>
        <w:spacing w:after="80"/>
      </w:pPr>
      <w:r>
        <w:rPr>
          <w:b w:val="0"/>
          <w:i w:val="0"/>
        </w:rPr>
        <w:t>‘Anh có nghĩ hắn ta có thể sẽ chuồn mất không?’ Paul hỏi.</w:t>
      </w:r>
    </w:p>
    <w:p>
      <w:pPr>
        <w:spacing w:after="80"/>
      </w:pPr>
      <w:r>
        <w:rPr>
          <w:b w:val="0"/>
          <w:i w:val="0"/>
        </w:rPr>
        <w:t>‘Khó lắm. Nhưng nếu hắn có chuồn, thì Viện trưởng Viện Công tố sẽ giữ được một triệu bảng và chúng ta sẽ không bao giờ phải thấy mặt cái gã khốn đó nữa. Vậy nên cũng không đến nỗi tệ.’</w:t>
      </w:r>
    </w:p>
    <w:p>
      <w:pPr>
        <w:spacing w:after="80"/>
      </w:pPr>
      <w:r>
        <w:rPr>
          <w:b w:val="0"/>
          <w:i w:val="0"/>
        </w:rPr>
        <w:t>‘Tôi thà thấy hắn ngồi sau song sắt,’ William nói, ‘còn hơn là để hắn hưởng thụ cuộc sống xa hoa ở Monte Carlo.’</w:t>
      </w:r>
    </w:p>
    <w:p>
      <w:pPr>
        <w:spacing w:after="80"/>
      </w:pPr>
      <w:r>
        <w:rPr>
          <w:b w:val="0"/>
          <w:i w:val="0"/>
        </w:rPr>
        <w:t>‘Điều ước của anh rất có thể sẽ thành hiện thực,’ Hawksby nói. ‘Viện trưởng Viện Công tố tin rằng khả năng cao là Faulkner sẽ đổi lời nhận tội sang có tội với tội danh nhẹ hơn, sau khi Booth Watson có thời gian xem xét bằng chứng của Heath.’</w:t>
      </w:r>
    </w:p>
    <w:p>
      <w:pPr>
        <w:spacing w:after="80"/>
      </w:pPr>
      <w:r>
        <w:rPr>
          <w:b w:val="0"/>
          <w:i w:val="0"/>
        </w:rPr>
        <w:t>‘Hắn sẽ không bao giờ nhận tội đâu,’ William nói. ‘Không đời nào, chừng nào hắn còn nghĩ mình có chút cơ hội thoát tội.’</w:t>
      </w:r>
    </w:p>
    <w:p>
      <w:pPr>
        <w:spacing w:after="80"/>
      </w:pPr>
      <w:r>
        <w:rPr>
          <w:b w:val="0"/>
          <w:i w:val="0"/>
        </w:rPr>
        <w:t>‘Anh bắt đầu suy nghĩ giống Faulkner rồi đấy,’ Hawk nói. ‘Tốt lắm. Nhưng phiên tòa còn mấy tháng nữa mới diễn ra, và chúng ta vẫn còn những vụ khác phải làm, nhất là phải đảm bảo Rashidi cùng ngồi vào ghế bị cáo với Faulkner. Và có một điều chắc chắn, Rashidi sẽ không được tại ngoại trong bất kỳ hoàn cảnh nào.’</w:t>
      </w:r>
    </w:p>
    <w:p>
      <w:pPr>
        <w:spacing w:after="80"/>
      </w:pPr>
      <w:r>
        <w:rPr>
          <w:b w:val="0"/>
          <w:i w:val="0"/>
        </w:rPr>
        <w:t>‘Nhưng nếu hắn được tại ngoại,’ William nói, ‘hắn có thể trả một triệu bảng bằng tiền mặt.’</w:t>
      </w:r>
    </w:p>
    <w:p>
      <w:pPr>
        <w:spacing w:after="80"/>
      </w:pPr>
      <w:r>
        <w:rPr>
          <w:b w:val="0"/>
          <w:i w:val="0"/>
        </w:rPr>
        <w:t>‘Chúng ta đã tiến gần hơn đến việc xác định được xưởng của hắn chưa?’ Hawk hỏi.</w:t>
      </w:r>
    </w:p>
    <w:p>
      <w:pPr>
        <w:spacing w:after="80"/>
      </w:pPr>
      <w:r>
        <w:rPr>
          <w:b w:val="0"/>
          <w:i w:val="0"/>
        </w:rPr>
        <w:t>‘Gần lắm mà cũng xa lắm,’ Lamont nói. ‘Điều duy nhất tôi có thể nói chắc với ông, thưa ông, là nó không nằm ở Charlbury Manor. Thứ Sáu tuần trước một chiếc trực thăng cảnh sát đã chở tôi bay qua khu đất, và không có dấu hiệu của bất kỳ phương tiện nào ngoài một chiếc Mercedes màu xanh đậm đỗ ở lối vào và một chiếc xe tải của Bưu điện đang giao hàng.’</w:t>
      </w:r>
    </w:p>
    <w:p>
      <w:pPr>
        <w:spacing w:after="80"/>
      </w:pPr>
      <w:r>
        <w:rPr>
          <w:b w:val="0"/>
          <w:i w:val="0"/>
        </w:rPr>
        <w:t>‘Paul?’ Hawk nói.</w:t>
      </w:r>
    </w:p>
    <w:p>
      <w:pPr>
        <w:spacing w:after="80"/>
      </w:pPr>
      <w:r>
        <w:rPr>
          <w:b w:val="0"/>
          <w:i w:val="0"/>
        </w:rPr>
        <w:t>‘Mấy ngày qua tôi đã loanh quanh trong làng để dò la,’ Adaja nói, ‘và bà bưu tá bảo tôi rằng Rashidi sống khép kín lắm. Thỉnh thoảng có tham dự hội chợ làng và quyên góp hào phóng, nhưng ngoài ra hiếm khi xuất hiện trước công chúng. Có vẻ như hắn đang sống hai cuộc đời hoàn toàn tách biệt. Cuối tuần hắn giả làm điền chủ quý tộc vùng quê, còn trong tuần hắn lại trở thành một trùm ma túy tàn nhẫn. Sự biến đổi từ Hyde sang Jekyll dường như diễn ra vào chiều thứ Sáu khi hắn đi thăm mẹ.’ Paul ngừng lại một lát, để chắc chắn rằng cả đội đang hoàn toàn chú ý đến mình.</w:t>
      </w:r>
    </w:p>
    <w:p>
      <w:pPr>
        <w:spacing w:after="80"/>
      </w:pPr>
      <w:r>
        <w:rPr>
          <w:b w:val="0"/>
          <w:i w:val="0"/>
        </w:rPr>
        <w:t>‘Đừng có diễn kịch nữa,’ Lamont nói, ‘nói tiếp đi.’</w:t>
      </w:r>
    </w:p>
    <w:p>
      <w:pPr>
        <w:spacing w:after="80"/>
      </w:pPr>
      <w:r>
        <w:rPr>
          <w:b w:val="0"/>
          <w:i w:val="0"/>
        </w:rPr>
        <w:t>‘Sáng thứ Hai nào hắn cũng được tài xế riêng chở từ Charlbury Manor đến một văn phòng ở City. Hắn đến khoảng tám giờ, và dành cả buổi sáng để thực hiện trách nhiệm chủ tịch của Marcel và Neffe, một công ty trà nhỏ nhưng có uy tín, với doanh thu năm ngoái chỉ hơn bốn triệu bảng, và công bố lợi nhuận 342.600 bảng.’</w:t>
      </w:r>
    </w:p>
    <w:p>
      <w:pPr>
        <w:spacing w:after="80"/>
      </w:pPr>
      <w:r>
        <w:rPr>
          <w:b w:val="0"/>
          <w:i w:val="0"/>
        </w:rPr>
        <w:t>Paul phát cho các thành viên còn lại trong đội mỗi người một bản báo cáo thường niên của Marcel và Neffe.</w:t>
      </w:r>
    </w:p>
    <w:p>
      <w:pPr>
        <w:spacing w:after="80"/>
      </w:pPr>
      <w:r>
        <w:rPr>
          <w:b w:val="0"/>
          <w:i w:val="0"/>
        </w:rPr>
        <w:t>‘Marcel và Neffe là vỏ bọc hoàn hảo cho Rashidi,’ William nói, ‘vì nó cho phép hắn sống một lối sống mà người quan sát hời hợt sẽ không thắc mắc, đồng thời hắn có thể đi đến những quốc gia mà trà không phải là mặt hàng xuất khẩu chính.’</w:t>
      </w:r>
    </w:p>
    <w:p>
      <w:pPr>
        <w:spacing w:after="80"/>
      </w:pPr>
      <w:r>
        <w:rPr>
          <w:b w:val="0"/>
          <w:i w:val="0"/>
        </w:rPr>
        <w:t>‘Tuy nhiên,’ Paul tiếp tục, ‘ngôi nhà ở quê của hắn xa hoa theo bất kỳ tiêu chuẩn nào, nhưng vì nó được bao quanh bởi khu đất rộng một nghìn mẫu Anh, ít người biết nó xa hoa đến mức nào. Và đó mới chỉ là khởi đầu.’</w:t>
      </w:r>
    </w:p>
    <w:p>
      <w:pPr>
        <w:spacing w:after="80"/>
      </w:pPr>
      <w:r>
        <w:rPr>
          <w:b w:val="0"/>
          <w:i w:val="0"/>
        </w:rPr>
        <w:t xml:space="preserve">‘Ở Heathrow,’ William tiếp lời, ‘ông ta có một chiếc phi cơ phản lực Gulf Stream với hai phi công trực chiến cả ngày lẫn đêm để có thể biến mất bất cứ lúc nào. Ông ta có một du thuyền dài bảy mươi mét tên là </w:t>
      </w:r>
      <w:r>
        <w:rPr>
          <w:b w:val="0"/>
          <w:i/>
        </w:rPr>
        <w:t>Sumaya</w:t>
      </w:r>
      <w:r>
        <w:rPr>
          <w:b w:val="0"/>
          <w:i w:val="0"/>
        </w:rPr>
        <w:t>, đặt theo tên mẹ mình, với thủy thủ đoàn mười tám người, neo đậu ở Cannes, cùng với nhà ở Saint-Tropez, Davos và một căn hộ hai tầng trên Đại lộ Fifth ở New York nhìn ra Công viên Trung tâm. Ông ta vẫn giữ một đội ngũ nhân viên đông đảo ở mỗi dinh thự để phục vụ mọi nhu cầu của mình.’</w:t>
      </w:r>
    </w:p>
    <w:p>
      <w:pPr>
        <w:spacing w:after="80"/>
      </w:pPr>
      <w:r>
        <w:rPr>
          <w:b w:val="0"/>
          <w:i w:val="0"/>
        </w:rPr>
        <w:t>‘Mà với mức lương 342.600 bảng một năm thì ông ta không thể nào kham nổi,’ Lamont bình luận.</w:t>
      </w:r>
    </w:p>
    <w:p>
      <w:pPr>
        <w:spacing w:after="80"/>
      </w:pPr>
      <w:r>
        <w:rPr>
          <w:b w:val="0"/>
          <w:i w:val="0"/>
        </w:rPr>
        <w:t>‘Giỏi lắm, DC Adaja,’ Hawk nói. ‘Ta có dám hỏi cậu kiếm đâu ra cả một kho thông tin như vậy không?’</w:t>
      </w:r>
    </w:p>
    <w:p>
      <w:pPr>
        <w:spacing w:after="80"/>
      </w:pPr>
      <w:r>
        <w:rPr>
          <w:b w:val="0"/>
          <w:i w:val="0"/>
        </w:rPr>
        <w:t>‘Tôi nộp đơn xin việc làm người làm vườn phụ trong khu dinh thự, chỗ mà họ tuyển dụng ở bưu điện trong làng. Tôi học được nhiều về những gì diễn ra sau bức tường đó hơn là họ học được về tôi. Nhưng thật ra, tôi chẳng phát hiện được gì đáng chú ý vì đó là cuộc sống “công khai” của ông ta. Tôi còn ăn trưa ở quán rượu với người làm vườn trưởng để bàn về lương của mình, và khi nào tôi có thể bắt đầu làm việc.’</w:t>
      </w:r>
    </w:p>
    <w:p>
      <w:pPr>
        <w:spacing w:after="80"/>
      </w:pPr>
      <w:r>
        <w:rPr>
          <w:b w:val="0"/>
          <w:i w:val="0"/>
        </w:rPr>
        <w:t>‘Họ có nhận cậu không?’ Hawk hỏi.</w:t>
      </w:r>
    </w:p>
    <w:p>
      <w:pPr>
        <w:spacing w:after="80"/>
      </w:pPr>
      <w:r>
        <w:rPr>
          <w:b w:val="0"/>
          <w:i w:val="0"/>
        </w:rPr>
        <w:t>‘Có, thưa sếp. Tôi hứa sẽ trả lời lại họ.’</w:t>
      </w:r>
    </w:p>
    <w:p>
      <w:pPr>
        <w:spacing w:after="80"/>
      </w:pPr>
      <w:r>
        <w:rPr>
          <w:b w:val="0"/>
          <w:i w:val="0"/>
        </w:rPr>
        <w:t>‘Cậu biết gì về làm vườn hả, Paul?’ Lamont cười khúc khích.</w:t>
      </w:r>
    </w:p>
    <w:p>
      <w:pPr>
        <w:spacing w:after="80"/>
      </w:pPr>
      <w:r>
        <w:rPr>
          <w:b w:val="0"/>
          <w:i w:val="0"/>
        </w:rPr>
        <w:t xml:space="preserve">‘Chỉ những gì tôi học được từ số báo </w:t>
      </w:r>
      <w:r>
        <w:rPr>
          <w:b w:val="0"/>
          <w:i/>
        </w:rPr>
        <w:t>Gardener’s Weekly</w:t>
      </w:r>
      <w:r>
        <w:rPr>
          <w:b w:val="0"/>
          <w:i w:val="0"/>
        </w:rPr>
        <w:t xml:space="preserve"> tháng trước, vậy mà họ vẫn đề nghị mức lương khởi điểm cao hơn tôi đang nhận ở đây, nhiều ngày nghỉ hơn và ba tuần phép mỗi năm.’</w:t>
      </w:r>
    </w:p>
    <w:p>
      <w:pPr>
        <w:spacing w:after="80"/>
      </w:pPr>
      <w:r>
        <w:rPr>
          <w:b w:val="0"/>
          <w:i w:val="0"/>
        </w:rPr>
        <w:t>‘Chúng tôi sẽ nhớ cậu lắm,’ Hawk nói. ‘DS Warwick, có lẽ cô có thể cho chúng tôi biết tuần này cô đã làm những gì.’</w:t>
      </w:r>
    </w:p>
    <w:p>
      <w:pPr>
        <w:spacing w:after="80"/>
      </w:pPr>
      <w:r>
        <w:rPr>
          <w:b w:val="0"/>
          <w:i w:val="0"/>
        </w:rPr>
        <w:t>‘Trong khi Paul rong ruổi khắp vùng nông thôn, tôi tập trung vào văn phòng của Rashidi ở City. Như chúng ta đã biết, ông ta đến đó vào sáng thứ Hai lúc tám giờ, nhưng rồi biến mất khoảng giữa trưa, và không quay lại Marcel và Neffe cho đến chiều thứ Sáu, ngay trước khi rời đi thăm mẹ ở The Boltons. Giống như Paul, tôi cũng chẳng sáng dạ hơn chút nào về những di chuyển của ông ta ở khoảng giữa.’</w:t>
      </w:r>
    </w:p>
    <w:p>
      <w:pPr>
        <w:spacing w:after="80"/>
      </w:pPr>
      <w:r>
        <w:rPr>
          <w:b w:val="0"/>
          <w:i w:val="0"/>
        </w:rPr>
        <w:t>‘Ít nhất giờ chúng ta đã biết nơi làm việc của ông ta, dù đó chỉ là vỏ bọc.’</w:t>
      </w:r>
    </w:p>
    <w:p>
      <w:pPr>
        <w:spacing w:after="80"/>
      </w:pPr>
      <w:r>
        <w:rPr>
          <w:b w:val="0"/>
          <w:i w:val="0"/>
        </w:rPr>
        <w:t>‘Marcel và Neffe ở tầng mấy?’ Lamont hỏi.</w:t>
      </w:r>
    </w:p>
    <w:p>
      <w:pPr>
        <w:spacing w:after="80"/>
      </w:pPr>
      <w:r>
        <w:rPr>
          <w:b w:val="0"/>
          <w:i w:val="0"/>
        </w:rPr>
        <w:t>‘Tầng mười và mười một. Tôi đã đến văn phòng công ty vài lần, nhưng chưa bao giờ qua được quầy lễ tân. Điều khiến mọi chuyện tệ hơn,’ William tiếp, ‘là tôi không hoàn toàn tin rằng người đàn ông rời tòa nhà vào giữa trưa thứ Hai lại chính là người được chiếc taxi đen riêng đón bên ngoài lối vào Tea House vào các buổi chiều thứ Sáu.’</w:t>
      </w:r>
    </w:p>
    <w:p>
      <w:pPr>
        <w:spacing w:after="80"/>
      </w:pPr>
      <w:r>
        <w:rPr>
          <w:b w:val="0"/>
          <w:i w:val="0"/>
        </w:rPr>
        <w:t>‘Cô nghĩ ông ta có người đóng thế à?’</w:t>
      </w:r>
    </w:p>
    <w:p>
      <w:pPr>
        <w:spacing w:after="80"/>
      </w:pPr>
      <w:r>
        <w:rPr>
          <w:b w:val="0"/>
          <w:i w:val="0"/>
        </w:rPr>
        <w:t>‘Không, tôi nghĩ ông ta hẳn phải hóa trang rất kỹ. Hoặc là vậy, hoặc là ông ta ra vào Tea House bằng một lối đi mà tôi chưa từng phát hiện. Biết đâu đấy, ông ta có thể đu dây thòng xuống khỏi tòa nhà cũng nên.’</w:t>
      </w:r>
    </w:p>
    <w:p>
      <w:pPr>
        <w:spacing w:after="80"/>
      </w:pPr>
      <w:r>
        <w:rPr>
          <w:b w:val="0"/>
          <w:i w:val="0"/>
        </w:rPr>
        <w:t>‘Đúng là dân chuyên nghiệp,’ Lamont nói, giọng thoáng chút ngưỡng mộ.</w:t>
      </w:r>
    </w:p>
    <w:p>
      <w:pPr>
        <w:spacing w:after="80"/>
      </w:pPr>
      <w:r>
        <w:rPr>
          <w:b w:val="0"/>
          <w:i w:val="0"/>
        </w:rPr>
        <w:t>‘Cậu phải thế nếu cậu đang kiếm hơn một trăm nghìn bảng Anh tiền mặt mỗi tuần, phá mọi luật lệ trên đời, mà lại chẳng buồn đóng một xu thuế nào.’</w:t>
      </w:r>
    </w:p>
    <w:p>
      <w:pPr>
        <w:spacing w:after="80"/>
      </w:pPr>
      <w:r>
        <w:rPr>
          <w:b w:val="0"/>
          <w:i w:val="0"/>
        </w:rPr>
        <w:t>‘Đó chính là cách họ tóm được Al Capone đấy,’ Lamont nhắc họ.</w:t>
      </w:r>
    </w:p>
    <w:p>
      <w:pPr>
        <w:spacing w:after="80"/>
      </w:pPr>
      <w:r>
        <w:rPr>
          <w:b w:val="0"/>
          <w:i w:val="0"/>
        </w:rPr>
        <w:t>‘Thế nào cũng phải có một sơ hở trong thói quen của hắn,’ William nói, ‘nhưng tôi chưa xác định được.’</w:t>
      </w:r>
    </w:p>
    <w:p>
      <w:pPr>
        <w:spacing w:after="80"/>
      </w:pPr>
      <w:r>
        <w:rPr>
          <w:b w:val="0"/>
          <w:i w:val="0"/>
        </w:rPr>
        <w:t>‘Chưa tìm ra thì đừng có ngủ,’ Hawk nói. ‘Được rồi, trừ khi còn câu hỏi nào nữa, tất cả quay lại làm việc đi.’</w:t>
      </w:r>
    </w:p>
    <w:p>
      <w:pPr>
        <w:spacing w:after="80"/>
      </w:pPr>
      <w:r>
        <w:rPr>
          <w:b w:val="0"/>
          <w:i w:val="0"/>
        </w:rPr>
        <w:t>‘Tôi có một câu hỏi, thưa sếp,’ William nói.</w:t>
      </w:r>
    </w:p>
    <w:p>
      <w:pPr>
        <w:spacing w:after="80"/>
      </w:pPr>
      <w:r>
        <w:rPr>
          <w:b w:val="0"/>
          <w:i w:val="0"/>
        </w:rPr>
        <w:t>‘Tất nhiên là cậu có rồi, DS Warwick.’</w:t>
      </w:r>
    </w:p>
    <w:p>
      <w:pPr>
        <w:spacing w:after="80"/>
      </w:pPr>
      <w:r>
        <w:rPr>
          <w:b w:val="0"/>
          <w:i w:val="0"/>
        </w:rPr>
        <w:t>‘Gần đây UCO của sếp có thu thập được thông tin tình báo mới nào không?’</w:t>
      </w:r>
    </w:p>
    <w:p>
      <w:pPr>
        <w:spacing w:after="80"/>
      </w:pPr>
      <w:r>
        <w:rPr>
          <w:b w:val="0"/>
          <w:i w:val="0"/>
        </w:rPr>
        <w:t>Hawk liếc nhìn Jackie, người vẫn im lặng. ‘Không. Có khi mấy tuần liền anh ta không lộ diện. Nhưng ngay khi anh ta xuất hiện, DS Warwick, tôi sẽ báo cho cậu biết.’</w:t>
      </w:r>
    </w:p>
    <w:p>
      <w:pPr>
        <w:spacing w:after="80"/>
      </w:pPr>
      <w:r>
        <w:rPr>
          <w:b w:val="0"/>
          <w:i w:val="0"/>
        </w:rPr>
        <w:t>‘Cảm ơn sếp.’</w:t>
      </w:r>
    </w:p>
    <w:p>
      <w:pPr>
        <w:spacing w:after="80"/>
      </w:pPr>
      <w:r>
        <w:rPr>
          <w:b w:val="0"/>
          <w:i w:val="0"/>
        </w:rPr>
        <w:t>Lamont nén một nụ cười trước lời khiển trách nhẹ nhàng của chỉ huy dành cho William.</w:t>
      </w:r>
    </w:p>
    <w:p>
      <w:pPr>
        <w:spacing w:after="80"/>
      </w:pPr>
      <w:r>
        <w:rPr>
          <w:b w:val="0"/>
          <w:i w:val="0"/>
        </w:rPr>
        <w:t>‘Và tôi có một câu hỏi cho cậu, DS Warwick,’ Hawk nói. ‘Giờ Tulip đã tự xuất viện, liệu hắn có cách nào tìm ra OSC của cậu không?’</w:t>
      </w:r>
    </w:p>
    <w:p>
      <w:pPr>
        <w:spacing w:after="80"/>
      </w:pPr>
      <w:r>
        <w:rPr>
          <w:b w:val="0"/>
          <w:i w:val="0"/>
        </w:rPr>
        <w:t>‘Không, thưa sếp. Ngay cả tôi cũng không thể nói cho sếp biết Heath đang trốn ở đâu, vì chính tôi cũng không biết.’</w:t>
      </w:r>
    </w:p>
    <w:p>
      <w:pPr>
        <w:spacing w:after="80"/>
      </w:pPr>
      <w:r>
        <w:rPr>
          <w:b w:val="0"/>
          <w:i w:val="0"/>
        </w:rPr>
        <w:t>‘Nhớ giữ cho nó cứ như vậy, vì anh ta là hy vọng duy nhất của chúng ta để đưa Faulkner vào tù khi vụ án cuối cùng ra tòa. Được rồi, các cậu, quay lại làm việc đi. Faulkner là chiến thắng của ngày hôm qua. Đừng quên rằng Rashidi vẫn còn ngoài kia, đang tàn phá cuộc đời người khác.’</w:t>
      </w:r>
    </w:p>
    <w:p>
      <w:pPr>
        <w:jc w:val="center"/>
      </w:pPr>
      <w:r>
        <w:drawing>
          <wp:inline xmlns:a="http://schemas.openxmlformats.org/drawingml/2006/main" xmlns:pic="http://schemas.openxmlformats.org/drawingml/2006/picture">
            <wp:extent cx="752475" cy="161925"/>
            <wp:docPr id="39" name="Picture 39"/>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‘Em lấy anh nhé?’ Adrian hỏi.</w:t>
      </w:r>
    </w:p>
    <w:p>
      <w:pPr>
        <w:spacing w:after="80"/>
      </w:pPr>
      <w:r>
        <w:rPr>
          <w:b w:val="0"/>
          <w:i w:val="0"/>
        </w:rPr>
        <w:t>‘Tất nhiên là em đồng ý,’ Maria nói, vòng tay qua cổ anh.</w:t>
      </w:r>
    </w:p>
    <w:p>
      <w:pPr>
        <w:spacing w:after="80"/>
      </w:pPr>
      <w:r>
        <w:rPr>
          <w:b w:val="0"/>
          <w:i w:val="0"/>
        </w:rPr>
        <w:t>‘Đây là lúc lẽ ra anh phải quỳ một gối xuống và trao cho em một chiếc nhẫn đính hôn để chốt hạ, nhưng không thể làm thế khi chúng ta bị nhốt trong này. Họ thậm chí không cho anh ra ngoài đủ lâu để đi tìm một chiếc.’</w:t>
      </w:r>
    </w:p>
    <w:p>
      <w:pPr>
        <w:spacing w:after="80"/>
      </w:pPr>
      <w:r>
        <w:rPr>
          <w:b w:val="0"/>
          <w:i w:val="0"/>
        </w:rPr>
        <w:t>‘Sẽ không còn lâu nữa đâu,’ Maria nói. ‘Và chiếc nhẫn có thể đợi đến khi chúng ta an toàn ở Rio, lúc đó cuối cùng chúng ta có thể gác lại tất cả chuyện này phía sau.’</w:t>
      </w:r>
    </w:p>
    <w:p>
      <w:pPr>
        <w:spacing w:after="80"/>
      </w:pPr>
      <w:r>
        <w:rPr>
          <w:b w:val="0"/>
          <w:i w:val="0"/>
        </w:rPr>
        <w:t>‘Em nóng lòng muốn đến Rio quá,’ Adrian thú nhận. ‘Nhưng anh lo không biết bố mẹ em sẽ nói gì khi biết anh từng là một con nghiện ma túy, và đã bao nhiêu năm không có công việc tử tế.’</w:t>
      </w:r>
    </w:p>
    <w:p>
      <w:pPr>
        <w:spacing w:after="80"/>
      </w:pPr>
      <w:r>
        <w:rPr>
          <w:b w:val="0"/>
          <w:i w:val="0"/>
        </w:rPr>
        <w:t>‘Chuyện đó đều là quá khứ rồi, Adrian. Dù sao đi nữa, em đã nói với họ rằng anh là con trai của một ông chủ ngân hàng thành đạt—’</w:t>
      </w:r>
    </w:p>
    <w:p>
      <w:pPr>
        <w:spacing w:after="80"/>
      </w:pPr>
      <w:r>
        <w:rPr>
          <w:b w:val="0"/>
          <w:i w:val="0"/>
        </w:rPr>
        <w:t>‘Chà, ít nhất điều đó cũng đúng, dù ông ấy đã từ mặt anh.’</w:t>
      </w:r>
    </w:p>
    <w:p>
      <w:pPr>
        <w:spacing w:after="80"/>
      </w:pPr>
      <w:r>
        <w:rPr>
          <w:b w:val="0"/>
          <w:i w:val="0"/>
        </w:rPr>
        <w:t>‘Và ông ấy đã cho anh mười nghìn bảng để khởi nghiệp một công việc kinh doanh mới. Ở Rio, mười nghìn bảng là cả một gia tài, nên sẽ có vô vàn cơ hội.’</w:t>
      </w:r>
    </w:p>
    <w:p>
      <w:pPr>
        <w:spacing w:after="80"/>
      </w:pPr>
      <w:r>
        <w:rPr>
          <w:b w:val="0"/>
          <w:i w:val="0"/>
        </w:rPr>
        <w:t>‘Mà anh định tận dụng triệt để. Nhưng anh sẽ không bao giờ quên rằng nếu không có sự giúp đỡ của em, anh vẫn chỉ là một kẻ nghiện vô vọng không có tương lai.’</w:t>
      </w:r>
    </w:p>
    <w:p>
      <w:pPr>
        <w:spacing w:after="80"/>
      </w:pPr>
      <w:r>
        <w:rPr>
          <w:b w:val="0"/>
          <w:i w:val="0"/>
        </w:rPr>
        <w:t>‘Không chỉ có em là người anh phải cảm ơn đâu,’ Maria nói.</w:t>
      </w:r>
    </w:p>
    <w:p>
      <w:pPr>
        <w:spacing w:after="80"/>
      </w:pPr>
      <w:r>
        <w:rPr>
          <w:b w:val="0"/>
          <w:i w:val="0"/>
        </w:rPr>
        <w:t>‘Anh biết. Choirboy cũng đã đóng vai của cậu ta, và một khi Faulkner yên vị sau song sắt, anh sẽ hoàn thành phần thỏa thuận của mình.’</w:t>
      </w:r>
    </w:p>
    <w:p>
      <w:pPr>
        <w:jc w:val="center"/>
      </w:pPr>
      <w:r>
        <w:drawing>
          <wp:inline xmlns:a="http://schemas.openxmlformats.org/drawingml/2006/main" xmlns:pic="http://schemas.openxmlformats.org/drawingml/2006/picture">
            <wp:extent cx="752475" cy="161925"/>
            <wp:docPr id="40" name="Picture 40"/>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‘Khi nào thì phiên tòa dự kiến bắt đầu vậy, Ngài Julian?’</w:t>
      </w:r>
    </w:p>
    <w:p>
      <w:pPr>
        <w:spacing w:after="80"/>
      </w:pPr>
      <w:r>
        <w:rPr>
          <w:b w:val="0"/>
          <w:i w:val="0"/>
        </w:rPr>
        <w:t>‘Còn phải vài tháng nữa, bà Faulkner. Sao bà lại hỏi vậy?’</w:t>
      </w:r>
    </w:p>
    <w:p>
      <w:pPr>
        <w:spacing w:after="80"/>
      </w:pPr>
      <w:r>
        <w:rPr>
          <w:b w:val="0"/>
          <w:i w:val="0"/>
        </w:rPr>
        <w:t>‘Tôi cần ông kéo dài thời gian giải quyết. Cố gắng làm chậm mọi thứ lại.’</w:t>
      </w:r>
    </w:p>
    <w:p>
      <w:pPr>
        <w:spacing w:after="80"/>
      </w:pPr>
      <w:r>
        <w:rPr>
          <w:b w:val="0"/>
          <w:i w:val="0"/>
        </w:rPr>
        <w:t>‘Sao bà lại muốn tôi làm vậy, khi chúng ta đã có gần như mọi thứ bà yêu cầu?’</w:t>
      </w:r>
    </w:p>
    <w:p>
      <w:pPr>
        <w:spacing w:after="80"/>
      </w:pPr>
      <w:r>
        <w:rPr>
          <w:b w:val="0"/>
          <w:i w:val="0"/>
        </w:rPr>
        <w:t>‘Tôi vẫn muốn là bà Faulkner khi chồng tôi vào tù.’</w:t>
      </w:r>
    </w:p>
    <w:p>
      <w:pPr>
        <w:spacing w:after="80"/>
      </w:pPr>
      <w:r>
        <w:rPr>
          <w:b w:val="0"/>
          <w:i w:val="0"/>
        </w:rPr>
        <w:t>‘Tôi có thể hỏi tại sao không?’</w:t>
      </w:r>
    </w:p>
    <w:p>
      <w:pPr>
        <w:spacing w:after="80"/>
      </w:pPr>
      <w:r>
        <w:rPr>
          <w:b w:val="0"/>
          <w:i w:val="0"/>
        </w:rPr>
        <w:t>‘Tốt hơn là ông đừng biết lý do, Ngài Julian ạ, vì tôi có thể cần ông đại diện cho tôi nếu mọi chuyện không diễn ra như dự định.’</w:t>
      </w:r>
    </w:p>
    <w:p>
      <w:pPr>
        <w:jc w:val="center"/>
      </w:pPr>
      <w:r>
        <w:drawing>
          <wp:inline xmlns:a="http://schemas.openxmlformats.org/drawingml/2006/main" xmlns:pic="http://schemas.openxmlformats.org/drawingml/2006/picture">
            <wp:extent cx="752475" cy="161925"/>
            <wp:docPr id="41" name="Picture 41"/>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 xml:space="preserve">William bắt tàu điện ngầm vào City và xuống ở Moorgate. Vài phút sau, anh bước vào Tea House, tin chắc rằng Rashidi sẽ không có mặt vào một buổi chiều thứ Tư. Anh tránh quầy lễ tân, vì không muốn bị người ta nhớ mặt, rồi đi thẳng đến dãy thang máy và hòa vào nhóm người đang chờ. Anh bước ra ở tầng mười một và ngồi xuống ở khu tiếp tân của Marcel và Neffe, cầm lấy một tờ </w:t>
      </w:r>
      <w:r>
        <w:rPr>
          <w:b w:val="0"/>
          <w:i/>
        </w:rPr>
        <w:t>Financial Times</w:t>
      </w:r>
      <w:r>
        <w:rPr>
          <w:b w:val="0"/>
          <w:i w:val="0"/>
        </w:rPr>
        <w:t>, và cứ vài phút lại xem đồng hồ, như thể đang chờ ai đó đến cùng. Cô lễ tân liên tục nghe điện thoại, tiếp khách, hoặc ký nhận hàng giao, nên anh hy vọng mình có thể loanh quanh một lúc trước khi cô ta thấy nghi ngờ.</w:t>
      </w:r>
    </w:p>
    <w:p>
      <w:pPr>
        <w:spacing w:after="80"/>
      </w:pPr>
      <w:r>
        <w:rPr>
          <w:b w:val="0"/>
          <w:i w:val="0"/>
        </w:rPr>
        <w:t>William chăm chú lắng nghe những cuộc trò chuyện diễn ra ở quầy lễ tân, trong khi giả vờ đọc tờ báo của mình. Chẳng mấy chốc, ông nhận ra rõ ràng rằng Marcel và Neffe không chỉ là vỏ bọc cho một doanh nghiệp khác; nó đúng như những gì nó tự nhận — một công ty trà nhỏ nhưng thành công, dù chủ tịch của nó chỉ ghé qua chốc lát vào sáng thứ Hai và chiều thứ Sáu.</w:t>
      </w:r>
    </w:p>
    <w:p>
      <w:pPr>
        <w:spacing w:after="80"/>
      </w:pPr>
      <w:r>
        <w:rPr>
          <w:b w:val="0"/>
          <w:i w:val="0"/>
        </w:rPr>
        <w:t>Khi cô lễ tân liếc nhìn anh với vẻ dò hỏi lần thứ ba, William quyết định đã đến lúc phải đi. Một người phụ nữ trẻ bước ra từ một trong các văn phòng, và anh đứng dậy, đi cùng cô khi cô rời đi. Họ cùng bước vào thang máy, và khi đến tầng trệt, William hướng về phía cửa chính trong khi người bạn đồng hành lúc nãy của anh biến mất xuống một hành lang bên phải.</w:t>
      </w:r>
    </w:p>
    <w:p>
      <w:pPr>
        <w:spacing w:after="80"/>
      </w:pPr>
      <w:r>
        <w:rPr>
          <w:b w:val="0"/>
          <w:i w:val="0"/>
        </w:rPr>
        <w:t>Trở lại trên phố, William xem đồng hồ và bắt đầu đi bộ về phía ga Moorgate. Anh cần ghé qua Scotland Yard trước khi về nhà. Không phải vì anh có gì để báo cáo. Anh đang bước xuống các bậc thang vào ga thì phát hiện người phụ nữ trẻ mà anh đã đi thang máy cùng đang tiến về phía cổng soát vé. William bối rối. Làm sao cô ấy có thể vượt qua anh mà anh không hề nhận ra?</w:t>
      </w:r>
    </w:p>
    <w:p>
      <w:pPr>
        <w:spacing w:after="80"/>
      </w:pPr>
      <w:r>
        <w:rPr>
          <w:b w:val="0"/>
          <w:i w:val="0"/>
        </w:rPr>
        <w:t>Anh dừng lại ở chân cầu thang và nhìn về hướng cô ấy vừa đi ra. Đúng lúc đó, một cánh cửa kín đáo mà anh chưa từng để ý trước đây bật mở, và một quý ông lớn tuổi ăn mặc lịch sự xuất hiện, tay cầm cặp tài liệu và một chiếc ô cuộn. William chạy vội đến cánh cửa, nhưng nó đã đóng lại trước khi anh kịp chạm tới.</w:t>
      </w:r>
    </w:p>
    <w:p>
      <w:pPr>
        <w:spacing w:after="80"/>
      </w:pPr>
      <w:r>
        <w:rPr>
          <w:b w:val="0"/>
          <w:i w:val="0"/>
        </w:rPr>
        <w:t>Anh không phải đợi lâu trước khi nó mở ra lần nữa, và lần này anh kịp lách qua khe cửa trước khi nó đóng lại, thấy mình đang ở trong một hành lang sáng sủa. Anh thận trọng bước dọc theo lối đi, đi ngang qua một phòng tập thể dục và một trung tâm huấn luyện bên trái, rồi leo một đoạn cầu thang ngắn dẫn đến một hành lang khác, ở cuối hành lang đó anh thấy mình quay lại khu vực lễ tân của Tea House, giờ đã hiểu rõ người phụ nữ kia đã vượt qua anh bằng cách nào. Anh lần theo đường cũ trở về ga tàu điện ngầm, biết chính xác mình sẽ đợi Rashidi ở đâu vào sáng thứ Hai tới.</w:t>
      </w:r>
    </w:p>
    <w:p>
      <w:pPr>
        <w:jc w:val="center"/>
      </w:pPr>
      <w:r>
        <w:drawing>
          <wp:inline xmlns:a="http://schemas.openxmlformats.org/drawingml/2006/main" xmlns:pic="http://schemas.openxmlformats.org/drawingml/2006/picture">
            <wp:extent cx="752475" cy="161925"/>
            <wp:docPr id="42" name="Picture 42"/>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‘CPS đã cho chúng ta một ngày xét xử Faulkner,’ Ngài Julian nói. ‘Mười hai tháng Mười Một tại Old Bailey.’</w:t>
      </w:r>
    </w:p>
    <w:p>
      <w:pPr>
        <w:spacing w:after="80"/>
      </w:pPr>
      <w:r>
        <w:rPr>
          <w:b w:val="0"/>
          <w:i w:val="0"/>
        </w:rPr>
        <w:t>Grace lật các trang nhật ký của mình và gạch bỏ ba tuần sau ngày 12 tháng Mười Một. ‘Còn chưa đầy một tháng nữa,’ cô nói. ‘Tôi vẫn cần dẫn Heath qua lời khai của anh ấy thêm một lần nữa.’</w:t>
      </w:r>
    </w:p>
    <w:p>
      <w:pPr>
        <w:spacing w:after="80"/>
      </w:pPr>
      <w:r>
        <w:rPr>
          <w:b w:val="0"/>
          <w:i w:val="0"/>
        </w:rPr>
        <w:t>‘Cô có thể làm việc đó khi họ chuyển anh ta về London ngay trước phiên tòa.’</w:t>
      </w:r>
    </w:p>
    <w:p>
      <w:pPr>
        <w:spacing w:after="80"/>
      </w:pPr>
      <w:r>
        <w:rPr>
          <w:b w:val="0"/>
          <w:i w:val="0"/>
        </w:rPr>
        <w:t>‘Ngài có định đưa William lên bục nhân chứng không?’</w:t>
      </w:r>
    </w:p>
    <w:p>
      <w:pPr>
        <w:spacing w:after="80"/>
      </w:pPr>
      <w:r>
        <w:rPr>
          <w:b w:val="0"/>
          <w:i w:val="0"/>
        </w:rPr>
        <w:t>‘Không ích gì. Giám đốc Lamont sẽ có trọng lượng lớn hơn đáng kể trong mắt bồi thẩm đoàn, và Tiến sĩ Lewis là một nhân chứng chuyên môn về ma túy được kính trọng đến mức tôi nghĩ bên bào chữa thậm chí sẽ không buồn chất vấn bà ấy. Thực ra, tôi có cảm giác chẳng bao lâu nữa Booth Watson sẽ liên lạc và cố thương lượng thỏa thuận thay mặt cho thân chủ của hắn.’</w:t>
      </w:r>
    </w:p>
    <w:p>
      <w:pPr>
        <w:spacing w:after="80"/>
      </w:pPr>
      <w:r>
        <w:rPr>
          <w:b w:val="0"/>
          <w:i w:val="0"/>
        </w:rPr>
        <w:t>‘Và nếu hắn làm vậy, ngài sẽ phản hồi thế nào?’</w:t>
      </w:r>
    </w:p>
    <w:p>
      <w:pPr>
        <w:spacing w:after="80"/>
      </w:pPr>
      <w:r>
        <w:rPr>
          <w:b w:val="0"/>
          <w:i w:val="0"/>
        </w:rPr>
        <w:t>‘Tôi sẽ bảo hắn biến đi.’</w:t>
      </w:r>
    </w:p>
    <w:p>
      <w:pPr>
        <w:spacing w:after="80"/>
      </w:pPr>
      <w:r>
        <w:rPr>
          <w:b w:val="0"/>
          <w:i w:val="0"/>
        </w:rPr>
        <w:t>‘Bên nguyên,’ Grace nói, ‘không thấy lý do gì để nhượng bộ vào thời điểm đặc biệt này, nhưng cảm ơn anh đã gọi, BW.’</w:t>
      </w:r>
    </w:p>
    <w:p>
      <w:pPr>
        <w:spacing w:after="80"/>
      </w:pPr>
      <w:r>
        <w:rPr>
          <w:b w:val="0"/>
          <w:i w:val="0"/>
        </w:rPr>
        <w:t>Grace mỉm cười khi nhìn cha cô ghi lại những lời cô nói.</w:t>
      </w:r>
    </w:p>
    <w:p>
      <w:pPr>
        <w:jc w:val="center"/>
      </w:pPr>
      <w:r>
        <w:drawing>
          <wp:inline xmlns:a="http://schemas.openxmlformats.org/drawingml/2006/main" xmlns:pic="http://schemas.openxmlformats.org/drawingml/2006/picture">
            <wp:extent cx="752475" cy="161925"/>
            <wp:docPr id="43" name="Picture 43"/>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William và Paul quan sát từ bên kia đường khi Rashidi bước ra khỏi chiếc Mercedes và bước vào Tea House lúc tám giờ mười phút sáng thứ Hai tuần sau. Ông ta ăn mặc như chủ tịch một công ty trong City, và người gác cửa chào ông ta. DS Warwick sau đó quay về ga tàu điện ngầm Moorgate, nhưng anh không đi về phía thang cuốn để trở lại Scotland Yard.</w:t>
      </w:r>
    </w:p>
    <w:p>
      <w:pPr>
        <w:spacing w:after="80"/>
      </w:pPr>
      <w:r>
        <w:rPr>
          <w:b w:val="0"/>
          <w:i w:val="0"/>
        </w:rPr>
        <w:t>Jackie đã dạy anh phải giữ tập trung trong khi theo dõi. Mất tập trung dù chỉ vài giây, và bạn có thể mất dấu mục tiêu. Anh đứng ở sảnh ga suốt bốn giờ tiếp theo, và dù thỉnh thoảng đi đi lại lại, mắt anh không bao giờ rời khỏi cánh cửa được ngụy trang kỹ càng đó. Vài người đã bước ra qua đó và đi thẳng đến cổng soát vé, nhưng anh tin chắc Rashidi không nằm trong số đó. Nếu ông ta rời đi qua cửa chính của Tea House sáng hôm đó, Paul đang đóng ở bên kia đường và sẽ lập tức báo cho William qua bộ đàm. Anh tăng gấp đôi sự tập trung khi cả hai kim đồng hồ ở ga cùng chỉ đến số mười hai.</w:t>
      </w:r>
    </w:p>
    <w:p>
      <w:pPr>
        <w:spacing w:after="80"/>
      </w:pPr>
      <w:r>
        <w:rPr>
          <w:b w:val="0"/>
          <w:i w:val="0"/>
        </w:rPr>
        <w:t>Vài phút sau, một người đàn ông bước qua cửa, mặc bộ đồ thể thao màu xám đậm rộng thùng thình, đội mũ trùm kín đầu che khuất gương mặt. Ông ta đã đi ngang qua William trước khi anh kịp nhìn kỹ hơn mà không phải nhìn chằm chằm. Dáng đi trông quen quen, nhưng William không thể chỉ dựa vào mỗi điều đó mà liều lĩnh, và phải đến khi người đàn ông đưa vé qua cổng soát, William mới nhận ra ông ta đeo găng tay da màu đen. Ánh mắt anh theo phản xạ liền hướng về ngón áp út của bàn tay trái.</w:t>
      </w:r>
    </w:p>
    <w:p>
      <w:pPr>
        <w:spacing w:after="80"/>
      </w:pPr>
      <w:r>
        <w:rPr>
          <w:b w:val="0"/>
          <w:i w:val="0"/>
        </w:rPr>
        <w:t>Lúc William vượt qua rào chắn và bước lên thang cuốn thì gã đàn ông mặc bộ đồ thể thao đã rẽ trái, hướng về phía sân ga tuyến Northern Line chạy về hướng nam.</w:t>
      </w:r>
    </w:p>
    <w:p>
      <w:pPr>
        <w:spacing w:after="80"/>
      </w:pPr>
      <w:r>
        <w:rPr>
          <w:b w:val="0"/>
          <w:i w:val="0"/>
        </w:rPr>
        <w:t>Khi bộ đồ thể thao vô danh kia đã khuất khỏi tầm mắt, William chạy lon ton xuống thang cuốn, chỉ chậm lại khi rẽ trái. Giờ cậu đã có thể thấy con mồi của mình khi đến sân ga đúng lúc một đoàn tàu lao ra khỏi đường hầm, phả ra một luồng khí ấm. Cậu bước vào toa kế bên toa của Rashidi, chỉ liếc về phía hắn đúng một lần. Cậu cẩn thận quan sát những hành khách xuống tàu ở mỗi ga, cho đến khi kẻ mặc bộ đồ thể thao, đầu vẫn còn che kín, xuống tàu ở Stockwell.</w:t>
      </w:r>
    </w:p>
    <w:p>
      <w:pPr>
        <w:spacing w:after="80"/>
      </w:pPr>
      <w:r>
        <w:rPr>
          <w:b w:val="0"/>
          <w:i w:val="0"/>
        </w:rPr>
        <w:t>William vẫn ngồi yên tại chỗ. Không nằm trong kế hoạch tổng thể. Việc đó sẽ phải đợi đến tuần sau. Lời của Hawk vẫn vang vọng trong tai anh: Đừng mạo hiểm. Chúng ta chơi ván dài.</w:t>
      </w:r>
    </w:p>
    <w:p>
      <w:pPr>
        <w:jc w:val="center"/>
      </w:pPr>
      <w:r>
        <w:drawing>
          <wp:inline xmlns:a="http://schemas.openxmlformats.org/drawingml/2006/main" xmlns:pic="http://schemas.openxmlformats.org/drawingml/2006/picture">
            <wp:extent cx="752475" cy="161925"/>
            <wp:docPr id="44" name="Picture 44"/>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Có sáu người trông coi phụ trách ngôi nhà an toàn, tất cả đều làm theo ca tám tiếng. Chỉ dẫn của họ rất đơn giản. Giữ an toàn cho nhân chứng và bạn gái anh ta, cho ăn uống đầy đủ và, nếu có thể, giúp họ thư giãn. Thật chẳng dễ thư giãn chút nào khi họ không bao giờ được ra ngoài lâu hơn một quãng đi bộ ngắn quanh công viên gần đó, lúc nào cũng có hai sĩ quan và một chú chó chăn cừu Đức đi kèm. Phải mất vài ngày Adrian và Maria mới biết được mình đang ở thành phố nào.</w:t>
      </w:r>
    </w:p>
    <w:p>
      <w:pPr>
        <w:spacing w:after="80"/>
      </w:pPr>
      <w:r>
        <w:rPr>
          <w:b w:val="0"/>
          <w:i w:val="0"/>
        </w:rPr>
        <w:t>Khi nhiều tuần trôi qua, Adrian dần quen thân với một trong những người trông nom mình, họ gắn kết nhờ cùng cổ vũ cho West Ham. Nhưng phải đến hai tuần trước phiên tòa, anh mới phát hiện ra người đó thực sự cổ vũ cho đội nào.</w:t>
      </w:r>
    </w:p>
    <w:p>
      <w:pPr>
        <w:jc w:val="center"/>
      </w:pPr>
      <w:r>
        <w:drawing>
          <wp:inline xmlns:a="http://schemas.openxmlformats.org/drawingml/2006/main" xmlns:pic="http://schemas.openxmlformats.org/drawingml/2006/picture">
            <wp:extent cx="752475" cy="161925"/>
            <wp:docPr id="45" name="Picture 45"/>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Trở lại Scotland Yard, William nộp bản báo cáo về chuyến đi đến Stockwell.</w:t>
      </w:r>
    </w:p>
    <w:p>
      <w:pPr>
        <w:spacing w:after="80"/>
      </w:pPr>
      <w:r>
        <w:rPr>
          <w:b w:val="0"/>
          <w:i w:val="0"/>
        </w:rPr>
        <w:t>Lamont nghiên cứu bản đồ tàu điện ngầm London một lúc rồi nói: "Nếu thứ Hai tới Rashidi xuống ở Stockwell, DS Warwick, cậu sẽ đợi anh ta bên ngoài ga. Nhưng nếu anh ta đổi tuyến và đi về phía Brixton, thì cậu sẽ phải lo phần đó, DC Adaja."</w:t>
      </w:r>
    </w:p>
    <w:p>
      <w:pPr>
        <w:spacing w:after="80"/>
      </w:pPr>
      <w:r>
        <w:rPr>
          <w:b w:val="0"/>
          <w:i w:val="0"/>
        </w:rPr>
        <w:t>Cả hai viên cảnh sát gật đầu và ghi chú lại.</w:t>
      </w:r>
    </w:p>
    <w:p>
      <w:pPr>
        <w:spacing w:after="80"/>
      </w:pPr>
      <w:r>
        <w:rPr>
          <w:b w:val="0"/>
          <w:i w:val="0"/>
        </w:rPr>
        <w:t>'Và Jackie, giờ khi bạn không còn tham gia trò chơi nữa, bạn đang làm gì vậy?'</w:t>
      </w:r>
    </w:p>
    <w:p>
      <w:pPr>
        <w:spacing w:after="80"/>
      </w:pPr>
      <w:r>
        <w:rPr>
          <w:b w:val="0"/>
          <w:i w:val="0"/>
        </w:rPr>
        <w:t>‘Chúng ta có một vấn đề hai xe buýt, sếp ạ,’ Jackie nói sau khi tiếng cười đã lắng xuống. Đột nhiên sự chú ý của cả đội chuyển sang DC Roycroft. ‘Marlboro Man tin chắc rằng một lô hàng ma túy lớn đang trên đường từ Colombia đến Zeebrugge. Do vài tay buôn nói bừa ở quán bar, những kẻ đã uống hơi quá chén.’</w:t>
      </w:r>
    </w:p>
    <w:p>
      <w:pPr>
        <w:spacing w:after="80"/>
      </w:pPr>
      <w:r>
        <w:rPr>
          <w:b w:val="0"/>
          <w:i w:val="0"/>
        </w:rPr>
        <w:t>‘Cậu có biết chúng ta đang nói tới số lượng bao nhiêu không?’ Lamont hỏi.</w:t>
      </w:r>
    </w:p>
    <w:p>
      <w:pPr>
        <w:spacing w:after="80"/>
      </w:pPr>
      <w:r>
        <w:rPr>
          <w:b w:val="0"/>
          <w:i w:val="0"/>
        </w:rPr>
        <w:t>‘Anh ta không thể chắc chắn. Điều duy nhất anh ta biết chắc là lần trước đó là mười ký cocaine.’</w:t>
      </w:r>
    </w:p>
    <w:p>
      <w:pPr>
        <w:spacing w:after="80"/>
      </w:pPr>
      <w:r>
        <w:rPr>
          <w:b w:val="0"/>
          <w:i w:val="0"/>
        </w:rPr>
        <w:t>‘Chắc đây chính là lô hàng cuối cùng đã tới Manchester,’ Lamont nói. ‘Ông ta có biết nó sẽ đi đâu sau Zeebrugge không?’</w:t>
      </w:r>
    </w:p>
    <w:p>
      <w:pPr>
        <w:spacing w:after="80"/>
      </w:pPr>
      <w:r>
        <w:rPr>
          <w:b w:val="0"/>
          <w:i w:val="0"/>
        </w:rPr>
        <w:t>‘Anh ấy không biết gì cả.’</w:t>
      </w:r>
    </w:p>
    <w:p>
      <w:pPr>
        <w:spacing w:after="80"/>
      </w:pPr>
      <w:r>
        <w:rPr>
          <w:b w:val="0"/>
          <w:i w:val="0"/>
        </w:rPr>
        <w:t>‘Felixstowe là lựa chọn của tôi,’ Hawk nói.</w:t>
      </w:r>
    </w:p>
    <w:p>
      <w:pPr>
        <w:spacing w:after="80"/>
      </w:pPr>
      <w:r>
        <w:rPr>
          <w:b w:val="0"/>
          <w:i w:val="0"/>
        </w:rPr>
        <w:t>‘Điều gì khiến ông nói vậy, thưa ông?’</w:t>
      </w:r>
    </w:p>
    <w:p>
      <w:pPr>
        <w:spacing w:after="80"/>
      </w:pPr>
      <w:r>
        <w:rPr>
          <w:b w:val="0"/>
          <w:i w:val="0"/>
        </w:rPr>
        <w:t>‘Phòng chống tham nhũng có hai nhân viên hải quan đang theo dõi ở đó, và họ bảo tôi rằng họ dự kiến sẽ bắt giữ ai đó trong tương lai gần.’</w:t>
      </w:r>
    </w:p>
    <w:p>
      <w:pPr>
        <w:spacing w:after="80"/>
      </w:pPr>
      <w:r>
        <w:rPr>
          <w:b w:val="0"/>
          <w:i w:val="0"/>
        </w:rPr>
        <w:t>‘Vậy thì DS Warwick và DC Roycroft nên mau chóng phóng xuống Felixstowe,’ Lamont nói. ‘Và để mắt tới mọi con tàu cập bến từ Zeebrugge. Làm tốt lắm, DC Roycroft.’</w:t>
      </w:r>
    </w:p>
    <w:p>
      <w:pPr>
        <w:spacing w:after="80"/>
      </w:pPr>
      <w:r>
        <w:rPr>
          <w:b w:val="0"/>
          <w:i w:val="0"/>
        </w:rPr>
        <w:t>‘Tôi còn nhiều thứ nữa,’ Jackie nói, trông khá hài lòng với bản thân.</w:t>
      </w:r>
    </w:p>
    <w:p>
      <w:pPr>
        <w:spacing w:after="80"/>
      </w:pPr>
      <w:r>
        <w:rPr>
          <w:b w:val="0"/>
          <w:i w:val="0"/>
        </w:rPr>
        <w:t>‘Nói ra đi,’ Lamont nói.</w:t>
      </w:r>
    </w:p>
    <w:p>
      <w:pPr>
        <w:spacing w:after="80"/>
      </w:pPr>
      <w:r>
        <w:rPr>
          <w:b w:val="0"/>
          <w:i w:val="0"/>
        </w:rPr>
        <w:t>‘Một từ mà MM nghe được vài lần đêm hôm đó là “caravan”.’</w:t>
      </w:r>
    </w:p>
    <w:p>
      <w:pPr>
        <w:spacing w:after="80"/>
      </w:pPr>
      <w:r>
        <w:rPr>
          <w:b w:val="0"/>
          <w:i w:val="0"/>
        </w:rPr>
        <w:t>‘Hoặc là chúng ta đang bị gài bẫy, hoặc là gã đàn ông đó đáng giá bằng cả gia tài.’</w:t>
      </w:r>
    </w:p>
    <w:p>
      <w:pPr>
        <w:spacing w:after="80"/>
      </w:pPr>
      <w:r>
        <w:rPr>
          <w:b w:val="0"/>
          <w:i w:val="0"/>
        </w:rPr>
        <w:t>‘Nhưng không phải toàn là tin tốt,’ Jackie nói. ‘Giờ Tulip lại quay về hoạt động trên đường phố, hắn đã quay lại Three Feathers tìm Heath.’</w:t>
      </w:r>
    </w:p>
    <w:p>
      <w:pPr>
        <w:spacing w:after="80"/>
      </w:pPr>
      <w:r>
        <w:rPr>
          <w:b w:val="0"/>
          <w:i w:val="0"/>
        </w:rPr>
        <w:t>‘Đúng là thứ chúng ta cần,’ Hawk nói.</w:t>
      </w:r>
    </w:p>
    <w:p>
      <w:pPr>
        <w:pStyle w:val="Heading2"/>
      </w:pPr>
      <w:r>
        <w:rPr>
          <w:rFonts w:ascii="Calibri" w:hAnsi="Calibri"/>
          <w:b/>
          <w:i w:val="0"/>
          <w:sz w:val="32"/>
        </w:rPr>
        <w:t>16</w:t>
      </w:r>
    </w:p>
    <w:p>
      <w:pPr>
        <w:spacing w:after="80"/>
      </w:pPr>
      <w:r>
        <w:rPr>
          <w:b w:val="0"/>
          <w:i w:val="0"/>
        </w:rPr>
        <w:t>‘NGÀY THỨ HAI của bất kỳ cuộc theo dõi nào luôn là ngày tệ nhất,’ Jackie nói.</w:t>
      </w:r>
    </w:p>
    <w:p>
      <w:pPr>
        <w:spacing w:after="80"/>
      </w:pPr>
      <w:r>
        <w:rPr>
          <w:b w:val="0"/>
          <w:i w:val="0"/>
        </w:rPr>
        <w:t>‘Tại sao?’ William hỏi, vẫn chĩa ống nhòm về phía lối vào bến cảng.</w:t>
      </w:r>
    </w:p>
    <w:p>
      <w:pPr>
        <w:spacing w:after="80"/>
      </w:pPr>
      <w:r>
        <w:rPr>
          <w:b w:val="0"/>
          <w:i w:val="0"/>
        </w:rPr>
        <w:t>‘Ngày đầu tiên thì giữ tập trung cũng dễ thôi, nhưng đến ngày thứ hai, cảm giác hồi hộp của cuộc rượt đuổi và sự háo hức chờ đợi bắt đầu phai nhạt.’</w:t>
      </w:r>
    </w:p>
    <w:p>
      <w:pPr>
        <w:spacing w:after="80"/>
      </w:pPr>
      <w:r>
        <w:rPr>
          <w:b w:val="0"/>
          <w:i w:val="0"/>
        </w:rPr>
        <w:t>‘Còn đến ngày thứ ba thì sao?’</w:t>
      </w:r>
    </w:p>
    <w:p>
      <w:pPr>
        <w:spacing w:after="80"/>
      </w:pPr>
      <w:r>
        <w:rPr>
          <w:b w:val="0"/>
          <w:i w:val="0"/>
        </w:rPr>
        <w:t>‘Sự buồn chán ập đến. Mí mắt bạn ngày càng nặng trĩu, và bạn phải vật lộn để tỉnh táo. Nhưng ít nhất thế còn hơn phải nghe những câu chuyện kinh khủng của anh, thứ có thể khiến cả người mất ngủ cũng phải ngủ thiếp đi. Tôi cá là Beth không phải đếm cừu vào ban đêm đâu.’</w:t>
      </w:r>
    </w:p>
    <w:p>
      <w:pPr>
        <w:spacing w:after="80"/>
      </w:pPr>
      <w:r>
        <w:rPr>
          <w:b w:val="0"/>
          <w:i w:val="0"/>
        </w:rPr>
        <w:t>‘Ít nhất lần này chúng ta biết chính xác mình đang tìm kiếm cái gì,’ William nói, phớt lờ lời châm chọc. ‘Không giống như chuyến đi của cô đến Guildford để tìm một bức Picasso bị đánh cắp mà hóa ra lại không hề tồn tại.’</w:t>
      </w:r>
    </w:p>
    <w:p>
      <w:pPr>
        <w:spacing w:after="80"/>
      </w:pPr>
      <w:r>
        <w:rPr>
          <w:b w:val="0"/>
          <w:i w:val="0"/>
        </w:rPr>
        <w:t>‘Đừng nhắc tôi nữa,’ Jackie nói. ‘Lần này ông trưởng cảng đã giúp đỡ hết mức có thể. Hôm nay chỉ có hai chuyến phà chở xe từ Zeebrugge cập bến, đều của Townsend Thoresen, và vì chúng ta đang tìm một chiếc xe kéo theo xe cắm trại (caravan), chắc không khó nhận ra lắm, dù vẫn phải kiểm tra biển số từng xe, phòng khi cần.’</w:t>
      </w:r>
    </w:p>
    <w:p>
      <w:pPr>
        <w:spacing w:after="80"/>
      </w:pPr>
      <w:r>
        <w:rPr>
          <w:b w:val="0"/>
          <w:i w:val="0"/>
        </w:rPr>
        <w:t>‘Ba chiếc xe cắm trại mình phát hiện hôm qua rốt cuộc đi đâu rồi?’</w:t>
      </w:r>
    </w:p>
    <w:p>
      <w:pPr>
        <w:spacing w:after="80"/>
      </w:pPr>
      <w:r>
        <w:rPr>
          <w:b w:val="0"/>
          <w:i w:val="0"/>
        </w:rPr>
        <w:t>‘Một chiếc đến bãi cắm trại ở New Forest, nơi chủ nó sống. Chiếc thứ hai đang trên đường đến Scotland, còn theo Máy tính Quốc gia của Cảnh sát (Police National Computer) thì chiếc thứ ba thuộc về Mục sư Nigel Oakshot ở The Rectory, Sandhurst, Berkshire. Bọn mình quyết định cho ông ấy hưởng lợi thế của sự hoài nghi (benefit of the doubt).’</w:t>
      </w:r>
    </w:p>
    <w:p>
      <w:pPr>
        <w:spacing w:after="80"/>
      </w:pPr>
      <w:r>
        <w:rPr>
          <w:b w:val="0"/>
          <w:i w:val="0"/>
        </w:rPr>
        <w:t>William bật cười. ‘Chuyến phà đầu tiên hôm nay mấy giờ cập bến?’</w:t>
      </w:r>
    </w:p>
    <w:p>
      <w:pPr>
        <w:spacing w:after="80"/>
      </w:pPr>
      <w:r>
        <w:rPr>
          <w:b w:val="0"/>
          <w:i w:val="0"/>
        </w:rPr>
        <w:t xml:space="preserve">‘Tàu </w:t>
      </w:r>
      <w:r>
        <w:rPr>
          <w:b w:val="0"/>
          <w:i/>
        </w:rPr>
        <w:t>Anthi Marina</w:t>
      </w:r>
      <w:r>
        <w:rPr>
          <w:b w:val="0"/>
          <w:i w:val="0"/>
        </w:rPr>
        <w:t xml:space="preserve"> chắc khoảng mười một giờ hai mươi sẽ cập cảng, và sẽ dỡ hàng ở bến RoRo số một hoặc số hai. Bọn mình sẽ không lại gần bến tàu cho đến khi nó xuất hiện. Không muốn bị một trong các nhân viên hải quan thuộc đơn vị chống tham nhũng đang giám sát phát hiện đâu. Anh đang đọc gì thế?’ cô hỏi, nhìn xuống cuốn sách đang nằm trên đùi William và tự hỏi liệu anh có nghe được lời nào cô nói không.</w:t>
      </w:r>
    </w:p>
    <w:p>
      <w:pPr>
        <w:spacing w:after="80"/>
      </w:pPr>
      <w:r>
        <w:rPr>
          <w:b w:val="0"/>
          <w:i w:val="0"/>
        </w:rPr>
        <w:t>‘Lịch sử cảng Felixstowe.’</w:t>
      </w:r>
    </w:p>
    <w:p>
      <w:pPr>
        <w:spacing w:after="80"/>
      </w:pPr>
      <w:r>
        <w:rPr>
          <w:b w:val="0"/>
          <w:i w:val="0"/>
        </w:rPr>
        <w:t>‘Chắc cuốn đó lật trang không kịp đấy nhỉ.’</w:t>
      </w:r>
    </w:p>
    <w:p>
      <w:pPr>
        <w:spacing w:after="80"/>
      </w:pPr>
      <w:r>
        <w:rPr>
          <w:b w:val="0"/>
          <w:i w:val="0"/>
        </w:rPr>
        <w:t>‘Anh có biết vùng đất xung quanh thuộc sở hữu của Trinity College, Cambridge, và là một trong những tài sản giá trị nhất của trường không?’</w:t>
      </w:r>
    </w:p>
    <w:p>
      <w:pPr>
        <w:spacing w:after="80"/>
      </w:pPr>
      <w:r>
        <w:rPr>
          <w:b w:val="0"/>
          <w:i w:val="0"/>
        </w:rPr>
        <w:t>‘Hấp dẫn thật.’</w:t>
      </w:r>
    </w:p>
    <w:p>
      <w:pPr>
        <w:spacing w:after="80"/>
      </w:pPr>
      <w:r>
        <w:rPr>
          <w:b w:val="0"/>
          <w:i w:val="0"/>
        </w:rPr>
        <w:t>‘Thủ quỹ của trường hồi đó, ông Tressilian Nicholas, đã mua khu đất rộng 3,800 mẫu Anh thay mặt cho trường vào năm 1933, cùng với một con đường dẫn đến bến cảng khi đó đã bị bỏ hoang. Người kế nhiệm ông, ông Bradfield, đã nhận ra tiềm năng của nó, và giờ đây nó là cảng lớn nhất nước Anh, mang lại cho trường một khoản lợi nhuận kha khá.’</w:t>
      </w:r>
    </w:p>
    <w:p>
      <w:pPr>
        <w:spacing w:after="80"/>
      </w:pPr>
      <w:r>
        <w:rPr>
          <w:b w:val="0"/>
          <w:i w:val="0"/>
        </w:rPr>
        <w:t>‘Tôi nóng lòng muốn nghe đoạn kết của câu chuyện này quá,’ Jackie nói.</w:t>
      </w:r>
    </w:p>
    <w:p>
      <w:pPr>
        <w:spacing w:after="80"/>
      </w:pPr>
      <w:r>
        <w:rPr>
          <w:b w:val="0"/>
          <w:i w:val="0"/>
        </w:rPr>
        <w:t>‘Huân tước Butler.’</w:t>
      </w:r>
    </w:p>
    <w:p>
      <w:pPr>
        <w:spacing w:after="80"/>
      </w:pPr>
      <w:r>
        <w:rPr>
          <w:b w:val="0"/>
          <w:i w:val="0"/>
        </w:rPr>
        <w:t>‘Ông ấy là ai?’</w:t>
      </w:r>
    </w:p>
    <w:p>
      <w:pPr>
        <w:spacing w:after="80"/>
      </w:pPr>
      <w:r>
        <w:rPr>
          <w:b w:val="0"/>
          <w:i w:val="0"/>
        </w:rPr>
        <w:t>‘Một cựu bộ trưởng nội các, và là hiệu trưởng của Trinity,’ William đáp, rồi bắt đầu đọc trực tiếp từ cuốn sách: “Butler hỏi Bradfield tại một cuộc họp tài chính rằng ông có biết trường sở hữu một mỏ thiếc ở Cornwall đã không sinh lời kể từ năm 1546 không, và vị thủ quỹ nổi tiếng đáp lại, ‘Thưa hiệu trưởng, ngài sẽ thấy rằng ở trường này, chúng tôi nhìn xa trông rộng (take the long view).’ ” ’</w:t>
      </w:r>
    </w:p>
    <w:p>
      <w:pPr>
        <w:spacing w:after="80"/>
      </w:pPr>
      <w:r>
        <w:rPr>
          <w:b w:val="0"/>
          <w:i w:val="0"/>
        </w:rPr>
        <w:t xml:space="preserve">‘Tôi cũng đang nhìn xa trông rộng đây,’ Jackie nói, khi cô thấy tàu </w:t>
      </w:r>
      <w:r>
        <w:rPr>
          <w:b w:val="0"/>
          <w:i/>
        </w:rPr>
        <w:t>Anthi Marina</w:t>
      </w:r>
      <w:r>
        <w:rPr>
          <w:b w:val="0"/>
          <w:i w:val="0"/>
        </w:rPr>
        <w:t xml:space="preserve"> hiện ra ở đường chân trời. ‘Nếu hôm qua là dấu hiệu thì khoảng bốn mươi phút nữa nó sẽ đến chỗ bọn mình. Phải đi thôi nếu muốn giành được điểm quan sát ưng ý.’</w:t>
      </w:r>
    </w:p>
    <w:p>
      <w:pPr>
        <w:spacing w:after="80"/>
      </w:pPr>
      <w:r>
        <w:rPr>
          <w:b w:val="0"/>
          <w:i w:val="0"/>
        </w:rPr>
        <w:t>William thắt dây an toàn khi Jackie nổ máy và lái chầm chậm xuống Bath Hill về phía bến cảng. Cô đỗ xe ở đúng chỗ mà họ đã dành bao nhiêu giờ vô vọng vào ngày hôm trước. Ít nhất thì chuyến phà cuối cùng đã cập bến ngay sau mười giờ, giúp họ kịp nhận phòng một nhà nghỉ nhỏ tồi tàn (B&amp;B) ven biển trước nửa đêm. Ông chủ nhà có vẻ ngạc nhiên khi họ đặt hai phòng riêng.</w:t>
      </w:r>
    </w:p>
    <w:p>
      <w:pPr>
        <w:spacing w:after="80"/>
      </w:pPr>
      <w:r>
        <w:rPr>
          <w:b w:val="0"/>
          <w:i w:val="0"/>
        </w:rPr>
        <w:t>Sau khi Jackie đỗ xe khuất hẳn tầm nhìn, hai người ngồi im lặng như vợ chồng, cùng dõi theo con tàu đang chầm chậm tiến vào cảng.</w:t>
      </w:r>
    </w:p>
    <w:p>
      <w:pPr>
        <w:spacing w:after="80"/>
      </w:pPr>
      <w:r>
        <w:rPr>
          <w:b w:val="0"/>
          <w:i w:val="0"/>
        </w:rPr>
        <w:t>Họ không phải chờ lâu để thấy chiếc xe đầu tiên xuất hiện trên bến cảng. Jackie, ống nhòm trong tay, đọc to từng biển số cho Paul - người đang kiên nhẫn chờ tín hiệu của họ dưới tầng hầm Scotland Yard. William, với bản tính cẩn thận thừa mứa, cũng ghi chép lại vào sổ tay. Đến khi chiếc xe cuối cùng đã qua cửa hải quan, vẫn chẳng thấy bóng dáng chiếc xe kéo nào. Jackie hạ ống nhòm xuống và hỏi: "Chuyến phà tiếp theo mấy giờ cập bến?"</w:t>
      </w:r>
    </w:p>
    <w:p>
      <w:pPr>
        <w:spacing w:after="80"/>
      </w:pPr>
      <w:r>
        <w:rPr>
          <w:b w:val="0"/>
          <w:i w:val="0"/>
        </w:rPr>
        <w:t>"Hai giờ năm mươi," William đáp, lướt ngón tay dọc theo lịch trình. "</w:t>
      </w:r>
      <w:r>
        <w:rPr>
          <w:b w:val="0"/>
          <w:i/>
        </w:rPr>
        <w:t>Saxon Prince</w:t>
      </w:r>
      <w:r>
        <w:rPr>
          <w:b w:val="0"/>
          <w:i w:val="0"/>
        </w:rPr>
        <w:t>."</w:t>
      </w:r>
    </w:p>
    <w:p>
      <w:pPr>
        <w:spacing w:after="80"/>
      </w:pPr>
      <w:r>
        <w:rPr>
          <w:b w:val="0"/>
          <w:i w:val="0"/>
        </w:rPr>
        <w:t>"Thừa thời gian cho bữa trưa. Cá và khoai tây chiên nhé?"</w:t>
      </w:r>
    </w:p>
    <w:p>
      <w:pPr>
        <w:spacing w:after="80"/>
      </w:pPr>
      <w:r>
        <w:rPr>
          <w:b w:val="0"/>
          <w:i w:val="0"/>
        </w:rPr>
        <w:t>"Lại nữa à. Hôm qua mình ăn đúng món đó rồi còn gì."</w:t>
      </w:r>
    </w:p>
    <w:p>
      <w:pPr>
        <w:spacing w:after="80"/>
      </w:pPr>
      <w:r>
        <w:rPr>
          <w:b w:val="0"/>
          <w:i w:val="0"/>
        </w:rPr>
        <w:t>"Và mai cũng sẽ ăn tiếp, nếu theo ý tôi," Jackie nói. "Nguyên tắc vàng đấy. Khi bị kẹt ở cảng làm nhiệm vụ giám sát, hãy luôn ăn hải sản đánh bắt tại chỗ. Nó tươi hơn nhiều so với món cá tuyết hầm kiểu fricassee mà người ta dọn ra ở khách sạn Ritz. Mà anh phải biết chứ, anh đến đó thường xuyên lắm mà."</w:t>
      </w:r>
    </w:p>
    <w:p>
      <w:pPr>
        <w:spacing w:after="80"/>
      </w:pPr>
      <w:r>
        <w:rPr>
          <w:b w:val="0"/>
          <w:i w:val="0"/>
        </w:rPr>
        <w:t>"Chỉ hai lần thôi," William nói. "Nhưng lỡ mình kẹt ở đây cả tuần còn lại thì sao?"</w:t>
      </w:r>
    </w:p>
    <w:p>
      <w:pPr>
        <w:spacing w:after="80"/>
      </w:pPr>
      <w:r>
        <w:rPr>
          <w:b w:val="0"/>
          <w:i w:val="0"/>
        </w:rPr>
        <w:t>"Thì tôi bằng lòng ăn kebab," Jackie đáp, trong khi quay xe và hướng tới quán cá chiên mà viên trung sĩ trực ban ở đồn cảnh sát địa phương đã giới thiệu.</w:t>
      </w:r>
    </w:p>
    <w:p>
      <w:pPr>
        <w:spacing w:after="80"/>
      </w:pPr>
      <w:r>
        <w:rPr>
          <w:b w:val="0"/>
          <w:i w:val="0"/>
        </w:rPr>
        <w:t>"Lúc nào cũng là dấu hiệu tốt," Jackie nói khi đỗ xe và cả hai cùng nhập vào hàng người dài đang chờ ngoài quán.</w:t>
      </w:r>
    </w:p>
    <w:p>
      <w:pPr>
        <w:jc w:val="center"/>
      </w:pPr>
      <w:r>
        <w:drawing>
          <wp:inline xmlns:a="http://schemas.openxmlformats.org/drawingml/2006/main" xmlns:pic="http://schemas.openxmlformats.org/drawingml/2006/picture">
            <wp:extent cx="752475" cy="161925"/>
            <wp:docPr id="46" name="Picture 46"/>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DC Adaja tranh thủ giờ nghỉ trưa để tra tất cả biển số mà Jackie cung cấp trên hệ thống PNC. Vài vé phạt đỗ xe, mấy vé phạt tốc độ, một tội lái xe khi say rượu và một phụ nữ bị bắt vì vượt đèn đỏ, bị phạt hai mươi bảng và bị trừ hai điểm trên bằng lái. Khi Paul gọi bộ đàm báo kết quả cho Jackie, cô rưới thêm giấm lên miếng cá tuyết của mình và nói: "Cô nàng hư thật."</w:t>
      </w:r>
    </w:p>
    <w:p>
      <w:pPr>
        <w:spacing w:after="80"/>
      </w:pPr>
      <w:r>
        <w:rPr>
          <w:b w:val="0"/>
          <w:i w:val="0"/>
        </w:rPr>
        <w:t>Sau khi ăn xong bữa trưa - ăn từ tờ báo gói khi vừa đi dạo dọc bờ biển - Jackie và William lái xe trở lại vị trí quan sát trên đỉnh vách đá.</w:t>
      </w:r>
    </w:p>
    <w:p>
      <w:pPr>
        <w:spacing w:after="80"/>
      </w:pPr>
      <w:r>
        <w:rPr>
          <w:b w:val="0"/>
          <w:i w:val="0"/>
        </w:rPr>
        <w:t>Sau khi đã im lặng nhìn ra biển suốt nửa tiếng, Jackie rút thanh kiếm ra khỏi vỏ lần thứ hai. "Anh vẫn còn hy vọng lên được thanh tra chứ?" cô hỏi.</w:t>
      </w:r>
    </w:p>
    <w:p>
      <w:pPr>
        <w:spacing w:after="80"/>
      </w:pPr>
      <w:r>
        <w:rPr>
          <w:b w:val="0"/>
          <w:i w:val="0"/>
        </w:rPr>
        <w:t>"Sao lại hỏi tôi câu đó khi cô đã biết câu trả lời rồi?"</w:t>
      </w:r>
    </w:p>
    <w:p>
      <w:pPr>
        <w:spacing w:after="80"/>
      </w:pPr>
      <w:r>
        <w:rPr>
          <w:b w:val="0"/>
          <w:i w:val="0"/>
        </w:rPr>
        <w:t>"Vì ở Met chỉ có hai kiểu trung sĩ, và rõ ràng anh thuộc kiểu thứ hai - những người hy vọng được thăng chức."</w:t>
      </w:r>
    </w:p>
    <w:p>
      <w:pPr>
        <w:spacing w:after="80"/>
      </w:pPr>
      <w:r>
        <w:rPr>
          <w:b w:val="0"/>
          <w:i w:val="0"/>
        </w:rPr>
        <w:t>"Còn kiểu thứ nhất?"</w:t>
      </w:r>
    </w:p>
    <w:p>
      <w:pPr>
        <w:spacing w:after="80"/>
      </w:pPr>
      <w:r>
        <w:rPr>
          <w:b w:val="0"/>
          <w:i w:val="0"/>
        </w:rPr>
        <w:t>"Đông hơn hẳn," Jackie nói. "Những lão làng lì lợm, đã tính ra rằng nếu được thăng lên thanh tra thì sẽ không còn được nhận tiền làm thêm giờ nữa. Đó là lý do Met có bao nhiêu trung sĩ tuổi bốn mươi đến năm mươi ngồi chờ hết thời gian công tác. Nhiều người trong số họ kiếm được nhiều hơn hẳn cấp trên, mà đồng thời lại gây tắc nghẽn khiến những người như tôi không thể thoát khỏi nấc thang thấp nhất. Sự thật là, thăng lên thanh tra còn dễ hơn thăng lên trung sĩ."</w:t>
      </w:r>
    </w:p>
    <w:p>
      <w:pPr>
        <w:spacing w:after="80"/>
      </w:pPr>
      <w:r>
        <w:rPr>
          <w:b w:val="0"/>
          <w:i w:val="0"/>
        </w:rPr>
        <w:t>Đó là lần đầu tiên William nghe Jackie tỏ ra cay đắng về bất cứ điều gì. "Nếu chúng ta tống Rashidi vào tù," anh nói, "tôi chắc chắn sẽ không lâu đâu trước khi cô lại may ba sọc trở lại lên bộ đồng phục của mình." Anh lập tức hối hận về lời nói của mình, vì chúng chỉ khiến Jackie nhớ rằng anh đã được thăng lên trung sĩ sau khi cô bị giáng chức.</w:t>
      </w:r>
    </w:p>
    <w:p>
      <w:pPr>
        <w:spacing w:after="80"/>
      </w:pPr>
      <w:r>
        <w:rPr>
          <w:b w:val="0"/>
          <w:i w:val="0"/>
        </w:rPr>
        <w:t>"Dù sao thì," Jackie nói, "tôi phải thừa nhận rằng tiền phụ cấp làm thêm giờ đã giúp tôi có thể tận hưởng vài thứ xa xỉ nhỏ bé trong cuộc sống. Mặc dù đôi khi tôi tự hỏi liệu công chúng có biết có bao nhiêu sĩ quan đang ngồi trong những chiếc xe khách đỗ ở các con phố sau, chỉ để phòng khi một cuộc tuần hành phản đối vượt khỏi tầm kiểm soát."</w:t>
      </w:r>
    </w:p>
    <w:p>
      <w:pPr>
        <w:spacing w:after="80"/>
      </w:pPr>
      <w:r>
        <w:rPr>
          <w:b w:val="0"/>
          <w:i w:val="0"/>
        </w:rPr>
        <w:t>"Đó là cái giá đáng phải trả," William nói. "Có lẽ cô chưa để ý rằng cảnh sát chống bạo động Nga không ngồi trong xe khách nếu công chúng chỉ mới nghĩ đến việc phản đối."</w:t>
      </w:r>
    </w:p>
    <w:p>
      <w:pPr>
        <w:spacing w:after="80"/>
      </w:pPr>
      <w:r>
        <w:rPr>
          <w:b w:val="0"/>
          <w:i w:val="0"/>
        </w:rPr>
        <w:t>"Và nhân tiện đó, Cậu Bé Hát Thánh Ca, tôi sẽ cố tranh thủ chợp mắt một chút. Đánh thức tôi khi con tàu tiếp theo của chúng ta cập bến."</w:t>
      </w:r>
    </w:p>
    <w:p>
      <w:pPr>
        <w:spacing w:after="80"/>
      </w:pPr>
      <w:r>
        <w:rPr>
          <w:b w:val="0"/>
          <w:i w:val="0"/>
        </w:rPr>
        <w:t>Cô ngả người ra sau ghế, nhắm mắt và ngủ thiếp đi trong vài phút. William ước gì mình có thể làm được như vậy, nhưng tâm trí anh không chịu nghỉ ngơi ngay cả vào ban đêm. Anh nhìn chằm chằm ra biển xám trống rỗng, và nghĩ về Beth. Chúa ơi, anh đã may mắn biết bao, và sẽ không lâu nữa trước khi họ trở thành một gia đình ba người. Càng thêm lý do để hy vọng rằng việc thăng chức mà Jackie ám chỉ không còn xa. Anh nghĩ về việc trở thành cha. Nếu là con trai, nó có thể mở màn đánh bóng cho đội tuyển Anh, còn con gái anh có thể là nữ giám đốc đầu tiên của Phòng trưng bày Quốc gia.</w:t>
      </w:r>
    </w:p>
    <w:p>
      <w:pPr>
        <w:spacing w:after="80"/>
      </w:pPr>
      <w:r>
        <w:rPr>
          <w:b w:val="0"/>
          <w:i w:val="0"/>
        </w:rPr>
        <w:t>Tâm trí anh chuyển sang Miles Faulkner, người mà phiên tòa sẽ mở tại Bailey vào tuần tới. Rất nhiều điều phụ thuộc vào lời khai của Adrian Heath. William thấy thú vị khi nghe em gái kể rằng Booth Watson đã gọi điện đến văn phòng luật của họ đầu tuần này, đề nghị nhận tội với tội danh nhẹ hơn là tàng trữ, nếu bên công tố chịu bỏ tội danh nghiêm trọng hơn là có ý định cung cấp. Anh không ngạc nhiên khi Grace nói với anh rằng cha họ đã lịch sự từ chối lời đề nghị đó. Suy nghĩ của anh tiếp theo chuyển sang Assem Rashidi. Sau khi rời Tea House vào giữa trưa thứ Hai hôm đó, hắn đã đi tàu điện ngầm đến Stockwell, rồi đổi sang tuyến Victoria và cuối cùng đến Brixton, nơi DC Adaja đang đợi anh. Paul đã không cố bám theo hắn khi hắn bước ra khỏi ga, mà quay về Yard trên chuyến tàu tiếp theo. Khi Lamont đòi biết lý do, Paul giải thích rằng Rashidi đã được đón bên ngoài ga bởi nửa tá tay chân lực lưỡng, những kẻ liên tục quan sát mọi hướng để chắc chắn không ai theo dõi hắn. Ít nhất giờ họ đã biết lò mổ của Rashidi phải nằm ở quận nào, nhưng họ vẫn chưa gần hơn được chút nào trong việc xác định vị trí của nó trong khu vực gần như là vùng cấm địa, dù cảnh sát sẽ không bao giờ thừa nhận điều đó. Có lẽ UCO của Jackie cuối cùng sẽ giải quyết được vấn đề đặc biệt đó.</w:t>
      </w:r>
    </w:p>
    <w:p>
      <w:pPr>
        <w:spacing w:after="80"/>
      </w:pPr>
      <w:r>
        <w:rPr>
          <w:b w:val="0"/>
          <w:i w:val="0"/>
        </w:rPr>
        <w:t>Tiếp theo, William nghĩ về Lamont, người mà anh vẫn chưa thể bắt được cùng tần số. Vị tổng thanh tra không buồn che giấu việc ông vẫn coi anh là một cậu bé hát thánh ca, và Paul là một kẻ nhập cư. Và cuối cùng là Hawk, kẻ bay lượn trên tất cả bọn họ.</w:t>
      </w:r>
    </w:p>
    <w:p>
      <w:pPr>
        <w:spacing w:after="80"/>
      </w:pPr>
      <w:r>
        <w:rPr>
          <w:b w:val="0"/>
          <w:i w:val="0"/>
        </w:rPr>
        <w:t xml:space="preserve">William bừng tỉnh trở về thế giới thực khi phát hiện một chấm nhỏ trên đường chân trời. Anh đợi cho đến khi có thể nhận ra cái tên </w:t>
      </w:r>
      <w:r>
        <w:rPr>
          <w:b w:val="0"/>
          <w:i/>
        </w:rPr>
        <w:t>Saxon Prince</w:t>
      </w:r>
      <w:r>
        <w:rPr>
          <w:b w:val="0"/>
          <w:i w:val="0"/>
        </w:rPr>
        <w:t xml:space="preserve"> trên mũi tàu rồi mới đánh thức Jackie. Cô tỉnh táo hoàn toàn trong vài giây, như thể chưa từng ngủ, một điều nữa anh ước mình có thể làm được.</w:t>
      </w:r>
    </w:p>
    <w:p>
      <w:pPr>
        <w:spacing w:after="80"/>
      </w:pPr>
      <w:r>
        <w:rPr>
          <w:b w:val="0"/>
          <w:i w:val="0"/>
        </w:rPr>
        <w:t>"</w:t>
      </w:r>
      <w:r>
        <w:rPr>
          <w:b w:val="0"/>
          <w:i/>
        </w:rPr>
        <w:t>Saxon Prince</w:t>
      </w:r>
      <w:r>
        <w:rPr>
          <w:b w:val="0"/>
          <w:i w:val="0"/>
        </w:rPr>
        <w:t xml:space="preserve"> đang tiến vào cảng," anh nói.</w:t>
      </w:r>
    </w:p>
    <w:p>
      <w:pPr>
        <w:spacing w:after="80"/>
      </w:pPr>
      <w:r>
        <w:rPr>
          <w:b w:val="0"/>
          <w:i w:val="0"/>
        </w:rPr>
        <w:t>"Làm ơn hãy là chuyến này đi," Jackie lẩm bẩm ai oán, khi cô bật động cơ xe.</w:t>
      </w:r>
    </w:p>
    <w:p>
      <w:pPr>
        <w:spacing w:after="80"/>
      </w:pPr>
      <w:r>
        <w:rPr>
          <w:b w:val="0"/>
          <w:i w:val="0"/>
        </w:rPr>
        <w:t>Họ lái xe xuống đồi Bath và quay lại điểm giám sát ưa thích của mình, nơi cho phép họ có tầm nhìn hoàn hảo về con tàu khi nó tiến vào cảng, mà không quá lộ liễu. Không lâu sau, chiếc xe đầu tiên chạy xuống dốc.</w:t>
      </w:r>
    </w:p>
    <w:p>
      <w:pPr>
        <w:spacing w:after="80"/>
      </w:pPr>
      <w:r>
        <w:rPr>
          <w:b w:val="0"/>
          <w:i w:val="0"/>
        </w:rPr>
        <w:t>Một lần nữa, Jackie, với ống nhòm chĩa vào những chiếc xe khi chúng tiến về phía hải quan, chuyển thông tin chi tiết của từng biển số cho Paul ở Yard.</w:t>
      </w:r>
    </w:p>
    <w:p>
      <w:pPr>
        <w:spacing w:after="80"/>
      </w:pPr>
      <w:r>
        <w:rPr>
          <w:b w:val="0"/>
          <w:i w:val="0"/>
        </w:rPr>
        <w:t>Đột nhiên cô nói với giọng sôi nổi hơn nhiều: "Không thể tin được! Gọi ông sếp qua bộ đàm đi, Paul, mau lên."</w:t>
      </w:r>
    </w:p>
    <w:p>
      <w:pPr>
        <w:spacing w:after="80"/>
      </w:pPr>
      <w:r>
        <w:rPr>
          <w:b w:val="0"/>
          <w:i w:val="0"/>
        </w:rPr>
        <w:t>Cô đưa ống nhòm cho William, người chĩa vào một chiếc Volvo khi nó từ từ tiến dọc theo bờ cảng. Giờ anh đã có câu trả lời cho câu hỏi chưa được giải đáp của mình, và tự hỏi Lamont sẽ phản ứng thế nào. Anh đưa ống nhòm lại cho Jackie.</w:t>
      </w:r>
    </w:p>
    <w:p>
      <w:pPr>
        <w:spacing w:after="80"/>
      </w:pPr>
      <w:r>
        <w:rPr>
          <w:b w:val="0"/>
          <w:i w:val="0"/>
        </w:rPr>
        <w:t>Giọng nói tiếp theo họ nghe qua bộ đàm cất lên gay gắt: "Có chuyện gì vậy, Jackie?"</w:t>
      </w:r>
    </w:p>
    <w:p>
      <w:pPr>
        <w:spacing w:after="80"/>
      </w:pPr>
      <w:r>
        <w:rPr>
          <w:b w:val="0"/>
          <w:i w:val="0"/>
        </w:rPr>
        <w:t>"Một chiếc Volvo kéo theo một chiếc xe cắm trại vừa xuống phà và đang tiến về phía hải quan, thưa sếp."</w:t>
      </w:r>
    </w:p>
    <w:p>
      <w:pPr>
        <w:spacing w:after="80"/>
      </w:pPr>
      <w:r>
        <w:rPr>
          <w:b w:val="0"/>
          <w:i w:val="0"/>
        </w:rPr>
        <w:t>‘Rồi sao?’ Lamont sốt ruột hỏi.</w:t>
      </w:r>
    </w:p>
    <w:p>
      <w:pPr>
        <w:spacing w:after="80"/>
      </w:pPr>
      <w:r>
        <w:rPr>
          <w:b w:val="0"/>
          <w:i w:val="0"/>
        </w:rPr>
        <w:t>‘Chắc ngài sẽ không tin nổi đâu, thưa ngài, nhưng MM đang cầm lái, còn Tulip thì ngồi ngay bên cạnh ở ghế hành khách.’</w:t>
      </w:r>
    </w:p>
    <w:p>
      <w:pPr>
        <w:spacing w:after="80"/>
      </w:pPr>
      <w:r>
        <w:rPr>
          <w:b w:val="0"/>
          <w:i w:val="0"/>
        </w:rPr>
        <w:t>‘Giờ họ đang ở đâu?’</w:t>
      </w:r>
    </w:p>
    <w:p>
      <w:pPr>
        <w:spacing w:after="80"/>
      </w:pPr>
      <w:r>
        <w:rPr>
          <w:b w:val="0"/>
          <w:i w:val="0"/>
        </w:rPr>
        <w:t>‘Đang xếp hàng chờ làm thủ tục hải quan. Nhưng vì tôi là sĩ quan liên lạc của anh ta, nên tôi không chắc mình nên làm gì tiếp theo?’</w:t>
      </w:r>
    </w:p>
    <w:p>
      <w:pPr>
        <w:spacing w:after="80"/>
      </w:pPr>
      <w:r>
        <w:rPr>
          <w:b w:val="0"/>
          <w:i w:val="0"/>
        </w:rPr>
        <w:t>‘Khoan đã. Đừng để chúng khuất khỏi tầm mắt trong lúc tôi nói chuyện với sếp.’</w:t>
      </w:r>
    </w:p>
    <w:p>
      <w:pPr>
        <w:spacing w:after="80"/>
      </w:pPr>
      <w:r>
        <w:rPr>
          <w:b w:val="0"/>
          <w:i w:val="0"/>
        </w:rPr>
        <w:t>Chiếc radio mã hóa im lặng lâu đến mức, nếu không nhờ thỉnh thoảng có tiếng rè rè, Jackie hẳn đã tưởng mình mất liên lạc. Cuối cùng họ cũng nghe thấy giọng nói không thể nhầm lẫn của Chim Ưng. Ngắn gọn và đi thẳng vào vấn đề.</w:t>
      </w:r>
    </w:p>
    <w:p>
      <w:pPr>
        <w:spacing w:after="80"/>
      </w:pPr>
      <w:r>
        <w:rPr>
          <w:b w:val="0"/>
          <w:i w:val="0"/>
        </w:rPr>
        <w:t>‘Cô chắc chắn chứ, DC Roycroft?’</w:t>
      </w:r>
    </w:p>
    <w:p>
      <w:pPr>
        <w:spacing w:after="80"/>
      </w:pPr>
      <w:r>
        <w:rPr>
          <w:b w:val="0"/>
          <w:i w:val="0"/>
        </w:rPr>
        <w:t>‘Vâng, thưa ngài,’ cô đáp dứt khoát, mắt vẫn dán vào ống nhòm hướng về chiếc Volvo.</w:t>
      </w:r>
    </w:p>
    <w:p>
      <w:pPr>
        <w:spacing w:after="80"/>
      </w:pPr>
      <w:r>
        <w:rPr>
          <w:b w:val="0"/>
          <w:i w:val="0"/>
        </w:rPr>
        <w:t>‘Họ vẫn còn trong hàng chờ chứ?’</w:t>
      </w:r>
    </w:p>
    <w:p>
      <w:pPr>
        <w:spacing w:after="80"/>
      </w:pPr>
      <w:r>
        <w:rPr>
          <w:b w:val="0"/>
          <w:i w:val="0"/>
        </w:rPr>
        <w:t>‘Không, thưa ngài. Một nhân viên hải quan đang kiểm tra xe, còn một người khác đang trò chuyện với Tulip. Giờ thì họ đang mỉm cười và vẫy tay cho xe đi qua.’ Cô ngừng lại một lát. ‘Thêm vài phút nữa, thưa ngài, là chúng ta sẽ mất dấu họ,’ cô nói, cố giữ chân mình khỏi bàn đạp ga.</w:t>
      </w:r>
    </w:p>
    <w:p>
      <w:pPr>
        <w:spacing w:after="80"/>
      </w:pPr>
      <w:r>
        <w:rPr>
          <w:b w:val="0"/>
          <w:i w:val="0"/>
        </w:rPr>
        <w:t>‘Cứ đứng yên đó, DC Roycroft,’ Chim Ưng nói. ‘Chúng ta không thể để lộ một UCO, và nếu số hàng đang được giao đến chỗ giết mổ của Rashidi ở đâu đó trong Brixton, thì điều đó có thể giúp ta ghép nốt một trong những mảnh ghép cuối cùng. Tôi nhắc lại, cứ đứng yên.’</w:t>
      </w:r>
    </w:p>
    <w:p>
      <w:pPr>
        <w:spacing w:after="80"/>
      </w:pPr>
      <w:r>
        <w:rPr>
          <w:b w:val="0"/>
          <w:i w:val="0"/>
        </w:rPr>
        <w:t>William giật phắt chiếc radio khỏi tay Jackie. ‘Nhỡ UCO của ngài đã bị mua chuộc thì sao, thưa ngài? Khi đó chúng ta sẽ chẳng khôn hơn chút nào về vị trí của xưởng, mà còn mất mười ký cocaine và mất luôn cơ hội dẹp tan Tulip.’</w:t>
      </w:r>
    </w:p>
    <w:p>
      <w:pPr>
        <w:spacing w:after="80"/>
      </w:pPr>
      <w:r>
        <w:rPr>
          <w:b w:val="0"/>
          <w:i w:val="0"/>
        </w:rPr>
        <w:t>‘Điều đó là không thể,’ Jackie nói, gần như hét lên. ‘Ross sẽ không bao giờ đổi phe đâu,’ cô nói thêm, phá vỡ một nguyên tắc bất di bất dịch.</w:t>
      </w:r>
    </w:p>
    <w:p>
      <w:pPr>
        <w:spacing w:after="80"/>
      </w:pPr>
      <w:r>
        <w:rPr>
          <w:b w:val="0"/>
          <w:i w:val="0"/>
        </w:rPr>
        <w:t>‘Có lẽ UCO của ngài chỉ đang kể cho chúng ta nửa câu chuyện,’ William bình tĩnh nói. ‘Như ngài không ngừng nhắc nhở chúng tôi, có một khoản tiền khổng lồ dính líu đến các băng đảng ma túy này, và điều đó hẳn là một cám dỗ ngay cả với viên sĩ quan tận tâm nhất.’ Câu này khiến Jackie câm lặng, không chỉ vì cô chưa từng nghe ai nói với chỉ huy như vậy.</w:t>
      </w:r>
    </w:p>
    <w:p>
      <w:pPr>
        <w:spacing w:after="80"/>
      </w:pPr>
      <w:r>
        <w:rPr>
          <w:b w:val="0"/>
          <w:i w:val="0"/>
        </w:rPr>
        <w:t>‘Cậu nói hoàn toàn đúng, DS Warwick,’ viên chỉ huy nói, cũng bình tĩnh không kém. ‘Có thể vì DC Roycroft và tôi đang điều hành chính UCO này, nên chúng tôi đã quá dính líu về mặt cá nhân. Tôi sẽ để cậu quyết định cuối cùng, Bruce.’</w:t>
      </w:r>
    </w:p>
    <w:p>
      <w:pPr>
        <w:spacing w:after="80"/>
      </w:pPr>
      <w:r>
        <w:rPr>
          <w:b w:val="0"/>
          <w:i w:val="0"/>
        </w:rPr>
        <w:t>Lamont lập tức lên sóng trở lại. ‘Tôi không quen viên sĩ quan đó, thưa ngài, nhưng anh ta chưa từng làm ngài thất vọng trong quá khứ, nên không có lý do gì để tin rằng anh ta đột nhiên đổi phe. Dù sao đi nữa, nếu chúng ta xông vào, có khi còn đẩy anh ta vào chỗ nguy hiểm đến tính mạng. Tôi khuyên chúng ta nên cho DS Warwick và DC Roycroft rút lui. Và còn một điểm nữa, thưa ngài. Sẽ chẳng giúp gì cho đồng nghiệp của chúng ta nếu hai người kia chính là hai nhân viên hải quan mà họ đang theo dõi.’</w:t>
      </w:r>
    </w:p>
    <w:p>
      <w:pPr>
        <w:spacing w:after="80"/>
      </w:pPr>
      <w:r>
        <w:rPr>
          <w:b w:val="0"/>
          <w:i w:val="0"/>
        </w:rPr>
        <w:t>‘Đúng vậy. Càng thêm lý do để cả hai người quay về Yard ngay lập tức.’</w:t>
      </w:r>
    </w:p>
    <w:p>
      <w:pPr>
        <w:spacing w:after="80"/>
      </w:pPr>
      <w:r>
        <w:rPr>
          <w:b w:val="0"/>
          <w:i w:val="0"/>
        </w:rPr>
        <w:t>‘Vâng, thưa ngài,’ William đáp, giọng nghe chẳng mấy thuyết phục.</w:t>
      </w:r>
    </w:p>
    <w:p>
      <w:pPr>
        <w:spacing w:after="80"/>
      </w:pPr>
      <w:r>
        <w:rPr>
          <w:b w:val="0"/>
          <w:i w:val="0"/>
        </w:rPr>
        <w:t>Anh và Jackie ngồi nhìn chiếc Volvo chạy ra đường lớn rồi biến mất khỏi tầm mắt.</w:t>
      </w:r>
    </w:p>
    <w:p>
      <w:pPr>
        <w:spacing w:after="80"/>
      </w:pPr>
      <w:r>
        <w:rPr>
          <w:b w:val="0"/>
          <w:i w:val="0"/>
        </w:rPr>
        <w:t>‘Cảm ơn, Bruce,’ viên chỉ huy nói khi tắt máy và cắt liên lạc với Felixstowe.</w:t>
      </w:r>
    </w:p>
    <w:p>
      <w:pPr>
        <w:spacing w:after="80"/>
      </w:pPr>
      <w:r>
        <w:rPr>
          <w:b w:val="0"/>
          <w:i w:val="0"/>
        </w:rPr>
        <w:t>Về đến văn phòng, Hawksby nhấc điện thoại trên bàn và nói: ‘Angela, cô có sẵn một vỏ bao Marlboro rỗng không?’</w:t>
      </w:r>
    </w:p>
    <w:p>
      <w:pPr>
        <w:spacing w:after="80"/>
      </w:pPr>
      <w:r>
        <w:rPr>
          <w:b w:val="0"/>
          <w:i w:val="0"/>
        </w:rPr>
        <w:t>‘Có, thưa ngài.’</w:t>
      </w:r>
    </w:p>
    <w:p>
      <w:pPr>
        <w:spacing w:after="80"/>
      </w:pPr>
      <w:r>
        <w:rPr>
          <w:b w:val="0"/>
          <w:i w:val="0"/>
        </w:rPr>
        <w:t>‘Cô mang vào đây giúp tôi được không?’</w:t>
      </w:r>
    </w:p>
    <w:p>
      <w:pPr>
        <w:spacing w:after="80"/>
      </w:pPr>
      <w:r>
        <w:rPr>
          <w:b w:val="0"/>
          <w:i w:val="0"/>
        </w:rPr>
        <w:t>Angela lục trong ngăn kéo lấy một vỏ bao, mang vào cho sếp và đặt lên bàn ông mà không nói một lời nào giữa hai người.</w:t>
      </w:r>
    </w:p>
    <w:p>
      <w:pPr>
        <w:spacing w:after="80"/>
      </w:pPr>
      <w:r>
        <w:rPr>
          <w:b w:val="0"/>
          <w:i w:val="0"/>
        </w:rPr>
        <w:t>Hai mươi phút sau, viên chỉ huy lại nhấc điện thoại. ‘Angela, nếu có ai gọi, tôi sẽ ra ngoài khoảng ba mươi phút.’ Ông đặt lại tờ giấy bạc vào vỏ bao thuốc rỗng rồi nhét vào túi áo trong. Sau đó ông đi thang máy xuống tầng trệt và hướng về phía Nhà thờ Westminster.</w:t>
      </w:r>
    </w:p>
    <w:p>
      <w:pPr>
        <w:pStyle w:val="Heading2"/>
      </w:pPr>
      <w:r>
        <w:rPr>
          <w:rFonts w:ascii="Calibri" w:hAnsi="Calibri"/>
          <w:b/>
          <w:i w:val="0"/>
          <w:sz w:val="32"/>
        </w:rPr>
        <w:t>17</w:t>
      </w:r>
    </w:p>
    <w:p>
      <w:pPr>
        <w:spacing w:after="80"/>
      </w:pPr>
      <w:r>
        <w:rPr>
          <w:b w:val="0"/>
          <w:i w:val="0"/>
        </w:rPr>
        <w:t>BUỔI TỐI TRƯỚC phiên xử, Adrian và Maria được đưa từ Lincoln theo đường A1 trở về London. Họ được đặt phòng tại một khách sạn nhỏ, kín đáo không xa Old Bailey. Hai nhân viên bảo vệ được bố trí trước cửa phòng họ.</w:t>
      </w:r>
    </w:p>
    <w:p>
      <w:pPr>
        <w:spacing w:after="80"/>
      </w:pPr>
      <w:r>
        <w:rPr>
          <w:b w:val="0"/>
          <w:i w:val="0"/>
        </w:rPr>
        <w:t>Maria ngủ ngon, dù Adrian trằn trọc suốt đêm, ôn đi ôn lại những câu trả lời đã tập dượt kỹ càng cho từng câu hỏi của Sir Julian, như một diễn viên hồi hộp chờ màn kéo lên. Maria chỉ có vai phụ xuất hiện chốc lát. Ngay khi Adrian bước vào ghế nhân chứng, cô sẽ được đưa ra Heathrow, làm thủ tục lên máy bay và chờ anh đến hội ngộ.</w:t>
      </w:r>
    </w:p>
    <w:p>
      <w:pPr>
        <w:spacing w:after="80"/>
      </w:pPr>
      <w:r>
        <w:rPr>
          <w:b w:val="0"/>
          <w:i w:val="0"/>
        </w:rPr>
        <w:t>Sir Julian ở lại căn hộ của mình tại Lincoln’s Inn qua đêm. Sáng hôm sau ông dậy sớm và xem lại bài phát biểu mở đầu thêm một lần, thỉnh thoảng sửa vài chỗ, gạch bỏ một từ nào đó, thậm chí cả một đoạn văn. Sau đó ông đọc to lên, với chỉ dàn đồng ca buổi sáng làm khán giả. Họ có vẻ thích thú.</w:t>
      </w:r>
    </w:p>
    <w:p>
      <w:pPr>
        <w:spacing w:after="80"/>
      </w:pPr>
      <w:r>
        <w:rPr>
          <w:b w:val="0"/>
          <w:i w:val="0"/>
        </w:rPr>
        <w:t>Booth Watson cũng dậy sớm, thưởng thức một bữa sáng thịnh soạn rồi bắt taxi đến Old Bailey, chỉ đến trước giờ khai mạc nửa tiếng. Nhưng dù sao, có lẽ đến chiều muộn ông mới phải đứng lên, vì ông đoán nhân chứng đầu tiên của bên công tố sẽ khai ít nhất vài tiếng trước khi ông có cơ hội phản vấn. Dù đã chuẩn bị vài cái bẫy để tóm ông Heath, chẳng cái nào có vẻ mấy hứa hẹn, và ông e rằng nếu thân chủ bị kết tội ở cả hai cáo buộc, với bản án bốn năm treo đã lơ lửng trên đầu, anh ta sẽ phải đón vài cái Giáng sinh trong cảnh cai nghiện lạnh lẽo.</w:t>
      </w:r>
    </w:p>
    <w:p>
      <w:pPr>
        <w:spacing w:after="80"/>
      </w:pPr>
      <w:r>
        <w:rPr>
          <w:b w:val="0"/>
          <w:i w:val="0"/>
        </w:rPr>
        <w:t>Ông đã dùng bữa tối với Miles ở khách sạn Savoy tối hôm trước, và thấy anh ta bình thản lạ thường, thậm chí cam chịu số phận. Nhưng dù sao ông cũng chẳng bao giờ hiểu nổi điều gì thực sự diễn ra trong cái đầu khó dò ấy.</w:t>
      </w:r>
    </w:p>
    <w:p>
      <w:pPr>
        <w:spacing w:after="80"/>
      </w:pPr>
      <w:r>
        <w:rPr>
          <w:b w:val="0"/>
          <w:i w:val="0"/>
        </w:rPr>
        <w:t>Grace đi tàu điện ngầm đến Tòa án Hình sự Trung tâm, biết rằng cha cô sẽ không muốn bị phân tâm trước khi ông đứng lên trình bày với bồi thẩm đoàn. Cô chấp nhận rằng với vai trò trợ lý của ông, phần của cô là hỗ trợ, sẵn sàng giúp đỡ nếu có vấn đề pháp lý phát sinh hoặc kiểm tra bất kỳ lời khai nào mà bên bào chữa cho là sự thật, vì cô không thể để Booth Watson phục kích cha mình khi ông đang cao hứng. Ở mức thấp hơn, cô thậm chí còn phải đảm bảo ly nước của ông luôn đầy một nửa, chứ không phải vơi một nửa. Grace rất vui khi được làm trợ lý cho cha, và dù không nói với ai, kể cả Clare, cô hy vọng ông sẽ để cô phản vấn một trong những nhân chứng ít quan trọng hơn.</w:t>
      </w:r>
    </w:p>
    <w:p>
      <w:pPr>
        <w:spacing w:after="80"/>
      </w:pPr>
      <w:r>
        <w:rPr>
          <w:b w:val="0"/>
          <w:i w:val="0"/>
        </w:rPr>
        <w:t>Giống như QC của mình, Miles Faulkner thưởng thức một bữa sáng thịnh soạn, sau khi đã chạy bộ buổi sáng quanh công viên. Công viên của anh ta. BW đã nói với anh rằng nhiều khả năng anh sẽ chưa được gọi ra làm chứng cho đến khi tất cả các nhân chứng của bên Công tố đã được nghe xong, và chỉ khi đó nếu anh tin chắc điều đó sẽ có lợi cho lý lẽ của mình. Hiện tại BW không tin chắc rằng bất cứ điều gì có thể có lợi cho lý lẽ của anh.</w:t>
      </w:r>
    </w:p>
    <w:p>
      <w:pPr>
        <w:spacing w:after="80"/>
      </w:pPr>
      <w:r>
        <w:rPr>
          <w:b w:val="0"/>
          <w:i w:val="0"/>
        </w:rPr>
        <w:t>Tài xế riêng thả anh xuống trước tòa Old Bailey, nơi anh thấy mình bị bao vây bởi một đám phóng viên và thợ chụp ảnh, những người vốn đang tự hỏi liệu anh có xuất hiện không, vì rõ ràng anh có thể dễ dàng hy sinh một triệu bảng để giữ mình là người tự do. Anh vênh váo bước về phía họ, cho các thợ chụp ảnh quá đủ thời gian để chụp bao nhiêu tấm ảnh tùy thích, điều này chỉ càng khiến các phóng viên tin chắc rằng anh hẳn phải tự tin rằng mình sẽ rời đi trên chính chiếc xe mà anh đã đến.</w:t>
      </w:r>
    </w:p>
    <w:p>
      <w:pPr>
        <w:spacing w:after="80"/>
      </w:pPr>
      <w:r>
        <w:rPr>
          <w:b w:val="0"/>
          <w:i w:val="0"/>
        </w:rPr>
        <w:t>Phòng xử án số một tại Old Bailey đã chật kín người từ lâu trước khi Thẩm phán Baverstock bước vào nơi làm việc của mình lúc mười giờ sáng hôm đó. Ông cúi chào phòng xử án đông đúc và ngồi vào chỗ ở giữa bục cao. Trên ghế của bên Công tố, Ngài Julian đang kiểm tra lại rằng các trang trong bài phát biểu khai mạc của mình đã được đánh số và sắp xếp đúng thứ tự. Grace đã kiểm tra lại hai lần rồi, và chúng đều ổn.</w:t>
      </w:r>
    </w:p>
    <w:p>
      <w:pPr>
        <w:spacing w:after="80"/>
      </w:pPr>
      <w:r>
        <w:rPr>
          <w:b w:val="0"/>
          <w:i w:val="0"/>
        </w:rPr>
        <w:t>Booth Watson ngồi ườn ra ở đầu kia của ghế, một tập giấy vàng đặt trên đầu gối, bút đã sẵn sàng phòng khi Ngài Julian mắc phải dù chỉ một lỗi nhỏ nhất. Trợ lý của ông, ông Andrews, ngồi chăm chú bên cạnh, chờ đón bất kỳ chi tiết nhỏ nào mà người dẫn đầu của mình có thể đã bỏ sót.</w:t>
      </w:r>
    </w:p>
    <w:p>
      <w:pPr>
        <w:spacing w:after="80"/>
      </w:pPr>
      <w:r>
        <w:rPr>
          <w:b w:val="0"/>
          <w:i w:val="0"/>
        </w:rPr>
        <w:t>Miles Faulkner đứng trong vành móng ngựa, một lần nữa mặc bộ vest Savile Row và thắt chiếc cà vạt Old Harrovian. Anh mỉm cười với bảy người đàn ông và năm người phụ nữ khi họ lần lượt bước vào ghế bồi thẩm đoàn, nhưng chỉ một người trong số họ liếc nhìn về phía anh.</w:t>
      </w:r>
    </w:p>
    <w:p>
      <w:pPr>
        <w:spacing w:after="80"/>
      </w:pPr>
      <w:r>
        <w:rPr>
          <w:b w:val="0"/>
          <w:i w:val="0"/>
        </w:rPr>
        <w:t>Vị thẩm phán chờ bồi thẩm đoàn tuyên thệ, và khi ông hài lòng rằng mọi người đã ổn định chỗ ngồi, ông gật đầu với thư ký tòa, người này đứng dậy đọc to hai bản cáo trạng trên tờ giấy buộc tội, rồi ngước nhìn bị cáo và hỏi với giọng trang trọng, "Anh nhận tội hay không nhận tội?"</w:t>
      </w:r>
    </w:p>
    <w:p>
      <w:pPr>
        <w:spacing w:after="80"/>
      </w:pPr>
      <w:r>
        <w:rPr>
          <w:b w:val="0"/>
          <w:i w:val="0"/>
        </w:rPr>
        <w:t>"Không nhận tội," Faulkner tuyên bố với cả hai tội danh, giọng như thể ngạc nhiên rằng có ai đó lại có thể nghi ngờ lời anh.</w:t>
      </w:r>
    </w:p>
    <w:p>
      <w:pPr>
        <w:spacing w:after="80"/>
      </w:pPr>
      <w:r>
        <w:rPr>
          <w:b w:val="0"/>
          <w:i w:val="0"/>
        </w:rPr>
        <w:t>"Anh có thể ngồi xuống," thư ký tòa nói.</w:t>
      </w:r>
    </w:p>
    <w:p>
      <w:pPr>
        <w:spacing w:after="80"/>
      </w:pPr>
      <w:r>
        <w:rPr>
          <w:b w:val="0"/>
          <w:i w:val="0"/>
        </w:rPr>
        <w:t>Khi Faulkner đã vào chỗ, Thẩm phán Baverstock hướng sự chú ý sang người dẫn đầu của bên Công tố. "Ngài đã sẵn sàng trình bày bài phát biểu khai mạc chưa, Ngài Julian?" ông hỏi.</w:t>
      </w:r>
    </w:p>
    <w:p>
      <w:pPr>
        <w:spacing w:after="80"/>
      </w:pPr>
      <w:r>
        <w:rPr>
          <w:b w:val="0"/>
          <w:i w:val="0"/>
        </w:rPr>
        <w:t>"Thưa Ngài, tôi hoàn toàn sẵn sàng." Ông đứng dậy khỏi chỗ, chỉnh lại ve áo chiếc áo choàng đen dài rồi nắm chắc hai bên bục đặt bài phát biểu của mình.</w:t>
      </w:r>
    </w:p>
    <w:p>
      <w:pPr>
        <w:spacing w:after="80"/>
      </w:pPr>
      <w:r>
        <w:rPr>
          <w:b w:val="0"/>
          <w:i w:val="0"/>
        </w:rPr>
        <w:t>"Thưa Ngài," ông bắt đầu, "tôi đại diện cho bên Công tố trong vụ án này, trong khi người bạn đồng nghiệp uyên bác của tôi, ông Booth Watson QC, đứng ra bào chữa cho bên bị cáo." Hai người miễn cưỡng trao nhau những cái cúi chào chiếu lệ. "Có hai tội danh trong bản cáo trạng, thưa Ngài, liên quan đến việc tàng trữ và cung cấp một chất bất hợp pháp, trong trường hợp này là cocaine. Vào tối thứ Bảy, ngày mười bảy tháng Năm năm nay, bị cáo bị phát hiện đang tàng trữ một lượng lớn chất ma túy này trong khi đang tổ chức một bữa tiệc tối cho chín vị khách khác. Nhưng không chỉ những gì diễn ra tại bữa tiệc tối đêm đó mới khiến bồi thẩm đoàn quan tâm. Điều còn quan trọng hơn nữa là những gì đã xảy ra trước khi vị khách đầu tiên của ông Faulkner đến." Ông ngước lên và thấy bồi thẩm đoàn đang chăm chú lắng nghe từng lời của ông.</w:t>
      </w:r>
    </w:p>
    <w:p>
      <w:pPr>
        <w:spacing w:after="80"/>
      </w:pPr>
      <w:r>
        <w:rPr>
          <w:b w:val="0"/>
          <w:i w:val="0"/>
        </w:rPr>
        <w:t>"Vài phút sau bảy giờ tối hôm đó, một người đàn ông đến nhà ông Faulkner để giữ một cuộc hẹn mà anh ta đã sắp xếp vài ngày trước đó. Khi đến, người đàn ông đó, ông Adrian Heath, được hộ tống vào phòng làm việc của bị cáo để tiến hành một giao dịch làm ăn. Anh ta cung cấp cho ông Faulkner mười hai gam cocaine để đổi lấy tám trăm bảng tiền mặt. Giá này cao hơn mức giá thông thường, nhưng ông Faulkner là một khách hàng chỉ đòi hỏi loại tốt nhất. Trong trường hợp này là 92,5 phần trăm tinh khiết, như một nhân chứng chuyên môn sẽ trình bày sau đây.</w:t>
      </w:r>
    </w:p>
    <w:p>
      <w:pPr>
        <w:spacing w:after="80"/>
      </w:pPr>
      <w:r>
        <w:rPr>
          <w:b w:val="0"/>
          <w:i w:val="0"/>
        </w:rPr>
        <w:t>"Khi thương vụ đã hoàn tất và ông Heath đã được trả tiền – và chúng tôi sẽ đưa số tiền mặt này ra làm bằng chứng – anh ta lái xe trở về London, từ đó anh ta ngay lập tức được đưa đến, trong sự bí mật tối đa, một ngôi nhà an toàn, bởi vì ông Faulkner không hề biết rằng Adrian Heath là một người cung cấp thông tin cho cảnh sát."</w:t>
      </w:r>
    </w:p>
    <w:p>
      <w:pPr>
        <w:spacing w:after="80"/>
      </w:pPr>
      <w:r>
        <w:rPr>
          <w:b w:val="0"/>
          <w:i w:val="0"/>
        </w:rPr>
        <w:t xml:space="preserve">Booth Watson ghi chú lần đầu tiên – </w:t>
      </w:r>
      <w:r>
        <w:rPr>
          <w:b w:val="0"/>
          <w:i/>
        </w:rPr>
        <w:t>kẻ khiêu khích.</w:t>
      </w:r>
    </w:p>
    <w:p>
      <w:pPr>
        <w:spacing w:after="80"/>
      </w:pPr>
      <w:r>
        <w:rPr>
          <w:b w:val="0"/>
          <w:i w:val="0"/>
        </w:rPr>
        <w:t>"Tối hôm đó," Ngài Julian tiếp tục, "cảnh sát đột kích nhà ông Faulkner ở vùng nông thôn và bất chấp một nỗ lực tuyệt vọng nhằm che giấu bằng chứng, nhờ vào một màn điều tra xuất sắc của một trung sĩ thám tử trẻ, số ma túy đã được phát hiện bên trong một bức tượng –" ông ngừng lại – "một bức tượng của chính ông Faulkner."</w:t>
      </w:r>
    </w:p>
    <w:p>
      <w:pPr>
        <w:spacing w:after="80"/>
      </w:pPr>
      <w:r>
        <w:rPr>
          <w:b w:val="0"/>
          <w:i w:val="0"/>
        </w:rPr>
        <w:t>Một hai thành viên của bồi thẩm đoàn không nhịn được cười khẩy.</w:t>
      </w:r>
    </w:p>
    <w:p>
      <w:pPr>
        <w:spacing w:after="80"/>
      </w:pPr>
      <w:r>
        <w:rPr>
          <w:b w:val="0"/>
          <w:i w:val="0"/>
        </w:rPr>
        <w:t>‘The Crown,’ Sir Julian tiếp tục, ‘sẽ không chỉ đưa ra mười hai gam cocaine, và tám trăm bảng Anh mà ông Faulkner đã trả cho kẻ buôn bán, mà chính ông Heath sẽ xác nhận vai trò của mình trong lần này. Và như thế vẫn chưa đủ để kết tội người đàn ông này,’ ông nói, chỉ tay về phía bị cáo, ‘Crown còn sẽ triệu tập hai nhân chứng chuyên môn, đó là Tổng thanh tra Lamont, người đứng đầu đội chống ma túy tinh nhuệ tại Scotland Yard . . .’</w:t>
      </w:r>
    </w:p>
    <w:p>
      <w:pPr>
        <w:spacing w:after="80"/>
      </w:pPr>
      <w:r>
        <w:rPr>
          <w:b w:val="0"/>
          <w:i w:val="0"/>
        </w:rPr>
        <w:t xml:space="preserve">Booth Watson ghi chú lần thứ hai, </w:t>
      </w:r>
      <w:r>
        <w:rPr>
          <w:b w:val="0"/>
          <w:i/>
        </w:rPr>
        <w:t>Sao không phải Warwick?</w:t>
      </w:r>
    </w:p>
    <w:p>
      <w:pPr>
        <w:spacing w:after="80"/>
      </w:pPr>
      <w:r>
        <w:rPr>
          <w:b w:val="0"/>
          <w:i w:val="0"/>
        </w:rPr>
        <w:t>‘. . . và Tiến sĩ Ruth Lewis, một thành viên ưu tú của Hội đồng Cố vấn về Lạm dụng Ma túy của chính phủ.’ Với vẻ mặt nghiêm trọng, Sir Julian quay sang đối diện bồi thẩm đoàn và nói lời cuối cùng, ‘Crown tin tưởng, thưa quý vị bồi thẩm đoàn, rằng sau khi quý vị đã nghe toàn bộ bằng chứng trong vụ án này, quý vị sẽ thấy chỉ có một phán quyết khả dĩ, đó là bị cáo, Miles Faulkner, phạm cả hai tội danh.’</w:t>
      </w:r>
    </w:p>
    <w:p>
      <w:pPr>
        <w:spacing w:after="80"/>
      </w:pPr>
      <w:r>
        <w:rPr>
          <w:b w:val="0"/>
          <w:i w:val="0"/>
        </w:rPr>
        <w:t>Faulkner nhìn kỹ hơn vào bồi thẩm đoàn khi Sir Julian ngồi xuống trở lại. Tất cả họ đều đang nhìn chằm chằm vào đại diện của Crown, và nếu được yêu cầu đưa ra phán quyết ngay lúc đó, biểu cảm trên khuôn mặt họ dường như cho thấy Faulkner sẽ bị treo cổ, lôi kéo và phân thây trước bình minh. Booth Watson đã cảnh báo anh rằng khoảnh khắc tồi tệ nhất của một phiên tòa đối với bất kỳ bị cáo nào là ngay sau lời khai mở đầu của Crown.</w:t>
      </w:r>
    </w:p>
    <w:p>
      <w:pPr>
        <w:spacing w:after="80"/>
      </w:pPr>
      <w:r>
        <w:rPr>
          <w:b w:val="0"/>
          <w:i w:val="0"/>
        </w:rPr>
        <w:t>‘Cảm ơn ngài, Sir Julian,’ ông Thẩm phán Baverstock nói. ‘Có lẽ đây là thời điểm thích hợp để nghỉ giải lao một chút, sau đó ngài có thể triệu tập nhân chứng đầu tiên của mình.’</w:t>
      </w:r>
    </w:p>
    <w:p>
      <w:pPr>
        <w:spacing w:after="80"/>
      </w:pPr>
      <w:r>
        <w:rPr>
          <w:b w:val="0"/>
          <w:i w:val="0"/>
        </w:rPr>
        <w:t>Sau đó ông đứng dậy khỏi chỗ ngồi, cúi chào và rời khỏi phòng xử án.</w:t>
      </w:r>
    </w:p>
    <w:p>
      <w:pPr>
        <w:spacing w:after="80"/>
      </w:pPr>
      <w:r>
        <w:rPr>
          <w:b w:val="0"/>
          <w:i w:val="0"/>
        </w:rPr>
        <w:t>‘Heath đâu?’ Sir Julian hỏi dồn, trước cả khi ông ngồi xuống lại.</w:t>
      </w:r>
    </w:p>
    <w:p>
      <w:pPr>
        <w:spacing w:after="80"/>
      </w:pPr>
      <w:r>
        <w:rPr>
          <w:b w:val="0"/>
          <w:i w:val="0"/>
        </w:rPr>
        <w:t>‘Đang được cảnh sát bảo vệ trong một phòng giam ở tầng trệt,’ Grace nói. ‘Tôi sẽ xuống đó và báo trước cho anh ta rằng anh ta sẽ ra tòa ngay.’</w:t>
      </w:r>
    </w:p>
    <w:p>
      <w:pPr>
        <w:spacing w:after="80"/>
      </w:pPr>
      <w:r>
        <w:rPr>
          <w:b w:val="0"/>
          <w:i w:val="0"/>
        </w:rPr>
        <w:t>‘Còn bạn gái anh ta?’</w:t>
      </w:r>
    </w:p>
    <w:p>
      <w:pPr>
        <w:spacing w:after="80"/>
      </w:pPr>
      <w:r>
        <w:rPr>
          <w:b w:val="0"/>
          <w:i w:val="0"/>
        </w:rPr>
        <w:t>‘Ngay khi Heath ra làm chứng, cô ấy sẽ được đưa ra sân bay. Một chiếc xe đang chờ sẵn để đưa Heath đến đó gặp cô ấy ngay khi anh ta rời khỏi bục.’</w:t>
      </w:r>
    </w:p>
    <w:p>
      <w:pPr>
        <w:spacing w:after="80"/>
      </w:pPr>
      <w:r>
        <w:rPr>
          <w:b w:val="0"/>
          <w:i w:val="0"/>
        </w:rPr>
        <w:t>‘Tôi nghĩ vụ án có thể sẽ kết thúc ngay tối nay,’ Sir Julian nói. ‘Một khi Heath đã trình bày chi tiết những gì đã diễn ra tại nhà Faulkner đêm hôm đó, tôi nghi ngờ Booth Watson sẽ cố hết sức để thương lượng nhận tội thay cho thân chủ của mình.’</w:t>
      </w:r>
    </w:p>
    <w:p>
      <w:pPr>
        <w:spacing w:after="80"/>
      </w:pPr>
      <w:r>
        <w:rPr>
          <w:b w:val="0"/>
          <w:i w:val="0"/>
        </w:rPr>
        <w:t>‘Và ngài sẽ phản hồi thế nào?’ Grace hỏi.</w:t>
      </w:r>
    </w:p>
    <w:p>
      <w:pPr>
        <w:spacing w:after="80"/>
      </w:pPr>
      <w:r>
        <w:rPr>
          <w:b w:val="0"/>
          <w:i w:val="0"/>
        </w:rPr>
        <w:t>‘Trợ lý của tôi đã chuẩn bị sẵn một tuyên bố khá cứng rắn mà tôi sẽ đọc nguyên văn từng chữ.’</w:t>
      </w:r>
    </w:p>
    <w:p>
      <w:pPr>
        <w:jc w:val="center"/>
      </w:pPr>
      <w:r>
        <w:drawing>
          <wp:inline xmlns:a="http://schemas.openxmlformats.org/drawingml/2006/main" xmlns:pic="http://schemas.openxmlformats.org/drawingml/2006/picture">
            <wp:extent cx="752475" cy="161925"/>
            <wp:docPr id="47" name="Picture 47"/>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‘Chà, thật là sát thủ,’ Faulkner nói, cúi xuống từ ghế bị cáo để nói chuyện với luật sư của mình. ‘Sir Julian Warwick trông như thể không thể chờ đợi để đưa Heath lên bục làm chứng.’</w:t>
      </w:r>
    </w:p>
    <w:p>
      <w:pPr>
        <w:spacing w:after="80"/>
      </w:pPr>
      <w:r>
        <w:rPr>
          <w:b w:val="0"/>
          <w:i w:val="0"/>
        </w:rPr>
        <w:t>‘Tôi cũng vậy,’ Booth Watson nói. ‘Anh ta là một kẻ có khiếm khuyết, và tôi định sẽ mổ xẻ anh ta từng phần một. Tôi vẫn tin tưởng sẽ giúp anh thoát khỏi tội danh nghiêm trọng hơn là cung cấp, mặc dù tội tàng trữ vẫn sẽ là một vấn đề.’</w:t>
      </w:r>
    </w:p>
    <w:p>
      <w:pPr>
        <w:spacing w:after="80"/>
      </w:pPr>
      <w:r>
        <w:rPr>
          <w:b w:val="0"/>
          <w:i w:val="0"/>
        </w:rPr>
        <w:t>‘Cảnh sát đã gài tang vật để trả thù cho thất bại thảm hại của họ trong vụ Rembrandt mất tích,’ Faulkner nói.</w:t>
      </w:r>
    </w:p>
    <w:p>
      <w:pPr>
        <w:spacing w:after="80"/>
      </w:pPr>
      <w:r>
        <w:rPr>
          <w:b w:val="0"/>
          <w:i w:val="0"/>
        </w:rPr>
        <w:t>‘Tôi sẽ không nhắc đến vụ Rembrandt đâu,’ Booth Watson nói. ‘Làm vậy chỉ giúp bên nguyên thông báo cho bồi thẩm đoàn rằng anh đang thụ án bốn năm tù treo vì tội lừa đảo. Họ không được phép nhắc đến bất kỳ tiền án nào trừ khi chúng ta khơi ra trước. Tuy nhiên, ba trong số khách dự tiệc của anh sẵn sàng tuyên thệ trước tòa rằng không ai được mời dùng đến một điếu cần sa, và người thứ tư sẽ làm chứng rằng anh ta chưa từng thấy anh dùng ma túy trong suốt cuộc đời.’</w:t>
      </w:r>
    </w:p>
    <w:p>
      <w:pPr>
        <w:spacing w:after="80"/>
      </w:pPr>
      <w:r>
        <w:rPr>
          <w:b w:val="0"/>
          <w:i w:val="0"/>
        </w:rPr>
        <w:t>‘Vậy thì hẳn là anh ta quen tôi chưa lâu,’ Faulkner nói.</w:t>
      </w:r>
    </w:p>
    <w:p>
      <w:pPr>
        <w:jc w:val="center"/>
      </w:pPr>
      <w:r>
        <w:drawing>
          <wp:inline xmlns:a="http://schemas.openxmlformats.org/drawingml/2006/main" xmlns:pic="http://schemas.openxmlformats.org/drawingml/2006/picture">
            <wp:extent cx="752475" cy="161925"/>
            <wp:docPr id="48" name="Picture 48"/>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‘Ngài có thể gọi nhân chứng đầu tiên của mình, Ngài Julian,’ Thẩm phán Baverstock nói, sau khi ông trở lại từ giờ nghỉ ngắn.</w:t>
      </w:r>
    </w:p>
    <w:p>
      <w:pPr>
        <w:spacing w:after="80"/>
      </w:pPr>
      <w:r>
        <w:rPr>
          <w:b w:val="0"/>
          <w:i w:val="0"/>
        </w:rPr>
        <w:t>‘Cảm ơn ngài, thưa quan tòa. Tôi gọi ông Adrian Heath.’</w:t>
      </w:r>
    </w:p>
    <w:p>
      <w:pPr>
        <w:spacing w:after="80"/>
      </w:pPr>
      <w:r>
        <w:rPr>
          <w:b w:val="0"/>
          <w:i w:val="0"/>
        </w:rPr>
        <w:t>Booth Watson chăm chú quan sát nhân chứng chủ chốt của bên nguyên khi anh ta bước vào phòng xử án. Anh ta ăn mặc bảnh bao, trông giống một tay tài năng trẻ của giới tài chính thành thị hơn là một người từng nghiện ma túy đã cai nghiện. Heath mỉm cười ngượng ngùng với William khi bước tới bục nhân chứng, nhưng anh ta thậm chí không liếc nhìn Faulkner khi đi ngang qua anh trong vành móng ngựa. Anh ta đọc lời tuyên thệ với vẻ tự tin đủ để Booth Watson nhớ ra rằng đây không phải lần đầu tiên anh ta đứng trong phòng xử án.</w:t>
      </w:r>
    </w:p>
    <w:p>
      <w:pPr>
        <w:spacing w:after="80"/>
      </w:pPr>
      <w:r>
        <w:rPr>
          <w:b w:val="0"/>
          <w:i w:val="0"/>
        </w:rPr>
        <w:t>Ngài Julian chào anh ta bằng một nụ cười ấm áp. ‘Để ghi vào biên bản của tòa, ông Heath, xin ông vui lòng nêu họ tên đầy đủ và địa chỉ hiện tại của mình?’</w:t>
      </w:r>
    </w:p>
    <w:p>
      <w:pPr>
        <w:spacing w:after="80"/>
      </w:pPr>
      <w:r>
        <w:rPr>
          <w:b w:val="0"/>
          <w:i w:val="0"/>
        </w:rPr>
        <w:t>‘Adrian Charles Heath, 23 Ladbroke Grove, London W10.’</w:t>
      </w:r>
    </w:p>
    <w:p>
      <w:pPr>
        <w:spacing w:after="80"/>
      </w:pPr>
      <w:r>
        <w:rPr>
          <w:b w:val="0"/>
          <w:i w:val="0"/>
        </w:rPr>
        <w:t>Booth Watson nghi ngờ đó là địa chỉ của mẹ anh ta.</w:t>
      </w:r>
    </w:p>
    <w:p>
      <w:pPr>
        <w:spacing w:after="80"/>
      </w:pPr>
      <w:r>
        <w:rPr>
          <w:b w:val="0"/>
          <w:i w:val="0"/>
        </w:rPr>
        <w:t>‘Ông Heath, ông có thể xác nhận rằng trước đây ông từng là một người nghiện ma túy không?’</w:t>
      </w:r>
    </w:p>
    <w:p>
      <w:pPr>
        <w:spacing w:after="80"/>
      </w:pPr>
      <w:r>
        <w:rPr>
          <w:b w:val="0"/>
          <w:i w:val="0"/>
        </w:rPr>
        <w:t>‘Trước đây thì đúng, thưa Ngài Julian. Nhưng giờ, nhờ sự hỗ trợ của một cô gái trẻ rất đặc biệt đã ở bên tôi trong suốt thời gian cai nghiện, tất cả đã lùi lại phía sau, và chúng tôi dự định kết hôn trong tương lai gần.’</w:t>
      </w:r>
    </w:p>
    <w:p>
      <w:pPr>
        <w:spacing w:after="80"/>
      </w:pPr>
      <w:r>
        <w:rPr>
          <w:b w:val="0"/>
          <w:i w:val="0"/>
        </w:rPr>
        <w:t>‘Tôi chắc rằng tất cả chúng ta đều chúc ông mọi điều hạnh phúc,’ Ngài Julian nói, quay sang mỉm cười với Booth Watson, người chẳng có dấu hiệu vui vẻ gì. ‘À, có lẽ không phải tất cả chúng ta,’ ông nói thêm, khiến một hai thành viên bồi thẩm đoàn mỉm cười. Ngài Julian chấp nhận rằng ông phải đưa câu hỏi tiếp theo vào biên bản, để Booth Watson không thể tung ra như một bất ngờ trong phần thẩm vấn đối chất của mình.</w:t>
      </w:r>
    </w:p>
    <w:p>
      <w:pPr>
        <w:spacing w:after="80"/>
      </w:pPr>
      <w:r>
        <w:rPr>
          <w:b w:val="0"/>
          <w:i w:val="0"/>
        </w:rPr>
        <w:t>‘Và ông, ông Heath, đã từng trong một khoảng thời gian ngắn là một kẻ buôn bán ma túy?’</w:t>
      </w:r>
    </w:p>
    <w:p>
      <w:pPr>
        <w:spacing w:after="80"/>
      </w:pPr>
      <w:r>
        <w:rPr>
          <w:b w:val="0"/>
          <w:i w:val="0"/>
        </w:rPr>
        <w:t>‘Trong một khoảng thời gian rất ngắn. Và chỉ khi tôi tuyệt vọng cần tiền để trang trải cho cơn nghiện của mình.’</w:t>
      </w:r>
    </w:p>
    <w:p>
      <w:pPr>
        <w:spacing w:after="80"/>
      </w:pPr>
      <w:r>
        <w:rPr>
          <w:b w:val="0"/>
          <w:i w:val="0"/>
        </w:rPr>
        <w:t>‘Và điều đó giờ cũng đã may mắn lùi lại phía sau.’</w:t>
      </w:r>
    </w:p>
    <w:p>
      <w:pPr>
        <w:spacing w:after="80"/>
      </w:pPr>
      <w:r>
        <w:rPr>
          <w:b w:val="0"/>
          <w:i w:val="0"/>
        </w:rPr>
        <w:t>‘Vâng, thưa ngài, tôi có thể đảm bảo với ngài rằng tôi đã không dính dáng gì đến ma túy trong hơn sáu tháng nay, và tôi sẽ không bao giờ quay lại lối sống đó nữa.’</w:t>
      </w:r>
    </w:p>
    <w:p>
      <w:pPr>
        <w:spacing w:after="80"/>
      </w:pPr>
      <w:r>
        <w:rPr>
          <w:b w:val="0"/>
          <w:i w:val="0"/>
        </w:rPr>
        <w:t>‘Điều đó mang lại vinh dự lớn cho ông, ông Heath. Và giờ ông cảm thấy đó chỉ là nghĩa vụ công dân của mình khi đưa ra lời khai liên quan đến giao dịch cuối cùng mà ông từng tham gia.’ Heath gật đầu và cúi đầu trong khi Booth Watson ghi chép thêm. ‘Vào tối ngày mười bảy tháng Năm năm nay, ông có lái xe xuống Limpton Hall ở Hampshire để gặp bị cáo, ông Miles Faulkner, không?’</w:t>
      </w:r>
    </w:p>
    <w:p>
      <w:pPr>
        <w:spacing w:after="80"/>
      </w:pPr>
      <w:r>
        <w:rPr>
          <w:b w:val="0"/>
          <w:i w:val="0"/>
        </w:rPr>
        <w:t>‘Vâng, thưa ngài, đúng vậy.’</w:t>
      </w:r>
    </w:p>
    <w:p>
      <w:pPr>
        <w:spacing w:after="80"/>
      </w:pPr>
      <w:r>
        <w:rPr>
          <w:b w:val="0"/>
          <w:i w:val="0"/>
        </w:rPr>
        <w:t>‘Ngài có thấy ông ta trong phiên tòa hôm nay không?’</w:t>
      </w:r>
    </w:p>
    <w:p>
      <w:pPr>
        <w:spacing w:after="80"/>
      </w:pPr>
      <w:r>
        <w:rPr>
          <w:b w:val="0"/>
          <w:i w:val="0"/>
        </w:rPr>
        <w:t>‘Có, tôi thấy.’ Heath chỉ về phía người đàn ông đang ngồi ở ghế bị cáo, rồi nhanh chóng quay đi.</w:t>
      </w:r>
    </w:p>
    <w:p>
      <w:pPr>
        <w:spacing w:after="80"/>
      </w:pPr>
      <w:r>
        <w:rPr>
          <w:b w:val="0"/>
          <w:i w:val="0"/>
        </w:rPr>
        <w:t>‘Cuộc hẹn của anh với bị cáo vào lúc mấy giờ?’</w:t>
      </w:r>
    </w:p>
    <w:p>
      <w:pPr>
        <w:spacing w:after="80"/>
      </w:pPr>
      <w:r>
        <w:rPr>
          <w:b w:val="0"/>
          <w:i w:val="0"/>
        </w:rPr>
        <w:t>‘Bảy giờ.’</w:t>
      </w:r>
    </w:p>
    <w:p>
      <w:pPr>
        <w:spacing w:after="80"/>
      </w:pPr>
      <w:r>
        <w:rPr>
          <w:b w:val="0"/>
          <w:i w:val="0"/>
        </w:rPr>
        <w:t>‘Và anh có đến đúng giờ không?’</w:t>
      </w:r>
    </w:p>
    <w:p>
      <w:pPr>
        <w:spacing w:after="80"/>
      </w:pPr>
      <w:r>
        <w:rPr>
          <w:b w:val="0"/>
          <w:i w:val="0"/>
        </w:rPr>
        <w:t>‘Có thể tôi đã đến trễ vài phút, nhưng người quản gia dẫn tôi đi thẳng vào phòng làm việc của ông Faulkner, nơi ông ấy đang chờ gặp tôi.’</w:t>
      </w:r>
    </w:p>
    <w:p>
      <w:pPr>
        <w:spacing w:after="80"/>
      </w:pPr>
      <w:r>
        <w:rPr>
          <w:b w:val="0"/>
          <w:i w:val="0"/>
        </w:rPr>
        <w:t>‘Và ông ta có vẻ sốt sắng muốn chốt giao dịch?’</w:t>
      </w:r>
    </w:p>
    <w:p>
      <w:pPr>
        <w:spacing w:after="80"/>
      </w:pPr>
      <w:r>
        <w:rPr>
          <w:b w:val="0"/>
          <w:i w:val="0"/>
        </w:rPr>
        <w:t>‘Cửa còn chưa kịp đóng thì ông ấy đã hỏi tôi có lấy được món hàng ông ấy yêu cầu không. Tôi bảo là có, rồi đưa cho ông ấy một gói để kiểm tra.’</w:t>
      </w:r>
    </w:p>
    <w:p>
      <w:pPr>
        <w:spacing w:after="80"/>
      </w:pPr>
      <w:r>
        <w:rPr>
          <w:b w:val="0"/>
          <w:i w:val="0"/>
        </w:rPr>
        <w:t>‘Trong những giao dịch như vậy, đó có phải là thông lệ không?’</w:t>
      </w:r>
    </w:p>
    <w:p>
      <w:pPr>
        <w:spacing w:after="80"/>
      </w:pPr>
      <w:r>
        <w:rPr>
          <w:b w:val="0"/>
          <w:i w:val="0"/>
        </w:rPr>
        <w:t>‘Vâng, thưa ngài. Ông ấy muốn chắc chắn hàng có chất lượng cao nhất. Nên ông ấy khăng khăng đòi thử một mẫu.’</w:t>
      </w:r>
    </w:p>
    <w:p>
      <w:pPr>
        <w:spacing w:after="80"/>
      </w:pPr>
      <w:r>
        <w:rPr>
          <w:b w:val="0"/>
          <w:i w:val="0"/>
        </w:rPr>
        <w:t>‘Và ông ta có thử không?’</w:t>
      </w:r>
    </w:p>
    <w:p>
      <w:pPr>
        <w:spacing w:after="80"/>
      </w:pPr>
      <w:r>
        <w:rPr>
          <w:b w:val="0"/>
          <w:i w:val="0"/>
        </w:rPr>
        <w:t>‘Có, ông ấy nếm thử một lượng nhỏ sản phẩm và có vẻ rất hài lòng.’</w:t>
      </w:r>
    </w:p>
    <w:p>
      <w:pPr>
        <w:spacing w:after="80"/>
      </w:pPr>
      <w:r>
        <w:rPr>
          <w:b w:val="0"/>
          <w:i w:val="0"/>
        </w:rPr>
        <w:t>‘Thật vậy sao? Rồi chuyện gì xảy ra tiếp theo?’</w:t>
      </w:r>
    </w:p>
    <w:p>
      <w:pPr>
        <w:spacing w:after="80"/>
      </w:pPr>
      <w:r>
        <w:rPr>
          <w:b w:val="0"/>
          <w:i w:val="0"/>
        </w:rPr>
        <w:t>‘Ông ấy trả tôi tám trăm bảng bằng tiền mặt đúng như chúng tôi đã thỏa thuận, cảm ơn tôi và nói hy vọng chúng tôi sẽ lại hợp tác làm ăn.’</w:t>
      </w:r>
    </w:p>
    <w:p>
      <w:pPr>
        <w:spacing w:after="80"/>
      </w:pPr>
      <w:r>
        <w:rPr>
          <w:b w:val="0"/>
          <w:i w:val="0"/>
        </w:rPr>
        <w:t>‘Và sau đó thì sao?’</w:t>
      </w:r>
    </w:p>
    <w:p>
      <w:pPr>
        <w:spacing w:after="80"/>
      </w:pPr>
      <w:r>
        <w:rPr>
          <w:b w:val="0"/>
          <w:i w:val="0"/>
        </w:rPr>
        <w:t>‘Ông ấy bảo tôi đi cùng người quản gia xuống dưới nhà, nơi tôi giao hàng cho đầu bếp của ông ấy.’</w:t>
      </w:r>
    </w:p>
    <w:p>
      <w:pPr>
        <w:spacing w:after="80"/>
      </w:pPr>
      <w:r>
        <w:rPr>
          <w:b w:val="0"/>
          <w:i w:val="0"/>
        </w:rPr>
        <w:t>Ngài Julian ngừng lại một lát. ‘Cho đầu bếp của ông ấy?’ ông lặp lại.</w:t>
      </w:r>
    </w:p>
    <w:p>
      <w:pPr>
        <w:spacing w:after="80"/>
      </w:pPr>
      <w:r>
        <w:rPr>
          <w:b w:val="0"/>
          <w:i w:val="0"/>
        </w:rPr>
        <w:t>‘Vâng. Ông Faulkner bảo tôi rằng ông ấy được dặn dò bày ra mười phần trên một chiếc khay bạc cho chính ông ấy và các vị khách.’</w:t>
      </w:r>
    </w:p>
    <w:p>
      <w:pPr>
        <w:spacing w:after="80"/>
      </w:pPr>
      <w:r>
        <w:rPr>
          <w:b w:val="0"/>
          <w:i w:val="0"/>
        </w:rPr>
        <w:t>‘Đầu bếp có vẻ ngạc nhiên không?’</w:t>
      </w:r>
    </w:p>
    <w:p>
      <w:pPr>
        <w:spacing w:after="80"/>
      </w:pPr>
      <w:r>
        <w:rPr>
          <w:b w:val="0"/>
          <w:i w:val="0"/>
        </w:rPr>
        <w:t>‘Không, thưa ngài, nhưng khi đó tôi cho rằng ông ấy đã từng làm việc với Fortnum and Mason trước đây.’</w:t>
      </w:r>
    </w:p>
    <w:p>
      <w:pPr>
        <w:spacing w:after="80"/>
      </w:pPr>
      <w:r>
        <w:rPr>
          <w:b w:val="0"/>
          <w:i w:val="0"/>
        </w:rPr>
        <w:t>Ngài Julian cúi xuống nhìn các câu hỏi của mình, nhưng không có chỗ nào nhắc đến Fortnum and Mason trong ghi chú của ông. Ông liếc nhìn Grace, cô cũng trông ngạc nhiên y như ông.</w:t>
      </w:r>
    </w:p>
    <w:p>
      <w:pPr>
        <w:spacing w:after="80"/>
      </w:pPr>
      <w:r>
        <w:rPr>
          <w:b w:val="0"/>
          <w:i w:val="0"/>
        </w:rPr>
        <w:t>‘Ngài đang nói với tòa rằng ngài đã nhận một lô cocaine tinh khiết nhất từ Fortnum and Mason sao?’</w:t>
      </w:r>
    </w:p>
    <w:p>
      <w:pPr>
        <w:spacing w:after="80"/>
      </w:pPr>
      <w:r>
        <w:rPr>
          <w:b w:val="0"/>
          <w:i w:val="0"/>
        </w:rPr>
        <w:t>‘Không, thưa ngài. Món hàng tôi nhận từ Fortnum’s sáng hôm đó theo yêu cầu của ông Faulkner là một tá hũ trứng cá muối Royal Beluga hảo hạng nhất.’</w:t>
      </w:r>
    </w:p>
    <w:p>
      <w:pPr>
        <w:spacing w:after="80"/>
      </w:pPr>
      <w:r>
        <w:rPr>
          <w:b w:val="0"/>
          <w:i w:val="0"/>
        </w:rPr>
        <w:t>Một số người trong phòng xử án bắt đầu bật cười, trong khi những người khác chỉ tỏ vẻ bối rối. Vị thẩm phán cau mày, trừng mắt nhìn xuống nhân chứng.</w:t>
      </w:r>
    </w:p>
    <w:p>
      <w:pPr>
        <w:spacing w:after="80"/>
      </w:pPr>
      <w:r>
        <w:rPr>
          <w:b w:val="0"/>
          <w:i w:val="0"/>
        </w:rPr>
        <w:t>Ngài Julian ngừng lại một lúc lâu rồi mới hỏi: ‘Ngài đang nói với tòa rằng lần này ngài không cung cấp bất kỳ loại ma túy nào cho ông Faulkner sao?’</w:t>
      </w:r>
    </w:p>
    <w:p>
      <w:pPr>
        <w:spacing w:after="80"/>
      </w:pPr>
      <w:r>
        <w:rPr>
          <w:b w:val="0"/>
          <w:i w:val="0"/>
        </w:rPr>
        <w:t>‘Lần này, hay bất kỳ lần nào khác, về mặt đó,’ Heath nói. ‘Thực ra, đó là lần đầu tiên tôi gặp ông ấy.’</w:t>
      </w:r>
    </w:p>
    <w:p>
      <w:pPr>
        <w:spacing w:after="80"/>
      </w:pPr>
      <w:r>
        <w:rPr>
          <w:b w:val="0"/>
          <w:i w:val="0"/>
        </w:rPr>
        <w:t>Grace đưa cho cha cô một mẩu giấy viết vội.</w:t>
      </w:r>
    </w:p>
    <w:p>
      <w:pPr>
        <w:spacing w:after="80"/>
      </w:pPr>
      <w:r>
        <w:rPr>
          <w:b w:val="0"/>
          <w:i w:val="0"/>
        </w:rPr>
        <w:t>‘Tôi có thể hỏi ngài đã làm gì trong sáu tháng qua không, ông Heath?’</w:t>
      </w:r>
    </w:p>
    <w:p>
      <w:pPr>
        <w:spacing w:after="80"/>
      </w:pPr>
      <w:r>
        <w:rPr>
          <w:b w:val="0"/>
          <w:i w:val="0"/>
        </w:rPr>
        <w:t>‘Tôi đã sống trong một ngôi nhà an toàn ở Lincoln trong lúc hỗ trợ cảnh sát điều tra, và tôi sẽ được trả mười ngàn bảng cho việc đó.’</w:t>
      </w:r>
    </w:p>
    <w:p>
      <w:pPr>
        <w:spacing w:after="80"/>
      </w:pPr>
      <w:r>
        <w:rPr>
          <w:b w:val="0"/>
          <w:i w:val="0"/>
        </w:rPr>
        <w:t>Các nhà báo tỏ ra thích thú với thông tin mới này, và ngòi bút của họ càng cào xước hăng hái hơn. Tiếng ồn ào của những cuộc trò chuyện rì rầm bùng lên trong phòng xử án cho ngài Julian chút thời gian để cân nhắc câu hỏi tiếp theo.</w:t>
      </w:r>
    </w:p>
    <w:p>
      <w:pPr>
        <w:spacing w:after="80"/>
      </w:pPr>
      <w:r>
        <w:rPr>
          <w:b w:val="0"/>
          <w:i w:val="0"/>
        </w:rPr>
        <w:t>‘Vậy, ngài đã có gì để cung cấp cho cảnh sát mà đáng giá mười ngàn bảng?’</w:t>
      </w:r>
    </w:p>
    <w:p>
      <w:pPr>
        <w:spacing w:after="80"/>
      </w:pPr>
      <w:r>
        <w:rPr>
          <w:b w:val="0"/>
          <w:i w:val="0"/>
        </w:rPr>
        <w:t>‘Tôi đã khai tên Tulip với họ.’</w:t>
      </w:r>
    </w:p>
    <w:p>
      <w:pPr>
        <w:spacing w:after="80"/>
      </w:pPr>
      <w:r>
        <w:rPr>
          <w:b w:val="0"/>
          <w:i w:val="0"/>
        </w:rPr>
        <w:t>‘Tulip?’</w:t>
      </w:r>
    </w:p>
    <w:p>
      <w:pPr>
        <w:spacing w:after="80"/>
      </w:pPr>
      <w:r>
        <w:rPr>
          <w:b w:val="0"/>
          <w:i w:val="0"/>
        </w:rPr>
        <w:t>‘Terry Holland. Hắn là một tay buôn ma túy cỡ lớn ở London. Kiếm khoảng một trăm ngàn bảng một năm. Tôi cũng cung cấp cho họ tên của mười sáu khách hàng thân thiết nhất của hắn, và đổi lại tôi được hứa mười ngàn bảng cùng một chuyến đi an toàn ra nước ngoài cho tôi và bạn gái tôi.’</w:t>
      </w:r>
    </w:p>
    <w:p>
      <w:pPr>
        <w:spacing w:after="80"/>
      </w:pPr>
      <w:r>
        <w:rPr>
          <w:b w:val="0"/>
          <w:i w:val="0"/>
        </w:rPr>
        <w:t>Các nhà báo không ngừng ghi chép.</w:t>
      </w:r>
    </w:p>
    <w:p>
      <w:pPr>
        <w:spacing w:after="80"/>
      </w:pPr>
      <w:r>
        <w:rPr>
          <w:b w:val="0"/>
          <w:i w:val="0"/>
        </w:rPr>
        <w:t>‘Và ông Faulkner có nằm trong số những khách hàng đó không?’ Sir Julian hỏi, cố gắng lấy lại bình tĩnh.</w:t>
      </w:r>
    </w:p>
    <w:p>
      <w:pPr>
        <w:spacing w:after="80"/>
      </w:pPr>
      <w:r>
        <w:rPr>
          <w:b w:val="0"/>
          <w:i w:val="0"/>
        </w:rPr>
        <w:t>‘Không, ông ấy không có trong số đó, thưa ngài,’ Heath khẳng định chắc nịch.</w:t>
      </w:r>
    </w:p>
    <w:p>
      <w:pPr>
        <w:spacing w:after="80"/>
      </w:pPr>
      <w:r>
        <w:rPr>
          <w:b w:val="0"/>
          <w:i w:val="0"/>
        </w:rPr>
        <w:t>Grace đưa cho cha cô một mẩu giấy khác.</w:t>
      </w:r>
    </w:p>
    <w:p>
      <w:pPr>
        <w:spacing w:after="80"/>
      </w:pPr>
      <w:r>
        <w:rPr>
          <w:b w:val="0"/>
          <w:i w:val="0"/>
        </w:rPr>
        <w:t>‘Ông có nhận thức được rằng ông đang tuyên thệ không, ông Heath?’</w:t>
      </w:r>
    </w:p>
    <w:p>
      <w:pPr>
        <w:spacing w:after="80"/>
      </w:pPr>
      <w:r>
        <w:rPr>
          <w:b w:val="0"/>
          <w:i w:val="0"/>
        </w:rPr>
        <w:t>‘Tôi hoàn toàn nhận thức được, thưa ngài. Chính con gái ngài đã nói với tôi sáng nay khi cô ấy đến thăm tôi trong phòng giam rằng việc tôi nói sự thật, toàn bộ sự thật và không gì ngoài sự thật quan trọng đến mức nào, nếu không tôi có thể phải vào tù vì tội khai man. Nếu ngài nghi ngờ lời tôi, thưa Sir Julian, tôi chắc rằng ông Faulkner, quản gia và đầu bếp của ông ấy đều sẽ xác nhận lời khai của tôi.’</w:t>
      </w:r>
    </w:p>
    <w:p>
      <w:pPr>
        <w:spacing w:after="80"/>
      </w:pPr>
      <w:r>
        <w:rPr>
          <w:b w:val="0"/>
          <w:i w:val="0"/>
        </w:rPr>
        <w:t>Faulkner gật đầu, và lần này ông nhận ra rằng vài thành viên trong bồi thẩm đoàn đang nhìn về phía mình. Sir Julian nhớ lại lời con trai mình khi họ bàn về Heath ngay sau khi cậu ta bị đuổi học. Một trong những cậu bé thông minh nhất lớp, nhưng không thể tin tưởng được. Ông phải chấp nhận rằng Heath sẽ có câu trả lời cho từng câu hỏi bất ngờ của ông, vì rõ ràng cậu ta đã tập dượt các câu trả lời từ lâu rồi.</w:t>
      </w:r>
    </w:p>
    <w:p>
      <w:pPr>
        <w:spacing w:after="80"/>
      </w:pPr>
      <w:r>
        <w:rPr>
          <w:b w:val="0"/>
          <w:i w:val="0"/>
        </w:rPr>
        <w:t>‘Không còn câu hỏi nào nữa, thưa ngài,’ Sir Julian cố nói, rồi ngồi sụp xuống ghế.</w:t>
      </w:r>
    </w:p>
    <w:p>
      <w:pPr>
        <w:spacing w:after="80"/>
      </w:pPr>
      <w:r>
        <w:rPr>
          <w:b w:val="0"/>
          <w:i w:val="0"/>
        </w:rPr>
        <w:t>Ông Thẩm phán Baverstock chuyển sự chú ý sang luật sư bào chữa. ‘Ông có muốn thẩm vấn nhân chứng này không, ông Booth Watson?’</w:t>
      </w:r>
    </w:p>
    <w:p>
      <w:pPr>
        <w:spacing w:after="80"/>
      </w:pPr>
      <w:r>
        <w:rPr>
          <w:b w:val="0"/>
          <w:i w:val="0"/>
        </w:rPr>
        <w:t>‘Không, cảm ơn ngài. Tôi hoàn toàn hài lòng với lời khai của ông Heath.’</w:t>
      </w:r>
    </w:p>
    <w:p>
      <w:pPr>
        <w:spacing w:after="80"/>
      </w:pPr>
      <w:r>
        <w:rPr>
          <w:b w:val="0"/>
          <w:i w:val="0"/>
        </w:rPr>
        <w:t>‘Tôi chắc là ông hài lòng rồi,’ William nói, hơi quá to từ phía sau phòng xử án, và dù Hawk cau mày, ông cũng phải đồng ý với anh ta.</w:t>
      </w:r>
    </w:p>
    <w:p>
      <w:pPr>
        <w:spacing w:after="80"/>
      </w:pPr>
      <w:r>
        <w:rPr>
          <w:b w:val="0"/>
          <w:i w:val="0"/>
        </w:rPr>
        <w:t>‘Ông Heath, ông được tự do rời khỏi phòng xử án,’ vị thẩm phán nói, miễn cưỡng.</w:t>
      </w:r>
    </w:p>
    <w:p>
      <w:pPr>
        <w:spacing w:after="80"/>
      </w:pPr>
      <w:r>
        <w:rPr>
          <w:b w:val="0"/>
          <w:i w:val="0"/>
        </w:rPr>
        <w:t>‘Cảm ơn ngài,’ Adrian nói, rồi bước ra khỏi ghế nhân chứng và đi thẳng tới lối ra gần nhất.</w:t>
      </w:r>
    </w:p>
    <w:p>
      <w:pPr>
        <w:spacing w:after="80"/>
      </w:pPr>
      <w:r>
        <w:rPr>
          <w:b w:val="0"/>
          <w:i w:val="0"/>
        </w:rPr>
        <w:t>Thẩm phán đứng dậy và nói: "Tòa hoãn đến hai giờ. Tuy nhiên, ta muốn gặp cả hai luật sư trong phòng làm việc của ta."</w:t>
      </w:r>
    </w:p>
    <w:p>
      <w:pPr>
        <w:spacing w:after="80"/>
      </w:pPr>
      <w:r>
        <w:rPr>
          <w:b w:val="0"/>
          <w:i w:val="0"/>
        </w:rPr>
        <w:t>Hai luật sư cúi đầu, ý thức được rằng đây không phải là một lời đề nghị.</w:t>
      </w:r>
    </w:p>
    <w:p>
      <w:pPr>
        <w:spacing w:after="80"/>
      </w:pPr>
      <w:r>
        <w:rPr>
          <w:b w:val="0"/>
          <w:i w:val="0"/>
        </w:rPr>
        <w:t>"Warwick," Lamont nói, mắt dán chặt vào Faulkner, người đang bước xuống khỏi ghế bị cáo, "tôi cần biết Heath đang đi đâu. Và, Paul, anh đi theo Faulkner. Đừng để cả hai khuất khỏi tầm mắt."</w:t>
      </w:r>
    </w:p>
    <w:p>
      <w:pPr>
        <w:spacing w:after="80"/>
      </w:pPr>
      <w:r>
        <w:rPr>
          <w:b w:val="0"/>
          <w:i w:val="0"/>
        </w:rPr>
        <w:t>"Tôi nghi cả hai đang đi cùng một hướng," Hawk gợi ý.</w:t>
      </w:r>
    </w:p>
    <w:p>
      <w:pPr>
        <w:spacing w:after="80"/>
      </w:pPr>
      <w:r>
        <w:rPr>
          <w:b w:val="0"/>
          <w:i w:val="0"/>
        </w:rPr>
        <w:t>William phải len lỏi qua đám đông nhộn nhịp đang hướng ra cửa, đồng thời cố gắng để mắt tới Heath. Vừa ra tới hành lang, anh lao về phía cầu thang rộng uốn cong, và không ngừng chạy cho đến khi ra tới phố, mắt đảo khắp mọi hướng cho đến khi cuối cùng anh phát hiện ra một bóng người quen thuộc đang leo lên ghế sau của một chiếc Bentley.</w:t>
      </w:r>
    </w:p>
    <w:p>
      <w:pPr>
        <w:spacing w:after="80"/>
      </w:pPr>
      <w:r>
        <w:rPr>
          <w:b w:val="0"/>
          <w:i w:val="0"/>
        </w:rPr>
        <w:t>"Chết tiệt," William nói. Anh bắt đầu nhìn quanh tìm một chiếc taxi trong vô vọng, và lại một lần nữa nhìn chằm chằm vào chiếc xe đỗ bất động. Trước sự ngạc nhiên của anh, một chiếc xe máy rít lên dừng lại bên cạnh.</w:t>
      </w:r>
    </w:p>
    <w:p>
      <w:pPr>
        <w:spacing w:after="80"/>
      </w:pPr>
      <w:r>
        <w:rPr>
          <w:b w:val="0"/>
          <w:i w:val="0"/>
        </w:rPr>
        <w:t>"Lên đi, sếp," Paul nói, đưa cho anh một chiếc mũ bảo hiểm.</w:t>
      </w:r>
    </w:p>
    <w:p>
      <w:pPr>
        <w:jc w:val="center"/>
      </w:pPr>
      <w:r>
        <w:drawing>
          <wp:inline xmlns:a="http://schemas.openxmlformats.org/drawingml/2006/main" xmlns:pic="http://schemas.openxmlformats.org/drawingml/2006/picture">
            <wp:extent cx="752475" cy="161925"/>
            <wp:docPr id="49" name="Picture 49"/>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"Rất vui được gặp lại anh," Faulkner nói, khi Heath ngồi vào cùng anh ở ghế sau xe.</w:t>
      </w:r>
    </w:p>
    <w:p>
      <w:pPr>
        <w:spacing w:after="80"/>
      </w:pPr>
      <w:r>
        <w:rPr>
          <w:b w:val="0"/>
          <w:i w:val="0"/>
        </w:rPr>
        <w:t>"Hãy hy vọng đây là lần cuối cùng," Heath nói, khi hai người bắt tay. "Bởi vì tôi không muốn bị lôi trở lại ghế nhân chứng và phải giải thích làm sao ma túy lại nằm trong bức tượng của anh, nếu tôi không bán chúng cho anh."</w:t>
      </w:r>
    </w:p>
    <w:p>
      <w:pPr>
        <w:spacing w:after="80"/>
      </w:pPr>
      <w:r>
        <w:rPr>
          <w:b w:val="0"/>
          <w:i w:val="0"/>
        </w:rPr>
        <w:t>"Anh sẽ không phải quay lại đâu," Faulkner nói. "Đó là điều cuối cùng tôi cần." Anh đưa cho Heath hai tấm vé hạng nhất đến Rio de Janeiro, một cuốn hộ chiếu mới và một chiếc cặp tài liệu nhỏ. "Trước giờ này ngày mai, anh và bạn gái anh sẽ ở bên kia thế giới, khiến Crown không còn lựa chọn nào khác ngoài việc rút đơn kiện, và vợ tôi cuối cùng sẽ không còn lựa chọn nào khác ngoài việc ký đơn ly hôn."</w:t>
      </w:r>
    </w:p>
    <w:p>
      <w:pPr>
        <w:spacing w:after="80"/>
      </w:pPr>
      <w:r>
        <w:rPr>
          <w:b w:val="0"/>
          <w:i w:val="0"/>
        </w:rPr>
        <w:t>"Nhờ người bạn chung của chúng ta từ West Ham," Heath nói, khi anh mở chiếc cặp và nhìn xuống 20.000 bảng xếp gọn gàng trong những gói giấy bóng kính. "Anh quả nhiên đã giữ đúng phần mình trong thỏa thuận," anh nói thêm. "Gấp đôi số tiền mà cảnh sát sẵn sàng trả cho tôi."</w:t>
      </w:r>
    </w:p>
    <w:p>
      <w:pPr>
        <w:spacing w:after="80"/>
      </w:pPr>
      <w:r>
        <w:rPr>
          <w:b w:val="0"/>
          <w:i w:val="0"/>
        </w:rPr>
        <w:t>"Đáng từng xu," Faulkner nói, "nếu nó giúp tôi tránh khỏi nhà tù và khiến Christina không thể gây thêm rắc rối. Tôi không thể chần chừ được. Tôi phải có mặt ở chỗ mình trước hai giờ, nếu không nó sẽ tốn của tôi một triệu bảng. Hai mươi ngàn là một chuyện, một triệu là chuyện khác hẳn."</w:t>
      </w:r>
    </w:p>
    <w:p>
      <w:pPr>
        <w:spacing w:after="80"/>
      </w:pPr>
      <w:r>
        <w:rPr>
          <w:b w:val="0"/>
          <w:i w:val="0"/>
        </w:rPr>
        <w:t>"Hiểu rồi," Heath nói, khi họ bắt tay lần thứ hai. "Chúc may mắn."</w:t>
      </w:r>
    </w:p>
    <w:p>
      <w:pPr>
        <w:spacing w:after="80"/>
      </w:pPr>
      <w:r>
        <w:rPr>
          <w:b w:val="0"/>
          <w:i w:val="0"/>
        </w:rPr>
        <w:t>"Nhờ anh, tôi nghĩ mình sẽ không cần đâu. Eddie, đưa bạn tôi đến Heathrow, vì tôi không muốn anh ấy lỡ chuyến bay."</w:t>
      </w:r>
    </w:p>
    <w:p>
      <w:pPr>
        <w:jc w:val="center"/>
      </w:pPr>
      <w:r>
        <w:drawing>
          <wp:inline xmlns:a="http://schemas.openxmlformats.org/drawingml/2006/main" xmlns:pic="http://schemas.openxmlformats.org/drawingml/2006/picture">
            <wp:extent cx="752475" cy="161925"/>
            <wp:docPr id="50" name="Picture 50"/>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"Tôi có thể mời ngài một ly mạnh không, Julian?"</w:t>
      </w:r>
    </w:p>
    <w:p>
      <w:pPr>
        <w:spacing w:after="80"/>
      </w:pPr>
      <w:r>
        <w:rPr>
          <w:b w:val="0"/>
          <w:i w:val="0"/>
        </w:rPr>
        <w:t>"Hơi sớm với tôi, thưa ngài, nhưng vâng, làm một ly whisky đôi đi," anh nói, khi Booth Watson bước vào phòng.</w:t>
      </w:r>
    </w:p>
    <w:p>
      <w:pPr>
        <w:spacing w:after="80"/>
      </w:pPr>
      <w:r>
        <w:rPr>
          <w:b w:val="0"/>
          <w:i w:val="0"/>
        </w:rPr>
        <w:t>‘Còn ông thì sao, BW?’</w:t>
      </w:r>
    </w:p>
    <w:p>
      <w:pPr>
        <w:spacing w:after="80"/>
      </w:pPr>
      <w:r>
        <w:rPr>
          <w:b w:val="0"/>
          <w:i w:val="0"/>
        </w:rPr>
        <w:t>‘Không, cảm ơn ngài,’ Booth Watson nói, vừa tháo bộ tóc giả. ‘Tôi vẫn đang cố gắng hồi phục sau những gì vừa xảy ra ngoài kia.’</w:t>
      </w:r>
    </w:p>
    <w:p>
      <w:pPr>
        <w:spacing w:after="80"/>
      </w:pPr>
      <w:r>
        <w:rPr>
          <w:b w:val="0"/>
          <w:i w:val="0"/>
        </w:rPr>
        <w:t>‘Ông không định giả vờ rằng chuyện đó hoàn toàn bất ngờ đấy chứ?’ Julian nói, không giấu nổi vẻ mỉa mai trong giọng.</w:t>
      </w:r>
    </w:p>
    <w:p>
      <w:pPr>
        <w:spacing w:after="80"/>
      </w:pPr>
      <w:r>
        <w:rPr>
          <w:b w:val="0"/>
          <w:i w:val="0"/>
        </w:rPr>
        <w:t>‘Tôi cũng sốc y như ông vậy,’ Booth Watson thừa nhận. ‘Ông quên rồi sao, tuần trước tôi đã gọi đến văn phòng ông để hỏi xem ông có cân nhắc thương lượng nhận tội không, và ông đã từ chối yêu cầu của tôi, khá là khéo léo nếu tôi nhớ không nhầm?’</w:t>
      </w:r>
    </w:p>
    <w:p>
      <w:pPr>
        <w:spacing w:after="80"/>
      </w:pPr>
      <w:r>
        <w:rPr>
          <w:b w:val="0"/>
          <w:i w:val="0"/>
        </w:rPr>
        <w:t>‘Có lẽ tôi nên cân nhắc lại . . .’ Ngài Julian bắt đầu nói.</w:t>
      </w:r>
    </w:p>
    <w:p>
      <w:pPr>
        <w:spacing w:after="80"/>
      </w:pPr>
      <w:r>
        <w:rPr>
          <w:b w:val="0"/>
          <w:i w:val="0"/>
        </w:rPr>
        <w:t>‘Giờ thì hơi muộn rồi,’ Booth Watson nói. ‘Tôi e rằng ông chẳng còn lựa chọn nào ngoài việc thu dọn lều trại, trèo lại lên lạc đà và dời đoàn lữ hành của mình đến một chỗ nước mới.’</w:t>
      </w:r>
    </w:p>
    <w:p>
      <w:pPr>
        <w:spacing w:after="80"/>
      </w:pPr>
      <w:r>
        <w:rPr>
          <w:b w:val="0"/>
          <w:i w:val="0"/>
        </w:rPr>
        <w:t>‘Tôi sẽ nhận chỉ thị từ cấp trên ở CPS,’ Ngài Julian nói, cố câu giờ. ‘Nhưng tôi e rằng họ có thể sẽ đồng ý với ông và đề nghị hủy bỏ mọi cáo buộc.’</w:t>
      </w:r>
    </w:p>
    <w:p>
      <w:pPr>
        <w:spacing w:after="80"/>
      </w:pPr>
      <w:r>
        <w:rPr>
          <w:b w:val="0"/>
          <w:i w:val="0"/>
        </w:rPr>
        <w:t>‘Còn ông thì sao, BW?’ vị thẩm phán hỏi.</w:t>
      </w:r>
    </w:p>
    <w:p>
      <w:pPr>
        <w:spacing w:after="80"/>
      </w:pPr>
      <w:r>
        <w:rPr>
          <w:b w:val="0"/>
          <w:i w:val="0"/>
        </w:rPr>
        <w:t>‘Giống như Julian, tôi sẽ nhận chỉ thị từ cấp trên của mình.’</w:t>
      </w:r>
    </w:p>
    <w:p>
      <w:pPr>
        <w:pStyle w:val="Heading2"/>
      </w:pPr>
      <w:r>
        <w:rPr>
          <w:rFonts w:ascii="Calibri" w:hAnsi="Calibri"/>
          <w:b/>
          <w:i w:val="0"/>
          <w:sz w:val="32"/>
        </w:rPr>
        <w:t>18</w:t>
      </w:r>
    </w:p>
    <w:p>
      <w:pPr>
        <w:spacing w:after="80"/>
      </w:pPr>
      <w:r>
        <w:rPr>
          <w:b w:val="0"/>
          <w:i w:val="0"/>
        </w:rPr>
        <w:t>CHIẾC BENTLEY CONTINENTAL màu xám bạc đỗ lại bên ngoài nhà ga số ba.</w:t>
      </w:r>
    </w:p>
    <w:p>
      <w:pPr>
        <w:spacing w:after="80"/>
      </w:pPr>
      <w:r>
        <w:rPr>
          <w:b w:val="0"/>
          <w:i w:val="0"/>
        </w:rPr>
        <w:t>Heath trông có vẻ thư thái khi bước ra khỏi xe, tay ôm chặt chiếc cặp tài liệu, món hành lý duy nhất của anh. Anh đang tiến về phía cửa nhà ga thì một chiếc mô tô trượt bánh dừng lại ngay trong khu vực cấm đỗ.</w:t>
      </w:r>
    </w:p>
    <w:p>
      <w:pPr>
        <w:spacing w:after="80"/>
      </w:pPr>
      <w:r>
        <w:rPr>
          <w:b w:val="0"/>
          <w:i w:val="0"/>
        </w:rPr>
        <w:t>‘Anh đi theo hắn đi,’ Paul nói. ‘Tôi sẽ đuổi kịp.’</w:t>
      </w:r>
    </w:p>
    <w:p>
      <w:pPr>
        <w:spacing w:after="80"/>
      </w:pPr>
      <w:r>
        <w:rPr>
          <w:b w:val="0"/>
          <w:i w:val="0"/>
        </w:rPr>
        <w:t>‘Tôi đã thấy chiếc xe đó ở đâu đó rồi,’ William nói, vừa tháo mũ bảo hiểm vừa chỉ vào một chiếc Yamaha màu đen bị bỏ lại ở khu vực đỗ xe dành cho người khuyết tật. ‘Nhưng ở đâu nhỉ?’</w:t>
      </w:r>
    </w:p>
    <w:p>
      <w:pPr>
        <w:spacing w:after="80"/>
      </w:pPr>
      <w:r>
        <w:rPr>
          <w:b w:val="0"/>
          <w:i w:val="0"/>
        </w:rPr>
        <w:t>‘Nó vượt qua chúng ta trên đường cao tốc,’ Paul nói. ‘Người lái giảm tốc độ khi chạy ngang tầm với chiếc Bentley, và nhìn vào cửa sổ phía sau trước khi phóng đi tiếp.’</w:t>
      </w:r>
    </w:p>
    <w:p>
      <w:pPr>
        <w:spacing w:after="80"/>
      </w:pPr>
      <w:r>
        <w:rPr>
          <w:b w:val="0"/>
          <w:i w:val="0"/>
        </w:rPr>
        <w:t>‘Không, tôi đã thấy nó ở một chỗ khác cơ,’ William lẩm bẩm, rồi lên đường đuổi theo Heath. Vừa vào trong nhà ga, anh nhanh chóng kiểm tra bảng khởi hành. ‘British Airways Chuyến 012 đi Rio de Janeiro, 16.20. Cổng 27’ hiện lên trên màn hình. Anh nhanh chóng băng qua sảnh đông đúc, né những chiếc vali và những đôi chân duỗi ra khi tiến về phía các quầy làm thủ tục, mắt liên tục tìm kiếm con mồi. Và rồi anh phát hiện ra Adrian, vẫn mặc bộ vest lịch lãm dùng để ra tòa, đang ôm một người phụ nữ trẻ ở quầy BA mà anh đoán chắc là Maria Ruiz. Anh lách ra sau một cây cột, và chờ Paul đến cùng.</w:t>
      </w:r>
    </w:p>
    <w:p>
      <w:pPr>
        <w:spacing w:after="80"/>
      </w:pPr>
      <w:r>
        <w:rPr>
          <w:b w:val="0"/>
          <w:i w:val="0"/>
        </w:rPr>
        <w:t>William dõi theo khi họ hôn nhau và bắt đầu trò chuyện rôm rả. Anh chỉ ước mình có thể nghe lén được cuộc nói chuyện của họ.</w:t>
      </w:r>
    </w:p>
    <w:p>
      <w:pPr>
        <w:spacing w:after="80"/>
      </w:pPr>
      <w:r>
        <w:rPr>
          <w:b w:val="0"/>
          <w:i w:val="0"/>
        </w:rPr>
        <w:t>‘Mọi chuyện thế nào rồi?’ Maria hỏi.</w:t>
      </w:r>
    </w:p>
    <w:p>
      <w:pPr>
        <w:spacing w:after="80"/>
      </w:pPr>
      <w:r>
        <w:rPr>
          <w:b w:val="0"/>
          <w:i w:val="0"/>
        </w:rPr>
        <w:t>‘Đúng như kế hoạch, chỉ có điều cuối cùng tôi có hai mươi ngàn, chứ không phải mười.’</w:t>
      </w:r>
    </w:p>
    <w:p>
      <w:pPr>
        <w:spacing w:after="80"/>
      </w:pPr>
      <w:r>
        <w:rPr>
          <w:b w:val="0"/>
          <w:i w:val="0"/>
        </w:rPr>
        <w:t>‘Anh không thấy hơi áy náy về những gì mình đã làm với người bạn học cũ sao?’</w:t>
      </w:r>
    </w:p>
    <w:p>
      <w:pPr>
        <w:spacing w:after="80"/>
      </w:pPr>
      <w:r>
        <w:rPr>
          <w:b w:val="0"/>
          <w:i w:val="0"/>
        </w:rPr>
        <w:t>‘Không, miễn là bố anh ta thông minh bằng một nửa những gì báo chí ca ngợi. Tầm này ngày mai, nếu không sớm hơn, anh ta sẽ xem lại bản ghi lời khai của tôi và thấy rằng tôi đã trao cho anh ta một cơ hội vàng để gài bẫy Faulkner. Vậy nên càng quan trọng là chúng ta phải thoát khỏi vòng nguy hiểm thật xa, từ lâu trước khi Faulkner phát hiện ra tôi đã phản bội hắn.’</w:t>
      </w:r>
    </w:p>
    <w:p>
      <w:pPr>
        <w:spacing w:after="80"/>
      </w:pPr>
      <w:r>
        <w:rPr>
          <w:b w:val="0"/>
          <w:i w:val="0"/>
        </w:rPr>
        <w:t>‘Chuyến bay của chúng ta khởi hành sau bốn mươi phút nữa,’ Maria nói, mắt nhìn bảng khởi hành.</w:t>
      </w:r>
    </w:p>
    <w:p>
      <w:pPr>
        <w:spacing w:after="80"/>
      </w:pPr>
      <w:r>
        <w:rPr>
          <w:b w:val="0"/>
          <w:i w:val="0"/>
        </w:rPr>
        <w:t>‘Hoàn hảo. Nhưng sẽ tốt hơn nếu chúng ta tách nhau ra, rồi gặp lại trên máy bay. Có thể có ai đó đang theo dõi chúng ta. Em cầm cái này đi,’ anh nói, đưa chiếc cặp và vé của cô.</w:t>
      </w:r>
    </w:p>
    <w:p>
      <w:pPr>
        <w:spacing w:after="80"/>
      </w:pPr>
      <w:r>
        <w:rPr>
          <w:b w:val="0"/>
          <w:i w:val="0"/>
        </w:rPr>
        <w:t>Maria ôm anh lần nữa, rồi miễn cưỡng rời đi, bước lên thang cuốn dẫn tới khu khởi hành. Sau khi vẫy tay chào cô, Adrian đi về phía nhà vệ sinh nam.</w:t>
      </w:r>
    </w:p>
    <w:p>
      <w:pPr>
        <w:spacing w:after="80"/>
      </w:pPr>
      <w:r>
        <w:rPr>
          <w:b w:val="0"/>
          <w:i w:val="0"/>
        </w:rPr>
        <w:t>William dõi theo khi Maria khuất khỏi tầm mắt. Mệnh lệnh của anh ta không hề nhắc đến cô. Anh chỉ cần bắt Heath và giải hắn về Old Bailey.</w:t>
      </w:r>
    </w:p>
    <w:p>
      <w:pPr>
        <w:spacing w:after="80"/>
      </w:pPr>
      <w:r>
        <w:rPr>
          <w:b w:val="0"/>
          <w:i w:val="0"/>
        </w:rPr>
        <w:t>‘Với tội danh gì?’ anh đã hỏi Lamont.</w:t>
      </w:r>
    </w:p>
    <w:p>
      <w:pPr>
        <w:spacing w:after="80"/>
      </w:pPr>
      <w:r>
        <w:rPr>
          <w:b w:val="0"/>
          <w:i w:val="0"/>
        </w:rPr>
        <w:t>‘Tôi cá là hắn sẽ đi bằng hộ chiếu giả, và trong chiếc cặp đó sẽ có đủ bằng chứng chứng minh lời khai của hắn đã bị mua chuộc. Đừng ngạc nhiên nếu anh thấy số tiền nhiều hơn mười ngàn rất nhiều.’</w:t>
      </w:r>
    </w:p>
    <w:p>
      <w:pPr>
        <w:spacing w:after="80"/>
      </w:pPr>
      <w:r>
        <w:rPr>
          <w:b w:val="0"/>
          <w:i w:val="0"/>
        </w:rPr>
        <w:t>Vài giây sau, một giọng nói vang lên: ‘Anh có muốn tôi đi theo cô ta không, sếp?’</w:t>
      </w:r>
    </w:p>
    <w:p>
      <w:pPr>
        <w:spacing w:after="80"/>
      </w:pPr>
      <w:r>
        <w:rPr>
          <w:b w:val="0"/>
          <w:i w:val="0"/>
        </w:rPr>
        <w:t>‘Không. Chúng ta sẽ bắt Heath trước rồi mới đuổi theo cô ta. Không có hắn thì cô ta chẳng đi đâu được.’</w:t>
      </w:r>
    </w:p>
    <w:p>
      <w:pPr>
        <w:spacing w:after="80"/>
      </w:pPr>
      <w:r>
        <w:rPr>
          <w:b w:val="0"/>
          <w:i w:val="0"/>
        </w:rPr>
        <w:t>Cả hai đều dán mắt vào nhà vệ sinh nam, chờ Heath xuất hiện trở lại.</w:t>
      </w:r>
    </w:p>
    <w:p>
      <w:pPr>
        <w:spacing w:after="80"/>
      </w:pPr>
      <w:r>
        <w:rPr>
          <w:b w:val="0"/>
          <w:i w:val="0"/>
        </w:rPr>
        <w:t>‘Hắn lâu quá,’ Paul nói. ‘Chắc là thay bộ đồ khác?’</w:t>
      </w:r>
    </w:p>
    <w:p>
      <w:pPr>
        <w:spacing w:after="80"/>
      </w:pPr>
      <w:r>
        <w:rPr>
          <w:b w:val="0"/>
          <w:i w:val="0"/>
        </w:rPr>
        <w:t>‘Không, lúc vào hắn đâu có mang theo gì. Tôi cá là họ đã thống nhất gặp lại nhau trên máy bay.’</w:t>
      </w:r>
    </w:p>
    <w:p>
      <w:pPr>
        <w:spacing w:after="80"/>
      </w:pPr>
      <w:r>
        <w:rPr>
          <w:b w:val="0"/>
          <w:i w:val="0"/>
        </w:rPr>
        <w:t>‘Điều gì khiến anh nghĩ vậy?’</w:t>
      </w:r>
    </w:p>
    <w:p>
      <w:pPr>
        <w:spacing w:after="80"/>
      </w:pPr>
      <w:r>
        <w:rPr>
          <w:b w:val="0"/>
          <w:i w:val="0"/>
        </w:rPr>
        <w:t>‘Cô ta có tiền.’</w:t>
      </w:r>
    </w:p>
    <w:p>
      <w:pPr>
        <w:spacing w:after="80"/>
      </w:pPr>
      <w:r>
        <w:rPr>
          <w:b w:val="0"/>
          <w:i w:val="0"/>
        </w:rPr>
        <w:t>‘Tôi có nên vào kiểm tra xem anh ta còn ở trong đó không?’</w:t>
      </w:r>
    </w:p>
    <w:p>
      <w:pPr>
        <w:spacing w:after="80"/>
      </w:pPr>
      <w:r>
        <w:rPr>
          <w:b w:val="0"/>
          <w:i w:val="0"/>
        </w:rPr>
        <w:t>‘Chứ anh ta còn có thể ở đâu được?’ William nói, đúng lúc một người đàn ông mà cả hai đều nhận ra ngay lập tức chạy ào ra từ phòng vệ sinh nam.</w:t>
      </w:r>
    </w:p>
    <w:p>
      <w:pPr>
        <w:spacing w:after="80"/>
      </w:pPr>
      <w:r>
        <w:rPr>
          <w:b w:val="0"/>
          <w:i w:val="0"/>
        </w:rPr>
        <w:t>‘Vậy giờ ta biết ai đã ngồi trên chiếc xe máy kia rồi,’ Paul nói. ‘Anh muốn tôi đuổi theo ai?’</w:t>
      </w:r>
    </w:p>
    <w:p>
      <w:pPr>
        <w:spacing w:after="80"/>
      </w:pPr>
      <w:r>
        <w:rPr>
          <w:b w:val="0"/>
          <w:i w:val="0"/>
        </w:rPr>
        <w:t>‘Tulip,’ William nói, nhớ lại lần cuối mình nhìn thấy chiếc Yamaha đen. ‘Và nhớ bắt giữ hắn ta.’</w:t>
      </w:r>
    </w:p>
    <w:p>
      <w:pPr>
        <w:spacing w:after="80"/>
      </w:pPr>
      <w:r>
        <w:rPr>
          <w:b w:val="0"/>
          <w:i w:val="0"/>
        </w:rPr>
        <w:t>‘Với tội danh gì?’</w:t>
      </w:r>
    </w:p>
    <w:p>
      <w:pPr>
        <w:spacing w:after="80"/>
      </w:pPr>
      <w:r>
        <w:rPr>
          <w:b w:val="0"/>
          <w:i w:val="0"/>
        </w:rPr>
        <w:t>‘Tôi có cảm giác mình sắp biết được,’ William nói, khi anh tiến về phía phòng vệ sinh nam. ‘Đi mau lên!’</w:t>
      </w:r>
    </w:p>
    <w:p>
      <w:pPr>
        <w:spacing w:after="80"/>
      </w:pPr>
      <w:r>
        <w:rPr>
          <w:b w:val="0"/>
          <w:i w:val="0"/>
        </w:rPr>
        <w:t>Paul phóng đi đuổi theo Tulip, không còn bận tâm đến những chiếc túi rơi vãi hay những cái chân duỗi ra, và đúng lúc William vừa tới cửa phòng vệ sinh nam thì một người đàn ông khác lao ra, hét lên: ‘Cứu với, ai đó gọi cảnh sát đi, cứu với!’</w:t>
      </w:r>
    </w:p>
    <w:p>
      <w:pPr>
        <w:spacing w:after="80"/>
      </w:pPr>
      <w:r>
        <w:rPr>
          <w:b w:val="0"/>
          <w:i w:val="0"/>
        </w:rPr>
        <w:t>Khi William định bước vào, một người đàn ông thứ ba vụt qua anh, vừa chạy vừa loay hoay kéo khóa quần. William đẩy cửa và rụt rè bước vào phòng vệ sinh. Anh đột ngột dừng lại, thoáng chốc tê liệt trước cảnh tượng trước mắt. Trong thời gian tại ngũ, anh đã từng chứng kiến vài cái xác chết: những người già ra đi thanh thản trong nhà mình, những con nghiện với kim tiêm cắm trên cánh tay, thậm chí một người vợ bị bạo hành đã treo cổ tự vẫn trước mặt những đứa con nhỏ. Nhưng chẳng có gì có thể chuẩn bị cho anh trước cảnh này.</w:t>
      </w:r>
    </w:p>
    <w:p>
      <w:pPr>
        <w:spacing w:after="80"/>
      </w:pPr>
      <w:r>
        <w:rPr>
          <w:b w:val="0"/>
          <w:i w:val="0"/>
        </w:rPr>
        <w:t>Nằm sõng soài trên sàn là cái xác không còn sự sống của Adrian Heath, xung quanh là một vũng máu. Chỉ vài phút trước, anh ta còn háo hức mong được bắt đầu cuộc sống mới cùng bạn gái ở Rio. Cổ họng Adrian bị rạch bằng một nhát dứt khoát bởi kẻ biết mình đang làm gì, và mắt phải của anh ta đã bị khoét khỏi hốc mắt rồi bỏ lại bên cạnh xác như một lời cảnh cáo cho bất kỳ kẻ buôn bán ma túy nào khác dám nghĩ đến chuyện làm chỉ điểm.</w:t>
      </w:r>
    </w:p>
    <w:p>
      <w:pPr>
        <w:spacing w:after="80"/>
      </w:pPr>
      <w:r>
        <w:rPr>
          <w:b w:val="0"/>
          <w:i w:val="0"/>
        </w:rPr>
        <w:t>‘Đừng động đậy!’ một giọng nói vang lên từ phía sau anh.</w:t>
      </w:r>
    </w:p>
    <w:p>
      <w:pPr>
        <w:spacing w:after="80"/>
      </w:pPr>
      <w:r>
        <w:rPr>
          <w:b w:val="0"/>
          <w:i w:val="0"/>
        </w:rPr>
        <w:t>William giơ hai tay lên và nói dứt khoát: ‘Tôi là cảnh sát. Tôi sẽ cho anh xem thẻ ngành của tôi.’</w:t>
      </w:r>
    </w:p>
    <w:p>
      <w:pPr>
        <w:spacing w:after="80"/>
      </w:pPr>
      <w:r>
        <w:rPr>
          <w:b w:val="0"/>
          <w:i w:val="0"/>
        </w:rPr>
        <w:t>‘Từ từ thôi,’ giọng nói đó nói.</w:t>
      </w:r>
    </w:p>
    <w:p>
      <w:pPr>
        <w:spacing w:after="80"/>
      </w:pPr>
      <w:r>
        <w:rPr>
          <w:b w:val="0"/>
          <w:i w:val="0"/>
        </w:rPr>
        <w:t>William lấy tấm thẻ từ túi áo trong và giơ lên cho viên cảnh sát xem.</w:t>
      </w:r>
    </w:p>
    <w:p>
      <w:pPr>
        <w:spacing w:after="80"/>
      </w:pPr>
      <w:r>
        <w:rPr>
          <w:b w:val="0"/>
          <w:i w:val="0"/>
        </w:rPr>
        <w:t>Anh nghe thấy tiếng bước chân tiến lại gần mình, rồi tiếp theo là câu nói: ‘Được rồi, trung sĩ, anh có thể quay người lại.’</w:t>
      </w:r>
    </w:p>
    <w:p>
      <w:pPr>
        <w:spacing w:after="80"/>
      </w:pPr>
      <w:r>
        <w:rPr>
          <w:b w:val="0"/>
          <w:i w:val="0"/>
        </w:rPr>
        <w:t>William quay người lại, thấy một trung sĩ cảnh sát lớn tuổi đang cố giữ bình tĩnh, đi cùng một viên cảnh sát trẻ run lẩy bẩy không ngừng. Cảnh sát sân bay thường chỉ xử lý người nhập cư bất hợp pháp, thỉnh thoảng có kẻ móc túi, đôi khi là một hành khách lấy nhầm túi từ băng chuyền. Chuyện này chắc chắn không nằm trong mô tả công việc của họ. William chấp nhận rằng mình sẽ phải đứng ra chỉ huy.</w:t>
      </w:r>
    </w:p>
    <w:p>
      <w:pPr>
        <w:spacing w:after="80"/>
      </w:pPr>
      <w:r>
        <w:rPr>
          <w:b w:val="0"/>
          <w:i w:val="0"/>
        </w:rPr>
        <w:t>"Nghe kỹ đây," anh nói. "Việc đầu tiên tôi cần các anh làm là phong tỏa toàn bộ khu vực này. Đảm bảo không để bất kỳ người dân nào lại gần nhà vệ sinh này."</w:t>
      </w:r>
    </w:p>
    <w:p>
      <w:pPr>
        <w:spacing w:after="80"/>
      </w:pPr>
      <w:r>
        <w:rPr>
          <w:b w:val="0"/>
          <w:i w:val="0"/>
        </w:rPr>
        <w:t>Viên cảnh sát trẻ nhanh chóng rời khỏi phòng, vẻ mặt nhẹ nhõm cho thấy cậu ta mừng vì được thoát ra.</w:t>
      </w:r>
    </w:p>
    <w:p>
      <w:pPr>
        <w:spacing w:after="80"/>
      </w:pPr>
      <w:r>
        <w:rPr>
          <w:b w:val="0"/>
          <w:i w:val="0"/>
        </w:rPr>
        <w:t>"Trung sĩ, tôi muốn anh gọi cho Thanh tra Cấp cao Lamont ở Scotland Yard. Báo với ông ấy rằng Adrian Heath đã bị sát hại, và DC Adaja đang truy đuổi nghi phạm, tên là Tulip." William bắt anh ta nhắc lại tin nhắn, trong khi một sĩ quan khác xuất hiện. Anh ta quay mặt đi ngay khi nhìn thấy thi thể.</w:t>
      </w:r>
    </w:p>
    <w:p>
      <w:pPr>
        <w:spacing w:after="80"/>
      </w:pPr>
      <w:r>
        <w:rPr>
          <w:b w:val="0"/>
          <w:i w:val="0"/>
        </w:rPr>
        <w:t>"Tôi cần anh thông báo cho sĩ quan trực ca của sân bay và nắm quyền kiểm soát hiện trường vụ án," William nói với viên sĩ quan thứ ba. "Không được di chuyển thi thể cho đến khi các sĩ quan của đội điều tra án mạng cho phép."</w:t>
      </w:r>
    </w:p>
    <w:p>
      <w:pPr>
        <w:spacing w:after="80"/>
      </w:pPr>
      <w:r>
        <w:rPr>
          <w:b w:val="0"/>
          <w:i w:val="0"/>
        </w:rPr>
        <w:t>"Vâng, thưa ngài," một người đàn ông khác nói, quá vui vẻ khi được tuân lệnh.</w:t>
      </w:r>
    </w:p>
    <w:p>
      <w:pPr>
        <w:spacing w:after="80"/>
      </w:pPr>
      <w:r>
        <w:rPr>
          <w:b w:val="0"/>
          <w:i w:val="0"/>
        </w:rPr>
        <w:t>William ngồi xổm một chân bên cạnh thi thể Heath và lấy ra một thẻ lên máy bay cùng hộ chiếu từ túi áo trong. Ảnh là của Heath, mặc dù tên thì không phải.</w:t>
      </w:r>
    </w:p>
    <w:p>
      <w:pPr>
        <w:spacing w:after="80"/>
      </w:pPr>
      <w:r>
        <w:rPr>
          <w:b w:val="0"/>
          <w:i w:val="0"/>
        </w:rPr>
        <w:t>"Xin lỗi, bạn già," William nói. "Có trời biết, anh không đáng phải chịu chuyện này."</w:t>
      </w:r>
    </w:p>
    <w:p>
      <w:pPr>
        <w:spacing w:after="80"/>
      </w:pPr>
      <w:r>
        <w:rPr>
          <w:b w:val="0"/>
          <w:i w:val="0"/>
        </w:rPr>
        <w:t>Khi William bước ra khỏi nhà vệ sinh nam, anh thấy thêm hai cảnh sát đang phong tỏa hiện trường vụ án, trong khi một nhóm hành khách bực bội đang đòi biết tại sao họ không được dùng nhà vệ sinh. Nếu anh nói cho họ biết, chắc họ sẽ tè ra quần mất.</w:t>
      </w:r>
    </w:p>
    <w:p>
      <w:pPr>
        <w:spacing w:after="80"/>
      </w:pPr>
      <w:r>
        <w:rPr>
          <w:b w:val="0"/>
          <w:i w:val="0"/>
        </w:rPr>
        <w:t>Viên trung sĩ lớn tuổi vội vã quay lại chỗ anh.</w:t>
      </w:r>
    </w:p>
    <w:p>
      <w:pPr>
        <w:spacing w:after="80"/>
      </w:pPr>
      <w:r>
        <w:rPr>
          <w:b w:val="0"/>
          <w:i w:val="0"/>
        </w:rPr>
        <w:t>"Bác sĩ pháp y khám nghiệm sẽ đến sớm thôi. Tôi không liên lạc được với Thanh tra Cấp cao Lamont vì ông ấy được triệu tập làm chứng tại Old Bailey. Một Chỉ huy tên Hawksby nói rằng anh sẽ tiếp quản cho đến khi quản lý hiện trường vụ án đến."</w:t>
      </w:r>
    </w:p>
    <w:p>
      <w:pPr>
        <w:spacing w:after="80"/>
      </w:pPr>
      <w:r>
        <w:rPr>
          <w:b w:val="0"/>
          <w:i w:val="0"/>
        </w:rPr>
        <w:t>"Rõ. Đảm bảo—"</w:t>
      </w:r>
    </w:p>
    <w:p>
      <w:pPr>
        <w:spacing w:after="80"/>
      </w:pPr>
      <w:r>
        <w:rPr>
          <w:b w:val="0"/>
          <w:i w:val="0"/>
        </w:rPr>
        <w:t>"Đây là lần gọi cuối cùng cho chuyến bay BA 012 đến Rio de Janeiro. Tất cả hành khách còn lại xin vui lòng đến cổng hai mươi bảy, vì máy bay sắp khởi hành."</w:t>
      </w:r>
    </w:p>
    <w:p>
      <w:pPr>
        <w:spacing w:after="80"/>
      </w:pPr>
      <w:r>
        <w:rPr>
          <w:b w:val="0"/>
          <w:i w:val="0"/>
        </w:rPr>
        <w:t>"—rằng không ai ngoài trung sĩ liên lạc phòng thí nghiệm và bác sĩ pháp y được phép lại gần thi thể. Và một điều nữa—"</w:t>
      </w:r>
    </w:p>
    <w:p>
      <w:pPr>
        <w:spacing w:after="80"/>
      </w:pPr>
      <w:r>
        <w:rPr>
          <w:b w:val="0"/>
          <w:i w:val="0"/>
        </w:rPr>
        <w:t>"Anh để tôi phụ trách à?" viên sĩ quan nói.</w:t>
      </w:r>
    </w:p>
    <w:p>
      <w:pPr>
        <w:spacing w:after="80"/>
      </w:pPr>
      <w:r>
        <w:rPr>
          <w:b w:val="0"/>
          <w:i w:val="0"/>
        </w:rPr>
        <w:t>"Đúng, nhưng không lâu đâu," William nói, khi tiếng còi hú ngày càng lớn. "Có một người tôi phải thẩm vấn trước khi máy bay của cô ta cất cánh." Không nói thêm lời nào, anh bắt đầu chạy về phía thang cuốn, bước hai bậc một lúc.</w:t>
      </w:r>
    </w:p>
    <w:p>
      <w:pPr>
        <w:spacing w:after="80"/>
      </w:pPr>
      <w:r>
        <w:rPr>
          <w:b w:val="0"/>
          <w:i w:val="0"/>
        </w:rPr>
        <w:t>Viên cảnh sát ở cửa kiểm soát hộ chiếu ngước lên hoảng hốt nhìn người đàn ông đầy máu, thở hổn hển vừa chen ngang hàng. Ông ta sắp sửa bấm nút báo động dưới quầy thì William rút thẻ cảnh sát ra, hét lên: "Rio?"</w:t>
      </w:r>
    </w:p>
    <w:p>
      <w:pPr>
        <w:spacing w:after="80"/>
      </w:pPr>
      <w:r>
        <w:rPr>
          <w:b w:val="0"/>
          <w:i w:val="0"/>
        </w:rPr>
        <w:t>" Cổng sắp đóng rồi, trung sĩ ạ," ông ta nói. "Tôi sẽ gọi trước báo cho họ biết anh đang trên đường tới. Mong anh tóm được cái gã khốn đó."</w:t>
      </w:r>
    </w:p>
    <w:p>
      <w:pPr>
        <w:spacing w:after="80"/>
      </w:pPr>
      <w:r>
        <w:rPr>
          <w:b w:val="0"/>
          <w:i w:val="0"/>
        </w:rPr>
        <w:t>William lại lao đi lần nữa. Hai nhân viên mặt đất đang đợi anh bên cổng hai mươi bảy, và sau khi kiểm tra qua loa thẻ cảnh sát, anh được dẫn xuống hành lang lên chiếc máy bay đang chờ, nơi anh nhập vào nhóm hành khách cuối cùng đang tìm chỗ ngồi. Anh kiểm tra số ghế trên thẻ lên máy bay của Adrian, rồi đi dọc lối đi tìm một người phụ nữ anh chưa từng gặp. Anh dừng lại khi thấy Maria Ruiz đang ôm chặt một chiếc cặp tài liệu, lo lắng tìm kiếm một gương mặt khác.</w:t>
      </w:r>
    </w:p>
    <w:p>
      <w:pPr>
        <w:spacing w:after="80"/>
      </w:pPr>
      <w:r>
        <w:rPr>
          <w:b w:val="0"/>
          <w:i w:val="0"/>
        </w:rPr>
        <w:t>William đổi ý. Anh quay người, đi ngược lại lối đi ra cửa, cảm ơn cô tiếp viên và trở về nhà ga.</w:t>
      </w:r>
    </w:p>
    <w:p>
      <w:pPr>
        <w:spacing w:after="80"/>
      </w:pPr>
      <w:r>
        <w:rPr>
          <w:b w:val="0"/>
          <w:i w:val="0"/>
        </w:rPr>
        <w:t>Chuyến bay BA 012 tới Rio de Janeiro cất cánh đúng giờ, dù một trong các hành khách đã không xuất hiện.</w:t>
      </w:r>
    </w:p>
    <w:p>
      <w:pPr>
        <w:jc w:val="center"/>
      </w:pPr>
      <w:r>
        <w:drawing>
          <wp:inline xmlns:a="http://schemas.openxmlformats.org/drawingml/2006/main" xmlns:pic="http://schemas.openxmlformats.org/drawingml/2006/picture">
            <wp:extent cx="752475" cy="161925"/>
            <wp:docPr id="51" name="Picture 51"/>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"Đó là Giám đốc Cơ quan Công tố," Ngài Julian nói, đặt điện thoại xuống.</w:t>
      </w:r>
    </w:p>
    <w:p>
      <w:pPr>
        <w:spacing w:after="80"/>
      </w:pPr>
      <w:r>
        <w:rPr>
          <w:b w:val="0"/>
          <w:i w:val="0"/>
        </w:rPr>
        <w:t>"Không khó đoán họ sẽ đề xuất điều gì," Grace nói.</w:t>
      </w:r>
    </w:p>
    <w:p>
      <w:pPr>
        <w:spacing w:after="80"/>
      </w:pPr>
      <w:r>
        <w:rPr>
          <w:b w:val="0"/>
          <w:i w:val="0"/>
        </w:rPr>
        <w:t>"Sau lời khai của Heath sáng nay, họ khuyên tôi liên hệ với Booth Watson và thử thỏa thuận một thương vụ."</w:t>
      </w:r>
    </w:p>
    <w:p>
      <w:pPr>
        <w:spacing w:after="80"/>
      </w:pPr>
      <w:r>
        <w:rPr>
          <w:b w:val="0"/>
          <w:i w:val="0"/>
        </w:rPr>
        <w:t>"Tôi biết chính xác hai từ tôi sẽ nói với đề nghị đó nếu tôi là BW," Grace nói, "và một trong hai từ đó có bốn chữ cái. Giám đốc Công tố định thỏa thuận kiểu gì?"</w:t>
      </w:r>
    </w:p>
    <w:p>
      <w:pPr>
        <w:spacing w:after="80"/>
      </w:pPr>
      <w:r>
        <w:rPr>
          <w:b w:val="0"/>
          <w:i w:val="0"/>
        </w:rPr>
        <w:t>"Chúng ta đồng ý bỏ cáo buộc âm mưu cung cấp, đổi lấy việc Faulkner nhận tội tàng trữ. Hắn sẽ phải nộp phạt nặng, nhưng chỉ bị tuyên án treo hai năm. Tuy nhiên, đúng kiểu Giám đốc Công tố, họ nói sẽ để chúng ta quyết định cuối cùng."</w:t>
      </w:r>
    </w:p>
    <w:p>
      <w:pPr>
        <w:spacing w:after="80"/>
      </w:pPr>
      <w:r>
        <w:rPr>
          <w:b w:val="0"/>
          <w:i w:val="0"/>
        </w:rPr>
        <w:t>"Đó là lý do người ta gọi họ là Cơ quan Pontius Pilate," Grace nhận xét. "Vậy là Faulkner lại thoát lần nữa. Cứ đà này, hắn sẽ sống cả đời với án treo, và không bao giờ thấy bên trong buồng giam."</w:t>
      </w:r>
    </w:p>
    <w:p>
      <w:pPr>
        <w:spacing w:after="80"/>
      </w:pPr>
      <w:r>
        <w:rPr>
          <w:b w:val="0"/>
          <w:i w:val="0"/>
        </w:rPr>
        <w:t>"Grace, nếu con là trưởng nhóm của cha trong vụ này, còn cha là cấp dưới của con, con sẽ làm gì?"</w:t>
      </w:r>
    </w:p>
    <w:p>
      <w:pPr>
        <w:spacing w:after="80"/>
      </w:pPr>
      <w:r>
        <w:rPr>
          <w:b w:val="0"/>
          <w:i w:val="0"/>
        </w:rPr>
        <w:t>Grace sững người một lát, vì cha cô chưa từng hỏi ý kiến cô về một quyết định lớn đến vậy. Cô suy nghĩ về câu hỏi của ông một lúc lâu, bởi dù được tâng bốc, vẻ mặt ông khiến cô không nghi ngờ gì rằng ông đang chờ nghe ý kiến cô trước khi đưa ra quyết định.</w:t>
      </w:r>
    </w:p>
    <w:p>
      <w:pPr>
        <w:spacing w:after="80"/>
      </w:pPr>
      <w:r>
        <w:rPr>
          <w:b w:val="0"/>
          <w:i w:val="0"/>
        </w:rPr>
        <w:t>"Con sẽ không thả Faulkner ra dễ dàng như vậy," cô nói. "Hắn vẫn phải giải thích về mười hai gam cocaine mà cảnh sát tìm thấy trong nhà hắn, và kể cả nếu hắn thuyết phục được bồi thẩm đoàn rằng hắn không biết nó từ đâu tới, hắn cũng khó mà giải thích được tờ hai mươi bảng, thứ mà William tin chắc là câu hỏi duy nhất hắn không thể trả lời."</w:t>
      </w:r>
    </w:p>
    <w:p>
      <w:pPr>
        <w:spacing w:after="80"/>
      </w:pPr>
      <w:r>
        <w:rPr>
          <w:b w:val="0"/>
          <w:i w:val="0"/>
        </w:rPr>
        <w:t>"Cha đồng ý với William. Nhưng chúng ta vẫn cần Faulkner ra làm chứng trước khi có thể nêu chuyện tờ hai mươi bảng. Nếu cha là người đại diện cho hắn, cha sẽ khuyên hắn hết sức tránh xa ghế nhân chứng. Điều đó khiến chúng ta phải chứng minh hắn có tội vượt quá mọi nghi ngờ hợp lý, mà sau lời khai của Heath sáng nay thì gần như bất khả thi."</w:t>
      </w:r>
    </w:p>
    <w:p>
      <w:pPr>
        <w:spacing w:after="80"/>
      </w:pPr>
      <w:r>
        <w:rPr>
          <w:b w:val="0"/>
          <w:i w:val="0"/>
        </w:rPr>
        <w:t>"Vậy thì chúng ta phải cố đánh vào lòng kiêu ngạo của Faulkner," Grace nói, "và khiến hắn không thể cưỡng lại việc đối đầu với chúng ta."</w:t>
      </w:r>
    </w:p>
    <w:p>
      <w:pPr>
        <w:spacing w:after="80"/>
      </w:pPr>
      <w:r>
        <w:rPr>
          <w:b w:val="0"/>
          <w:i w:val="0"/>
        </w:rPr>
        <w:t>‘Và ông định làm điều đó bằng cách nào?’ Sir Julian hỏi.</w:t>
      </w:r>
    </w:p>
    <w:p>
      <w:pPr>
        <w:spacing w:after="80"/>
      </w:pPr>
      <w:r>
        <w:rPr>
          <w:b w:val="0"/>
          <w:i w:val="0"/>
        </w:rPr>
        <w:t>‘Bằng cách thay người mở màn đánh bóng,’ Grace nói, đúng lúc chiếc điện thoại trên bàn ông bắt đầu đổ chuông.</w:t>
      </w:r>
    </w:p>
    <w:p>
      <w:pPr>
        <w:spacing w:after="80"/>
      </w:pPr>
      <w:r>
        <w:rPr>
          <w:b w:val="0"/>
          <w:i w:val="0"/>
        </w:rPr>
        <w:t>Ông nhấc máy và lắng nghe người gọi một lúc lâu trước khi nói: ‘Vâng, tôi hiểu việc đó thay đổi tình thế như thế nào, Desmond. Cảm ơn anh đã thông báo cho tôi.’</w:t>
      </w:r>
    </w:p>
    <w:p>
      <w:pPr>
        <w:spacing w:after="80"/>
      </w:pPr>
      <w:r>
        <w:rPr>
          <w:b w:val="0"/>
          <w:i w:val="0"/>
        </w:rPr>
        <w:t>‘Việc gì thay đổi tình thế?’ Grace hỏi, sau khi ông đặt điện thoại xuống.</w:t>
      </w:r>
    </w:p>
    <w:p>
      <w:pPr>
        <w:spacing w:after="80"/>
      </w:pPr>
      <w:r>
        <w:rPr>
          <w:b w:val="0"/>
          <w:i w:val="0"/>
        </w:rPr>
        <w:t>‘Adrian Heath chết rồi.’</w:t>
      </w:r>
    </w:p>
    <w:p>
      <w:pPr>
        <w:jc w:val="center"/>
      </w:pPr>
      <w:r>
        <w:drawing>
          <wp:inline xmlns:a="http://schemas.openxmlformats.org/drawingml/2006/main" xmlns:pic="http://schemas.openxmlformats.org/drawingml/2006/picture">
            <wp:extent cx="752475" cy="161925"/>
            <wp:docPr id="52" name="Picture 52"/>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‘Bên kia đã đưa ra cho chúng ta một đề nghị,’ Booth Watson nói.</w:t>
      </w:r>
    </w:p>
    <w:p>
      <w:pPr>
        <w:spacing w:after="80"/>
      </w:pPr>
      <w:r>
        <w:rPr>
          <w:b w:val="0"/>
          <w:i w:val="0"/>
        </w:rPr>
        <w:t>‘Sau lời khai của Heath sáng nay thì điều đó chẳng có gì đáng ngạc nhiên,’ Faulkner nói. ‘Nhưng anh cứ nói cho tôi biết đó là gì trước khi tôi thẳng thừng bác bỏ đề nghị đó.’</w:t>
      </w:r>
    </w:p>
    <w:p>
      <w:pPr>
        <w:spacing w:after="80"/>
      </w:pPr>
      <w:r>
        <w:rPr>
          <w:b w:val="0"/>
          <w:i w:val="0"/>
        </w:rPr>
        <w:t>‘Họ sẽ rút cáo buộc âm mưu cung cấp, nếu ông nhận tội tàng trữ.’</w:t>
      </w:r>
    </w:p>
    <w:p>
      <w:pPr>
        <w:spacing w:after="80"/>
      </w:pPr>
      <w:r>
        <w:rPr>
          <w:b w:val="0"/>
          <w:i w:val="0"/>
        </w:rPr>
        <w:t>‘Cái giá phải trả sẽ là bao nhiêu?’</w:t>
      </w:r>
    </w:p>
    <w:p>
      <w:pPr>
        <w:spacing w:after="80"/>
      </w:pPr>
      <w:r>
        <w:rPr>
          <w:b w:val="0"/>
          <w:i w:val="0"/>
        </w:rPr>
        <w:t>‘Một triệu bảng tiền phạt, và án hai năm treo.’</w:t>
      </w:r>
    </w:p>
    <w:p>
      <w:pPr>
        <w:spacing w:after="80"/>
      </w:pPr>
      <w:r>
        <w:rPr>
          <w:b w:val="0"/>
          <w:i w:val="0"/>
        </w:rPr>
        <w:t>‘Điều đó có thể hấp dẫn nếu tôi không nghĩ rằng bồi thẩm đoàn sẽ tuyên tôi vô tội ở cả hai cáo buộc.’</w:t>
      </w:r>
    </w:p>
    <w:p>
      <w:pPr>
        <w:spacing w:after="80"/>
      </w:pPr>
      <w:r>
        <w:rPr>
          <w:b w:val="0"/>
          <w:i w:val="0"/>
        </w:rPr>
        <w:t>‘Có thể,’ Booth Watson nói, ‘nhưng tại sao lại liều lĩnh chứ?’</w:t>
      </w:r>
    </w:p>
    <w:p>
      <w:pPr>
        <w:spacing w:after="80"/>
      </w:pPr>
      <w:r>
        <w:rPr>
          <w:b w:val="0"/>
          <w:i w:val="0"/>
        </w:rPr>
        <w:t>‘Bởi vì giờ đây cán cân đã nghiêng hẳn về phía tôi, nên anh có thể bảo Sir Julian Warwick QC xéo đi.’</w:t>
      </w:r>
    </w:p>
    <w:p>
      <w:pPr>
        <w:spacing w:after="80"/>
      </w:pPr>
      <w:r>
        <w:rPr>
          <w:b w:val="0"/>
          <w:i w:val="0"/>
        </w:rPr>
        <w:t>‘Tôi khuyên ông đừng làm thế, Miles, nhất là khi tôi sẽ không đưa ông lên bục nhân chứng.’</w:t>
      </w:r>
    </w:p>
    <w:p>
      <w:pPr>
        <w:spacing w:after="80"/>
      </w:pPr>
      <w:r>
        <w:rPr>
          <w:b w:val="0"/>
          <w:i w:val="0"/>
        </w:rPr>
        <w:t>‘Tại sao không? Tôi có gì phải giấu đâu.’</w:t>
      </w:r>
    </w:p>
    <w:p>
      <w:pPr>
        <w:spacing w:after="80"/>
      </w:pPr>
      <w:r>
        <w:rPr>
          <w:b w:val="0"/>
          <w:i w:val="0"/>
        </w:rPr>
        <w:t>‘Ngoại trừ mười hai gam cocaine.’</w:t>
      </w:r>
    </w:p>
    <w:p>
      <w:pPr>
        <w:spacing w:after="80"/>
      </w:pPr>
      <w:r>
        <w:rPr>
          <w:b w:val="0"/>
          <w:i w:val="0"/>
        </w:rPr>
        <w:t>'Điều đó bạn có thể nói với họ là do Lamont cài vào.'</w:t>
      </w:r>
    </w:p>
    <w:p>
      <w:pPr>
        <w:spacing w:after="80"/>
      </w:pPr>
      <w:r>
        <w:rPr>
          <w:b w:val="0"/>
          <w:i w:val="0"/>
        </w:rPr>
        <w:t>'Anh biết chuyện đó không lừa được ai đâu, và bồi thẩm đoàn cũng sẽ không mắc bẫy đâu. Lamont là một sĩ quan cảnh sát lâu năm với lý lịch trong sạch, và theo kinh nghiệm của tôi, bồi thẩm đoàn thường có cảm tình với kiểu người Scotland nói thẳng nói thật, đó là lý do tôi không định chất vấn anh ta.'</w:t>
      </w:r>
    </w:p>
    <w:p>
      <w:pPr>
        <w:spacing w:after="80"/>
      </w:pPr>
      <w:r>
        <w:rPr>
          <w:b w:val="0"/>
          <w:i w:val="0"/>
        </w:rPr>
        <w:t>'Nhưng anh sẽ làm thế sau khi đọc cái này,' Faulkner nói, đưa cho luật sư của mình một phong bì dày màu nâu.</w:t>
      </w:r>
    </w:p>
    <w:p>
      <w:pPr>
        <w:spacing w:after="80"/>
      </w:pPr>
      <w:r>
        <w:rPr>
          <w:b w:val="0"/>
          <w:i w:val="0"/>
        </w:rPr>
        <w:t>Booth Watson từ tốn đọc hết nội dung bên trong rồi mới hỏi: 'Anh kiếm được cái này ở đâu?'</w:t>
      </w:r>
    </w:p>
    <w:p>
      <w:pPr>
        <w:spacing w:after="80"/>
      </w:pPr>
      <w:r>
        <w:rPr>
          <w:b w:val="0"/>
          <w:i w:val="0"/>
        </w:rPr>
        <w:t>'Tất cả đều là hồ sơ công khai,' Faulkner nói, 'miễn là anh biết tìm ở đâu.'</w:t>
      </w:r>
    </w:p>
    <w:p>
      <w:pPr>
        <w:jc w:val="center"/>
      </w:pPr>
      <w:r>
        <w:drawing>
          <wp:inline xmlns:a="http://schemas.openxmlformats.org/drawingml/2006/main" xmlns:pic="http://schemas.openxmlformats.org/drawingml/2006/picture">
            <wp:extent cx="752475" cy="161925"/>
            <wp:docPr id="53" name="Picture 53"/>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'Tôi hiểu rằng, thưa Ngài Julian, ngài muốn đưa ra một tuyên bố thay mặt cho bên Công tố?' Thẩm phán Baverstock hỏi.</w:t>
      </w:r>
    </w:p>
    <w:p>
      <w:pPr>
        <w:spacing w:after="80"/>
      </w:pPr>
      <w:r>
        <w:rPr>
          <w:b w:val="0"/>
          <w:i w:val="0"/>
        </w:rPr>
        <w:t>'Đúng vậy, thưa Ngài. Với sự cho phép của ngài, bên Công tố sẽ rút bỏ cáo buộc thứ nhất trong bản cáo trạng, cụ thể là âm mưu cung cấp. Tuy nhiên, chúng tôi vẫn dự định tiếp tục với cáo buộc thứ hai, đó là tàng trữ chất bị kiểm soát, cụ thể là mười hai gam cocaine.'</w:t>
      </w:r>
    </w:p>
    <w:p>
      <w:pPr>
        <w:spacing w:after="80"/>
      </w:pPr>
      <w:r>
        <w:rPr>
          <w:b w:val="0"/>
          <w:i w:val="0"/>
        </w:rPr>
        <w:t>Vị thẩm phán nhướng mày, vì ông đã được biết về lời khuyên mà DPP đưa cho Ngài Julian là rút cả hai cáo buộc và rút lui thật nhanh. Ông ngạc nhiên rằng một người vốn thận trọng như vậy lại phớt lờ ý kiến khôn ngoan ấy.</w:t>
      </w:r>
    </w:p>
    <w:p>
      <w:pPr>
        <w:spacing w:after="80"/>
      </w:pPr>
      <w:r>
        <w:rPr>
          <w:b w:val="0"/>
          <w:i w:val="0"/>
        </w:rPr>
        <w:t>'Vậy thì cứ thế đi, thưa Ngài Julian. Giờ ngài có thể gọi nhân chứng tiếp theo.'</w:t>
      </w:r>
    </w:p>
    <w:p>
      <w:pPr>
        <w:spacing w:after="80"/>
      </w:pPr>
      <w:r>
        <w:rPr>
          <w:b w:val="0"/>
          <w:i w:val="0"/>
        </w:rPr>
        <w:t>'Tôi gọi Thanh tra Cấp cao Lamont.'</w:t>
      </w:r>
    </w:p>
    <w:p>
      <w:pPr>
        <w:jc w:val="center"/>
      </w:pPr>
      <w:r>
        <w:drawing>
          <wp:inline xmlns:a="http://schemas.openxmlformats.org/drawingml/2006/main" xmlns:pic="http://schemas.openxmlformats.org/drawingml/2006/picture">
            <wp:extent cx="752475" cy="161925"/>
            <wp:docPr id="54" name="Picture 54"/>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Việc đầu tiên William làm khi quay về Yard tối hôm đó là hỏi vị chỉ huy xem có tin gì về Paul không.</w:t>
      </w:r>
    </w:p>
    <w:p>
      <w:pPr>
        <w:spacing w:after="80"/>
      </w:pPr>
      <w:r>
        <w:rPr>
          <w:b w:val="0"/>
          <w:i w:val="0"/>
        </w:rPr>
        <w:t>'Eo ôi, tin không vui đâu,' Hawksby nói. 'Cậu ấy đụng xe với một chiếc mô tô khác trên đường từ sân bay về, và cả hai đều phải vào viện.' William trông lo lắng. 'Nhưng Paul thoát khá nhẹ, chỉ vài vết cắt và vết bầm, vài ngày nữa là có thể xuất viện. Tiếc là Tulip bị gãy chân, sẽ còn nằm viện một thời gian dài.' Một thoáng mỉm cười hiện trên mặt vị chỉ huy.</w:t>
      </w:r>
    </w:p>
    <w:p>
      <w:pPr>
        <w:spacing w:after="80"/>
      </w:pPr>
      <w:r>
        <w:rPr>
          <w:b w:val="0"/>
          <w:i w:val="0"/>
        </w:rPr>
        <w:t>'Anh ta có bị bắt vì tội giết Heath chưa?'</w:t>
      </w:r>
    </w:p>
    <w:p>
      <w:pPr>
        <w:spacing w:after="80"/>
      </w:pPr>
      <w:r>
        <w:rPr>
          <w:b w:val="0"/>
          <w:i w:val="0"/>
        </w:rPr>
        <w:t>'Rồi. Đội điều tra án mạng lo việc đó, và họ sẽ cắt người canh gác ngoài phòng anh ta cả ngày lẫn đêm.'</w:t>
      </w:r>
    </w:p>
    <w:p>
      <w:pPr>
        <w:spacing w:after="80"/>
      </w:pPr>
      <w:r>
        <w:rPr>
          <w:b w:val="0"/>
          <w:i w:val="0"/>
        </w:rPr>
        <w:t>'Vậy tôi sẽ hoàn thành báo cáo của mình, và để trên bàn Thanh tra Cấp cao Lamont trước khi về tối nay.'</w:t>
      </w:r>
    </w:p>
    <w:p>
      <w:pPr>
        <w:spacing w:after="80"/>
      </w:pPr>
      <w:r>
        <w:rPr>
          <w:b w:val="0"/>
          <w:i w:val="0"/>
        </w:rPr>
        <w:t>'Tốt,' Chim Ưng nói. 'Bruce lấy làm tiếc vì không giúp được cậu, nhưng vì được yêu cầu gấp nên anh ấy phải ra làm chứng tại phiên tòa của Faulkner.'</w:t>
      </w:r>
    </w:p>
    <w:p>
      <w:pPr>
        <w:spacing w:after="80"/>
      </w:pPr>
      <w:r>
        <w:rPr>
          <w:b w:val="0"/>
          <w:i w:val="0"/>
        </w:rPr>
        <w:t>‘Anh ấy thế nào rồi?’</w:t>
      </w:r>
    </w:p>
    <w:p>
      <w:pPr>
        <w:spacing w:after="80"/>
      </w:pPr>
      <w:r>
        <w:rPr>
          <w:b w:val="0"/>
          <w:i w:val="0"/>
        </w:rPr>
        <w:t>‘Không thể làm tốt hơn được nữa. Thực ra, tôi sẽ ngạc nhiên nếu sáng mai Booth Watson buồn bận tâm thẩm vấn anh ta. Làm vậy chỉ cho anh ta thêm một cơ hội nữa để lặp lại câu hỏi: nếu Faulkner không đặt số ma túy đó vào bức tượng, thì ai đã làm?’</w:t>
      </w:r>
    </w:p>
    <w:p>
      <w:pPr>
        <w:spacing w:after="80"/>
      </w:pPr>
      <w:r>
        <w:rPr>
          <w:b w:val="0"/>
          <w:i w:val="0"/>
        </w:rPr>
        <w:t>‘Bên công tố có nêu ra chuyện tờ hai mươi bảng không?’</w:t>
      </w:r>
    </w:p>
    <w:p>
      <w:pPr>
        <w:spacing w:after="80"/>
      </w:pPr>
      <w:r>
        <w:rPr>
          <w:b w:val="0"/>
          <w:i w:val="0"/>
        </w:rPr>
        <w:t>‘Không. Tôi có cảm giác họ đang giữ quả bom đó lại cho đến khi Ngài Julian thẩm vấn Faulkner.’</w:t>
      </w:r>
    </w:p>
    <w:p>
      <w:pPr>
        <w:spacing w:after="80"/>
      </w:pPr>
      <w:r>
        <w:rPr>
          <w:b w:val="0"/>
          <w:i w:val="0"/>
        </w:rPr>
        <w:t>‘Đó là giả sử ông ấy có được cơ hội,’ William nói. ‘Nếu Faulkner không bước vào ghế nhân chứng, cha tôi sẽ không được phép trình bày chuyện đó như bằng chứng mới.’</w:t>
      </w:r>
    </w:p>
    <w:p>
      <w:pPr>
        <w:spacing w:after="80"/>
      </w:pPr>
      <w:r>
        <w:rPr>
          <w:b w:val="0"/>
          <w:i w:val="0"/>
        </w:rPr>
        <w:t>‘Lạ thật,’ Hawk nói. ‘Rất không giống Ngài Julian khi chấp nhận mạo hiểm như vậy.’</w:t>
      </w:r>
    </w:p>
    <w:p>
      <w:pPr>
        <w:spacing w:after="80"/>
      </w:pPr>
      <w:r>
        <w:rPr>
          <w:b w:val="0"/>
          <w:i w:val="0"/>
        </w:rPr>
        <w:t>‘Nhưng lại rất giống con gái ông ấy,’ William nói.</w:t>
      </w:r>
    </w:p>
    <w:p>
      <w:pPr>
        <w:spacing w:after="80"/>
      </w:pPr>
      <w:r>
        <w:rPr>
          <w:b w:val="0"/>
          <w:i w:val="0"/>
        </w:rPr>
        <w:t>‘Vậy thì hãy hy vọng cả hai người họ không phải sống để hối hận.’</w:t>
      </w:r>
    </w:p>
    <w:p>
      <w:pPr>
        <w:jc w:val="center"/>
      </w:pPr>
      <w:r>
        <w:drawing>
          <wp:inline xmlns:a="http://schemas.openxmlformats.org/drawingml/2006/main" xmlns:pic="http://schemas.openxmlformats.org/drawingml/2006/picture">
            <wp:extent cx="752475" cy="161925"/>
            <wp:docPr id="55" name="Picture 55"/>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William mở khóa cửa, hy vọng một buổi tối yên tĩnh ở nhà cùng vợ sẽ giúp xóa khỏi tâm trí anh hình ảnh thi thể của Adrian Heath. Nhưng khi bước vào tiền sảnh, anh được đón chào bởi Beth đang mang bầu, nước mắt lưng tròng, lao tới ôm chầm lấy anh và bám chặt không rời.</w:t>
      </w:r>
    </w:p>
    <w:p>
      <w:pPr>
        <w:spacing w:after="80"/>
      </w:pPr>
      <w:r>
        <w:rPr>
          <w:b w:val="0"/>
          <w:i w:val="0"/>
        </w:rPr>
        <w:t>‘Giờ em hiểu Josephine Hawksby có ý gì khi bà ấy nói điều bà ấy sợ nhất chính là ngày chồng mình không trở về nhà.’</w:t>
      </w:r>
    </w:p>
    <w:p>
      <w:pPr>
        <w:spacing w:after="80"/>
      </w:pPr>
      <w:r>
        <w:rPr>
          <w:b w:val="0"/>
          <w:i w:val="0"/>
        </w:rPr>
        <w:t>‘Đâu đến nỗi tệ thế,’ William nói, cố trấn an cô.</w:t>
      </w:r>
    </w:p>
    <w:p>
      <w:pPr>
        <w:spacing w:after="80"/>
      </w:pPr>
      <w:r>
        <w:rPr>
          <w:b w:val="0"/>
          <w:i w:val="0"/>
        </w:rPr>
        <w:t>‘Nhưng tận mắt thấy bạn mình bị sát hại theo cách đó, mà anh lại bất lực không làm gì được.’</w:t>
      </w:r>
    </w:p>
    <w:p>
      <w:pPr>
        <w:spacing w:after="80"/>
      </w:pPr>
      <w:r>
        <w:rPr>
          <w:b w:val="0"/>
          <w:i w:val="0"/>
        </w:rPr>
        <w:t>‘Sao em biết chuyện?’ William hỏi.</w:t>
      </w:r>
    </w:p>
    <w:p>
      <w:pPr>
        <w:spacing w:after="80"/>
      </w:pPr>
      <w:r>
        <w:rPr>
          <w:b w:val="0"/>
          <w:i w:val="0"/>
        </w:rPr>
        <w:t>‘Câu chuyện dẫn đầu các bản tin suốt cả buổi tối, và Jackie gọi cho em bảo anh là sĩ quan đầu tiên có mặt tại hiện trường.’</w:t>
      </w:r>
    </w:p>
    <w:p>
      <w:pPr>
        <w:spacing w:after="80"/>
      </w:pPr>
      <w:r>
        <w:rPr>
          <w:b w:val="0"/>
          <w:i w:val="0"/>
        </w:rPr>
        <w:t>‘Đúng thế, nhưng anh sẽ ổn thôi,’ anh nói, hy vọng mình nghe có vẻ thuyết phục.</w:t>
      </w:r>
    </w:p>
    <w:p>
      <w:pPr>
        <w:spacing w:after="80"/>
      </w:pPr>
      <w:r>
        <w:rPr>
          <w:b w:val="0"/>
          <w:i w:val="0"/>
        </w:rPr>
        <w:t>‘Anh trông đâu có ổn,’ Beth nói, khi cô bắt đầu cởi chiếc áo sơ mi dính máu của anh, chỉ để rồi nhớ lại một vết sẹo khác từ một lần đối mặt trước đó trong sự nghiệp của anh. Nhưng cô sợ lần này vết sẹo sẽ là trong tâm trí, chứ không phải trên thân thể. ‘Ước gì anh đã gọi cho em.’</w:t>
      </w:r>
    </w:p>
    <w:p>
      <w:pPr>
        <w:spacing w:after="80"/>
      </w:pPr>
      <w:r>
        <w:rPr>
          <w:b w:val="0"/>
          <w:i w:val="0"/>
        </w:rPr>
        <w:t>‘Không dễ thế đâu khi bạn đang ở giữa một cuộc điều tra án mạng. Lamont không có mặt, nên tôi phải đứng ra chịu trách nhiệm.’</w:t>
      </w:r>
    </w:p>
    <w:p>
      <w:pPr>
        <w:spacing w:after="80"/>
      </w:pPr>
      <w:r>
        <w:rPr>
          <w:b w:val="0"/>
          <w:i w:val="0"/>
        </w:rPr>
        <w:t>‘Tôi biết. Jackie đã kể cho tôi nghe những chi tiết đẫm máu rồi.’ Chỉ những chi tiết cô ấy muốn anh nghe thôi, William nghĩ thầm. ‘Bạn gái của Adrian phản ứng thế nào?’ cô hỏi.</w:t>
      </w:r>
    </w:p>
    <w:p>
      <w:pPr>
        <w:spacing w:after="80"/>
      </w:pPr>
      <w:r>
        <w:rPr>
          <w:b w:val="0"/>
          <w:i w:val="0"/>
        </w:rPr>
        <w:t>William không trả lời.</w:t>
      </w:r>
    </w:p>
    <w:p>
      <w:pPr>
        <w:spacing w:after="80"/>
      </w:pPr>
      <w:r>
        <w:rPr>
          <w:b w:val="0"/>
          <w:i w:val="0"/>
        </w:rPr>
        <w:t>‘Đây có phải là một trong những lần mà tôi không nên hỏi thêm câu nào không?’ Beth nói.</w:t>
      </w:r>
    </w:p>
    <w:p>
      <w:pPr>
        <w:spacing w:after="80"/>
      </w:pPr>
      <w:r>
        <w:rPr>
          <w:b w:val="0"/>
          <w:i w:val="0"/>
        </w:rPr>
        <w:t>‘Đúng vậy,’ William nói khẽ. ‘Nhất là vì tôi không chắc mình đã đưa ra quyết định đúng.’</w:t>
      </w:r>
    </w:p>
    <w:p>
      <w:pPr>
        <w:pStyle w:val="Heading2"/>
      </w:pPr>
      <w:r>
        <w:rPr>
          <w:rFonts w:ascii="Calibri" w:hAnsi="Calibri"/>
          <w:b/>
          <w:i w:val="0"/>
          <w:sz w:val="32"/>
        </w:rPr>
        <w:t>19</w:t>
      </w:r>
    </w:p>
    <w:p>
      <w:pPr>
        <w:spacing w:after="80"/>
      </w:pPr>
      <w:r>
        <w:rPr>
          <w:b w:val="0"/>
          <w:i w:val="0"/>
        </w:rPr>
        <w:t>‘ÔNG CÓ MUỐN thẩm vấn nhân chứng này không, ông Booth Watson?’</w:t>
      </w:r>
    </w:p>
    <w:p>
      <w:pPr>
        <w:spacing w:after="80"/>
      </w:pPr>
      <w:r>
        <w:rPr>
          <w:b w:val="0"/>
          <w:i w:val="0"/>
        </w:rPr>
        <w:t>‘Có, thưa ngài, nhưng tôi sẽ không chiếm quá nhiều thời gian của tòa.’</w:t>
      </w:r>
    </w:p>
    <w:p>
      <w:pPr>
        <w:spacing w:after="80"/>
      </w:pPr>
      <w:r>
        <w:rPr>
          <w:b w:val="0"/>
          <w:i w:val="0"/>
        </w:rPr>
        <w:t>Ông vẫn đứng trong khi Tổng thanh tra Lamont quay trở lại bục nhân chứng.</w:t>
      </w:r>
    </w:p>
    <w:p>
      <w:pPr>
        <w:spacing w:after="80"/>
      </w:pPr>
      <w:r>
        <w:rPr>
          <w:b w:val="0"/>
          <w:i w:val="0"/>
        </w:rPr>
        <w:t>‘Thưa Tổng thanh tra, tôi chắc không cần phải nhắc ông rằng ông vẫn đang trong lời thề.’ Lamont không đáp, chỉ đứng trừng mắt nhìn đối thủ như một võ sĩ quyền anh chờ tiếng chuông để hiệp đầu tiên bắt đầu.</w:t>
      </w:r>
    </w:p>
    <w:p>
      <w:pPr>
        <w:spacing w:after="80"/>
      </w:pPr>
      <w:r>
        <w:rPr>
          <w:b w:val="0"/>
          <w:i w:val="0"/>
        </w:rPr>
        <w:t>‘Để ghi vào biên bản, thưa Tổng thanh tra, tôi có thể hiểu đó là một câu "có" chứ?’</w:t>
      </w:r>
    </w:p>
    <w:p>
      <w:pPr>
        <w:spacing w:after="80"/>
      </w:pPr>
      <w:r>
        <w:rPr>
          <w:b w:val="0"/>
          <w:i w:val="0"/>
        </w:rPr>
        <w:t>Lamont miễn cưỡng gật đầu. Hiệp một thuộc về Booth Watson.</w:t>
      </w:r>
    </w:p>
    <w:p>
      <w:pPr>
        <w:spacing w:after="80"/>
      </w:pPr>
      <w:r>
        <w:rPr>
          <w:b w:val="0"/>
          <w:i w:val="0"/>
        </w:rPr>
        <w:t>‘Trong lời khai của ông chiều hôm qua, khi trả lời bạn học thức của tôi, ông đã lặp đi lặp lại đến phát ngán rằng nếu thân chủ của tôi không giấu số ma túy tìm thấy trong bức tượng tại nhà anh ta, thì ai đã giấu?’</w:t>
      </w:r>
    </w:p>
    <w:p>
      <w:pPr>
        <w:spacing w:after="80"/>
      </w:pPr>
      <w:r>
        <w:rPr>
          <w:b w:val="0"/>
          <w:i w:val="0"/>
        </w:rPr>
        <w:t>‘Và tôi sẽ rất vui lòng lặp lại lần nữa, ông Booth Watson, nếu ông thấy điều đó có thể giúp phiên tòa nhanh hơn.’</w:t>
      </w:r>
    </w:p>
    <w:p>
      <w:pPr>
        <w:spacing w:after="80"/>
      </w:pPr>
      <w:r>
        <w:rPr>
          <w:b w:val="0"/>
          <w:i w:val="0"/>
        </w:rPr>
        <w:t>Không còn nghi ngờ gì ai đã thắng hiệp hai, William nghĩ.</w:t>
      </w:r>
    </w:p>
    <w:p>
      <w:pPr>
        <w:spacing w:after="80"/>
      </w:pPr>
      <w:r>
        <w:rPr>
          <w:b w:val="0"/>
          <w:i w:val="0"/>
        </w:rPr>
        <w:t>‘Tôi không nghĩ điều đó là cần thiết, thưa Tổng thanh tra. Tuy nhiên, điều tôi muốn biết là có bao nhiêu cảnh sát đã xông vào nhà ông Faulkner vào giữa đêm?’</w:t>
      </w:r>
    </w:p>
    <w:p>
      <w:pPr>
        <w:spacing w:after="80"/>
      </w:pPr>
      <w:r>
        <w:rPr>
          <w:b w:val="0"/>
          <w:i w:val="0"/>
        </w:rPr>
        <w:t>‘Tôi không thể chắc chắn về con số chính xác.’</w:t>
      </w:r>
    </w:p>
    <w:p>
      <w:pPr>
        <w:spacing w:after="80"/>
      </w:pPr>
      <w:r>
        <w:rPr>
          <w:b w:val="0"/>
          <w:i w:val="0"/>
        </w:rPr>
        <w:t>‘Mặc dù ông là người phụ trách chiến dịch này?’</w:t>
      </w:r>
    </w:p>
    <w:p>
      <w:pPr>
        <w:spacing w:after="80"/>
      </w:pPr>
      <w:r>
        <w:rPr>
          <w:b w:val="0"/>
          <w:i w:val="0"/>
        </w:rPr>
        <w:t>‘Mười lăm, có thể là hai mươi.’</w:t>
      </w:r>
    </w:p>
    <w:p>
      <w:pPr>
        <w:spacing w:after="80"/>
      </w:pPr>
      <w:r>
        <w:rPr>
          <w:b w:val="0"/>
          <w:i w:val="0"/>
        </w:rPr>
        <w:t>‘Thực tế, con số là hai mươi ba, nếu tính cả tất cả các sĩ quan từ đội chống ma túy, các nhà phân tích phòng thí nghiệm, các tài xế và thậm chí cả một nhiếp ảnh gia, chưa kể đến một vài chú chó đánh hơi. Người ta có thể dễ dàng tha thứ, thưa thanh tra, khi nghĩ rằng thân chủ của tôi đã đánh cắp bộ trang sức của Hoàng gia.’</w:t>
      </w:r>
    </w:p>
    <w:p>
      <w:pPr>
        <w:spacing w:after="80"/>
      </w:pPr>
      <w:r>
        <w:rPr>
          <w:b w:val="0"/>
          <w:i w:val="0"/>
        </w:rPr>
        <w:t>Lamont không đáp lại, nhưng bồi thẩm đoàn không hề nghi ngờ ai là người đã thắng hiệp thứ ba.</w:t>
      </w:r>
    </w:p>
    <w:p>
      <w:pPr>
        <w:spacing w:after="80"/>
      </w:pPr>
      <w:r>
        <w:rPr>
          <w:b w:val="0"/>
          <w:i w:val="0"/>
        </w:rPr>
        <w:t>‘Có khả năng nào một trong những sĩ quan đó đã giấu ma túy trong bức tượng mà ông không hay biết không?’</w:t>
      </w:r>
    </w:p>
    <w:p>
      <w:pPr>
        <w:spacing w:after="80"/>
      </w:pPr>
      <w:r>
        <w:rPr>
          <w:b w:val="0"/>
          <w:i w:val="0"/>
        </w:rPr>
        <w:t>‘Không thể nào,’ Lamont nói, cố gắng phản kháng.</w:t>
      </w:r>
    </w:p>
    <w:p>
      <w:pPr>
        <w:spacing w:after="80"/>
      </w:pPr>
      <w:r>
        <w:rPr>
          <w:b w:val="0"/>
          <w:i w:val="0"/>
        </w:rPr>
        <w:t>‘Ý ông là ông có thể đích thân bảo đảm cho từng người trong số họ, kể cả những người mà ông không biết là có mặt ở đó?’</w:t>
      </w:r>
    </w:p>
    <w:p>
      <w:pPr>
        <w:spacing w:after="80"/>
      </w:pPr>
      <w:r>
        <w:rPr>
          <w:b w:val="0"/>
          <w:i w:val="0"/>
        </w:rPr>
        <w:t>‘Tất nhiên là tôi không thể,’ Lamont đáp gắt. ‘Tuy nhiên, tôi có thể đảm bảo với tòa rằng tất cả họ, không trừ một ai, đều là những chuyên gia hàng đầu, thực hiện đúng công việc mà họ được đào tạo để làm.’</w:t>
      </w:r>
    </w:p>
    <w:p>
      <w:pPr>
        <w:spacing w:after="80"/>
      </w:pPr>
      <w:r>
        <w:rPr>
          <w:b w:val="0"/>
          <w:i w:val="0"/>
        </w:rPr>
        <w:t>‘Ông có mô tả Thanh tra Jeremy Meadows là một chuyên gia hàng đầu, người đã thực hiện đúng công việc mà anh ta được đào tạo để làm không?’</w:t>
      </w:r>
    </w:p>
    <w:p>
      <w:pPr>
        <w:spacing w:after="80"/>
      </w:pPr>
      <w:r>
        <w:rPr>
          <w:b w:val="0"/>
          <w:i w:val="0"/>
        </w:rPr>
        <w:t>Lamont ngập ngừng, rõ ràng bị bắt quả tang mất cảnh giác, khi một cú đấm khác của Booth Watson giáng xuống, lần này là dưới thắt lưng.</w:t>
      </w:r>
    </w:p>
    <w:p>
      <w:pPr>
        <w:spacing w:after="80"/>
      </w:pPr>
      <w:r>
        <w:rPr>
          <w:b w:val="0"/>
          <w:i w:val="0"/>
        </w:rPr>
        <w:t>‘Cứ từ từ, thưa thanh tra, và xin đừng phật ý nếu tôi nhắc ông rằng ông vẫn đang trong lời thề.’</w:t>
      </w:r>
    </w:p>
    <w:p>
      <w:pPr>
        <w:spacing w:after="80"/>
      </w:pPr>
      <w:r>
        <w:rPr>
          <w:b w:val="0"/>
          <w:i w:val="0"/>
        </w:rPr>
        <w:t>Ngài Julian đứng dậy. ‘Thưa Ngài,’ ông nói một cách chua chát, ‘tôi đang cố gắng nắm bắt sự liên quan của những câu hỏi này, và chúng đang dẫn đến đâu.’</w:t>
      </w:r>
    </w:p>
    <w:p>
      <w:pPr>
        <w:spacing w:after="80"/>
      </w:pPr>
      <w:r>
        <w:rPr>
          <w:b w:val="0"/>
          <w:i w:val="0"/>
        </w:rPr>
        <w:t>‘Xin Ngài yên tâm,’ Booth Watson nói, rõ ràng không hề nao núng, ‘điều đó sẽ sớm trở nên rõ ràng như pha lê.’</w:t>
      </w:r>
    </w:p>
    <w:p>
      <w:pPr>
        <w:spacing w:after="80"/>
      </w:pPr>
      <w:r>
        <w:rPr>
          <w:b w:val="0"/>
          <w:i w:val="0"/>
        </w:rPr>
        <w:t>‘Tôi hy vọng như vậy, ông Booth Watson,’ vị trọng tài xen vào, ‘vì tôi có chút đồng cảm với quan điểm của Ngài Julian. Xin ông vui lòng đi thẳng vào vấn đề.’</w:t>
      </w:r>
    </w:p>
    <w:p>
      <w:pPr>
        <w:spacing w:after="80"/>
      </w:pPr>
      <w:r>
        <w:rPr>
          <w:b w:val="0"/>
          <w:i w:val="0"/>
        </w:rPr>
        <w:t>‘Tôi sẽ làm mọi thứ trong khả năng của mình để tuân theo, thưa Ngài.’ Booth Watson quay lại tập trung vào Lamont, người vẫn chưa trả lời. ‘Ông có cần tôi nhắc lại câu hỏi không, thưa thanh tra?’</w:t>
      </w:r>
    </w:p>
    <w:p>
      <w:pPr>
        <w:spacing w:after="80"/>
      </w:pPr>
      <w:r>
        <w:rPr>
          <w:b w:val="0"/>
          <w:i w:val="0"/>
        </w:rPr>
        <w:t>‘Không, tôi không.’</w:t>
      </w:r>
    </w:p>
    <w:p>
      <w:pPr>
        <w:spacing w:after="80"/>
      </w:pPr>
      <w:r>
        <w:rPr>
          <w:b w:val="0"/>
          <w:i w:val="0"/>
        </w:rPr>
        <w:t>‘Vậy thì tôi rất mong chờ câu trả lời của ông.’</w:t>
      </w:r>
    </w:p>
    <w:p>
      <w:pPr>
        <w:spacing w:after="80"/>
      </w:pPr>
      <w:r>
        <w:rPr>
          <w:b w:val="0"/>
          <w:i w:val="0"/>
        </w:rPr>
        <w:t>‘Vâng, tôi sẽ mô tả Thanh tra Cấp cao Meadows là một người chuyên nghiệp hoàn hảo, và tôi tự hào được là một thành viên trong đội của ông ấy.’</w:t>
      </w:r>
    </w:p>
    <w:p>
      <w:pPr>
        <w:spacing w:after="80"/>
      </w:pPr>
      <w:r>
        <w:rPr>
          <w:b w:val="0"/>
          <w:i w:val="0"/>
        </w:rPr>
        <w:t>‘Một người chuyên nghiệp hoàn hảo? Cho phép tôi hỏi ông giữ chức vụ gì khi ông tự hào được là thành viên trong đội của ông ấy?’</w:t>
      </w:r>
    </w:p>
    <w:p>
      <w:pPr>
        <w:spacing w:after="80"/>
      </w:pPr>
      <w:r>
        <w:rPr>
          <w:b w:val="0"/>
          <w:i w:val="0"/>
        </w:rPr>
        <w:t>‘Tôi là trung sĩ điều tra trong đội điều tra án mạng, thực hiện cuộc điều tra về cái chết của một trùm tội phạm khét tiếng ở East End.’</w:t>
      </w:r>
    </w:p>
    <w:p>
      <w:pPr>
        <w:spacing w:after="80"/>
      </w:pPr>
      <w:r>
        <w:rPr>
          <w:b w:val="0"/>
          <w:i w:val="0"/>
        </w:rPr>
        <w:t>‘Vụ án đó có được đưa ra tòa không?’</w:t>
      </w:r>
    </w:p>
    <w:p>
      <w:pPr>
        <w:spacing w:after="80"/>
      </w:pPr>
      <w:r>
        <w:rPr>
          <w:b w:val="0"/>
          <w:i w:val="0"/>
        </w:rPr>
        <w:t>Lamont gật đầu.</w:t>
      </w:r>
    </w:p>
    <w:p>
      <w:pPr>
        <w:spacing w:after="80"/>
      </w:pPr>
      <w:r>
        <w:rPr>
          <w:b w:val="0"/>
          <w:i w:val="0"/>
        </w:rPr>
        <w:t>‘Một lần nữa, thưa thanh tra cấp cao, tòa án cần biết rõ trong biên bản rằng đó là một câu trả lời "có".’</w:t>
      </w:r>
    </w:p>
    <w:p>
      <w:pPr>
        <w:spacing w:after="80"/>
      </w:pPr>
      <w:r>
        <w:rPr>
          <w:b w:val="0"/>
          <w:i w:val="0"/>
        </w:rPr>
        <w:t>‘Có,’ Lamont đáp cộc lốc.</w:t>
      </w:r>
    </w:p>
    <w:p>
      <w:pPr>
        <w:spacing w:after="80"/>
      </w:pPr>
      <w:r>
        <w:rPr>
          <w:b w:val="0"/>
          <w:i w:val="0"/>
        </w:rPr>
        <w:t>‘Và lần đó bồi thẩm đoàn đã đưa ra phán quyết gì?’</w:t>
      </w:r>
    </w:p>
    <w:p>
      <w:pPr>
        <w:spacing w:after="80"/>
      </w:pPr>
      <w:r>
        <w:rPr>
          <w:b w:val="0"/>
          <w:i w:val="0"/>
        </w:rPr>
        <w:t>‘Vô tội,’ Lamont nói.</w:t>
      </w:r>
    </w:p>
    <w:p>
      <w:pPr>
        <w:spacing w:after="80"/>
      </w:pPr>
      <w:r>
        <w:rPr>
          <w:b w:val="0"/>
          <w:i w:val="0"/>
        </w:rPr>
        <w:t>‘Và ông có nhớ không, thưa thanh tra cấp cao, bằng chứng quan trọng nào đã khiến bồi thẩm đoàn đi đến phán quyết đó?’</w:t>
      </w:r>
    </w:p>
    <w:p>
      <w:pPr>
        <w:spacing w:after="80"/>
      </w:pPr>
      <w:r>
        <w:rPr>
          <w:b w:val="0"/>
          <w:i w:val="0"/>
        </w:rPr>
        <w:t>Booth Watson tiếp tục nhìn chằm chằm vào nhân chứng.</w:t>
      </w:r>
    </w:p>
    <w:p>
      <w:pPr>
        <w:spacing w:after="80"/>
      </w:pPr>
      <w:r>
        <w:rPr>
          <w:b w:val="0"/>
          <w:i w:val="0"/>
        </w:rPr>
        <w:t>‘Nếu ông không nhớ, tôi rất sẵn lòng giúp ông nhớ lại.’ Ông chờ một lúc rồi nói, ‘Luật sư bào chữa trong vụ đó đã chứng minh được rằng một khẩu súng đã bị gài vào người bị tình nghi. Có lẽ ông có thể cho tòa biết ai đã gài khẩu súng đó vào một nạn nhân vô tội, thưa thanh tra cấp cao?’</w:t>
      </w:r>
    </w:p>
    <w:p>
      <w:pPr>
        <w:spacing w:after="80"/>
      </w:pPr>
      <w:r>
        <w:rPr>
          <w:b w:val="0"/>
          <w:i w:val="0"/>
        </w:rPr>
        <w:t>‘Thanh tra Cấp cao Jeremy Meadows,’ Lamont nói với giọng không vang tới cuối phòng xử án.</w:t>
      </w:r>
    </w:p>
    <w:p>
      <w:pPr>
        <w:spacing w:after="80"/>
      </w:pPr>
      <w:r>
        <w:rPr>
          <w:b w:val="0"/>
          <w:i w:val="0"/>
        </w:rPr>
        <w:t>‘Và sau sự việc đó, Thanh tra Cấp cao Meadows ra sao?’</w:t>
      </w:r>
    </w:p>
    <w:p>
      <w:pPr>
        <w:spacing w:after="80"/>
      </w:pPr>
      <w:r>
        <w:rPr>
          <w:b w:val="0"/>
          <w:i w:val="0"/>
        </w:rPr>
        <w:t>‘Ông ấy đã từ chức khỏi lực lượng và sau đó bị tống vào tù.’</w:t>
      </w:r>
    </w:p>
    <w:p>
      <w:pPr>
        <w:spacing w:after="80"/>
      </w:pPr>
      <w:r>
        <w:rPr>
          <w:b w:val="0"/>
          <w:i w:val="0"/>
        </w:rPr>
        <w:t>‘Tất cả chuyện này đang dẫn đến đâu vậy, ông Booth Watson?’ thẩm phán hỏi, khi Ngài Julian đứng dậy.</w:t>
      </w:r>
    </w:p>
    <w:p>
      <w:pPr>
        <w:spacing w:after="80"/>
      </w:pPr>
      <w:r>
        <w:rPr>
          <w:b w:val="0"/>
          <w:i w:val="0"/>
        </w:rPr>
        <w:t>‘Tôi nghi là chúng ta sắp được biết, thưa Ngài,’ Booth Watson nói, phớt lờ Ngài Julian.</w:t>
      </w:r>
    </w:p>
    <w:p>
      <w:pPr>
        <w:spacing w:after="80"/>
      </w:pPr>
      <w:r>
        <w:rPr>
          <w:b w:val="0"/>
          <w:i w:val="0"/>
        </w:rPr>
        <w:t>‘Và như ông đã kể với chúng tôi, thưa thanh tra, ông là một trong những sĩ quan phụ trách vụ án đó.’</w:t>
      </w:r>
    </w:p>
    <w:p>
      <w:pPr>
        <w:spacing w:after="80"/>
      </w:pPr>
      <w:r>
        <w:rPr>
          <w:b w:val="0"/>
          <w:i w:val="0"/>
        </w:rPr>
        <w:t>‘Đó là vinh dự của tôi.’</w:t>
      </w:r>
    </w:p>
    <w:p>
      <w:pPr>
        <w:spacing w:after="80"/>
      </w:pPr>
      <w:r>
        <w:rPr>
          <w:b w:val="0"/>
          <w:i w:val="0"/>
        </w:rPr>
        <w:t>‘Vinh dự? Nhưng đây là vụ án mà một sĩ quan cảnh sát cấp cao đã gài súng vào một người vô tội để giành được bản án kết tội một cách bất chính.’</w:t>
      </w:r>
    </w:p>
    <w:p>
      <w:pPr>
        <w:spacing w:after="80"/>
      </w:pPr>
      <w:r>
        <w:rPr>
          <w:b w:val="0"/>
          <w:i w:val="0"/>
        </w:rPr>
        <w:t>‘Và chưa đầy một tháng sau khi người đàn ông đó được tuyên vô tội, hắn đã sát hại một nạn nhân vô tội khác.’</w:t>
      </w:r>
    </w:p>
    <w:p>
      <w:pPr>
        <w:spacing w:after="80"/>
      </w:pPr>
      <w:r>
        <w:rPr>
          <w:b w:val="0"/>
          <w:i w:val="0"/>
        </w:rPr>
        <w:t>‘Vậy là ông tán thành hành động của sếp mình?’ Booth Watson nói.</w:t>
      </w:r>
    </w:p>
    <w:p>
      <w:pPr>
        <w:spacing w:after="80"/>
      </w:pPr>
      <w:r>
        <w:rPr>
          <w:b w:val="0"/>
          <w:i w:val="0"/>
        </w:rPr>
        <w:t>‘Tôi không nói vậy.’</w:t>
      </w:r>
    </w:p>
    <w:p>
      <w:pPr>
        <w:spacing w:after="80"/>
      </w:pPr>
      <w:r>
        <w:rPr>
          <w:b w:val="0"/>
          <w:i w:val="0"/>
        </w:rPr>
        <w:t>‘Ông không cần phải nói. Cho tôi hỏi, thưa thanh tra, ông có phải là người ủng hộ “tham nhũng vì mục đích cao cả” (noble cause corruption) không?’ Booth Watson chờ một câu trả lời, nhưng không có gì. ‘Có lẽ đã đến lúc ông thỏa mãn sự tò mò của tòa về vai trò của ông trong lần đó. Sau khi sếp của ông, Thanh tra Cấp cao đáng kính Meadows, bị kết tội, một hội đồng đã được lập ra để điều tra xem liệu còn ai khác trong đội có liên quan đến tội ác hay không. Dưới lời tuyên thệ, ông đã thừa nhận rằng khi còn là một trung sĩ thám tử trẻ dễ bị ảnh hưởng, có thể ông đã nhắm mắt làm ngơ. Ông có thể cho tòa biết hội đồng đã quyết định hình phạt thích đáng cho trường hợp của ông là gì không?’</w:t>
      </w:r>
    </w:p>
    <w:p>
      <w:pPr>
        <w:spacing w:after="80"/>
      </w:pPr>
      <w:r>
        <w:rPr>
          <w:b w:val="0"/>
          <w:i w:val="0"/>
        </w:rPr>
        <w:t>‘Tôi bị giáng chức từ trung sĩ thám tử xuống cảnh viên, và trải qua hai năm quay lại tuần tra, trước khi được phục hồi cấp bậc cũ.’</w:t>
      </w:r>
    </w:p>
    <w:p>
      <w:pPr>
        <w:spacing w:after="80"/>
      </w:pPr>
      <w:r>
        <w:rPr>
          <w:b w:val="0"/>
          <w:i w:val="0"/>
        </w:rPr>
        <w:t>‘Vậy là, sau khi một hội đồng độc lập đánh giá tính trung thực và liêm chính của ông, họ đã đề nghị giáng chức ông.’</w:t>
      </w:r>
    </w:p>
    <w:p>
      <w:pPr>
        <w:spacing w:after="80"/>
      </w:pPr>
      <w:r>
        <w:rPr>
          <w:b w:val="0"/>
          <w:i w:val="0"/>
        </w:rPr>
        <w:t>‘Sau đó tôi được phục hồi chức vụ.’</w:t>
      </w:r>
    </w:p>
    <w:p>
      <w:pPr>
        <w:spacing w:after="80"/>
      </w:pPr>
      <w:r>
        <w:rPr>
          <w:b w:val="0"/>
          <w:i w:val="0"/>
        </w:rPr>
        <w:t>‘Và giờ ông đang yêu cầu bồi thẩm đoàn tin rằng ông đã trở thành một con người mới?’</w:t>
      </w:r>
    </w:p>
    <w:p>
      <w:pPr>
        <w:spacing w:after="80"/>
      </w:pPr>
      <w:r>
        <w:rPr>
          <w:b w:val="0"/>
          <w:i w:val="0"/>
        </w:rPr>
        <w:t>‘Ai cũng mắc sai lầm,’ Lamont nói. ‘Một số người trong chúng ta học được từ đó.’</w:t>
      </w:r>
    </w:p>
    <w:p>
      <w:pPr>
        <w:spacing w:after="80"/>
      </w:pPr>
      <w:r>
        <w:rPr>
          <w:b w:val="0"/>
          <w:i w:val="0"/>
        </w:rPr>
        <w:t>‘Đúng là vậy,’ Booth Watson nói. ‘Nhưng bồi thẩm đoàn sẽ muốn biết liệu ông đã học được cách không nhắm mắt làm ngơ khi không thể giành được bản án kết tội bằng công việc cảnh sát chân chính hay chưa.’</w:t>
      </w:r>
    </w:p>
    <w:p>
      <w:pPr>
        <w:spacing w:after="80"/>
      </w:pPr>
      <w:r>
        <w:rPr>
          <w:b w:val="0"/>
          <w:i w:val="0"/>
        </w:rPr>
        <w:t>Lamont trừng mắt thách thức luật sư bào chữa, nhưng Booth Watson không hề nao núng.</w:t>
      </w:r>
    </w:p>
    <w:p>
      <w:pPr>
        <w:spacing w:after="80"/>
      </w:pPr>
      <w:r>
        <w:rPr>
          <w:b w:val="0"/>
          <w:i w:val="0"/>
        </w:rPr>
        <w:t>‘Có phải ông là viên cảnh sát phụ trách vụ án khi thân chủ của tôi bị buộc tội oan là đã đánh cắp một bức tranh Rembrandt, trong khi thực tế anh ấy đã thu hồi được bức tranh đó cho Bảo tàng Fitzmolean với chi phí cá nhân rất lớn?’</w:t>
      </w:r>
    </w:p>
    <w:p>
      <w:pPr>
        <w:spacing w:after="80"/>
      </w:pPr>
      <w:r>
        <w:rPr>
          <w:b w:val="0"/>
          <w:i w:val="0"/>
        </w:rPr>
        <w:t>“Bồi thẩm đoàn đã kết luận rằng ông ta đã giữ trái phép bức tranh trong bảy năm,” Lamont nói, đứng dậy khỏi tấm vải, “và thẩm phán tuyên án ông ta bốn năm tù treo vì tội lừa đảo, cùng khoản tiền phạt mười nghìn bảng.”</w:t>
      </w:r>
    </w:p>
    <w:p>
      <w:pPr>
        <w:spacing w:after="80"/>
      </w:pPr>
      <w:r>
        <w:rPr>
          <w:b w:val="0"/>
          <w:i w:val="0"/>
        </w:rPr>
        <w:t>‘Giỏi lắm,’ Ngài Julian thì thầm. ‘Giờ thì nó đã được ghi lại rồi.’</w:t>
      </w:r>
    </w:p>
    <w:p>
      <w:pPr>
        <w:spacing w:after="80"/>
      </w:pPr>
      <w:r>
        <w:rPr>
          <w:b w:val="0"/>
          <w:i w:val="0"/>
        </w:rPr>
        <w:t>Booth Watson né tránh đòn tấn công dồn dập. ‘Cứ trả lời câu hỏi đi, thanh tra trưởng. Ông có phụ trách vụ án này không?’</w:t>
      </w:r>
    </w:p>
    <w:p>
      <w:pPr>
        <w:spacing w:after="80"/>
      </w:pPr>
      <w:r>
        <w:rPr>
          <w:b w:val="0"/>
          <w:i w:val="0"/>
        </w:rPr>
        <w:t>‘Đúng, là tôi.’</w:t>
      </w:r>
    </w:p>
    <w:p>
      <w:pPr>
        <w:spacing w:after="80"/>
      </w:pPr>
      <w:r>
        <w:rPr>
          <w:b w:val="0"/>
          <w:i w:val="0"/>
        </w:rPr>
        <w:t>‘Và đó có phải lại là một ví dụ nữa của kiểu tham nhũng vì lý do cao cả không?’</w:t>
      </w:r>
    </w:p>
    <w:p>
      <w:pPr>
        <w:spacing w:after="80"/>
      </w:pPr>
      <w:r>
        <w:rPr>
          <w:b w:val="0"/>
          <w:i w:val="0"/>
        </w:rPr>
        <w:t>Ngài Julian nhanh chóng đứng dậy. ‘Tôi phải phản đối, thưa Ngài. Vị giám đốc sở cảnh sát không phải là người bị xét xử trong vụ án này.’</w:t>
      </w:r>
    </w:p>
    <w:p>
      <w:pPr>
        <w:spacing w:after="80"/>
      </w:pPr>
      <w:r>
        <w:rPr>
          <w:b w:val="0"/>
          <w:i w:val="0"/>
        </w:rPr>
        <w:t>‘Tôi đồng ý, Ngài Julian. Tiếp tục đi, ông Booth Watson.’</w:t>
      </w:r>
    </w:p>
    <w:p>
      <w:pPr>
        <w:spacing w:after="80"/>
      </w:pPr>
      <w:r>
        <w:rPr>
          <w:b w:val="0"/>
          <w:i w:val="0"/>
        </w:rPr>
        <w:t>Booth Watson lật một trang ghi chú. ‘Cuối cùng, thưa giám đốc, tôi có thể hỏi ngài mất bao lâu vào đêm ngày mười bảy tháng Năm, để lái xe từ cổng vào khu đất của thân chủ tôi đến cửa trước nhà ông ấy?’</w:t>
      </w:r>
    </w:p>
    <w:p>
      <w:pPr>
        <w:spacing w:after="80"/>
      </w:pPr>
      <w:r>
        <w:rPr>
          <w:b w:val="0"/>
          <w:i w:val="0"/>
        </w:rPr>
        <w:t>'Khoảng một phút, một phút rưỡi.'</w:t>
      </w:r>
    </w:p>
    <w:p>
      <w:pPr>
        <w:spacing w:after="80"/>
      </w:pPr>
      <w:r>
        <w:rPr>
          <w:b w:val="0"/>
          <w:i w:val="0"/>
        </w:rPr>
        <w:t>‘Thú vị thật. Bởi vì khi tôi làm đúng bài tập đó cách đây một tuần, tôi chỉ mất có bốn mươi hai giây. Nhưng có lẽ lúc đó bạn không vội.’</w:t>
      </w:r>
    </w:p>
    <w:p>
      <w:pPr>
        <w:spacing w:after="80"/>
      </w:pPr>
      <w:r>
        <w:rPr>
          <w:b w:val="0"/>
          <w:i w:val="0"/>
        </w:rPr>
        <w:t>Lamont lùi lại, choáng váng.</w:t>
      </w:r>
    </w:p>
    <w:p>
      <w:pPr>
        <w:spacing w:after="80"/>
      </w:pPr>
      <w:r>
        <w:rPr>
          <w:b w:val="0"/>
          <w:i w:val="0"/>
        </w:rPr>
        <w:t>'Và mất bao lâu để người quản gia – người sẵn sàng ra làm chứng nếu cần, thưa Ngài – mở cửa trước và cho ngài vào, sau khi ngài cứ giữ ngón tay ấn chuông?'</w:t>
      </w:r>
    </w:p>
    <w:p>
      <w:pPr>
        <w:spacing w:after="80"/>
      </w:pPr>
      <w:r>
        <w:rPr>
          <w:b w:val="0"/>
          <w:i w:val="0"/>
        </w:rPr>
        <w:t>‘Một phút, có thể là hai phút.’</w:t>
      </w:r>
    </w:p>
    <w:p>
      <w:pPr>
        <w:spacing w:after="80"/>
      </w:pPr>
      <w:r>
        <w:rPr>
          <w:b w:val="0"/>
          <w:i w:val="0"/>
        </w:rPr>
        <w:t>‘Vậy là, không quá ba, có thể là bốn phút tổng cộng trước khi ông và hai mươi hai sĩ quan được huấn luyện bài bản xông vào nhà thân chủ của tôi để tìm ma túy. Và sau khi lục lọi hơn hai tiếng đồng hồ, tất cả những gì họ tìm được chỉ là một viên thuốc lắc và vài điếu cần sa.’</w:t>
      </w:r>
    </w:p>
    <w:p>
      <w:pPr>
        <w:spacing w:after="80"/>
      </w:pPr>
      <w:r>
        <w:rPr>
          <w:b w:val="0"/>
          <w:i w:val="0"/>
        </w:rPr>
        <w:t>‘Nhưng sau đó chúng tôi phát hiện—’</w:t>
      </w:r>
    </w:p>
    <w:p>
      <w:pPr>
        <w:spacing w:after="80"/>
      </w:pPr>
      <w:r>
        <w:rPr>
          <w:b w:val="0"/>
          <w:i w:val="0"/>
        </w:rPr>
        <w:t>‘“Sau đó” mới là từ khóa. Nhưng sau đó bao lâu, tôi buộc phải hỏi. Ông có phải là sĩ quan đầu tiên bước vào Limpton Hall không, thưa thanh tra?’ Booth Watson nói, đổi hướng.</w:t>
      </w:r>
    </w:p>
    <w:p>
      <w:pPr>
        <w:spacing w:after="80"/>
      </w:pPr>
      <w:r>
        <w:rPr>
          <w:b w:val="0"/>
          <w:i w:val="0"/>
        </w:rPr>
        <w:t>‘Đúng vậy,’ Lamont đáp, giọng có vẻ bối rối.</w:t>
      </w:r>
    </w:p>
    <w:p>
      <w:pPr>
        <w:spacing w:after="80"/>
      </w:pPr>
      <w:r>
        <w:rPr>
          <w:b w:val="0"/>
          <w:i w:val="0"/>
        </w:rPr>
        <w:t>‘Và lúc đó thân chủ của tôi đang ở đâu?’</w:t>
      </w:r>
    </w:p>
    <w:p>
      <w:pPr>
        <w:spacing w:after="80"/>
      </w:pPr>
      <w:r>
        <w:rPr>
          <w:b w:val="0"/>
          <w:i w:val="0"/>
        </w:rPr>
        <w:t>‘Đứng ở đầu cầu thang.’</w:t>
      </w:r>
    </w:p>
    <w:p>
      <w:pPr>
        <w:spacing w:after="80"/>
      </w:pPr>
      <w:r>
        <w:rPr>
          <w:b w:val="0"/>
          <w:i w:val="0"/>
        </w:rPr>
        <w:t>‘Và anh ta ăn mặc thế nào?’</w:t>
      </w:r>
    </w:p>
    <w:p>
      <w:pPr>
        <w:spacing w:after="80"/>
      </w:pPr>
      <w:r>
        <w:rPr>
          <w:b w:val="0"/>
          <w:i w:val="0"/>
        </w:rPr>
        <w:t>‘Anh ta mặc một chiếc áo choàng ngủ bằng lụa đỏ.’</w:t>
      </w:r>
    </w:p>
    <w:p>
      <w:pPr>
        <w:spacing w:after="80"/>
      </w:pPr>
      <w:r>
        <w:rPr>
          <w:b w:val="0"/>
          <w:i w:val="0"/>
        </w:rPr>
        <w:t>‘Vậy là sau khi ông bấm chuông cửa chính, bằng cách nào đó anh ta kịp nhét mười hai gói cocaine vào một bức tượng được đặt một cách bất tiện gần cửa chính, vội vã chạy ngược lên lầu, cởi bộ vest dạ hội, mặc vào bộ đồ ngủ và một chiếc áo choàng ngủ bằng lụa đỏ – cảm ơn ông vì chi tiết hấp dẫn đó, thưa thanh tra – và vẫn còn thời gian đứng ở đầu cầu thang chờ ông khi ông xông vào, tất cả trong chưa đầy ba phút?’</w:t>
      </w:r>
    </w:p>
    <w:p>
      <w:pPr>
        <w:spacing w:after="80"/>
      </w:pPr>
      <w:r>
        <w:rPr>
          <w:b w:val="0"/>
          <w:i w:val="0"/>
        </w:rPr>
        <w:t>Lamont không đáp lại.</w:t>
      </w:r>
    </w:p>
    <w:p>
      <w:pPr>
        <w:spacing w:after="80"/>
      </w:pPr>
      <w:r>
        <w:rPr>
          <w:b w:val="0"/>
          <w:i w:val="0"/>
        </w:rPr>
        <w:t>‘Đội cảnh sát Keystone Cops cũng không nghĩ ra được câu chuyện nào hay hơn thế,’ Booth Watson nói, nhìn thẳng vào bồi thẩm đoàn.</w:t>
      </w:r>
    </w:p>
    <w:p>
      <w:pPr>
        <w:spacing w:after="80"/>
      </w:pPr>
      <w:r>
        <w:rPr>
          <w:b w:val="0"/>
          <w:i w:val="0"/>
        </w:rPr>
        <w:t>‘Tôi tin rằng bị cáo đã giấu mười hai gói cocaine trong bức tượng trước khi chúng tôi đến, với ý định phân phát chúng cho khách của anh ta vào tối hôm đó. Chỉ là chúng tôi tính sai thời điểm.’</w:t>
      </w:r>
    </w:p>
    <w:p>
      <w:pPr>
        <w:spacing w:after="80"/>
      </w:pPr>
      <w:r>
        <w:rPr>
          <w:b w:val="0"/>
          <w:i w:val="0"/>
        </w:rPr>
        <w:t>‘Tôi tin rằng ông đã tính đúng thời điểm, và sau khi lục soát nhà thân chủ tôi hơn hai tiếng đồng hồ mà không tìm được gì buộc tội, ai đó đã làm theo lệnh của ông và tiện tay gài thuốc vào bức tượng.’</w:t>
      </w:r>
    </w:p>
    <w:p>
      <w:pPr>
        <w:spacing w:after="80"/>
      </w:pPr>
      <w:r>
        <w:rPr>
          <w:b w:val="0"/>
          <w:i w:val="0"/>
        </w:rPr>
        <w:t>‘Đó là một gợi ý nực cười,’ Lamont nói, cố nén giận.</w:t>
      </w:r>
    </w:p>
    <w:p>
      <w:pPr>
        <w:spacing w:after="80"/>
      </w:pPr>
      <w:r>
        <w:rPr>
          <w:b w:val="0"/>
          <w:i w:val="0"/>
        </w:rPr>
        <w:t>‘Vậy có nực cười không khi cho rằng, không phải lần đầu trong sự nghiệp của ông, ông đã chọn làm ngơ khi một đồng nghiệp của ông gài bằng chứng giả nhằm đạt được một bản án kết tội?’</w:t>
      </w:r>
    </w:p>
    <w:p>
      <w:pPr>
        <w:spacing w:after="80"/>
      </w:pPr>
      <w:r>
        <w:rPr>
          <w:b w:val="0"/>
          <w:i w:val="0"/>
        </w:rPr>
        <w:t>‘Hoàn toàn nực cười,’ Lamont đáp lại, gần như hét lên.</w:t>
      </w:r>
    </w:p>
    <w:p>
      <w:pPr>
        <w:spacing w:after="80"/>
      </w:pPr>
      <w:r>
        <w:rPr>
          <w:b w:val="0"/>
          <w:i w:val="0"/>
        </w:rPr>
        <w:t>‘Có thể là một trung sĩ thám tử trẻ, dễ bị ảnh hưởng, muốn làm hài lòng sĩ quan phụ trách điều tra?’</w:t>
      </w:r>
    </w:p>
    <w:p>
      <w:pPr>
        <w:spacing w:after="80"/>
      </w:pPr>
      <w:r>
        <w:rPr>
          <w:b w:val="0"/>
          <w:i w:val="0"/>
        </w:rPr>
        <w:t>‘Còn nực cười hơn nữa,’ Lamont nói, giọng mỗi lúc một cao.</w:t>
      </w:r>
    </w:p>
    <w:p>
      <w:pPr>
        <w:spacing w:after="80"/>
      </w:pPr>
      <w:r>
        <w:rPr>
          <w:b w:val="0"/>
          <w:i w:val="0"/>
        </w:rPr>
        <w:t>‘Một trung sĩ thám tử tình cờ biết chính xác ma túy ở đâu, bởi vì đó là nơi anh ta đã gài chúng?’</w:t>
      </w:r>
    </w:p>
    <w:p>
      <w:pPr>
        <w:spacing w:after="80"/>
      </w:pPr>
      <w:r>
        <w:rPr>
          <w:b w:val="0"/>
          <w:i w:val="0"/>
        </w:rPr>
        <w:t>‘Đó là một lời buộc tội bôi nhọ, thưa Ngài,’ Sir Julian nói, bật dậy.</w:t>
      </w:r>
    </w:p>
    <w:p>
      <w:pPr>
        <w:spacing w:after="80"/>
      </w:pPr>
      <w:r>
        <w:rPr>
          <w:b w:val="0"/>
          <w:i w:val="0"/>
        </w:rPr>
        <w:t>‘Đặc biệt là khi trung sĩ thám tử được nhắc đến tình cờ lại chính là con trai của luật sư trưởng đại diện cho bên công tố.’</w:t>
      </w:r>
    </w:p>
    <w:p>
      <w:pPr>
        <w:spacing w:after="80"/>
      </w:pPr>
      <w:r>
        <w:rPr>
          <w:b w:val="0"/>
          <w:i w:val="0"/>
        </w:rPr>
        <w:t>Sir Julian lẽ ra đã đáp lại, nhưng ông sẽ không thể được nghe thấy giữa tiếng ồn ào tiếp theo, khi vài người quay lại nhìn William, người không thể giấu nổi cơn giận.</w:t>
      </w:r>
    </w:p>
    <w:p>
      <w:pPr>
        <w:spacing w:after="80"/>
      </w:pPr>
      <w:r>
        <w:rPr>
          <w:b w:val="0"/>
          <w:i w:val="0"/>
        </w:rPr>
        <w:t>Vị thẩm phán chờ cho tiếng ồn lắng xuống trước khi ông cau mày nhìn luật sư bào chữa và nói, ‘Tôi thực sự hy vọng, ông Booth Watson, rằng ông có bằng chứng cho những lời buộc tội ngẫu nhiên này, nếu không tôi sẽ không còn lựa chọn nào khác ngoài việc khuyên bồi thẩm đoàn bỏ qua lời của ông và yêu cầu ông thận trọng hơn trong tương lai.’</w:t>
      </w:r>
    </w:p>
    <w:p>
      <w:pPr>
        <w:spacing w:after="80"/>
      </w:pPr>
      <w:r>
        <w:rPr>
          <w:b w:val="0"/>
          <w:i w:val="0"/>
        </w:rPr>
        <w:t>‘Có lẽ chúng đã không phải là những lời buộc tội ngẫu nhiên, thưa Ngài, nếu Sir Julian cho phép Trung sĩ Thám tử Warwick đưa ra bằng chứng từ ghế nhân chứng dưới lời thề thay vì sếp của anh ta.’</w:t>
      </w:r>
    </w:p>
    <w:p>
      <w:pPr>
        <w:spacing w:after="80"/>
      </w:pPr>
      <w:r>
        <w:rPr>
          <w:b w:val="0"/>
          <w:i w:val="0"/>
        </w:rPr>
        <w:t>Lần này tiếng phản đối kéo dài một lúc trước khi vị thẩm phán có thể lập lại trật tự khi ông tuyên bố, ‘Đừng thử thách sự kiên nhẫn của tôi thêm nữa, ông Booth Watson, nếu không tôi có thể phải ra lệnh xét xử lại, và coi ông là phạm tội khinh thường tòa án.’</w:t>
      </w:r>
    </w:p>
    <w:p>
      <w:pPr>
        <w:spacing w:after="80"/>
      </w:pPr>
      <w:r>
        <w:rPr>
          <w:b w:val="0"/>
          <w:i w:val="0"/>
        </w:rPr>
        <w:t>‘Và chúng ta đâu muốn điều đó, phải không, thưa Ngài,’ Booth Watson nói, người duy nhất vẫn giữ được bình tĩnh trong suốt cuộc trao đổi này. Ông quay sự chú ý trở lại nhân chứng trước khi vị thẩm phán kịp đáp lời và nói, ‘Thưa Tổng thanh tra, tôi có đúng không khi nghĩ rằng ông coi ông Faulkner là một tội phạm nguy hiểm, kẻ nên bị giam giữ suốt phần đời còn lại bởi vì bồi thẩm đoàn đã phán đoán sai?’</w:t>
      </w:r>
    </w:p>
    <w:p>
      <w:pPr>
        <w:spacing w:after="80"/>
      </w:pPr>
      <w:r>
        <w:rPr>
          <w:b w:val="0"/>
          <w:i w:val="0"/>
        </w:rPr>
        <w:t>‘Cuối cùng chúng ta đã tìm được điều gì đó để đồng ý với nhau,’ Lamont hét lên, chỉ tay vào Booth Watson.</w:t>
      </w:r>
    </w:p>
    <w:p>
      <w:pPr>
        <w:spacing w:after="80"/>
      </w:pPr>
      <w:r>
        <w:rPr>
          <w:b w:val="0"/>
          <w:i w:val="0"/>
        </w:rPr>
        <w:t>‘To hơn một chút, làm ơn,’ Booth Watson nói, ‘phòng khi bồi thẩm đoàn không nghe thấy ông lần đầu – và cũng có thể phán đoán sai.’ Ông nhìn lên bục thẩm phán và nói, ‘Không còn câu hỏi nào nữa, thưa Ngài.’</w:t>
      </w:r>
    </w:p>
    <w:p>
      <w:pPr>
        <w:spacing w:after="80"/>
      </w:pPr>
      <w:r>
        <w:rPr>
          <w:b w:val="0"/>
          <w:i w:val="0"/>
        </w:rPr>
        <w:t>Mọi người vẫn ngồi trên mép ghế, chờ Sir Julian đứng lên phản công, nhưng lại một lần nữa bị bất ngờ khi luật sư trưởng đại diện bên công tố đứng dậy khỏi chỗ và nói với một tiếng thở dài phóng đại, ‘Đó là toàn bộ vụ án của bên công tố, thưa Ngài. Tuy nhiên, tôi tự hỏi liệu tôi có thể được phép đưa ra một tuyên bố cá nhân không?’</w:t>
      </w:r>
    </w:p>
    <w:p>
      <w:pPr>
        <w:spacing w:after="80"/>
      </w:pPr>
      <w:r>
        <w:rPr>
          <w:b w:val="0"/>
          <w:i w:val="0"/>
        </w:rPr>
        <w:t>Thẩm phán Baverstock gật đầu, và Booth Watson ngồi lại thoải mái, nhắm mắt và khoanh tay, tạo cảm giác như một vị tướng chiến thắng đang chờ tin thắng trận từ chiến trường. Nhưng trước sự ngạc nhiên của ông, Sir Julian vẫn chưa sẵn sàng đồng ý các điều khoản đầu hàng.</w:t>
      </w:r>
    </w:p>
    <w:p>
      <w:pPr>
        <w:spacing w:after="80"/>
      </w:pPr>
      <w:r>
        <w:rPr>
          <w:b w:val="0"/>
          <w:i w:val="0"/>
        </w:rPr>
        <w:t>‘Như ông biết đấy, thưa Ngài, đó là một thông lệ đã được thiết lập tại đoàn luật sư hình sự khi một luật sư chính cho phép trợ lý của mình thẩm vấn một nhân chứng bào chữa. Vì vậy, nếu ông Booth Watson dự định gọi bị cáo ra đưa ra bằng chứng, tôi sẽ đứng sang một bên và giao trách nhiệm đó cho trợ lý của tôi, cô Grace Warwick, nếu Ngài thấy hài lòng.’</w:t>
      </w:r>
    </w:p>
    <w:p>
      <w:pPr>
        <w:spacing w:after="80"/>
      </w:pPr>
      <w:r>
        <w:rPr>
          <w:b w:val="0"/>
          <w:i w:val="0"/>
        </w:rPr>
        <w:t>Booth Watson mở mắt, buông tay xuống và nói với giọng đủ lớn để những người xung quanh nghe thấy, ‘Ông ta đang toan tính gì vậy?’</w:t>
      </w:r>
    </w:p>
    <w:p>
      <w:pPr>
        <w:spacing w:after="80"/>
      </w:pPr>
      <w:r>
        <w:rPr>
          <w:b w:val="0"/>
          <w:i w:val="0"/>
        </w:rPr>
        <w:t>William mỉm cười, nhưng anh biết chính xác cha mình đang toan tính điều gì.</w:t>
      </w:r>
    </w:p>
    <w:p>
      <w:pPr>
        <w:spacing w:after="80"/>
      </w:pPr>
      <w:r>
        <w:rPr>
          <w:b w:val="0"/>
          <w:i w:val="0"/>
        </w:rPr>
        <w:t>‘Tôi sẽ rất mong chờ điều đó với niềm vui thích, Ngài Julian,’ vị thẩm phán nói, trước khi thêm vào, ‘chúng ta sẽ họp lại vào mười giờ sáng mai.’</w:t>
      </w:r>
    </w:p>
    <w:p>
      <w:pPr>
        <w:jc w:val="center"/>
      </w:pPr>
      <w:r>
        <w:drawing>
          <wp:inline xmlns:a="http://schemas.openxmlformats.org/drawingml/2006/main" xmlns:pic="http://schemas.openxmlformats.org/drawingml/2006/picture">
            <wp:extent cx="752475" cy="161925"/>
            <wp:docPr id="56" name="Picture 56"/>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‘Tôi thực sự khuyên ông đừng làm vậy,’ Booth Watson nói.</w:t>
      </w:r>
    </w:p>
    <w:p>
      <w:pPr>
        <w:spacing w:after="80"/>
      </w:pPr>
      <w:r>
        <w:rPr>
          <w:b w:val="0"/>
          <w:i w:val="0"/>
        </w:rPr>
        <w:t>‘Tại sao?’ Faulkner hỏi.</w:t>
      </w:r>
    </w:p>
    <w:p>
      <w:pPr>
        <w:spacing w:after="80"/>
      </w:pPr>
      <w:r>
        <w:rPr>
          <w:b w:val="0"/>
          <w:i w:val="0"/>
        </w:rPr>
        <w:t>‘Bởi vì ông chẳng được gì từ đó, trong khi cô ta chẳng có gì để mất.’</w:t>
      </w:r>
    </w:p>
    <w:p>
      <w:pPr>
        <w:spacing w:after="80"/>
      </w:pPr>
      <w:r>
        <w:rPr>
          <w:b w:val="0"/>
          <w:i w:val="0"/>
        </w:rPr>
        <w:t>‘Nhưng đừng quên, người tôi đối đầu là học trò, chứ không phải bậc thầy.’</w:t>
      </w:r>
    </w:p>
    <w:p>
      <w:pPr>
        <w:spacing w:after="80"/>
      </w:pPr>
      <w:r>
        <w:rPr>
          <w:b w:val="0"/>
          <w:i w:val="0"/>
        </w:rPr>
        <w:t>‘Mà người đã được bậc thầy chỉ dạy kỹ càng suốt nhiều năm.’</w:t>
      </w:r>
    </w:p>
    <w:p>
      <w:pPr>
        <w:spacing w:after="80"/>
      </w:pPr>
      <w:r>
        <w:rPr>
          <w:b w:val="0"/>
          <w:i w:val="0"/>
        </w:rPr>
        <w:t>‘Vậy thì có lẽ đã đến lúc nhắc cho nhà Warwick nhớ chính xác họ đang đối đầu với ai. Dù sao đi nữa, tôi có gì để mất chứ?’</w:t>
      </w:r>
    </w:p>
    <w:p>
      <w:pPr>
        <w:spacing w:after="80"/>
      </w:pPr>
      <w:r>
        <w:rPr>
          <w:b w:val="0"/>
          <w:i w:val="0"/>
        </w:rPr>
        <w:t>‘Sự tự do của ông.’</w:t>
      </w:r>
    </w:p>
    <w:p>
      <w:pPr>
        <w:spacing w:after="80"/>
      </w:pPr>
      <w:r>
        <w:rPr>
          <w:b w:val="0"/>
          <w:i w:val="0"/>
        </w:rPr>
        <w:t>‘Nhưng có thể tôi sẽ không bao giờ có cơ hội nào khác như thế này để công khai làm bẽ mặt Ngài Julian Warwick và đồng thời hủy hoại con gái ông ta, với Hawksby, Lamont và cậu bé hát thánh ca đều phải đứng nhìn từ bên ngoài.’</w:t>
      </w:r>
    </w:p>
    <w:p>
      <w:pPr>
        <w:spacing w:after="80"/>
      </w:pPr>
      <w:r>
        <w:rPr>
          <w:b w:val="0"/>
          <w:i w:val="0"/>
        </w:rPr>
        <w:t>‘Tôi đã nói rõ quan điểm của mình với ông rồi, Miles. Hãy tránh xuất hiện trong ghế nhân chứng bằng mọi giá, vì tôi nghĩ ông sẽ thấy tấm màn đã hạ xuống rồi.’</w:t>
      </w:r>
    </w:p>
    <w:p>
      <w:pPr>
        <w:spacing w:after="80"/>
      </w:pPr>
      <w:r>
        <w:rPr>
          <w:b w:val="0"/>
          <w:i w:val="0"/>
        </w:rPr>
        <w:t>‘Không phải trên màn trình diễn của tôi thì chưa đâu,’ Miles nói.</w:t>
      </w:r>
    </w:p>
    <w:p>
      <w:pPr>
        <w:spacing w:after="80"/>
      </w:pPr>
      <w:r>
        <w:rPr>
          <w:b w:val="0"/>
          <w:i w:val="0"/>
        </w:rPr>
        <w:t>‘Mà sẽ là màn không có kịch bản, đừng quên đấy.’</w:t>
      </w:r>
    </w:p>
    <w:p>
      <w:pPr>
        <w:spacing w:after="80"/>
      </w:pPr>
      <w:r>
        <w:rPr>
          <w:b w:val="0"/>
          <w:i w:val="0"/>
        </w:rPr>
        <w:t>‘Thôi nào,’ Miles nói. ‘Ông chẳng qua chỉ là kẻ đào mộ. Giờ họ đang chờ Hamlet bước ra sân khấu.’</w:t>
      </w:r>
    </w:p>
    <w:p>
      <w:pPr>
        <w:spacing w:after="80"/>
      </w:pPr>
      <w:r>
        <w:rPr>
          <w:b w:val="0"/>
          <w:i w:val="0"/>
        </w:rPr>
        <w:t>‘Và chúng ta đều biết chuyện đó kết thúc thế nào.’</w:t>
      </w:r>
    </w:p>
    <w:p>
      <w:pPr>
        <w:pStyle w:val="Heading2"/>
      </w:pPr>
      <w:r>
        <w:rPr>
          <w:rFonts w:ascii="Calibri" w:hAnsi="Calibri"/>
          <w:b/>
          <w:i w:val="0"/>
          <w:sz w:val="32"/>
        </w:rPr>
        <w:t>20</w:t>
      </w:r>
    </w:p>
    <w:p>
      <w:pPr>
        <w:spacing w:after="80"/>
      </w:pPr>
      <w:r>
        <w:rPr>
          <w:b w:val="0"/>
          <w:i w:val="0"/>
        </w:rPr>
        <w:t>KHI GRACE THỨC GIẤC, cô không chắc mình đã ngủ được chút nào không, vì tâm trí cô đang rối bời với nỗi sợ hãi và sự mong chờ.</w:t>
      </w:r>
    </w:p>
    <w:p>
      <w:pPr>
        <w:spacing w:after="80"/>
      </w:pPr>
      <w:r>
        <w:rPr>
          <w:b w:val="0"/>
          <w:i w:val="0"/>
        </w:rPr>
        <w:t>Cô nằm yên một lúc, không muốn đánh thức Clare, rồi lặng lẽ rời khỏi giường và đi chân trần bước nhẹ qua tấm thảm đến phòng tắm. Cô đóng cửa nhẹ nhàng và bật đèn lên.</w:t>
      </w:r>
    </w:p>
    <w:p>
      <w:pPr>
        <w:spacing w:after="80"/>
      </w:pPr>
      <w:r>
        <w:rPr>
          <w:b w:val="0"/>
          <w:i w:val="0"/>
        </w:rPr>
        <w:t>Cô nhìn mình trong gương. Còn nhiều việc phải làm, nhưng không phải bây giờ. Cô cần đầu óc mình thật sắc bén nếu muốn có chút hy vọng phục kích Faulkner. Sau khi vốc nước lạnh rửa mặt và đánh răng, cô khoác áo choàng, tắt đèn phòng tắm, rón rén quay lại băng qua phòng và ra hành lang, hài lòng vì mình đã không đánh thức Clare.</w:t>
      </w:r>
    </w:p>
    <w:p>
      <w:pPr>
        <w:spacing w:after="80"/>
      </w:pPr>
      <w:r>
        <w:rPr>
          <w:b w:val="0"/>
          <w:i w:val="0"/>
        </w:rPr>
        <w:t>Khi bước xuống cầu thang, Grace nhận ra mình hẳn đã quên tắt đèn bếp trước khi đi ngủ, và cô rủa thầm. Người mẹ thân yêu của cô hẳn sẽ mắng cô là "phí phạm" (fuelish). Nhưng khi mở cửa bếp, cô thấy Clare đang ngồi ở bàn, tay cầm bút, xung quanh là giấy tờ pháp lý.</w:t>
      </w:r>
    </w:p>
    <w:p>
      <w:pPr>
        <w:spacing w:after="80"/>
      </w:pPr>
      <w:r>
        <w:rPr>
          <w:b w:val="0"/>
          <w:i w:val="0"/>
        </w:rPr>
        <w:t>"Chào buổi sáng, Grace," cô ấy nói như thể đang ngồi trong văn phòng ở chỗ làm. "Chị vừa xem lại các câu hỏi của em để chuẩn bị cho buổi thẩm vấn sáng nay. Chị đã sắp xếp lại thứ tự một chút, để Faulkner khó đoán hơn em đang nhắm tới đâu. Nhưng em không được lơi lỏng một giây nào vì gã đàn ông đó cực kỳ sắc sảo và phản ứng rất nhanh, nên em lúc nào cũng phải cố đi trước hắn một bước. Hắn không được thấy cú đấm bất ngờ ập đến, nên khi em giáng đòn thứ hai vào hạ vị (solar plexus) của hắn, hắn sẽ không có thời gian hồi phục, vì đòn thứ ba phải hạ gục hắn hoàn toàn. À, nhân tiện, chị đã xem lại lời khai của Adrian Heath, và bố em đã đúng – ông ấy quả thật đã gửi cho chúng ta một thông điệp mã hóa về cách gài bẫy Faulkner. Hy vọng ông ấy và Booth Watson chưa phát hiện ra. Nào, em ngồi xuống xem lại những gì chị đã làm, trong khi chị luộc cho em một quả trứng, vì em phải ăn sáng thật no."</w:t>
      </w:r>
    </w:p>
    <w:p>
      <w:pPr>
        <w:spacing w:after="80"/>
      </w:pPr>
      <w:r>
        <w:rPr>
          <w:b w:val="0"/>
          <w:i w:val="0"/>
        </w:rPr>
        <w:t>"Trước khi em bị treo cổ," Grace nói. Cả hai cùng cười gượng gạo. Grace ngồi xuống và bắt đầu xem xét thứ tự câu hỏi mới. Clare nói đúng, đổi chỗ vài câu sẽ khiến Faulkner ít có cơ hội đoán trước "Tôi có thể quay lại câu hỏi về tám trăm bảng không?"</w:t>
      </w:r>
    </w:p>
    <w:p>
      <w:pPr>
        <w:spacing w:after="80"/>
      </w:pPr>
      <w:r>
        <w:rPr>
          <w:b w:val="0"/>
          <w:i w:val="0"/>
        </w:rPr>
        <w:t>"Được rồi," Clare nói, đặt tách trà trước mặt Grace. "Giờ ta tập thật đi. Chị sẽ đóng vai Faulkner, còn em là luật sư biện hộ hàng đầu của đất nước. Bắt đầu đi."</w:t>
      </w:r>
    </w:p>
    <w:p>
      <w:pPr>
        <w:spacing w:after="80"/>
      </w:pPr>
      <w:r>
        <w:rPr>
          <w:b w:val="0"/>
          <w:i w:val="0"/>
        </w:rPr>
        <w:t>Grace đứng dậy khỏi ghế. "Ông Faulkner, ông có tin ông Heath đã nói thật khi ông ấy tuyên thệ rằng . . ."</w:t>
      </w:r>
    </w:p>
    <w:p>
      <w:pPr>
        <w:spacing w:after="80"/>
      </w:pPr>
      <w:r>
        <w:rPr>
          <w:b w:val="0"/>
          <w:i w:val="0"/>
        </w:rPr>
        <w:t>Suốt một giờ tiếp theo, họ trao đổi những lời châm chọc sắc bén và những câu đáp trả nhạy bén, đấu khẩu với nhau như thể là đối thủ không đội trời chung, thường dừng lại để nói một câu theo cách khác, hoặc nhấn mạnh một từ để tăng sức nặng. Sau tách trà thứ ba, Clare tung tay lên trời và thốt lên, "'Cô ấy làm được rồi, chị nghĩ cô ấy làm được rồi!' Giờ thì đi chuẩn bị đi. Em cũng phải trông thật chỉn chu nếu muốn làm mềm lòng bồi thẩm đoàn."</w:t>
      </w:r>
    </w:p>
    <w:p>
      <w:pPr>
        <w:spacing w:after="80"/>
      </w:pPr>
      <w:r>
        <w:rPr>
          <w:b w:val="0"/>
          <w:i w:val="0"/>
        </w:rPr>
        <w:t>Grace hôn người bạn đời của mình trước khi lên gác đi tắm. Sao cô lại may mắn đến thế, cô tự hỏi, không phải lần đầu. Cô và Clare gặp nhau tại một hội thảo của Hội Luật gia (Law Society) về vai trò của cha mẹ nuôi trong thế giới hiện đại, và từ đó họ hiếm khi xa nhau một ngày. Họ thích nắm tay nhau và cười khúc khích về những gã đàn ông họ gặp, những kẻ tưởng mình quyến rũ đến không cưỡng nổi. Nhưng chỉ trong sự riêng tư của ngôi nhà mình. Có lần, khi họ nắm tay nhau đi qua công viên, một cậu bé tuổi teen lướt xe đạp qua chỗ họ và hét lên, "Đồ les, đồ les, đồ les," rồi đạp xe đi. Clare đã giơ ngón tay lên, điều mà sau đó cô ấy hối hận.</w:t>
      </w:r>
    </w:p>
    <w:p>
      <w:pPr>
        <w:spacing w:after="80"/>
      </w:pPr>
      <w:r>
        <w:rPr>
          <w:b w:val="0"/>
          <w:i w:val="0"/>
        </w:rPr>
        <w:t>"Lẽ ra chị không nên hạ mình xuống ngang tầm với nó," cô ấy nói với Grace, rõ ràng là đang giận chính mình.</w:t>
      </w:r>
    </w:p>
    <w:p>
      <w:pPr>
        <w:spacing w:after="80"/>
      </w:pPr>
      <w:r>
        <w:rPr>
          <w:b w:val="0"/>
          <w:i w:val="0"/>
        </w:rPr>
        <w:t>Một kẻ ngốc như thế làm sao có thể hiểu được rằng tình yêu có nhiều hình thức? Clare tốt bụng, hào phóng, ấm áp, hóm hỉnh, và thông minh như roi quất. Và vì cô ấy là luật sư tư vấn (solicitor) còn Grace là luật sư biện hộ (barrister), nên đó là một sự kết hợp lý tưởng. Thật ra, người ta từng nghe lỏm một đồng nghiệp nam của cô trong phòng xử nói rằng, "Nếu bạn phải đối đầu với hai người đó, đừng nghĩ họ là cặp đôi, mà giống như một đội quân đang tiến tới."</w:t>
      </w:r>
    </w:p>
    <w:p>
      <w:pPr>
        <w:spacing w:after="80"/>
      </w:pPr>
      <w:r>
        <w:rPr>
          <w:b w:val="0"/>
          <w:i w:val="0"/>
        </w:rPr>
        <w:t>Grace tự kiểm tra mình trong gương. Một bộ vest xanh navy được cắt may gọn gàng và đôi giày đen trang nhã. Tuyệt đối không bao giờ đi giày cao gót trong phòng xử án, một nữ thẩm phán từng khuyên cô. Bạn có thể phải đứng hàng giờ liền, và sự thoải mái quan trọng hơn nhiều so với việc cao thêm vài phân. Grace tiếp tục tập dượt các câu hỏi và cả những khoảng dừng, vừa chải tóc vừa nhìn chằm chằm vào bị cáo trong gương.</w:t>
      </w:r>
    </w:p>
    <w:p>
      <w:pPr>
        <w:spacing w:after="80"/>
      </w:pPr>
      <w:r>
        <w:rPr>
          <w:b w:val="0"/>
          <w:i w:val="0"/>
        </w:rPr>
        <w:t>Lời nhắc sắc lẹm của Clare – "Đến giờ đi rồi, Grace, không thì hắn sẽ được tuyên vô tội trước khi em xuất hiện đấy!" – nhanh chóng kéo cô trở về thực tại.</w:t>
      </w:r>
    </w:p>
    <w:p>
      <w:pPr>
        <w:jc w:val="center"/>
      </w:pPr>
      <w:r>
        <w:drawing>
          <wp:inline xmlns:a="http://schemas.openxmlformats.org/drawingml/2006/main" xmlns:pic="http://schemas.openxmlformats.org/drawingml/2006/picture">
            <wp:extent cx="752475" cy="161925"/>
            <wp:docPr id="57" name="Picture 57"/>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"Tôi triệu tập cuộc họp sáng nay sớm hơn thường lệ một chút," Hawksby nói, "vì Giám đốc Lamont phải có mặt lại ở Old Bailey lúc mười giờ." Lamont không bình luận gì. "Đừng lo, Bruce. Nếu Faulkner ngu ngốc đến mức dám lên bục làm chứng, Sir Julian sẽ xé xác hắn ra từng mảnh."</w:t>
      </w:r>
    </w:p>
    <w:p>
      <w:pPr>
        <w:spacing w:after="80"/>
      </w:pPr>
      <w:r>
        <w:rPr>
          <w:b w:val="0"/>
          <w:i w:val="0"/>
        </w:rPr>
        <w:t>"Hắn sẽ không phải đối đầu với Sir Julian," Lamont nói. "Con gái ông ấy sẽ tiến hành thẩm vấn."</w:t>
      </w:r>
    </w:p>
    <w:p>
      <w:pPr>
        <w:spacing w:after="80"/>
      </w:pPr>
      <w:r>
        <w:rPr>
          <w:b w:val="0"/>
          <w:i w:val="0"/>
        </w:rPr>
        <w:t>"Vậy thì Chúa phù hộ cho gã đàn ông tội nghiệp đó," William nói, dù cả hai vị sĩ quan cảnh sát cấp cao đều không có vẻ gì là bị thuyết phục.</w:t>
      </w:r>
    </w:p>
    <w:p>
      <w:pPr>
        <w:spacing w:after="80"/>
      </w:pPr>
      <w:r>
        <w:rPr>
          <w:b w:val="0"/>
          <w:i w:val="0"/>
        </w:rPr>
        <w:t>‘Trong khi chúng ta đang tập trung vào Faulkner,’ Hawksby tiếp tục, ‘DC Adaja và những người còn lại trong đội vẫn luôn theo dõi sát sao Rashidi. Anh đã tiến gần hơn đến việc tìm ra vị trí xưởng ma túy của hắn chưa, Paul?’</w:t>
      </w:r>
    </w:p>
    <w:p>
      <w:pPr>
        <w:spacing w:after="80"/>
      </w:pPr>
      <w:r>
        <w:rPr>
          <w:b w:val="0"/>
          <w:i w:val="0"/>
        </w:rPr>
        <w:t>‘Có lẽ gần hơn được một bước, thưa sếp,’ Adaja nói, ‘nhưng tôi không dám nhận là hơn thế. Chúng tôi đã kiểm tra từng tòa nhà cao tầng ở Brixton, vì tôi chắc chắn lò mổ phải nằm ở tầng trên cùng của một trong số đó, nhưng tôi vẫn chưa biết là tòa nào.’</w:t>
      </w:r>
    </w:p>
    <w:p>
      <w:pPr>
        <w:spacing w:after="80"/>
      </w:pPr>
      <w:r>
        <w:rPr>
          <w:b w:val="0"/>
          <w:i w:val="0"/>
        </w:rPr>
        <w:t>‘Điều khiến việc này khó hơn,’ William nói, ‘là chúng ta không thể mạo hiểm để cùng một sĩ quan theo dõi Rashidi quá hai ngày liên tiếp. Vậy nên việc xác định vị trí lò mổ có thể mất hàng tuần, thậm chí hàng tháng.’</w:t>
      </w:r>
    </w:p>
    <w:p>
      <w:pPr>
        <w:spacing w:after="80"/>
      </w:pPr>
      <w:r>
        <w:rPr>
          <w:b w:val="0"/>
          <w:i w:val="0"/>
        </w:rPr>
        <w:t>‘Vì tôi hòa mình vào khung cảnh Brixton thuyết phục hơn các anh một chút,’ Paul nói, ‘có lẽ tôi xoay được ba ngày?’ Điều đó mang lại trận cười đầu tiên của buổi sáng.</w:t>
      </w:r>
    </w:p>
    <w:p>
      <w:pPr>
        <w:spacing w:after="80"/>
      </w:pPr>
      <w:r>
        <w:rPr>
          <w:b w:val="0"/>
          <w:i w:val="0"/>
        </w:rPr>
        <w:t>‘Tôi đang tự hỏi liệu UCO của sếp có liên lạc chưa, thưa sếp,’ William nói. ‘Biết đâu giờ anh ta đã tìm ra chỗ lò mổ rồi.’</w:t>
      </w:r>
    </w:p>
    <w:p>
      <w:pPr>
        <w:spacing w:after="80"/>
      </w:pPr>
      <w:r>
        <w:rPr>
          <w:b w:val="0"/>
          <w:i w:val="0"/>
        </w:rPr>
        <w:t>‘Không, chưa có,’ Chim Ưng đáp gay gắt, nhớ lại lần gần nhất DS Warwick hỏi ông về MM. ‘Đừng bao giờ quên, DS Warwick, ngày nào anh ta cũng đánh cược mạng sống của mình. Nếu bên kia chỉ nghi ngờ trong một khoảnh khắc rằng anh ta là thành viên trong đội của chúng ta, sáng hôm sau chúng ta sẽ thấy xác anh ta trôi trên sông.’</w:t>
      </w:r>
    </w:p>
    <w:p>
      <w:pPr>
        <w:spacing w:after="80"/>
      </w:pPr>
      <w:r>
        <w:rPr>
          <w:b w:val="0"/>
          <w:i w:val="0"/>
        </w:rPr>
        <w:t>Jackie nhớ rõ mình đã nghe gần như chính xác những lời đó ở đâu khi người tình của cô đang nói về bản thân anh.</w:t>
      </w:r>
    </w:p>
    <w:p>
      <w:pPr>
        <w:spacing w:after="80"/>
      </w:pPr>
      <w:r>
        <w:rPr>
          <w:b w:val="0"/>
          <w:i w:val="0"/>
        </w:rPr>
        <w:t>‘Và thật lòng mà nói, tôi không muốn điều đó nằm trên lương tâm mình,’ Chim Ưng nói thêm, ngay lập tức hối hận vì lời mình vừa nói.</w:t>
      </w:r>
    </w:p>
    <w:p>
      <w:pPr>
        <w:spacing w:after="80"/>
      </w:pPr>
      <w:r>
        <w:rPr>
          <w:b w:val="0"/>
          <w:i w:val="0"/>
        </w:rPr>
        <w:t>William rất muốn nhắc vị chỉ huy rằng nếu họ đã bắt Tulip ở Felixstowe, Adrian vẫn còn sống, nhưng anh kìm lại được sự cám dỗ đó.</w:t>
      </w:r>
    </w:p>
    <w:p>
      <w:pPr>
        <w:spacing w:after="80"/>
      </w:pPr>
      <w:r>
        <w:rPr>
          <w:b w:val="0"/>
          <w:i w:val="0"/>
        </w:rPr>
        <w:t>‘Nếu lò mổ của Rashidi nằm trên tầng cao nhất của một trong những tòa nhà cao tầng đó,’ Paul nói, giải vây cho William, ‘sẽ rất khó, nếu không muốn nói là bất khả thi, để chúng ta bước vào cửa chính trước khi một tên canh gác cảnh báo chúng đang đến. Chúng có thể đóng cửa và biến mất từ lâu trước khi ta tiếp cận, và tất cả những gì ta đạt được chỉ là làm lũ khốn đó hơi bất tiện một chút.’</w:t>
      </w:r>
    </w:p>
    <w:p>
      <w:pPr>
        <w:spacing w:after="80"/>
      </w:pPr>
      <w:r>
        <w:rPr>
          <w:b w:val="0"/>
          <w:i w:val="0"/>
        </w:rPr>
        <w:t>Chỉ huy Hawksby nhìn ra ngoài cửa sổ. ‘Vậy thì chúng ta sẽ phải đợi đến khi trời có tuyết.’</w:t>
      </w:r>
    </w:p>
    <w:p>
      <w:pPr>
        <w:jc w:val="center"/>
      </w:pPr>
      <w:r>
        <w:drawing>
          <wp:inline xmlns:a="http://schemas.openxmlformats.org/drawingml/2006/main" xmlns:pic="http://schemas.openxmlformats.org/drawingml/2006/picture">
            <wp:extent cx="752475" cy="161925"/>
            <wp:docPr id="58" name="Picture 58"/>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Phòng xử số một ở Old Bailey trong giới được gọi là phòng xử sân khấu, và thường chật kín khán giả. Nhưng ý tưởng về việc người tập sự của Ngài Julian Warwick QC đảm nhận vai chính trong đêm ra mắt báo chí đảm bảo rằng nó đã chật kín từ lâu trước khi cô Grace Warwick bước lên sân khấu.</w:t>
      </w:r>
    </w:p>
    <w:p>
      <w:pPr>
        <w:spacing w:after="80"/>
      </w:pPr>
      <w:r>
        <w:rPr>
          <w:b w:val="0"/>
          <w:i w:val="0"/>
        </w:rPr>
        <w:t>Clare chỉ cách phía sau một bước, nhưng vì cô không phải thành viên chính thức trong đội của Vương quyền, cô lẻn vào một chỗ trống cạnh William gần cuối phòng xử án.</w:t>
      </w:r>
    </w:p>
    <w:p>
      <w:pPr>
        <w:spacing w:after="80"/>
      </w:pPr>
      <w:r>
        <w:rPr>
          <w:b w:val="0"/>
          <w:i w:val="0"/>
        </w:rPr>
        <w:t>‘Trả thù nhân danh anh trai của con,’ là chỉ dẫn cuối cùng của cô trước khi Grace tiến lên ghế đầu tiên để ngồi cạnh cha mình.</w:t>
      </w:r>
    </w:p>
    <w:p>
      <w:pPr>
        <w:spacing w:after="80"/>
      </w:pPr>
      <w:r>
        <w:rPr>
          <w:b w:val="0"/>
          <w:i w:val="0"/>
        </w:rPr>
        <w:t>‘Chào buổi sáng, Grace,’ ông nói. ‘Con có đủ đá trong túi để hạ gục Goliath không?’</w:t>
      </w:r>
    </w:p>
    <w:p>
      <w:pPr>
        <w:spacing w:after="80"/>
      </w:pPr>
      <w:r>
        <w:rPr>
          <w:b w:val="0"/>
          <w:i w:val="0"/>
        </w:rPr>
        <w:t>‘Cha có vẻ quên mất, thưa Cha,’ cô đáp, ‘rằng David chỉ cần một viên đá.’</w:t>
      </w:r>
    </w:p>
    <w:p>
      <w:pPr>
        <w:spacing w:after="80"/>
      </w:pPr>
      <w:r>
        <w:rPr>
          <w:b w:val="0"/>
          <w:i w:val="0"/>
        </w:rPr>
        <w:t>‘Vậy thì cô sẽ phải đảm bảo nó đánh trúng ngay giữa trán anh ta và không bay vô hại qua vai anh ta, vì tôi có thể nói với cô rằng Faulkner sẽ né tránh và lách qua mọi hướng mỗi khi cô ném một viên đá mới vào anh ta.’</w:t>
      </w:r>
    </w:p>
    <w:p>
      <w:pPr>
        <w:spacing w:after="80"/>
      </w:pPr>
      <w:r>
        <w:rPr>
          <w:b w:val="0"/>
          <w:i w:val="0"/>
        </w:rPr>
        <w:t>Booth Watson ngồi vào chỗ ở đầu kia của băng ghế, và hai luật sư cấp cao (QC) trao nhau cái gật đầu qua loa, chủ yếu theo lệ thường hơn là vì thực tâm. Grace liếc nhìn về phía ghế bị cáo và thấy đối thủ của mình đang trừng mắt nhìn xuống cô. Một cơn rùng mình chạy dọc sống lưng cô khi ánh mắt họ khóa chặt vào nhau và hắn liếm môi. Cô chuyển sự chú ý sang Clare, người đang giơ ngón tay cái ra hiệu cho cô.</w:t>
      </w:r>
    </w:p>
    <w:p>
      <w:pPr>
        <w:spacing w:after="80"/>
      </w:pPr>
      <w:r>
        <w:rPr>
          <w:b w:val="0"/>
          <w:i w:val="0"/>
        </w:rPr>
        <w:t>‘Nếu Clare đang ngồi cạnh William,’ cha cô nói, ‘sao con không mời cô ấy ngồi cùng chúng ta? Dù sao thì cô ấy có lẽ cũng biết về vụ án nhiều như chúng ta vậy.’</w:t>
      </w:r>
    </w:p>
    <w:p>
      <w:pPr>
        <w:spacing w:after="80"/>
      </w:pPr>
      <w:r>
        <w:rPr>
          <w:b w:val="0"/>
          <w:i w:val="0"/>
        </w:rPr>
        <w:t>‘Cảm ơn cha,’ Grace nói, rồi quay lại vẫy tay gọi đồng nghiệp của mình.</w:t>
      </w:r>
    </w:p>
    <w:p>
      <w:pPr>
        <w:spacing w:after="80"/>
      </w:pPr>
      <w:r>
        <w:rPr>
          <w:b w:val="0"/>
          <w:i w:val="0"/>
        </w:rPr>
        <w:t>Clare, không giấu nổi sự hồi hộp, rón rén bước lên phía trước phòng xử án và ngồi xuống ngay phía sau Ngài Julian và Grace.</w:t>
      </w:r>
    </w:p>
    <w:p>
      <w:pPr>
        <w:spacing w:after="80"/>
      </w:pPr>
      <w:r>
        <w:rPr>
          <w:b w:val="0"/>
          <w:i w:val="0"/>
        </w:rPr>
        <w:t>‘Chào buổi sáng, Clare,’ Ngài Julian nói. ‘Chào mừng đến với đội nhà. Đừng ngần ngại chuyển giấy nhắn cho Grace hoặc tôi nếu cô thấy chúng tôi bỏ sót điều gì, vì cô có thể chắc chắn rằng chúng tôi rất có thể đã bỏ sót.’</w:t>
      </w:r>
    </w:p>
    <w:p>
      <w:pPr>
        <w:spacing w:after="80"/>
      </w:pPr>
      <w:r>
        <w:rPr>
          <w:b w:val="0"/>
          <w:i w:val="0"/>
        </w:rPr>
        <w:t>‘Cảm ơn Ngài Julian,’ Clare nói, lấy ra từ cặp tài liệu một tập giấy vàng và hai cây bút.</w:t>
      </w:r>
    </w:p>
    <w:p>
      <w:pPr>
        <w:spacing w:after="80"/>
      </w:pPr>
      <w:r>
        <w:rPr>
          <w:b w:val="0"/>
          <w:i w:val="0"/>
        </w:rPr>
        <w:t>‘Tất cả đứng dậy.’</w:t>
      </w:r>
    </w:p>
    <w:p>
      <w:pPr>
        <w:spacing w:after="80"/>
      </w:pPr>
      <w:r>
        <w:rPr>
          <w:b w:val="0"/>
          <w:i w:val="0"/>
        </w:rPr>
        <w:t>Ngài Thẩm phán Baverstock lê bước vào, hài lòng khi thấy phòng xử án của mình chật kín người. Khu ghế khán giả phía trên ông tràn ngập những người xem háo hức, một số còn nghiêng người qua lan can để có tầm nhìn rõ hơn về diễn biến phiên xử. Ngài cúi chào, ngồi vào chiếc ghế tựa lưng cao và chờ bồi thẩm đoàn lần lượt vào chỗ. Cuối cùng ông kiểm tra rằng mọi nhân vật đều đã đứng sau cánh gà chờ lối vào của mình trước khi cho phép vén màn lên.</w:t>
      </w:r>
    </w:p>
    <w:p>
      <w:pPr>
        <w:spacing w:after="80"/>
      </w:pPr>
      <w:r>
        <w:rPr>
          <w:b w:val="0"/>
          <w:i w:val="0"/>
        </w:rPr>
        <w:t>Faulkner đứng ở ghế bị cáo, đội ngũ công tố và đội ngũ bào chữa ngồi ở băng ghế phía trước – dù ông nghĩ Cô Warwick trông còn hồi hộp hơn cả bị cáo – trong khi các phóng viên báo chí, bút chì sẵn sàng, đang sốt ruột chờ phiên xử bắt đầu. Khi bồi thẩm đoàn đã ổn định chỗ ngồi, thẩm phán hướng sự chú ý sang luật sư bào chữa, người đang sắp xếp lại mấy tờ giấy.</w:t>
      </w:r>
    </w:p>
    <w:p>
      <w:pPr>
        <w:spacing w:after="80"/>
      </w:pPr>
      <w:r>
        <w:rPr>
          <w:b w:val="0"/>
          <w:i w:val="0"/>
        </w:rPr>
        <w:t>‘Chào buổi sáng, Ngài Booth Watson. Ngài đã sẵn sàng gọi nhân chứng đầu tiên chưa?’</w:t>
      </w:r>
    </w:p>
    <w:p>
      <w:pPr>
        <w:spacing w:after="80"/>
      </w:pPr>
      <w:r>
        <w:rPr>
          <w:b w:val="0"/>
          <w:i w:val="0"/>
        </w:rPr>
        <w:t>‘Thưa Ngài, đúng là tôi đã sẵn sàng. Tôi gọi ông Miles Faulkner.’</w:t>
      </w:r>
    </w:p>
    <w:p>
      <w:pPr>
        <w:spacing w:after="80"/>
      </w:pPr>
      <w:r>
        <w:rPr>
          <w:b w:val="0"/>
          <w:i w:val="0"/>
        </w:rPr>
        <w:t>Thẩm phán trông có vẻ ngạc nhiên, còn giới báo chí thì trông thích thú, điều đó chỉ khiến Grace càng thêm hồi hộp. Cô đã chuẩn bị tinh thần tuyên chiến với Faulkner, nhưng liệu giờ đây cô có thể đánh bại hắn trong trận chiến này không?</w:t>
      </w:r>
    </w:p>
    <w:p>
      <w:pPr>
        <w:spacing w:after="80"/>
      </w:pPr>
      <w:r>
        <w:rPr>
          <w:b w:val="0"/>
          <w:i w:val="0"/>
        </w:rPr>
        <w:t>Faulkner bước xuống khỏi ghế bị cáo và đi – gần như vênh váo – ngang qua phòng xử án trước khi ngồi vào ghế nhân chứng. Hắn đặt tay phải lên cuốn Kinh Thánh và đọc lời tuyên thệ như thể chính hắn đã viết ra nó.</w:t>
      </w:r>
    </w:p>
    <w:p>
      <w:pPr>
        <w:spacing w:after="80"/>
      </w:pPr>
      <w:r>
        <w:rPr>
          <w:b w:val="0"/>
          <w:i w:val="0"/>
        </w:rPr>
        <w:t>Ngài Booth Watson nhìn sang thân chủ của mình và mỉm cười. ‘Tôi có thể đề nghị ông nêu họ tên đầy đủ và nghề nghiệp để ghi vào biên bản được không?’</w:t>
      </w:r>
    </w:p>
    <w:p>
      <w:pPr>
        <w:spacing w:after="80"/>
      </w:pPr>
      <w:r>
        <w:rPr>
          <w:b w:val="0"/>
          <w:i w:val="0"/>
        </w:rPr>
        <w:t>‘Miles Adam Faulkner, và tôi là nông dân.’</w:t>
      </w:r>
    </w:p>
    <w:p>
      <w:pPr>
        <w:spacing w:after="80"/>
      </w:pPr>
      <w:r>
        <w:rPr>
          <w:b w:val="0"/>
          <w:i w:val="0"/>
        </w:rPr>
        <w:t>‘Thưa ngài Faulkner, tôi có thể bắt đầu bằng việc hỏi ngài về buổi tối ngày mười bảy tháng Năm năm 1986, khi ngài tổ chức một bữa tiệc tối cho vài người bạn tại ngôi nhà nông thôn của ngài, Limpton Hall, ở Hampshire, được không ạ.’</w:t>
      </w:r>
    </w:p>
    <w:p>
      <w:pPr>
        <w:spacing w:after="80"/>
      </w:pPr>
      <w:r>
        <w:rPr>
          <w:b w:val="0"/>
          <w:i w:val="0"/>
        </w:rPr>
        <w:t>‘Cả đồng nghiệp làm ăn lẫn bạn bè,’ Faulkner đáp, ‘một số người trong đó tôi đã quen hơn hai mươi năm.’</w:t>
      </w:r>
    </w:p>
    <w:p>
      <w:pPr>
        <w:spacing w:after="80"/>
      </w:pPr>
      <w:r>
        <w:rPr>
          <w:b w:val="0"/>
          <w:i w:val="0"/>
        </w:rPr>
        <w:t>‘Và mục đích của bữa tiệc tối hoàn toàn chỉ là giao lưu xã giao?’</w:t>
      </w:r>
    </w:p>
    <w:p>
      <w:pPr>
        <w:spacing w:after="80"/>
      </w:pPr>
      <w:r>
        <w:rPr>
          <w:b w:val="0"/>
          <w:i w:val="0"/>
        </w:rPr>
        <w:t>‘Không, thưa ngài. Chúng tôi là một nhóm những người cùng chí hướng, đã thành đạt trong sự nghiệp, và giờ cảm thấy đã đến lúc cần đền đáp lại điều gì đó cho xã hội.’</w:t>
      </w:r>
    </w:p>
    <w:p>
      <w:pPr>
        <w:spacing w:after="80"/>
      </w:pPr>
      <w:r>
        <w:rPr>
          <w:b w:val="0"/>
          <w:i w:val="0"/>
        </w:rPr>
        <w:t>‘Rất đáng khen ngợi,’ Booth Watson nói. Vị thẩm phán cau mày. ‘Ngài có mục đích thiện nguyện cụ thể nào trong đầu không?’</w:t>
      </w:r>
    </w:p>
    <w:p>
      <w:pPr>
        <w:spacing w:after="80"/>
      </w:pPr>
      <w:r>
        <w:rPr>
          <w:b w:val="0"/>
          <w:i w:val="0"/>
        </w:rPr>
        <w:t>‘Tất cả chúng tôi đều yêu nghệ thuật, với muôn vàn hình thức khác nhau, và đều tin chắc rằng văn hóa có thể đóng một vai trò tích cực trong việc giáo dục giới trẻ.’</w:t>
      </w:r>
    </w:p>
    <w:p>
      <w:pPr>
        <w:spacing w:after="80"/>
      </w:pPr>
      <w:r>
        <w:rPr>
          <w:b w:val="0"/>
          <w:i w:val="0"/>
        </w:rPr>
        <w:t>‘Đặc biệt là diễn xuất,’ Sir Julian lẩm bẩm, ‘và khả năng nhớ lời thoại khi làm việc theo một kịch bản đã chuẩn bị sẵn.’</w:t>
      </w:r>
    </w:p>
    <w:p>
      <w:pPr>
        <w:spacing w:after="80"/>
      </w:pPr>
      <w:r>
        <w:rPr>
          <w:b w:val="0"/>
          <w:i w:val="0"/>
        </w:rPr>
        <w:t>‘Hết sức đáng khen,’ Booth Watson rù rì.</w:t>
      </w:r>
    </w:p>
    <w:p>
      <w:pPr>
        <w:spacing w:after="80"/>
      </w:pPr>
      <w:r>
        <w:rPr>
          <w:b w:val="0"/>
          <w:i w:val="0"/>
        </w:rPr>
        <w:t>‘Cẩn thận lời lẽ đấy, ngài Booth Watson,’ vị thẩm phán nói với vẻ mệt mỏi.</w:t>
      </w:r>
    </w:p>
    <w:p>
      <w:pPr>
        <w:spacing w:after="80"/>
      </w:pPr>
      <w:r>
        <w:rPr>
          <w:b w:val="0"/>
          <w:i w:val="0"/>
        </w:rPr>
        <w:t>‘Ít nhất thì thẩm phán cũng nhìn ra họ đang giở trò gì,’ Grace thì thầm.</w:t>
      </w:r>
    </w:p>
    <w:p>
      <w:pPr>
        <w:spacing w:after="80"/>
      </w:pPr>
      <w:r>
        <w:rPr>
          <w:b w:val="0"/>
          <w:i w:val="0"/>
        </w:rPr>
        <w:t>‘Ừ, nhưng bồi thẩm đoàn có nhìn ra không?’ cha cô đáp lại.</w:t>
      </w:r>
    </w:p>
    <w:p>
      <w:pPr>
        <w:spacing w:after="80"/>
      </w:pPr>
      <w:r>
        <w:rPr>
          <w:b w:val="0"/>
          <w:i w:val="0"/>
        </w:rPr>
        <w:t>‘Tôi thành thật xin lỗi, thưa ngài,’ Booth Watson nói, trông chẳng có vẻ gì là xin lỗi cả. ‘Tuy nhiên, thưa ngài Faulkner, ngài có thể xác nhận rằng gần đây ngài đã quyên tặng hai tác phẩm nghệ thuật lớn trong bộ sưu tập của mình, trị giá vài triệu bảng, cho một trong những bảo tàng quốc gia của chúng ta không?’</w:t>
      </w:r>
    </w:p>
    <w:p>
      <w:pPr>
        <w:spacing w:after="80"/>
      </w:pPr>
      <w:r>
        <w:rPr>
          <w:b w:val="0"/>
          <w:i w:val="0"/>
        </w:rPr>
        <w:t>‘Vâng, tôi đã buồn lòng chia tay một bức Rembrandt và một bức Rubens, nhưng tôi đã có biết bao niềm vui với chúng trong suốt cuộc đời mình, nên sẽ còn vui hơn nữa khi biết rằng biết bao nhiêu người trẻ,’ ông ngừng lại một chút, ‘và cả những người không còn trẻ nữa, giờ đây có thể thưởng thức chúng.’ Ông quay sang mỉm cười với bồi thẩm đoàn, đúng như Booth Watson đã dặn ông làm vào lúc đó, và được đền đáp bằng việc một hai người trong số họ đáp lại lời chào của ông.</w:t>
      </w:r>
    </w:p>
    <w:p>
      <w:pPr>
        <w:spacing w:after="80"/>
      </w:pPr>
      <w:r>
        <w:rPr>
          <w:b w:val="0"/>
          <w:i w:val="0"/>
        </w:rPr>
        <w:t>‘Giờ tôi muốn chuyển sang tội danh duy nhất bị cáo buộc đối với ngài, cụ thể là vào đêm ngày mười bảy tháng Năm, người ta phát hiện ngài đang tàng trữ mười hai gam cocaine để sử dụng cho cá nhân.’</w:t>
      </w:r>
    </w:p>
    <w:p>
      <w:pPr>
        <w:spacing w:after="80"/>
      </w:pPr>
      <w:r>
        <w:rPr>
          <w:b w:val="0"/>
          <w:i w:val="0"/>
        </w:rPr>
        <w:t>‘Chà, nếu đúng là tôi có, thì chỗ đó cũng đủ dùng cả năm trời.’</w:t>
      </w:r>
    </w:p>
    <w:p>
      <w:pPr>
        <w:spacing w:after="80"/>
      </w:pPr>
      <w:r>
        <w:rPr>
          <w:b w:val="0"/>
          <w:i w:val="0"/>
        </w:rPr>
        <w:t xml:space="preserve">Clare viết, </w:t>
      </w:r>
      <w:r>
        <w:rPr>
          <w:b w:val="0"/>
          <w:i/>
        </w:rPr>
        <w:t>Sao ông ta biết mười hai gam là đủ dùng cả năm trời nhỉ?</w:t>
      </w:r>
      <w:r>
        <w:rPr>
          <w:b w:val="0"/>
          <w:i w:val="0"/>
        </w:rPr>
        <w:t xml:space="preserve"> rồi chuyền mẩu giấy cho Grace.</w:t>
      </w:r>
    </w:p>
    <w:p>
      <w:pPr>
        <w:spacing w:after="80"/>
      </w:pPr>
      <w:r>
        <w:rPr>
          <w:b w:val="0"/>
          <w:i w:val="0"/>
        </w:rPr>
        <w:t>‘Ông Faulkner, hãy nhớ rằng ông đang tuyên thệ trước tòa, ông có thể cho tòa biết liệu trong đời ông đã từng sử dụng chất gây nghiện bị kiểm soát nào chưa?’</w:t>
      </w:r>
    </w:p>
    <w:p>
      <w:pPr>
        <w:spacing w:after="80"/>
      </w:pPr>
      <w:r>
        <w:rPr>
          <w:b w:val="0"/>
          <w:i w:val="0"/>
        </w:rPr>
        <w:t>‘Có, thưa ngài. Tôi từng hút một điếu cần sa khi còn học trường nghệ thuật, nhưng nó khiến tôi thấy khó chịu, nên tôi không buồn thử thêm điếu nào nữa.’</w:t>
      </w:r>
    </w:p>
    <w:p>
      <w:pPr>
        <w:spacing w:after="80"/>
      </w:pPr>
      <w:r>
        <w:rPr>
          <w:b w:val="0"/>
          <w:i w:val="0"/>
        </w:rPr>
        <w:t>‘Vậy ông phủ nhận việc ông Adrian Heath đã đến nhà ông vào ngày mười bảy tháng Năm và đề nghị bán cho ông mười hai gam cocaine với giá tám trăm bảng Anh?’</w:t>
      </w:r>
    </w:p>
    <w:p>
      <w:pPr>
        <w:spacing w:after="80"/>
      </w:pPr>
      <w:r>
        <w:rPr>
          <w:b w:val="0"/>
          <w:i w:val="0"/>
        </w:rPr>
        <w:t>‘Tôi không nhớ chính xác số tiền, thưa ông Booth Watson, nhưng như ông Heath đã khai, đó là để mua loại trứng cá muối Royal Beluga thượng hạng, do Fortnum and Mason cung cấp.’</w:t>
      </w:r>
    </w:p>
    <w:p>
      <w:pPr>
        <w:spacing w:after="80"/>
      </w:pPr>
      <w:r>
        <w:rPr>
          <w:b w:val="0"/>
          <w:i w:val="0"/>
        </w:rPr>
        <w:t xml:space="preserve">Clare ghi xuống </w:t>
      </w:r>
      <w:r>
        <w:rPr>
          <w:b w:val="0"/>
          <w:i/>
        </w:rPr>
        <w:t>£20</w:t>
      </w:r>
      <w:r>
        <w:rPr>
          <w:b w:val="0"/>
          <w:i w:val="0"/>
        </w:rPr>
        <w:t>, gạch dưới rồi đưa cho Ngài Julian, ông mỉm cười và gật đầu.</w:t>
      </w:r>
    </w:p>
    <w:p>
      <w:pPr>
        <w:spacing w:after="80"/>
      </w:pPr>
      <w:r>
        <w:rPr>
          <w:b w:val="0"/>
          <w:i w:val="0"/>
        </w:rPr>
        <w:t>‘Và trước đêm đó ông chưa từng gặp ông Heath?’</w:t>
      </w:r>
    </w:p>
    <w:p>
      <w:pPr>
        <w:spacing w:after="80"/>
      </w:pPr>
      <w:r>
        <w:rPr>
          <w:b w:val="0"/>
          <w:i w:val="0"/>
        </w:rPr>
        <w:t>‘Chưa, chưa bao giờ. Tôi vô cùng kinh hoàng khi biết tin về cái chết thương tâm của anh ấy, và đồng thời cũng có phần hoang mang.’</w:t>
      </w:r>
    </w:p>
    <w:p>
      <w:pPr>
        <w:spacing w:after="80"/>
      </w:pPr>
      <w:r>
        <w:rPr>
          <w:b w:val="0"/>
          <w:i w:val="0"/>
        </w:rPr>
        <w:t>‘Ý ông muốn nói gì, ông Faulkner?’ BW hỏi với vẻ ngây thơ.</w:t>
      </w:r>
    </w:p>
    <w:p>
      <w:pPr>
        <w:spacing w:after="80"/>
      </w:pPr>
      <w:r>
        <w:rPr>
          <w:b w:val="0"/>
          <w:i w:val="0"/>
        </w:rPr>
        <w:t>‘Tôi hoang mang không hiểu vì sao hai thám tử của Scotland Yard lại tình cờ có mặt ngay tại hiện trường vụ án chỉ vài khoảnh khắc trước khi vụ giết người xảy ra.’</w:t>
      </w:r>
    </w:p>
    <w:p>
      <w:pPr>
        <w:spacing w:after="80"/>
      </w:pPr>
      <w:r>
        <w:rPr>
          <w:b w:val="0"/>
          <w:i w:val="0"/>
        </w:rPr>
        <w:t>‘Dừng lại ở đó, ông Faulkner,’ vị thẩm phán ngắt lời. Nhìn sang bồi thẩm đoàn, ông nói, ‘Quý vị phải gạt những lời đó ra khỏi đầu.’</w:t>
      </w:r>
    </w:p>
    <w:p>
      <w:pPr>
        <w:spacing w:after="80"/>
      </w:pPr>
      <w:r>
        <w:rPr>
          <w:b w:val="0"/>
          <w:i w:val="0"/>
        </w:rPr>
        <w:t>‘Nhưng họ sẽ không đâu,’ Ngài Julian thì thầm, ‘vì Faulkner biết rõ điều đó hơn ai hết.’</w:t>
      </w:r>
    </w:p>
    <w:p>
      <w:pPr>
        <w:spacing w:after="80"/>
      </w:pPr>
      <w:r>
        <w:rPr>
          <w:b w:val="0"/>
          <w:i w:val="0"/>
        </w:rPr>
        <w:t>‘Tiếp tục đi, ông Booth Watson,’ vị thẩm phán nói dứt khoát.</w:t>
      </w:r>
    </w:p>
    <w:p>
      <w:pPr>
        <w:spacing w:after="80"/>
      </w:pPr>
      <w:r>
        <w:rPr>
          <w:b w:val="0"/>
          <w:i w:val="0"/>
        </w:rPr>
        <w:t>‘Ông Faulkner, ông có lời giải thích nào về việc làm sao mười hai gam cocaine lại nằm trong một bức tượng ở nhà ông không?’</w:t>
      </w:r>
    </w:p>
    <w:p>
      <w:pPr>
        <w:spacing w:after="80"/>
      </w:pPr>
      <w:r>
        <w:rPr>
          <w:b w:val="0"/>
          <w:i w:val="0"/>
        </w:rPr>
        <w:t>‘Hoàn toàn không. Tôi từ chối tin rằng Thanh tra Lamont hay một trong những người của ông ta lại có thể dính líu đến một việc thối nát như gài thuốc vào nhà của một người vô tội, với ý định tạo ra một bản án sai trái.’ Ông ngừng lại. ‘Lần thứ hai.’</w:t>
      </w:r>
    </w:p>
    <w:p>
      <w:pPr>
        <w:spacing w:after="80"/>
      </w:pPr>
      <w:r>
        <w:rPr>
          <w:b w:val="0"/>
          <w:i w:val="0"/>
        </w:rPr>
        <w:t>Vị thẩm phán vừa định can thiệp lần nữa thì Faulkner nói thêm, ‘Dù vậy thì . . .’ và lại ngừng lại.</w:t>
      </w:r>
    </w:p>
    <w:p>
      <w:pPr>
        <w:spacing w:after="80"/>
      </w:pPr>
      <w:r>
        <w:rPr>
          <w:b w:val="0"/>
          <w:i w:val="0"/>
        </w:rPr>
        <w:t>‘Dù vậy thì?’ Booth Watson nói.</w:t>
      </w:r>
    </w:p>
    <w:p>
      <w:pPr>
        <w:spacing w:after="80"/>
      </w:pPr>
      <w:r>
        <w:rPr>
          <w:b w:val="0"/>
          <w:i w:val="0"/>
        </w:rPr>
        <w:t>‘Tôi đã sốc khi Thanh tra Lamont bắt tôi, ông ấy nói, “Tôi đã mong chờ điều này từ lâu lắm rồi.” ’</w:t>
      </w:r>
    </w:p>
    <w:p>
      <w:pPr>
        <w:spacing w:after="80"/>
      </w:pPr>
      <w:r>
        <w:rPr>
          <w:b w:val="0"/>
          <w:i w:val="0"/>
        </w:rPr>
        <w:t>Vị thẩm phán chờ cho tiếng ồn ào lắng xuống, rồi mới nói, ‘Ông Faulkner, ông có bằng chứng nào cho thấy Thanh tra Lamont đã nói những lời đó không? Hay ông chỉ dựa vào trí nhớ của mình?’</w:t>
      </w:r>
    </w:p>
    <w:p>
      <w:pPr>
        <w:spacing w:after="80"/>
      </w:pPr>
      <w:r>
        <w:rPr>
          <w:b w:val="0"/>
          <w:i w:val="0"/>
        </w:rPr>
        <w:t>‘Thưa Ngài, tôi đã ghi chú lại ngay lúc bắt giữ,’ Booth Watson xen vào. ‘À, đúng rồi, đây. “Tôi đã mong chờ điều này từ lâu rồi.” Ông Faulkner đã nói sai một từ.’</w:t>
      </w:r>
    </w:p>
    <w:p>
      <w:pPr>
        <w:spacing w:after="80"/>
      </w:pPr>
      <w:r>
        <w:rPr>
          <w:b w:val="0"/>
          <w:i w:val="0"/>
        </w:rPr>
        <w:t>Vị thẩm phán ghi lại những lời đó rồi nói, ‘Tiếp tục đi, ông Booth Watson.’</w:t>
      </w:r>
    </w:p>
    <w:p>
      <w:pPr>
        <w:spacing w:after="80"/>
      </w:pPr>
      <w:r>
        <w:rPr>
          <w:b w:val="0"/>
          <w:i w:val="0"/>
        </w:rPr>
        <w:t>‘Cảm ơn Ngài. Ông Faulkner, ông không phủ nhận rằng cảnh sát đã tìm thấy hai điếu cần sa và một viên thuốc Ecstasy trong suốt hai giờ họ lục soát nhà ông.’</w:t>
      </w:r>
    </w:p>
    <w:p>
      <w:pPr>
        <w:spacing w:after="80"/>
      </w:pPr>
      <w:r>
        <w:rPr>
          <w:b w:val="0"/>
          <w:i w:val="0"/>
        </w:rPr>
        <w:t>‘Đúng vậy. Họ tìm thấy viên Ecstasy trong bếp và những điếu cần sa trong chuồng ngựa. Hai nhân viên đã thừa nhận đó là của họ, và tôi không còn cách nào khác ngoài việc cho họ nghỉ việc.’</w:t>
      </w:r>
    </w:p>
    <w:p>
      <w:pPr>
        <w:spacing w:after="80"/>
      </w:pPr>
      <w:r>
        <w:rPr>
          <w:b w:val="0"/>
          <w:i w:val="0"/>
        </w:rPr>
        <w:t>‘Cuối cùng, ông Faulkner, tôi có thể hỏi quan điểm của ông về những người sử dụng ma túy bất hợp pháp là gì không?’</w:t>
      </w:r>
    </w:p>
    <w:p>
      <w:pPr>
        <w:spacing w:after="80"/>
      </w:pPr>
      <w:r>
        <w:rPr>
          <w:b w:val="0"/>
          <w:i w:val="0"/>
        </w:rPr>
        <w:t>‘Tôi thấy thương cho họ. Họ thường là những người buồn bã, bất lực, đang rất cần sự giúp đỡ y tế. Nhưng đối với những kẻ buôn bán, tôi coi họ là những kẻ đê tiện, đáng khinh, và là vết nhơ của xã hội chúng ta. Họ đáng bị chôn vùi trong địa ngục.’</w:t>
      </w:r>
    </w:p>
    <w:p>
      <w:pPr>
        <w:spacing w:after="80"/>
      </w:pPr>
      <w:r>
        <w:rPr>
          <w:b w:val="0"/>
          <w:i w:val="0"/>
        </w:rPr>
        <w:t>‘Không còn câu hỏi nào nữa, thưa Ngài.’</w:t>
      </w:r>
    </w:p>
    <w:p>
      <w:pPr>
        <w:spacing w:after="80"/>
      </w:pPr>
      <w:r>
        <w:rPr>
          <w:b w:val="0"/>
          <w:i w:val="0"/>
        </w:rPr>
        <w:t>‘Cảm ơn ông, ông Booth Watson. Tôi nghĩ đây là thời điểm thích hợp để nghỉ giải lao. Chúng ta sẽ tiếp tục lúc hai giờ, khi tôi sẽ mời bà Warwick tiến hành thẩm vấn nhân chứng này. Tất cả đứng dậy.’</w:t>
      </w:r>
    </w:p>
    <w:p>
      <w:pPr>
        <w:pStyle w:val="Heading2"/>
      </w:pPr>
      <w:r>
        <w:rPr>
          <w:rFonts w:ascii="Calibri" w:hAnsi="Calibri"/>
          <w:b/>
          <w:i w:val="0"/>
          <w:sz w:val="32"/>
        </w:rPr>
        <w:t>21</w:t>
      </w:r>
    </w:p>
    <w:p>
      <w:pPr>
        <w:spacing w:after="80"/>
      </w:pPr>
      <w:r>
        <w:rPr>
          <w:b w:val="0"/>
          <w:i w:val="0"/>
        </w:rPr>
        <w:t>‘Anh có nghĩ em có thể nhờ Bố thay em không?’ Grace nói, khi cô ngồi sụp xuống chiếc ghế gần nhất.</w:t>
      </w:r>
    </w:p>
    <w:p>
      <w:pPr>
        <w:spacing w:after="80"/>
      </w:pPr>
      <w:r>
        <w:rPr>
          <w:b w:val="0"/>
          <w:i w:val="0"/>
        </w:rPr>
        <w:t>‘Đừng có mơ,’ Clare nói. ‘Nhất là vì ông sẽ từ chối, và sẽ không bao giờ coi em ra gì nữa.’</w:t>
      </w:r>
    </w:p>
    <w:p>
      <w:pPr>
        <w:spacing w:after="80"/>
      </w:pPr>
      <w:r>
        <w:rPr>
          <w:b w:val="0"/>
          <w:i w:val="0"/>
        </w:rPr>
        <w:t>‘Nhưng chị thấy Faulkner đã xử lý Booth Watson từ bục nhân chứng như thế nào rồi đấy. Anh ta tự tin và đầy bản lĩnh, và có câu trả lời cho từng câu hỏi của ông ta.’</w:t>
      </w:r>
    </w:p>
    <w:p>
      <w:pPr>
        <w:spacing w:after="80"/>
      </w:pPr>
      <w:r>
        <w:rPr>
          <w:b w:val="0"/>
          <w:i w:val="0"/>
        </w:rPr>
        <w:t>‘Tất nhiên rồi. Anh ta biết trước từng câu hỏi sắp được đặt ra, ngay cả trước khi Booth Watson mở miệng, nên chẳng khó gì để anh ta có sẵn một câu nói đã được tập dượt kỹ càng, trông như thể ứng khẩu, để gây ấn tượng với bồi thẩm đoàn.’</w:t>
      </w:r>
    </w:p>
    <w:p>
      <w:pPr>
        <w:spacing w:after="80"/>
      </w:pPr>
      <w:r>
        <w:rPr>
          <w:b w:val="0"/>
          <w:i w:val="0"/>
        </w:rPr>
        <w:t>‘Nhưng nếu anh ta đã biết về bằng chứng quyết định . . .’</w:t>
      </w:r>
    </w:p>
    <w:p>
      <w:pPr>
        <w:spacing w:after="80"/>
      </w:pPr>
      <w:r>
        <w:rPr>
          <w:b w:val="0"/>
          <w:i w:val="0"/>
        </w:rPr>
        <w:t>‘Nếu hắn làm thế, Booth Watson đã bóp cò ngay sáng nay và thổi bay toàn bộ phần thẩm vấn của cô rồi.’</w:t>
      </w:r>
    </w:p>
    <w:p>
      <w:pPr>
        <w:spacing w:after="80"/>
      </w:pPr>
      <w:r>
        <w:rPr>
          <w:b w:val="0"/>
          <w:i w:val="0"/>
        </w:rPr>
        <w:t>Grace định đáp lời thì cha cô bước vào hành lang, rõ ràng là đang tìm trợ lý của mình.</w:t>
      </w:r>
    </w:p>
    <w:p>
      <w:pPr>
        <w:spacing w:after="80"/>
      </w:pPr>
      <w:r>
        <w:rPr>
          <w:b w:val="0"/>
          <w:i w:val="0"/>
        </w:rPr>
        <w:t>‘Con sẽ nhờ ông ấy thay con,’ cô thì thầm.</w:t>
      </w:r>
    </w:p>
    <w:p>
      <w:pPr>
        <w:spacing w:after="80"/>
      </w:pPr>
      <w:r>
        <w:rPr>
          <w:b w:val="0"/>
          <w:i w:val="0"/>
        </w:rPr>
        <w:t>‘Chúng ta nên quay lại phòng xử án thôi,’ Sir Julian nói. ‘Mọi người đang chờ con đấy. Cả mẹ con cũng đang ngồi ở khu khán giả kìa.’</w:t>
      </w:r>
    </w:p>
    <w:p>
      <w:pPr>
        <w:spacing w:after="80"/>
      </w:pPr>
      <w:r>
        <w:rPr>
          <w:b w:val="0"/>
          <w:i w:val="0"/>
        </w:rPr>
        <w:t>‘Grace vừa kể với tôi là cô bé mong chờ thử thách này lắm,’ Clare nói.</w:t>
      </w:r>
    </w:p>
    <w:p>
      <w:pPr>
        <w:spacing w:after="80"/>
      </w:pPr>
      <w:r>
        <w:rPr>
          <w:b w:val="0"/>
          <w:i w:val="0"/>
        </w:rPr>
        <w:t>‘Nghe thế thì tốt quá,’ Sir Julian nói, ‘mặc dù trong những dịp thế này thì không nên quá tự tin. Lần đầu ở Bailey lúc nào cũng là một thử thách cam go, nhưng một khi con đã đứng lên rồi thì . . .’ Grace không nhúc nhích. ‘Dù sao thì, chúng ta nên đi thôi. Không thể để quan tòa phải chờ được.’</w:t>
      </w:r>
    </w:p>
    <w:p>
      <w:pPr>
        <w:spacing w:after="80"/>
      </w:pPr>
      <w:r>
        <w:rPr>
          <w:b w:val="0"/>
          <w:i w:val="0"/>
        </w:rPr>
        <w:t>Khi Grace đứng dậy, đôi chân cô gần như khuỵu xuống. Clare nhanh chóng nắm lấy tay cô và dẫn cô chậm rãi nhưng dứt khoát quay lại đấu trường.</w:t>
      </w:r>
    </w:p>
    <w:p>
      <w:pPr>
        <w:spacing w:after="80"/>
      </w:pPr>
      <w:r>
        <w:rPr>
          <w:b w:val="0"/>
          <w:i w:val="0"/>
        </w:rPr>
        <w:t>‘Ông có nghĩ Faulkner cũng hồi hộp như con không?’ cô hỏi, khi Ngài Thẩm phán Baverstock bước vào phòng xử án và ngồi vào vị trí.</w:t>
      </w:r>
    </w:p>
    <w:p>
      <w:pPr>
        <w:spacing w:after="80"/>
      </w:pPr>
      <w:r>
        <w:rPr>
          <w:b w:val="0"/>
          <w:i w:val="0"/>
        </w:rPr>
        <w:t>‘Không,’ Clare đáp. ‘Chính vì thế mà con sẽ hạ gục ông ta.’</w:t>
      </w:r>
    </w:p>
    <w:p>
      <w:pPr>
        <w:spacing w:after="80"/>
      </w:pPr>
      <w:r>
        <w:rPr>
          <w:b w:val="0"/>
          <w:i w:val="0"/>
        </w:rPr>
        <w:t>Khi phòng xử án đã ổn định, vị thẩm phán nhìn xuống bàn của bên công tố đầy vẻ chờ đợi. Grace liếc nhìn cha mình, nhưng ông không nhúc nhích. Booth Watson trông có vẻ bối rối, trong khi Faulkner trừng mắt nhìn cô từ trong ghế nhân chứng.</w:t>
      </w:r>
    </w:p>
    <w:p>
      <w:pPr>
        <w:spacing w:after="80"/>
      </w:pPr>
      <w:r>
        <w:rPr>
          <w:b w:val="0"/>
          <w:i w:val="0"/>
        </w:rPr>
        <w:t>‘Đứng lên!’ Clare thì thầm gay gắt.</w:t>
      </w:r>
    </w:p>
    <w:p>
      <w:pPr>
        <w:spacing w:after="80"/>
      </w:pPr>
      <w:r>
        <w:rPr>
          <w:b w:val="0"/>
          <w:i w:val="0"/>
        </w:rPr>
        <w:t>Grace loạng choạng đứng dậy. Càng khó khăn hơn khi mọi người trong phòng xử án đều đang nhìn chằm chằm vào cô. Cô nhìn xuống danh sách câu hỏi đã chuẩn bị kỹ càng, mở miệng, nhưng không thốt ra được lời nào.</w:t>
      </w:r>
    </w:p>
    <w:p>
      <w:pPr>
        <w:spacing w:after="80"/>
      </w:pPr>
      <w:r>
        <w:rPr>
          <w:b w:val="0"/>
          <w:i w:val="0"/>
        </w:rPr>
        <w:t>‘Khi nào cô sẵn sàng, cô Warwick,’ vị thẩm phán nói, nở một nụ cười khích lệ với cô. Nhưng vẫn không có gì cả.</w:t>
      </w:r>
    </w:p>
    <w:p>
      <w:pPr>
        <w:spacing w:after="80"/>
      </w:pPr>
      <w:r>
        <w:rPr>
          <w:b w:val="0"/>
          <w:i w:val="0"/>
        </w:rPr>
        <w:t>‘Làm tiếp đi!’ Clare thì thầm từ phía sau.</w:t>
      </w:r>
    </w:p>
    <w:p>
      <w:pPr>
        <w:spacing w:after="80"/>
      </w:pPr>
      <w:r>
        <w:rPr>
          <w:b w:val="0"/>
          <w:i w:val="0"/>
        </w:rPr>
        <w:t>‘Ông Faulkner,’ cô cố gắng nói. ‘Tôi sẽ không giữ ông lâu đâu –’ một chiêu cô học được từ Booth Watson – ‘nhưng tôi muốn đi sâu hơn một chút về cuộc gặp của ông với ông Heath vào ngày mười bảy tháng Năm, khi, theo yêu cầu của ông, ông ấy đến nhà ông để giao một hộp trứng cá muối Royal Beluga thượng hạng.’</w:t>
      </w:r>
    </w:p>
    <w:p>
      <w:pPr>
        <w:spacing w:after="80"/>
      </w:pPr>
      <w:r>
        <w:rPr>
          <w:b w:val="0"/>
          <w:i w:val="0"/>
        </w:rPr>
        <w:t>Booth Watson bám chặt lấy ve áo choàng của mình, một tín hiệu đã sắp đặt trước rằng thân chủ của ông ta nên im lặng.</w:t>
      </w:r>
    </w:p>
    <w:p>
      <w:pPr>
        <w:spacing w:after="80"/>
      </w:pPr>
      <w:r>
        <w:rPr>
          <w:b w:val="0"/>
          <w:i w:val="0"/>
        </w:rPr>
        <w:t>‘Mà ông đã trả cho anh ta tám trăm bảng vì việc đó.’</w:t>
      </w:r>
    </w:p>
    <w:p>
      <w:pPr>
        <w:spacing w:after="80"/>
      </w:pPr>
      <w:r>
        <w:rPr>
          <w:b w:val="0"/>
          <w:i w:val="0"/>
        </w:rPr>
        <w:t>‘Đúng vậy,’ Faulkner nói, cảm thấy mình đang đứng trên nền đất vững chắc.</w:t>
      </w:r>
    </w:p>
    <w:p>
      <w:pPr>
        <w:spacing w:after="80"/>
      </w:pPr>
      <w:r>
        <w:rPr>
          <w:b w:val="0"/>
          <w:i w:val="0"/>
        </w:rPr>
        <w:t>‘Và quả thực, ông Heath đã xác nhận con số đó khi ông ấy làm chứng vào ngày đầu tiên của phiên tòa này.’</w:t>
      </w:r>
    </w:p>
    <w:p>
      <w:pPr>
        <w:spacing w:after="80"/>
      </w:pPr>
      <w:r>
        <w:rPr>
          <w:b w:val="0"/>
          <w:i w:val="0"/>
        </w:rPr>
        <w:t>‘Đúng là ông ấy đã làm vậy,’ Faulkner nói, đầy thách thức. ‘Vậy, giờ ông có định cuối cùng thừa nhận rằng ông ấy đã nói thật không?’</w:t>
      </w:r>
    </w:p>
    <w:p>
      <w:pPr>
        <w:spacing w:after="80"/>
      </w:pPr>
      <w:r>
        <w:rPr>
          <w:b w:val="0"/>
          <w:i w:val="0"/>
        </w:rPr>
        <w:t>‘Về chuyện tám trăm bảng, tôi chấp nhận rằng cả hai ông đều đã nói thật, nhưng trước khi tôi quay lại lời khai của ông Heath, tôi có thể đưa ông trở lại với một nhân chứng khác, Tiến sĩ Ruth Lewis, người đã đưa ra bằng chứng hôm qua được không.’</w:t>
      </w:r>
    </w:p>
    <w:p>
      <w:pPr>
        <w:spacing w:after="80"/>
      </w:pPr>
      <w:r>
        <w:rPr>
          <w:b w:val="0"/>
          <w:i w:val="0"/>
        </w:rPr>
        <w:t>‘Kẻ nịnh bợ của chính phủ, người đang phát ngôn thay cho Vương quyền đó à?’ Faulkner nói, phớt lờ Booth Watson, người đã cảnh báo ông phải giữ câu trả lời ở mức tối thiểu các sự thật khách quan và chắc chắn không được xúc phạm bất kỳ ai.</w:t>
      </w:r>
    </w:p>
    <w:p>
      <w:pPr>
        <w:spacing w:after="80"/>
      </w:pPr>
      <w:r>
        <w:rPr>
          <w:b w:val="0"/>
          <w:i w:val="0"/>
        </w:rPr>
        <w:t>‘Tiến sĩ Lewis đã nói với tòa rằng giá đường phố của mười hai gam cocaine tinh khiết chín mươi hai phần trăm cũng sẽ vào khoảng tám trăm bảng. Ông có thấy đó là một sự trùng hợp hơi kỳ lạ không?’</w:t>
      </w:r>
    </w:p>
    <w:p>
      <w:pPr>
        <w:spacing w:after="80"/>
      </w:pPr>
      <w:r>
        <w:rPr>
          <w:b w:val="0"/>
          <w:i w:val="0"/>
        </w:rPr>
        <w:t>‘Không, tôi không thấy vậy. Một khi bà ta biết số tiền tôi đã trả cho Heath, bà ta liền tiện thể dùng nó để củng cố lập luận của mình. Đó mới đúng là cái tôi gọi là sự trùng hợp, nếu không phải vì thực tế là bà ta đang làm việc cho ông.’</w:t>
      </w:r>
    </w:p>
    <w:p>
      <w:pPr>
        <w:spacing w:after="80"/>
      </w:pPr>
      <w:r>
        <w:rPr>
          <w:b w:val="0"/>
          <w:i w:val="0"/>
        </w:rPr>
        <w:t>Hòn đá đó đã bay vô hại qua vai Faulkner, Grace liền chọn một hòn khác từ chiếc túi nặng trịch của mình.</w:t>
      </w:r>
    </w:p>
    <w:p>
      <w:pPr>
        <w:spacing w:after="80"/>
      </w:pPr>
      <w:r>
        <w:rPr>
          <w:b w:val="0"/>
          <w:i w:val="0"/>
        </w:rPr>
        <w:t>‘Ông đang ám chỉ rằng, ông Faulkner, Tiến sĩ Lewis đã bịa ra con số tám trăm bảng để đánh lừa tòa án sao?’</w:t>
      </w:r>
    </w:p>
    <w:p>
      <w:pPr>
        <w:spacing w:after="80"/>
      </w:pPr>
      <w:r>
        <w:rPr>
          <w:b w:val="0"/>
          <w:i w:val="0"/>
        </w:rPr>
        <w:t>‘Đó là lời của ông, không phải của tôi,’ Faulkner nói, trông khá hài lòng với bản thân.</w:t>
      </w:r>
    </w:p>
    <w:p>
      <w:pPr>
        <w:spacing w:after="80"/>
      </w:pPr>
      <w:r>
        <w:rPr>
          <w:b w:val="0"/>
          <w:i w:val="0"/>
        </w:rPr>
        <w:t>‘Vậy thì tôi buộc phải hỏi, nếu lúc đó ông nghi ngờ tính trung thực của bà ta, tại sao vị luật sư lỗi lạc của ông lại không phản bác các kết luận của bà ta? Thực tế, như tôi chắc ông sẽ nhớ, ông Booth Watson đã chọn không chất vấn Tiến sĩ Lewis, điều này phần nào cho thấy ông ấy đã chấp nhận bằng chứng của bà ta mà không thắc mắc gì.’</w:t>
      </w:r>
    </w:p>
    <w:p>
      <w:pPr>
        <w:spacing w:after="80"/>
      </w:pPr>
      <w:r>
        <w:rPr>
          <w:b w:val="0"/>
          <w:i w:val="0"/>
        </w:rPr>
        <w:t>Booth Watson lúc này đang giật ve áo điên cuồng, khiến Clare ghi thêm một dòng chữ, rồi nhanh chóng chuyển cho Ngài Julian. Ông chưa để ý Booth Watson đang làm gì cho đến lúc đó, nhưng ngay lập tức quay sang nhìn chằm chằm đầy ẩn ý vào luật sư bào chữa, người miễn cưỡng khoanh tay lại.</w:t>
      </w:r>
    </w:p>
    <w:p>
      <w:pPr>
        <w:spacing w:after="80"/>
      </w:pPr>
      <w:r>
        <w:rPr>
          <w:b w:val="0"/>
          <w:i w:val="0"/>
        </w:rPr>
        <w:t>‘Có phải cũng là một sự trùng hợp khác rằng mười hai gam chính là lượng cocaine tinh khiết mà cảnh sát tìm thấy bên trong bức tượng tại nhà ông không?’</w:t>
      </w:r>
    </w:p>
    <w:p>
      <w:pPr>
        <w:spacing w:after="80"/>
      </w:pPr>
      <w:r>
        <w:rPr>
          <w:b w:val="0"/>
          <w:i w:val="0"/>
        </w:rPr>
        <w:t>‘Ông ta biết chính xác lượng cần gài vào, thứ có thể mua được với tám trăm bảng,’ Faulkner nói, chỉ tay về phía Lamont.</w:t>
      </w:r>
    </w:p>
    <w:p>
      <w:pPr>
        <w:spacing w:after="80"/>
      </w:pPr>
      <w:r>
        <w:rPr>
          <w:b w:val="0"/>
          <w:i w:val="0"/>
        </w:rPr>
        <w:t>‘Tôi không nghĩ vậy đâu, ông Faulkner. Ông Heath đã rời nhà ông cùng số tiền trước khi bất kỳ ai khác biết số tiền liên quan là bao nhiêu – trừ ông.’</w:t>
      </w:r>
    </w:p>
    <w:p>
      <w:pPr>
        <w:spacing w:after="80"/>
      </w:pPr>
      <w:r>
        <w:rPr>
          <w:b w:val="0"/>
          <w:i w:val="0"/>
        </w:rPr>
        <w:t>‘Như tôi đã nói lúc trước, cô Warwick, tôi không thể chắc chắn về số tiền chính xác mà tôi đã trả cho ông Heath.’</w:t>
      </w:r>
    </w:p>
    <w:p>
      <w:pPr>
        <w:spacing w:after="80"/>
      </w:pPr>
      <w:r>
        <w:rPr>
          <w:b w:val="0"/>
          <w:i w:val="0"/>
        </w:rPr>
        <w:t>Lần này Faulkner đã không kịp né tránh, nhưng anh ta vẫn nhìn trừng trừng đầy thách thức vào vị luật sư phụ trách, như thể cú đánh chưa hề giáng trúng.</w:t>
      </w:r>
    </w:p>
    <w:p>
      <w:pPr>
        <w:spacing w:after="80"/>
      </w:pPr>
      <w:r>
        <w:rPr>
          <w:b w:val="0"/>
          <w:i w:val="0"/>
        </w:rPr>
        <w:t>‘Ông Faulkner, một tờ giấy bạc hai mươi bảng đã được tìm thấy trên bàn làm việc trong phòng nghiên cứu của ông.’</w:t>
      </w:r>
    </w:p>
    <w:p>
      <w:pPr>
        <w:spacing w:after="80"/>
      </w:pPr>
      <w:r>
        <w:rPr>
          <w:b w:val="0"/>
          <w:i w:val="0"/>
        </w:rPr>
        <w:t>‘Mà bác sĩ Lewis đã xác nhận là không có dấu vết cocaine nào trên đó, nếu tôi nhớ không nhầm.’</w:t>
      </w:r>
    </w:p>
    <w:p>
      <w:pPr>
        <w:spacing w:after="80"/>
      </w:pPr>
      <w:r>
        <w:rPr>
          <w:b w:val="0"/>
          <w:i w:val="0"/>
        </w:rPr>
        <w:t>‘Tôi không định nói khác đi, ông Faulkner,’ Grace nói. ‘Tuy nhiên, tôi mừng vì ông đồng ý rằng đó là một phần của bằng chứng mà cả hai bên đã chấp nhận, và quả thực, chữ ký của ông có trên danh sách các vật dụng mà cảnh sát đã lấy từ nhà ông vào đêm ông bị bắt. Nhưng hãy cho chắc chắn, nhé? Thưa Ngài, tôi có thể đề nghị bị cáo xem xét tờ giấy bạc đang được nhắc đến và xác nhận rằng đó chính là tờ được tìm thấy trên bàn của ông ấy không?’</w:t>
      </w:r>
    </w:p>
    <w:p>
      <w:pPr>
        <w:spacing w:after="80"/>
      </w:pPr>
      <w:r>
        <w:rPr>
          <w:b w:val="0"/>
          <w:i w:val="0"/>
        </w:rPr>
        <w:t>Vị thẩm phán gật đầu và viên thư ký rút ra một túi ni-lông nhỏ trong suốt từ chồng bằng chứng, bước đến bục và trao nó cho bị cáo.</w:t>
      </w:r>
    </w:p>
    <w:p>
      <w:pPr>
        <w:spacing w:after="80"/>
      </w:pPr>
      <w:r>
        <w:rPr>
          <w:b w:val="0"/>
          <w:i w:val="0"/>
        </w:rPr>
        <w:t>‘Vậy đó là tờ giấy bạc ông tìm thấy trên bàn của tôi. To chuyện ghê,’ Faulkner nói sau khi liếc qua nó một cách nhanh chóng. ‘Điều đó chứng minh được gì chứ?’</w:t>
      </w:r>
    </w:p>
    <w:p>
      <w:pPr>
        <w:spacing w:after="80"/>
      </w:pPr>
      <w:r>
        <w:rPr>
          <w:b w:val="0"/>
          <w:i w:val="0"/>
        </w:rPr>
        <w:t>‘Ông có thể đọc to số sê-ri của tờ giấy bạc đó cho tòa nghe không?’</w:t>
      </w:r>
    </w:p>
    <w:p>
      <w:pPr>
        <w:spacing w:after="80"/>
      </w:pPr>
      <w:r>
        <w:rPr>
          <w:b w:val="0"/>
          <w:i w:val="0"/>
        </w:rPr>
        <w:t>Booth Watson đứng dậy nhanh một cách bất thường. ‘Thưa Ngài, có phải thân chủ của tôi đang bị lôi vào trò chơi giải trí mới nhất không?’</w:t>
      </w:r>
    </w:p>
    <w:p>
      <w:pPr>
        <w:spacing w:after="80"/>
      </w:pPr>
      <w:r>
        <w:rPr>
          <w:b w:val="0"/>
          <w:i w:val="0"/>
        </w:rPr>
        <w:t>‘Tôi nghi là chúng ta sắp được biết, ông Booth Watson,’ Ngài Thẩm phán Baverstock nói, trước khi quay sang bị cáo và nói, ‘Xin ông đọc to số sê-ri của tờ giấy bạc.’</w:t>
      </w:r>
    </w:p>
    <w:p>
      <w:pPr>
        <w:spacing w:after="80"/>
      </w:pPr>
      <w:r>
        <w:rPr>
          <w:b w:val="0"/>
          <w:i w:val="0"/>
        </w:rPr>
        <w:t>Faulkner do dự một lúc lâu trước khi nói, ‘KA73863743.’</w:t>
      </w:r>
    </w:p>
    <w:p>
      <w:pPr>
        <w:spacing w:after="80"/>
      </w:pPr>
      <w:r>
        <w:rPr>
          <w:b w:val="0"/>
          <w:i w:val="0"/>
        </w:rPr>
        <w:t>‘Cảm ơn ông,’ Grace nói. ‘Giờ tôi sẽ đề nghị thư ký tòa án cho ông xem gói giấy bạc hai mươi bảng mà cảnh sát đã tìm thấy trên người ông Heath khi họ bắt giữ ông ta ngay sau khi ông ta rời khỏi nhà ông.’</w:t>
      </w:r>
    </w:p>
    <w:p>
      <w:pPr>
        <w:spacing w:after="80"/>
      </w:pPr>
      <w:r>
        <w:rPr>
          <w:b w:val="0"/>
          <w:i w:val="0"/>
        </w:rPr>
        <w:t>Một lần nữa Booth Watson lại đứng dậy. ‘Chúng ta chỉ có lời của cảnh sát rằng đây chính là những tờ giấy bạc đang được nhắc đến.’</w:t>
      </w:r>
    </w:p>
    <w:p>
      <w:pPr>
        <w:spacing w:after="80"/>
      </w:pPr>
      <w:r>
        <w:rPr>
          <w:b w:val="0"/>
          <w:i w:val="0"/>
        </w:rPr>
        <w:t>‘Tôi đồng ý với ông,’ Grace nói, nở một nụ cười ấm áp với Booth Watson. ‘Nhưng nếu ông Faulkner vui lòng đọc to số sê-ri của những tờ giấy bạc đang được nhắc đến, thì chúng ta có thể chắc chắn rằng đây chính là số tiền mà ông ấy đã trao cho ông Heath.’</w:t>
      </w:r>
    </w:p>
    <w:p>
      <w:pPr>
        <w:spacing w:after="80"/>
      </w:pPr>
      <w:r>
        <w:rPr>
          <w:b w:val="0"/>
          <w:i w:val="0"/>
        </w:rPr>
        <w:t>Faulkner nhìn luật sư của mình đầy van nài, nhưng Booth Watson đã khoanh tay lại.</w:t>
      </w:r>
    </w:p>
    <w:p>
      <w:pPr>
        <w:spacing w:after="80"/>
      </w:pPr>
      <w:r>
        <w:rPr>
          <w:b w:val="0"/>
          <w:i w:val="0"/>
        </w:rPr>
        <w:t>‘Tất cả chúng ta đang chờ đấy, ông Faulkner,’ vị thẩm phán nói.</w:t>
      </w:r>
    </w:p>
    <w:p>
      <w:pPr>
        <w:spacing w:after="80"/>
      </w:pPr>
      <w:r>
        <w:rPr>
          <w:b w:val="0"/>
          <w:i w:val="0"/>
        </w:rPr>
        <w:t>Faulkner bắt đầu đọc to các số sê-ri. ‘KA73863744, KA73863745, KA73863746 . . .’</w:t>
      </w:r>
    </w:p>
    <w:p>
      <w:pPr>
        <w:spacing w:after="80"/>
      </w:pPr>
      <w:r>
        <w:rPr>
          <w:b w:val="0"/>
          <w:i w:val="0"/>
        </w:rPr>
        <w:t>‘Nếu ông xem tờ giấy ghi chú được tìm thấy trên bàn của ông,’ Grace nói, ‘ông sẽ thấy đó là KA73864543. Tổng cộng là tám trăm bảng Anh.’</w:t>
      </w:r>
    </w:p>
    <w:p>
      <w:pPr>
        <w:spacing w:after="80"/>
      </w:pPr>
      <w:r>
        <w:rPr>
          <w:b w:val="0"/>
          <w:i w:val="0"/>
        </w:rPr>
        <w:t>William không khỏi cảm thấy khá hài lòng về bản thân.</w:t>
      </w:r>
    </w:p>
    <w:p>
      <w:pPr>
        <w:spacing w:after="80"/>
      </w:pPr>
      <w:r>
        <w:rPr>
          <w:b w:val="0"/>
          <w:i w:val="0"/>
        </w:rPr>
        <w:t>‘Điều đó chứng minh được gì? Tôi đã nói với bà rồi, tôi đưa cho Heath tám trăm bảng Anh để mua mười hai hũ trứng cá muối.’</w:t>
      </w:r>
    </w:p>
    <w:p>
      <w:pPr>
        <w:spacing w:after="80"/>
      </w:pPr>
      <w:r>
        <w:rPr>
          <w:b w:val="0"/>
          <w:i w:val="0"/>
        </w:rPr>
        <w:t>‘Tôi rất mừng vì ông đã nêu ra chuyện trứng cá muối, ông Faulkner. Thứ Bảy tuần trước, tôi đã đến Fortnum and Mason ở Piccadilly và mua một hũ trứng cá muối nhỏ.’ Cô rút ra một cách đầy phô trương từ bên dưới ghế và giơ lên cho mọi người cùng thấy, rồi dừng lại một lát trước khi nói, ‘Cho phép tôi đọc phần mô tả trên nhãn. “Trứng cá muối Beluga thượng hạng. Sẽ làm phong phú thêm bất kỳ bữa ăn nào. Chứa hai phần ăn.” Tôi thú nhận, ông Faulkner, rằng tôi thấy giá hơi đắt đỏ, nhưng người quản lý đảm bảo với tôi rằng đây là sản phẩm cao cấp nhất và được những khách hàng sành sỏi nhất của Fortnum and Mason ưa chuộng. Và như ông Heath đã nói với chúng ta, ông chỉ quan tâm đến loại “cao cấp nhất”, kể cả khi ông không phải là một trong những khách hàng sành sỏi nhất của Fortnum and Mason.’</w:t>
      </w:r>
    </w:p>
    <w:p>
      <w:pPr>
        <w:spacing w:after="80"/>
      </w:pPr>
      <w:r>
        <w:rPr>
          <w:b w:val="0"/>
          <w:i w:val="0"/>
        </w:rPr>
        <w:t>‘Thưa Ngài,’ Booth Watson nói, một lần nữa đứng dậy, ‘tôi chắc rằng tất cả chúng ta đều đang thích thú với màn ảo thuật nhỏ này do luật sư cấp dưới trình diễn. Tuy nhiên, vì món đồ cô ấy mới mua không được đưa vào bộ hồ sơ chứng cứ, tôi có thể giả định rằng Ngài sẽ phán quyết nó không được chấp nhận làm bằng chứng chứ?’</w:t>
      </w:r>
    </w:p>
    <w:p>
      <w:pPr>
        <w:spacing w:after="80"/>
      </w:pPr>
      <w:r>
        <w:rPr>
          <w:b w:val="0"/>
          <w:i w:val="0"/>
        </w:rPr>
        <w:t>‘Ông ta đã hiểu ra rồi,’ Ngài Julian thì thầm với Grace. ‘Hy vọng Faulkner thì chưa.’</w:t>
      </w:r>
    </w:p>
    <w:p>
      <w:pPr>
        <w:spacing w:after="80"/>
      </w:pPr>
      <w:r>
        <w:rPr>
          <w:b w:val="0"/>
          <w:i w:val="0"/>
        </w:rPr>
        <w:t>Faulkner cứ nhìn chằm chằm vào ông, vẻ mặt bối rối.</w:t>
      </w:r>
    </w:p>
    <w:p>
      <w:pPr>
        <w:spacing w:after="80"/>
      </w:pPr>
      <w:r>
        <w:rPr>
          <w:b w:val="0"/>
          <w:i w:val="0"/>
        </w:rPr>
        <w:t>‘Và nếu không, tôi có thể xin tạm nghỉ một lát trong phiên xử để tham khảo ý kiến thân chủ của tôi không?’ Booth Watson nói thêm.</w:t>
      </w:r>
    </w:p>
    <w:p>
      <w:pPr>
        <w:spacing w:after="80"/>
      </w:pPr>
      <w:r>
        <w:rPr>
          <w:b w:val="0"/>
          <w:i w:val="0"/>
        </w:rPr>
        <w:t>‘Tôi đã linh cảm là anh ta sẽ tham khảo ý kiến ông,’ vị thẩm phán nói. ‘Cô Warwick, tôi có thể xem bằng chứng trước khi đưa ra quyết định không?’</w:t>
      </w:r>
    </w:p>
    <w:p>
      <w:pPr>
        <w:spacing w:after="80"/>
      </w:pPr>
      <w:r>
        <w:rPr>
          <w:b w:val="0"/>
          <w:i w:val="0"/>
        </w:rPr>
        <w:t>‘Dĩ nhiên rồi, thưa Ngài,’ Grace nói, lấy thêm ba hũ trứng cá muối từ bên dưới ghế và đưa cho thư ký tòa, người này lần lượt đưa một hũ cho thẩm phán, một hũ cho Booth Watson và hũ thứ ba cho bị cáo.</w:t>
      </w:r>
    </w:p>
    <w:p>
      <w:pPr>
        <w:spacing w:after="80"/>
      </w:pPr>
      <w:r>
        <w:rPr>
          <w:b w:val="0"/>
          <w:i w:val="0"/>
        </w:rPr>
        <w:t>Sau khi vị thẩm phán đọc nhãn và xem xét hũ trứng cá muối, ông nói, ‘Nên để bồi thẩm đoàn xem xét bằng chứng trước khi chúng ta tiếp tục.’</w:t>
      </w:r>
    </w:p>
    <w:p>
      <w:pPr>
        <w:spacing w:after="80"/>
      </w:pPr>
      <w:r>
        <w:rPr>
          <w:b w:val="0"/>
          <w:i w:val="0"/>
        </w:rPr>
        <w:t>‘Theo ý Ngài,’ Grace nói, lấy thêm hai hũ nữa và cảm thấy nhẹ nhõm vì cô đã nghe lời khuyên của Clare và mua một hộp sáu hũ. Cô đưa chúng cho thư ký tòa, người này chuyển chúng cho trưởng bồi thẩm đoàn.</w:t>
      </w:r>
    </w:p>
    <w:p>
      <w:pPr>
        <w:spacing w:after="80"/>
      </w:pPr>
      <w:r>
        <w:rPr>
          <w:b w:val="0"/>
          <w:i w:val="0"/>
        </w:rPr>
        <w:t>‘Xin mời cô tiếp tục, cô Warwick,’ Ngài Thẩm phán Baverstock nói sau khi bồi thẩm đoàn đã xem xét bằng chứng mới.</w:t>
      </w:r>
    </w:p>
    <w:p>
      <w:pPr>
        <w:spacing w:after="80"/>
      </w:pPr>
      <w:r>
        <w:rPr>
          <w:b w:val="0"/>
          <w:i w:val="0"/>
        </w:rPr>
        <w:t>‘Ông Faulkner, tôi có thể hỏi ông rằng có bao nhiêu người ngồi vào bàn ăn tối tại nhà ông vào đêm ngày mười bảy tháng Năm không?’</w:t>
      </w:r>
    </w:p>
    <w:p>
      <w:pPr>
        <w:spacing w:after="80"/>
      </w:pPr>
      <w:r>
        <w:rPr>
          <w:b w:val="0"/>
          <w:i w:val="0"/>
        </w:rPr>
        <w:t>‘Mười người, kể cả tôi, như đã được nói đến vài lần rồi.’</w:t>
      </w:r>
    </w:p>
    <w:p>
      <w:pPr>
        <w:spacing w:after="80"/>
      </w:pPr>
      <w:r>
        <w:rPr>
          <w:b w:val="0"/>
          <w:i w:val="0"/>
        </w:rPr>
        <w:t>‘Và tất cả bọn họ đều thưởng thức một phần trứng cá muối, trước khi chuyển sang món chính?’</w:t>
      </w:r>
    </w:p>
    <w:p>
      <w:pPr>
        <w:spacing w:after="80"/>
      </w:pPr>
      <w:r>
        <w:rPr>
          <w:b w:val="0"/>
          <w:i w:val="0"/>
        </w:rPr>
        <w:t>‘Không trừ một ai. Thực ra, một hai người trong số họ còn ăn thêm phần thứ hai.’</w:t>
      </w:r>
    </w:p>
    <w:p>
      <w:pPr>
        <w:spacing w:after="80"/>
      </w:pPr>
      <w:r>
        <w:rPr>
          <w:b w:val="0"/>
          <w:i w:val="0"/>
        </w:rPr>
        <w:t>‘Vậy sao?’</w:t>
      </w:r>
    </w:p>
    <w:p>
      <w:pPr>
        <w:spacing w:after="80"/>
      </w:pPr>
      <w:r>
        <w:rPr>
          <w:b w:val="0"/>
          <w:i w:val="0"/>
        </w:rPr>
        <w:t>Booth Watson lại bắt đầu kéo liên tục vào ve áo choàng của mình, mặc dù Sir Julian đang nhìn chằm chằm vào ông ta.</w:t>
      </w:r>
    </w:p>
    <w:p>
      <w:pPr>
        <w:spacing w:after="80"/>
      </w:pPr>
      <w:r>
        <w:rPr>
          <w:b w:val="0"/>
          <w:i w:val="0"/>
        </w:rPr>
        <w:t>‘Tôi chỉ hỏi vậy thôi, ông Faulkner, bởi vì một hộp trứng cá muối Royal Beluga, giống như hộp ông đang cầm trong tay, đủ cho hai phần, đang được bán tại Fortnum and Mason với giá £340. Nhưng để chắc chắn, tôi đã hỏi người quản lý của Fortnum, ông Nightingale, rằng tôi sẽ cần bao nhiêu nếu tôi tổ chức một bữa tiệc tối cho mười người. Ông ấy khuyên bảy trăm năm mươi gam.’ Cô nhìn thẳng vào bồi thẩm đoàn khi nói, ‘Không phải mười hai gam, chừng đó chỉ vừa đầy một thìa cà phê.’</w:t>
      </w:r>
    </w:p>
    <w:p>
      <w:pPr>
        <w:spacing w:after="80"/>
      </w:pPr>
      <w:r>
        <w:rPr>
          <w:b w:val="0"/>
          <w:i w:val="0"/>
        </w:rPr>
        <w:t>Cái bẫy đã được giăng ra, và Grace chờ Faulkner bước vào. Nhưng cuối cùng Booth Watson đã thu hút được sự chú ý của thân chủ mình, và ông ta vẫn im lặng.</w:t>
      </w:r>
    </w:p>
    <w:p>
      <w:pPr>
        <w:spacing w:after="80"/>
      </w:pPr>
      <w:r>
        <w:rPr>
          <w:b w:val="0"/>
          <w:i w:val="0"/>
        </w:rPr>
        <w:t>‘Hẳn ông sẽ không ngạc nhiên khi biết, ông Faulkner, rằng sau đó tôi đã hỏi ông Nightingale xem bảy trăm năm mươi gam trứng cá muối sẽ tốn bao nhiêu – đủ cho mười người. Ông ấy nói với tôi là £1,700, nhưng bảo sẽ tặng kèm bánh quy miễn phí.’</w:t>
      </w:r>
    </w:p>
    <w:p>
      <w:pPr>
        <w:spacing w:after="80"/>
      </w:pPr>
      <w:r>
        <w:rPr>
          <w:b w:val="0"/>
          <w:i w:val="0"/>
        </w:rPr>
        <w:t>Một tràng cười nhỏ bật lên ở khu vực khán giả, nhưng cái cau mày của thẩm phán khiến không ai trong phòng xử án dám cười theo.</w:t>
      </w:r>
    </w:p>
    <w:p>
      <w:pPr>
        <w:spacing w:after="80"/>
      </w:pPr>
      <w:r>
        <w:rPr>
          <w:b w:val="0"/>
          <w:i w:val="0"/>
        </w:rPr>
        <w:t>‘Thưa Ngài,’ Grace nói, ‘ông Nightingale sẽ sẵn lòng ra trước tòa để xác nhận những con số này, nhưng Ngài có thể thấy điều đó không cần thiết, vì ông Faulkner đã tuyên thệ rằng đầu bếp của ông đã phục vụ mười phần trứng cá muối cho ông và các khách mời đêm đó, trên những khay bạc, và rằng một hai người trong số họ đã thưởng thức thêm phần thứ hai.’</w:t>
      </w:r>
    </w:p>
    <w:p>
      <w:pPr>
        <w:spacing w:after="80"/>
      </w:pPr>
      <w:r>
        <w:rPr>
          <w:b w:val="0"/>
          <w:i w:val="0"/>
        </w:rPr>
        <w:t>Một tràng xì xào bùng lên trong phòng xử án. Grace hít một hơi thật sâu và chờ cho đến khi cô một lần nữa có được sự chú ý của mọi người.</w:t>
      </w:r>
    </w:p>
    <w:p>
      <w:pPr>
        <w:spacing w:after="80"/>
      </w:pPr>
      <w:r>
        <w:rPr>
          <w:b w:val="0"/>
          <w:i w:val="0"/>
        </w:rPr>
        <w:t>‘Tôi chấp nhận, ông Faulkner, rằng khi nói đến giá cocaine, rõ ràng ông rất am hiểu, như ông đã cho thấy rõ khi tuyên thệ rằng nếu mười hai gam được tìm thấy trong nhà ông là để dùng cho cá nhân, thì chừng đó đủ cho một năm. Tôi cũng thừa nhận rằng ông nổi tiếng là một người mặc cả tài ba. Nhưng tôi ngờ rằng ngay cả ông cũng khó có thể thuyết phục Fortnum and Mason bán số trứng cá muối Beluga thượng hạng trị giá 1,700 bảng của họ với giá tám trăm bảng.’ Grace mỉm cười với Faulkner. Cái bẫy đã sập, và giờ cô cảm thấy tự tin rằng ông ta không thể thoát. Tuy nhiên, cô vẫn còn một câu hỏi cuối cùng.</w:t>
      </w:r>
    </w:p>
    <w:p>
      <w:pPr>
        <w:spacing w:after="80"/>
      </w:pPr>
      <w:r>
        <w:rPr>
          <w:b w:val="0"/>
          <w:i w:val="0"/>
        </w:rPr>
        <w:t>‘Ông có nghĩ ông Heath đã nói thật khi ông ấy nói, “Món hàng tôi lấy từ Fortnum’s sáng hôm đó theo yêu cầu của ông Faulkner là một tá hộp trứng cá muối Royal Beluga thượng hạng”?’</w:t>
      </w:r>
    </w:p>
    <w:p>
      <w:pPr>
        <w:spacing w:after="80"/>
      </w:pPr>
      <w:r>
        <w:rPr>
          <w:b w:val="0"/>
          <w:i w:val="0"/>
        </w:rPr>
        <w:t>Faulkner trông như muốn đáp trả, nhưng không có lời nào thốt ra khỏi miệng ông ta.</w:t>
      </w:r>
    </w:p>
    <w:p>
      <w:pPr>
        <w:spacing w:after="80"/>
      </w:pPr>
      <w:r>
        <w:rPr>
          <w:b w:val="0"/>
          <w:i w:val="0"/>
        </w:rPr>
        <w:t>‘Ông Nightingale cũng sẽ xác nhận rằng ông ấy đang trực tại cửa hàng sáng hôm đó, và một tá hộp trứng cá muối duy nhất được mua là từ một người đại diện của Thái hậu.’</w:t>
      </w:r>
    </w:p>
    <w:p>
      <w:pPr>
        <w:spacing w:after="80"/>
      </w:pPr>
      <w:r>
        <w:rPr>
          <w:b w:val="0"/>
          <w:i w:val="0"/>
        </w:rPr>
        <w:t>Môi Faulkner giờ đã mím chặt, hai má ửng đỏ, và ông ta phải bám chặt vào mép bục nhân chứng để khỏi run rẩy.</w:t>
      </w:r>
    </w:p>
    <w:p>
      <w:pPr>
        <w:spacing w:after="80"/>
      </w:pPr>
      <w:r>
        <w:rPr>
          <w:b w:val="0"/>
          <w:i w:val="0"/>
        </w:rPr>
        <w:t>‘Tôi dám hỏi, ông Faulkner, liệu Thái hậu có phải là một trong những khách dự tiệc tối của ông tại Limpton Hall đêm đó không?’</w:t>
      </w:r>
    </w:p>
    <w:p>
      <w:pPr>
        <w:spacing w:after="80"/>
      </w:pPr>
      <w:r>
        <w:rPr>
          <w:b w:val="0"/>
          <w:i w:val="0"/>
        </w:rPr>
        <w:t>Lần này vị thẩm phán không cố gắng dập tắt tràng cười phía sau nữa, thậm chí còn cho phép mình mỉm cười.</w:t>
      </w:r>
    </w:p>
    <w:p>
      <w:pPr>
        <w:spacing w:after="80"/>
      </w:pPr>
      <w:r>
        <w:rPr>
          <w:b w:val="0"/>
          <w:i w:val="0"/>
        </w:rPr>
        <w:t>Grace chờ đến khi hoàn toàn im lặng mới quay sang đối diện bồi thẩm đoàn và nói: "Không còn câu hỏi nào nữa, thưa ngài."</w:t>
      </w:r>
    </w:p>
    <w:p>
      <w:pPr>
        <w:spacing w:after="80"/>
      </w:pPr>
      <w:r>
        <w:rPr>
          <w:b w:val="0"/>
          <w:i w:val="0"/>
        </w:rPr>
        <w:t>Cô gục xuống ghế, kiệt sức, trong khi những người còn lại của đội nhà vây quanh để chúc mừng cô.</w:t>
      </w:r>
    </w:p>
    <w:p>
      <w:pPr>
        <w:spacing w:after="80"/>
      </w:pPr>
      <w:r>
        <w:rPr>
          <w:b w:val="0"/>
          <w:i w:val="0"/>
        </w:rPr>
        <w:t>Khi họ trở về nhà đêm hôm đó, Grace kể với Clare rằng trong vô số lời khen ngợi dành cho cô sau phần thẩm vấn đối chất, không gì có thể sánh bằng việc tình cờ nghe được cha cô nói với một đồng nghiệp lớn tuổi: "Con bé là con gái tôi đấy, ông biết không."</w:t>
      </w:r>
    </w:p>
    <w:p>
      <w:pPr>
        <w:jc w:val="center"/>
      </w:pPr>
      <w:r>
        <w:drawing>
          <wp:inline xmlns:a="http://schemas.openxmlformats.org/drawingml/2006/main" xmlns:pic="http://schemas.openxmlformats.org/drawingml/2006/picture">
            <wp:extent cx="752475" cy="161925"/>
            <wp:docPr id="59" name="Picture 59"/>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Sau khi vị thẩm phán mời các luật sư chính trình bày lời kết luận, Ngài Julian - bỗng chốc như được hồi sinh và tràn đầy sinh lực - đứng dậy khỏi chỗ ngồi và đưa ra một bản cáo trạng đanh thép nhắm vào bị cáo trước một bồi thẩm đoàn say mê lắng nghe.</w:t>
      </w:r>
    </w:p>
    <w:p>
      <w:pPr>
        <w:spacing w:after="80"/>
      </w:pPr>
      <w:r>
        <w:rPr>
          <w:b w:val="0"/>
          <w:i w:val="0"/>
        </w:rPr>
        <w:t>Giá trứng cá muối được nhắc đến không chỉ một lần, và ông kết thúc bằng cách nhắc họ nhớ rằng bị cáo dường như biết rất rõ giá của mười hai gam cocaine nguyên chất, ngay cả khi anh ta không hề biết giá của loại trứng cá muối thượng hạng nhất. Ông còn bổ sung thêm lời khai của ông Nightingale về Thái hậu, điều mà Booth Watson không phản bác. Khi ông ngồi xuống, Ngài Julian không chút nghi ngờ rằng bồi thẩm đoàn hoàn toàn có khả năng xác định ai là người chịu trách nhiệm giấu ma túy trong bức tượng của Faulkner vào đêm định mệnh đó, và chắc chắn không phải con trai ông.</w:t>
      </w:r>
    </w:p>
    <w:p>
      <w:pPr>
        <w:spacing w:after="80"/>
      </w:pPr>
      <w:r>
        <w:rPr>
          <w:b w:val="0"/>
          <w:i w:val="0"/>
        </w:rPr>
        <w:t>Booth Watson không để lại ấn tượng thuyết phục đến thế, khi ông cố gắng một cách dũng cảm để bảo vệ uy tín của thân chủ mình. Rembrandt và Rubens được nhắc đến một cách trân trọng vài lần, trong khi Fortnum và Mason cùng ông Nightingale thì không được đề cập. Ông mô tả Miles Faulkner là một người đàn ông tốt và đáng kính, đã phục vụ cả quốc gia lẫn cộng đồng địa phương với sự xuất sắc. Ông gợi ý rằng cái chết bi thảm của Adrian Heath đã cướp đi của thân chủ ông cơ hội được xét xử công bằng, và bảo bồi thẩm đoàn hãy ghi nhớ điều đó khi cân nhắc phán quyết, bởi nếu họ không tin chắc ông Faulkner có tội vượt quá mức nghi ngờ hợp lý, họ phải giải thoát ông khỏi viễn cảnh tù tội khủng khiếp để ông có thể tiếp tục các công việc từ thiện vì đồng loại.</w:t>
      </w:r>
    </w:p>
    <w:p>
      <w:pPr>
        <w:spacing w:after="80"/>
      </w:pPr>
      <w:r>
        <w:rPr>
          <w:b w:val="0"/>
          <w:i w:val="0"/>
        </w:rPr>
        <w:t>Phần tổng kết của Thẩm phán Baverstock vừa kỹ lưỡng vừa khách quan, mặc dù ông có chỉ ra rằng nếu bồi thẩm đoàn đi đến kết luận rằng chính Faulkner là người giấu cocaine trong bức tượng, thì rõ ràng không thể coi đó là để dùng cho mục đích "giải trí" riêng tư tại nhà, vì bản thân anh ta đã xác nhận số lượng đó đủ dùng cho anh ta cả năm. Tuy nhiên, ông nói thêm, phía công tố đã không đưa ra được bằng chứng nào cho thấy ông Faulkner từng sử dụng chất cấm trong quá khứ, và sự hiện diện của tờ hai mươi bảng tìm thấy trong phòng làm việc của ông không chứng minh được rằng nó đã được dùng để hít cocaine. Nếu sau khi xem xét toàn bộ bằng chứng, họ không tin chắc ông Faulkner có tội vượt quá mức nghi ngờ hợp lý, họ nên đưa ra phán quyết vô tội. Ngược lại, nếu họ không bị thuyết phục bởi lời giải thích của ông Faulkner về việc mười hai gam cocaine lọt vào bức tượng của ông như thế nào, thì nhiệm vụ của họ là đưa ra phán quyết có tội.</w:t>
      </w:r>
    </w:p>
    <w:p>
      <w:pPr>
        <w:spacing w:after="80"/>
      </w:pPr>
      <w:r>
        <w:rPr>
          <w:b w:val="0"/>
          <w:i w:val="0"/>
        </w:rPr>
        <w:t>"Quyết định cuối cùng của quý vị chỉ nên dựa trên bằng chứng mà quý vị đã nghe trong phòng xử án này, và không nên bị ảnh hưởng bởi ý kiến của người khác, dù họ có thân thiết với quý vị đến đâu, bởi họ không có được lợi thế xem xét toàn bộ bằng chứng được trình bày tại tòa này. Hãy nhớ rằng, quý vị là những trọng tài duy nhất của công lý trong vụ án này. Xin hãy dành thời gian trước khi đi đến phán quyết."</w:t>
      </w:r>
    </w:p>
    <w:p>
      <w:pPr>
        <w:spacing w:after="80"/>
      </w:pPr>
      <w:r>
        <w:rPr>
          <w:b w:val="0"/>
          <w:i w:val="0"/>
        </w:rPr>
        <w:t>Sau đó ông mời bảy người đàn ông và năm người phụ nữ rút lui vào phòng bồi thẩm đoàn để cân nhắc phán quyết. Phòng xử án chìm vào im lặng khi viên cảnh sát tòa án dẫn họ ra ngoài.</w:t>
      </w:r>
    </w:p>
    <w:p>
      <w:pPr>
        <w:spacing w:after="80"/>
      </w:pPr>
      <w:r>
        <w:rPr>
          <w:b w:val="0"/>
          <w:i w:val="0"/>
        </w:rPr>
        <w:t>"Giờ tất cả chúng ta phải chịu đựng phần tồi tệ nhất của bất kỳ phiên tòa nào," Ngài Julian nói. "Sự chờ đợi dài đằng đẵng trước khi biết phán quyết của bồi thẩm đoàn. Cha tôi luôn dành thời gian đó để chơi cờ với đối thủ của mình." Ông liếc sang Booth Watson và nói: "May mắn thay, ông ta không biết chơi cờ."</w:t>
      </w:r>
    </w:p>
    <w:p>
      <w:pPr>
        <w:spacing w:after="80"/>
      </w:pPr>
      <w:r>
        <w:rPr>
          <w:b w:val="0"/>
          <w:i w:val="0"/>
        </w:rPr>
        <w:t>"Ông nghĩ khả năng bồi thẩm đoàn đưa ra phán quyết có lợi cho chúng ta là bao nhiêu?" Clare hỏi.</w:t>
      </w:r>
    </w:p>
    <w:p>
      <w:pPr>
        <w:spacing w:after="80"/>
      </w:pPr>
      <w:r>
        <w:rPr>
          <w:b w:val="0"/>
          <w:i w:val="0"/>
        </w:rPr>
        <w:t>"Đoán trước bồi thẩm đoàn là trò chơi của kẻ ngốc," Ngài Julian nói. "Cứ hy vọng tất cả bọn họ đang thưởng thức trứng cá muối trong khi cân nhắc phán quyết, vì họ sẽ sớm phát hiện ra rằng vài hũ thì chẳng đủ cho mười người, chứ đừng nói đến mười hai."</w:t>
      </w:r>
    </w:p>
    <w:p>
      <w:pPr>
        <w:spacing w:after="80"/>
      </w:pPr>
      <w:r>
        <w:rPr>
          <w:b w:val="0"/>
          <w:i w:val="0"/>
        </w:rPr>
        <w:t>"Ông nghĩ cơ hội của chúng ta thế nào, BW?" Faulkner hỏi khi bước ra khỏi ghế bị cáo và đến bên luật sư của mình.</w:t>
      </w:r>
    </w:p>
    <w:p>
      <w:pPr>
        <w:spacing w:after="80"/>
      </w:pPr>
      <w:r>
        <w:rPr>
          <w:b w:val="0"/>
          <w:i w:val="0"/>
        </w:rPr>
        <w:t>"Không biết nữa. Mỗi bồi thẩm đoàn một kiểu. Nhưng chắc chắn họ sẽ mất thời gian trước khi đi đến phán quyết, nên lần này anh sẽ phải kiên nhẫn."</w:t>
      </w:r>
    </w:p>
    <w:p>
      <w:pPr>
        <w:spacing w:after="80"/>
      </w:pPr>
      <w:r>
        <w:rPr>
          <w:b w:val="0"/>
          <w:i w:val="0"/>
        </w:rPr>
        <w:t>"Vậy sao ông không cùng tôi ăn tối ở khách sạn Savoy? Tôi đã đặt bàn rồi."</w:t>
      </w:r>
    </w:p>
    <w:p>
      <w:pPr>
        <w:spacing w:after="80"/>
      </w:pPr>
      <w:r>
        <w:rPr>
          <w:b w:val="0"/>
          <w:i w:val="0"/>
        </w:rPr>
        <w:t>‘Cảm ơn anh, Miles,’ Booth Watson nói, nhưng ông không thêm câu, Đừng bận tâm đặt bàn cho tối mai.</w:t>
      </w:r>
    </w:p>
    <w:p>
      <w:pPr>
        <w:jc w:val="center"/>
      </w:pPr>
      <w:r>
        <w:drawing>
          <wp:inline xmlns:a="http://schemas.openxmlformats.org/drawingml/2006/main" xmlns:pic="http://schemas.openxmlformats.org/drawingml/2006/picture">
            <wp:extent cx="752475" cy="161925"/>
            <wp:docPr id="60" name="Picture 60"/>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‘Ông nghĩ chúng đáng giá bao nhiêu, ông Davage?’ Christina hỏi, khi họ quay trở lại phòng khách.</w:t>
      </w:r>
    </w:p>
    <w:p>
      <w:pPr>
        <w:spacing w:after="80"/>
      </w:pPr>
      <w:r>
        <w:rPr>
          <w:b w:val="0"/>
          <w:i w:val="0"/>
        </w:rPr>
        <w:t>‘Thật khó để đưa ra một con số chính xác cho một bộ sưu tập quan trọng như vậy,’ vị giám đốc điều hành của Christie’s nói, ‘nhưng tôi tin chắc chúng sẽ thu được ít nhất ba mươi triệu, có thể còn hơn. Không chỉ vì chồng cô đã liên hệ với tất cả các nhà đấu giá hàng đầu để cho họ biết rằng nếu bất kỳ bức tranh nào của ông ấy được đưa ra đấu giá, ông ấy phải được thông báo ngay lập tức.’</w:t>
      </w:r>
    </w:p>
    <w:p>
      <w:pPr>
        <w:spacing w:after="80"/>
      </w:pPr>
      <w:r>
        <w:rPr>
          <w:b w:val="0"/>
          <w:i w:val="0"/>
        </w:rPr>
        <w:t>‘Đó là tin tốt,’ Christina nói, khi rót thêm cà phê cho ông.</w:t>
      </w:r>
    </w:p>
    <w:p>
      <w:pPr>
        <w:spacing w:after="80"/>
      </w:pPr>
      <w:r>
        <w:rPr>
          <w:b w:val="0"/>
          <w:i w:val="0"/>
        </w:rPr>
        <w:t>‘Nếu cô đang cân nhắc đưa bộ sưu tập ra đấu giá, bà Faulkner, Christie’s tất nhiên sẽ rất vinh dự được tiến hành buổi bán đấu giá.’</w:t>
      </w:r>
    </w:p>
    <w:p>
      <w:pPr>
        <w:spacing w:after="80"/>
      </w:pPr>
      <w:r>
        <w:rPr>
          <w:b w:val="0"/>
          <w:i w:val="0"/>
        </w:rPr>
        <w:t>‘Cảm ơn ông. Nhưng tôi sẽ không thể đưa ra quyết định cuối cùng cho đến khi biết kết quả phiên tòa của chồng tôi.’</w:t>
      </w:r>
    </w:p>
    <w:p>
      <w:pPr>
        <w:spacing w:after="80"/>
      </w:pPr>
      <w:r>
        <w:rPr>
          <w:b w:val="0"/>
          <w:i w:val="0"/>
        </w:rPr>
        <w:t>‘Tất nhiên rồi,’ ông Davage nói. ‘Tất cả chúng tôi đều hy vọng và tin rằng chồng cô sẽ được tuyên vô tội, và có thể trở về nhà với danh dự được khôi phục.’</w:t>
      </w:r>
    </w:p>
    <w:p>
      <w:pPr>
        <w:spacing w:after="80"/>
      </w:pPr>
      <w:r>
        <w:rPr>
          <w:b w:val="0"/>
          <w:i w:val="0"/>
        </w:rPr>
        <w:t>‘Không phải tất cả chúng tôi,’ Christina nói, khi chuông cửa vang lên. ‘Đúng lúc thật,’ cô nói, đứng dậy khỏi chỗ ngồi. ‘Chắc đó là ông Nealon, đến để định giá ngôi nhà.’</w:t>
      </w:r>
    </w:p>
    <w:p>
      <w:pPr>
        <w:pStyle w:val="Heading2"/>
      </w:pPr>
      <w:r>
        <w:rPr>
          <w:rFonts w:ascii="Calibri" w:hAnsi="Calibri"/>
          <w:b/>
          <w:i w:val="0"/>
          <w:sz w:val="32"/>
        </w:rPr>
        <w:t>22</w:t>
      </w:r>
    </w:p>
    <w:p>
      <w:pPr>
        <w:spacing w:after="80"/>
      </w:pPr>
      <w:r>
        <w:rPr>
          <w:b w:val="0"/>
          <w:i w:val="0"/>
        </w:rPr>
        <w:t>‘MỜI TẤT CẢ NHỮNG NGƯỜI liên quan đến vụ án Hoàng gia đối chất với Faulkner vui lòng quay lại phòng xử án số một, vì bồi thẩm đoàn sắp trở lại.’</w:t>
      </w:r>
    </w:p>
    <w:p>
      <w:pPr>
        <w:spacing w:after="80"/>
      </w:pPr>
      <w:r>
        <w:rPr>
          <w:b w:val="0"/>
          <w:i w:val="0"/>
        </w:rPr>
        <w:t>Ngài Julian đang cài cúc quần. Grace và Clare đang uống cà phê trong phòng của các luật sư. Ông Booth Watson đang viết một ý kiến pháp lý về giao dịch nội gián cho một khách hàng ở Guernsey, trong khi Miles Faulkner đang trao đổi số điện thoại với một người phụ nữ anh ta vừa gặp ở hành lang.</w:t>
      </w:r>
    </w:p>
    <w:p>
      <w:pPr>
        <w:spacing w:after="80"/>
      </w:pPr>
      <w:r>
        <w:rPr>
          <w:b w:val="0"/>
          <w:i w:val="0"/>
        </w:rPr>
        <w:t xml:space="preserve">Tất cả họ bắt đầu lần lượt quay trở lại phòng xử án số một để nghe phán quyết của bồi thẩm đoàn. Các nhà báo không quan tâm phán quyết nghiêng về phía nào. Tờ </w:t>
      </w:r>
      <w:r>
        <w:rPr>
          <w:b w:val="0"/>
          <w:i/>
        </w:rPr>
        <w:t>Evening Standard</w:t>
      </w:r>
      <w:r>
        <w:rPr>
          <w:b w:val="0"/>
          <w:i w:val="0"/>
        </w:rPr>
        <w:t xml:space="preserve"> đã chuẩn bị sẵn hai tiêu đề: BỊ TỐNG VÀO TÙ, và LẠI TRỐN THOÁT, cùng hai bài báo đi kèm, cả hai đều do cùng một nhà báo viết.</w:t>
      </w:r>
    </w:p>
    <w:p>
      <w:pPr>
        <w:spacing w:after="80"/>
      </w:pPr>
      <w:r>
        <w:rPr>
          <w:b w:val="0"/>
          <w:i w:val="0"/>
        </w:rPr>
        <w:t>Faulkner trở lại ghế bị cáo, trong khi mọi người khác về chỗ ngồi và chờ thẩm phán xuất hiện. Một sự im lặng đầy chờ đợi bao trùm phòng xử án khi Ngài Thẩm phán Baverstock bước vào. Sau khi ngồi xuống, ông gật đầu với viên cảnh sát tòa án để báo hiệu rằng bồi thẩm đoàn có thể trở lại.</w:t>
      </w:r>
    </w:p>
    <w:p>
      <w:pPr>
        <w:spacing w:after="80"/>
      </w:pPr>
      <w:r>
        <w:rPr>
          <w:b w:val="0"/>
          <w:i w:val="0"/>
        </w:rPr>
        <w:t>Mọi ánh mắt đều đổ dồn vào bảy người đàn ông và năm người phụ nữ khi họ lần cuối bước vào ghế bồi thẩm đoàn. Họ đã chọn một người phụ nữ trung niên trông đứng đắn làm chủ tọa. Bà mặc một bộ vest bó sát, không đeo trang sức, và trang điểm rất ít. Ngài Julian quan sát bà kỹ lưỡng, nhưng không thể suy đoán được gì nhiều từ vẻ ngoài điềm tĩnh và chuyên nghiệp của bà. Chắc chắn là một hiệu trưởng trường học hoặc một y tá trưởng bệnh viện, một người quen với việc đưa ra quyết định.</w:t>
      </w:r>
    </w:p>
    <w:p>
      <w:pPr>
        <w:spacing w:after="80"/>
      </w:pPr>
      <w:r>
        <w:rPr>
          <w:b w:val="0"/>
          <w:i w:val="0"/>
        </w:rPr>
        <w:t>Khi họ đã ổn định chỗ ngồi, thẩm phán gật đầu với thư ký tòa án. Ông đứng dậy khỏi chỗ, bước tới một bước và đối diện với bồi thẩm đoàn.</w:t>
      </w:r>
    </w:p>
    <w:p>
      <w:pPr>
        <w:spacing w:after="80"/>
      </w:pPr>
      <w:r>
        <w:rPr>
          <w:b w:val="0"/>
          <w:i w:val="0"/>
        </w:rPr>
        <w:t>‘Mời chủ tọa bồi thẩm đoàn đứng lên.’ Người phụ nữ trung niên đứng dậy, và nếu bà có chút hồi hộp nào thì cũng không có dấu hiệu gì. ‘Các vị đã đạt được phán quyết mà tất cả đều đồng ý chưa?’ thư ký tòa hỏi.</w:t>
      </w:r>
    </w:p>
    <w:p>
      <w:pPr>
        <w:spacing w:after="80"/>
      </w:pPr>
      <w:r>
        <w:rPr>
          <w:b w:val="0"/>
          <w:i w:val="0"/>
        </w:rPr>
        <w:t>‘Thưa Ngài,’ cô nói, ngước nhìn vị thẩm phán.</w:t>
      </w:r>
    </w:p>
    <w:p>
      <w:pPr>
        <w:spacing w:after="80"/>
      </w:pPr>
      <w:r>
        <w:rPr>
          <w:b w:val="0"/>
          <w:i w:val="0"/>
        </w:rPr>
        <w:t>‘Bà có thấy bị cáo phạm tội hay không phạm tội, về việc tàng trữ một chất bất hợp pháp, cụ thể là mười hai gam cocaine?’</w:t>
      </w:r>
    </w:p>
    <w:p>
      <w:pPr>
        <w:spacing w:after="80"/>
      </w:pPr>
      <w:r>
        <w:rPr>
          <w:b w:val="0"/>
          <w:i w:val="0"/>
        </w:rPr>
        <w:t>Faulkner nín thở. Grace nhắm mắt lại, trong khi William nhìn thẳng vào bị cáo.</w:t>
      </w:r>
    </w:p>
    <w:p>
      <w:pPr>
        <w:spacing w:after="80"/>
      </w:pPr>
      <w:r>
        <w:rPr>
          <w:b w:val="0"/>
          <w:i w:val="0"/>
        </w:rPr>
        <w:t>‘Phạm tội.’</w:t>
      </w:r>
    </w:p>
    <w:p>
      <w:pPr>
        <w:spacing w:after="80"/>
      </w:pPr>
      <w:r>
        <w:rPr>
          <w:b w:val="0"/>
          <w:i w:val="0"/>
        </w:rPr>
        <w:t>Hawksby và Lamont bắt tay nhau trong khi vài phóng viên bật dậy khỏi chỗ ngồi và nhanh chóng rời khỏi phòng xử án để tìm chiếc điện thoại gần nhất. Clare ôm Grace khi William tiến về phía ghế của bên công tố để nhập hội với họ. Nhưng phần lớn những người có mặt trong phòng xử án vẫn ngồi yên tại chỗ, sốt ruột chờ đợi lời tuyên bố cuối cùng của thẩm phán.</w:t>
      </w:r>
    </w:p>
    <w:p>
      <w:pPr>
        <w:spacing w:after="80"/>
      </w:pPr>
      <w:r>
        <w:rPr>
          <w:b w:val="0"/>
          <w:i w:val="0"/>
        </w:rPr>
        <w:t>‘Xin bị cáo đứng lên,’ viên thư ký tòa nói sau khi trật tự phần nào được lập lại.</w:t>
      </w:r>
    </w:p>
    <w:p>
      <w:pPr>
        <w:spacing w:after="80"/>
      </w:pPr>
      <w:r>
        <w:rPr>
          <w:b w:val="0"/>
          <w:i w:val="0"/>
        </w:rPr>
        <w:t>Faulkner loạng choạng đứng dậy và bám chặt vào thành ghế bị cáo, chờ đợi để biết số phận của mình.</w:t>
      </w:r>
    </w:p>
    <w:p>
      <w:pPr>
        <w:spacing w:after="80"/>
      </w:pPr>
      <w:r>
        <w:rPr>
          <w:b w:val="0"/>
          <w:i w:val="0"/>
        </w:rPr>
        <w:t>‘Đây là một vụ án hết sức khác thường, vì nhiều lý do,’ Ngài Thẩm phán Baverstock bắt đầu, ‘và tôi sẽ cần một chút thời gian để xem xét toàn bộ những hệ lụy của nó trước khi tuyên án. Do đó, tôi đề nghị tất cả các bên liên quan quay lại phòng xử án này vào lúc mười giờ sáng mai, khi tôi sẽ tuyên án.’</w:t>
      </w:r>
    </w:p>
    <w:p>
      <w:pPr>
        <w:spacing w:after="80"/>
      </w:pPr>
      <w:r>
        <w:rPr>
          <w:b w:val="0"/>
          <w:i w:val="0"/>
        </w:rPr>
        <w:t>‘Thưa Ngài,’ Booth Watson nói, đứng dậy khỏi chỗ ngồi. ‘Tôi có thể giả định rằng thân chủ của tôi sẽ được tại ngoại qua đêm chứ?’</w:t>
      </w:r>
    </w:p>
    <w:p>
      <w:pPr>
        <w:spacing w:after="80"/>
      </w:pPr>
      <w:r>
        <w:rPr>
          <w:b w:val="0"/>
          <w:i w:val="0"/>
        </w:rPr>
        <w:t>Grace định nhảy lên phản đối, thì Ngài Thẩm phán nói, ‘Không, ông không thể, ông Booth Watson. Bị cáo sẽ bị tạm giam chờ tuyên án, bởi vì nếu tôi chấp thuận yêu cầu của ông, tôi không tin chắc rằng thân chủ của ông sẽ quay lại phòng xử án vào sáng mai để nghe phán quyết của tôi.’</w:t>
      </w:r>
    </w:p>
    <w:p>
      <w:pPr>
        <w:spacing w:after="80"/>
      </w:pPr>
      <w:r>
        <w:rPr>
          <w:b w:val="0"/>
          <w:i w:val="0"/>
        </w:rPr>
        <w:t>Booth Watson ngồi sụp xuống chỗ của mình mà không bình luận thêm.</w:t>
      </w:r>
    </w:p>
    <w:p>
      <w:pPr>
        <w:spacing w:after="80"/>
      </w:pPr>
      <w:r>
        <w:rPr>
          <w:b w:val="0"/>
          <w:i w:val="0"/>
        </w:rPr>
        <w:t>‘Dẫn anh ta xuống,’ viên thư ký tòa nói.</w:t>
      </w:r>
    </w:p>
    <w:p>
      <w:pPr>
        <w:spacing w:after="80"/>
      </w:pPr>
      <w:r>
        <w:rPr>
          <w:b w:val="0"/>
          <w:i w:val="0"/>
        </w:rPr>
        <w:t>Hai viên cảnh sát bước tới, nắm chặt lấy cánh tay Faulkner, và dẫn anh ta xuống dưới các phòng giam.</w:t>
      </w:r>
    </w:p>
    <w:p>
      <w:pPr>
        <w:spacing w:after="80"/>
      </w:pPr>
      <w:r>
        <w:rPr>
          <w:b w:val="0"/>
          <w:i w:val="0"/>
        </w:rPr>
        <w:t>‘Tất cả đứng lên.’</w:t>
      </w:r>
    </w:p>
    <w:p>
      <w:pPr>
        <w:spacing w:after="80"/>
      </w:pPr>
      <w:r>
        <w:rPr>
          <w:b w:val="0"/>
          <w:i w:val="0"/>
        </w:rPr>
        <w:t>William dõi theo khi Faulkner biến mất khỏi tầm mắt và chỉ có thể tự hỏi điều gì đang diễn ra trong đầu anh ta.</w:t>
      </w:r>
    </w:p>
    <w:p>
      <w:pPr>
        <w:spacing w:after="80"/>
      </w:pPr>
      <w:r>
        <w:rPr>
          <w:b w:val="0"/>
          <w:i w:val="0"/>
        </w:rPr>
        <w:t>‘Chúc mừng, Grace,’ Ngài Julian nói. ‘Ta không thể làm được điều đó nếu không có con.’</w:t>
      </w:r>
    </w:p>
    <w:p>
      <w:pPr>
        <w:spacing w:after="80"/>
      </w:pPr>
      <w:r>
        <w:rPr>
          <w:b w:val="0"/>
          <w:i w:val="0"/>
        </w:rPr>
        <w:t>‘Con cảm ơn Cha. Và có nhiều lý do khiến con không thể làm được điều đó nếu không có Cha.’</w:t>
      </w:r>
    </w:p>
    <w:p>
      <w:pPr>
        <w:spacing w:after="80"/>
      </w:pPr>
      <w:r>
        <w:rPr>
          <w:b w:val="0"/>
          <w:i w:val="0"/>
        </w:rPr>
        <w:t>Cả hai cùng mỉm cười.</w:t>
      </w:r>
    </w:p>
    <w:p>
      <w:pPr>
        <w:spacing w:after="80"/>
      </w:pPr>
      <w:r>
        <w:rPr>
          <w:b w:val="0"/>
          <w:i w:val="0"/>
        </w:rPr>
        <w:t>‘Ta e rằng, cô gái trẻ ạ, sẽ không lâu nữa đâu cô sẽ được phong ngạch luật sư bào chữa (take silk), và ta sẽ không còn có thể nhờ cậy cô với tư cách là trợ lý cấp dưới của ta nữa. Và cũng cảm ơn cô nữa, Clare, dù ta nghi ngờ rằng sau này người ta sẽ gọi cô là Caviar Clare. Nhưng chúc mừng cả hai người về một chiến thắng lẫy lừng.’</w:t>
      </w:r>
    </w:p>
    <w:p>
      <w:pPr>
        <w:spacing w:after="80"/>
      </w:pPr>
      <w:r>
        <w:rPr>
          <w:b w:val="0"/>
          <w:i w:val="0"/>
        </w:rPr>
        <w:t>‘Ông nghĩ bản án sẽ dài bao nhiêu?’ Clare hỏi khi họ bước ra khỏi phòng xử án.</w:t>
      </w:r>
    </w:p>
    <w:p>
      <w:pPr>
        <w:spacing w:after="80"/>
      </w:pPr>
      <w:r>
        <w:rPr>
          <w:b w:val="0"/>
          <w:i w:val="0"/>
        </w:rPr>
        <w:t>‘Cứ chọn một con số đi,’ Sir Julian nói, ‘rồi cô sẽ đoán sai.’</w:t>
      </w:r>
    </w:p>
    <w:p>
      <w:pPr>
        <w:jc w:val="center"/>
      </w:pPr>
      <w:r>
        <w:drawing>
          <wp:inline xmlns:a="http://schemas.openxmlformats.org/drawingml/2006/main" xmlns:pic="http://schemas.openxmlformats.org/drawingml/2006/picture">
            <wp:extent cx="752475" cy="161925"/>
            <wp:docPr id="61" name="Picture 61"/>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‘Tôi không nghĩ có chút khả năng nào ông có thể tác động đến thẩm phán đâu, BW?’ Faulkner nói khi ngồi xuống tấm nệm mỏng và cứng. ‘Lần trước ông đã làm được mà.’</w:t>
      </w:r>
    </w:p>
    <w:p>
      <w:pPr>
        <w:spacing w:after="80"/>
      </w:pPr>
      <w:r>
        <w:rPr>
          <w:b w:val="0"/>
          <w:i w:val="0"/>
        </w:rPr>
        <w:t>‘Không, tôi không làm thế. Chính thẩm phán đã tác động đến anh,’ Booth Watson nhắc anh ta khi kéo một chiếc ghế lại. ‘Tôi đã gợi ý với Văn phòng Kháng cáo Hình sự (Criminal Appeal Office) rằng vì các nhà tù của chúng ta quá đông đúc, họ có thể cân nhắc một khoản tiền phạt nặng thay vì án tù trong trường hợp này, nhưng cho đến nay ý tưởng đó vẫn bị phớt lờ.’</w:t>
      </w:r>
    </w:p>
    <w:p>
      <w:pPr>
        <w:spacing w:after="80"/>
      </w:pPr>
      <w:r>
        <w:rPr>
          <w:b w:val="0"/>
          <w:i w:val="0"/>
        </w:rPr>
        <w:t>‘Giá mà tôi nghe lời khuyên của ông, BW, và từ chối bị thẩm vấn đối chất, thì tối nay chúng ta đã đang ăn tối ở khách sạn Savoy rồi.’</w:t>
      </w:r>
    </w:p>
    <w:p>
      <w:pPr>
        <w:spacing w:after="80"/>
      </w:pPr>
      <w:r>
        <w:rPr>
          <w:b w:val="0"/>
          <w:i w:val="0"/>
        </w:rPr>
        <w:t>Đây là một trong những dịp hiếm hoi Booth Watson không đưa ra ý kiến gì, dù là cá nhân hay chuyên môn.</w:t>
      </w:r>
    </w:p>
    <w:p>
      <w:pPr>
        <w:jc w:val="center"/>
      </w:pPr>
      <w:r>
        <w:drawing>
          <wp:inline xmlns:a="http://schemas.openxmlformats.org/drawingml/2006/main" xmlns:pic="http://schemas.openxmlformats.org/drawingml/2006/picture">
            <wp:extent cx="752475" cy="161925"/>
            <wp:docPr id="62" name="Picture 62"/>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‘Bốn triệu?’ Christina lặp lại.</w:t>
      </w:r>
    </w:p>
    <w:p>
      <w:pPr>
        <w:spacing w:after="80"/>
      </w:pPr>
      <w:r>
        <w:rPr>
          <w:b w:val="0"/>
          <w:i w:val="0"/>
        </w:rPr>
        <w:t>‘Có thể còn hơn thế,’ ông Nealon nói. ‘Tôi có hai ba khách hàng trong danh sách của mình đã tìm kiếm một bất động sản như thế này từ lâu rồi, và một khi nó được quảng cáo trên tất cả các tạp chí và ấn phẩm bóng bẩy, ai mà biết được nó có thể bán được bao nhiêu?’</w:t>
      </w:r>
    </w:p>
    <w:p>
      <w:pPr>
        <w:spacing w:after="80"/>
      </w:pPr>
      <w:r>
        <w:rPr>
          <w:b w:val="0"/>
          <w:i w:val="0"/>
        </w:rPr>
        <w:t>‘Nghe có vẻ hứa hẹn đấy,’ Christina nói.</w:t>
      </w:r>
    </w:p>
    <w:p>
      <w:pPr>
        <w:spacing w:after="80"/>
      </w:pPr>
      <w:r>
        <w:rPr>
          <w:b w:val="0"/>
          <w:i w:val="0"/>
        </w:rPr>
        <w:t>‘Vậy, bà có muốn tôi đưa nó ra thị trường không, bà Faulkner?’</w:t>
      </w:r>
    </w:p>
    <w:p>
      <w:pPr>
        <w:spacing w:after="80"/>
      </w:pPr>
      <w:r>
        <w:rPr>
          <w:b w:val="0"/>
          <w:i w:val="0"/>
        </w:rPr>
        <w:t>‘Có, nhưng không phải cho đến khi tôi không còn là bà Faulkner nữa, mà điều đó sẽ không còn lâu nữa đâu.’</w:t>
      </w:r>
    </w:p>
    <w:p>
      <w:pPr>
        <w:jc w:val="center"/>
      </w:pPr>
      <w:r>
        <w:drawing>
          <wp:inline xmlns:a="http://schemas.openxmlformats.org/drawingml/2006/main" xmlns:pic="http://schemas.openxmlformats.org/drawingml/2006/picture">
            <wp:extent cx="752475" cy="161925"/>
            <wp:docPr id="63" name="Picture 63"/>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‘Tất cả đứng lên.’</w:t>
      </w:r>
    </w:p>
    <w:p>
      <w:pPr>
        <w:spacing w:after="80"/>
      </w:pPr>
      <w:r>
        <w:rPr>
          <w:b w:val="0"/>
          <w:i w:val="0"/>
        </w:rPr>
        <w:t>Ông Thẩm phán Baverstock bước vào lãnh địa của mình lần cuối cùng trong vụ án Hoàng gia (Crown) v. Faulkner. Ông đặt một tập hồ sơ bìa da đỏ dày có ghi EIIR lên bàn thẩm phán trước mặt, ngồi xuống và chỉnh lại bộ lễ phục đỏ của mình trước khi nhìn xuống phòng xử án và chờ mọi người ổn định chỗ ngồi. Ông đặt một cặp kính gọng bán nguyệt lên đầu mũi và gật đầu với thư ký tòa.</w:t>
      </w:r>
    </w:p>
    <w:p>
      <w:pPr>
        <w:spacing w:after="80"/>
      </w:pPr>
      <w:r>
        <w:rPr>
          <w:b w:val="0"/>
          <w:i w:val="0"/>
        </w:rPr>
        <w:t>‘Xin mời bị cáo đứng dậy?’</w:t>
      </w:r>
    </w:p>
    <w:p>
      <w:pPr>
        <w:spacing w:after="80"/>
      </w:pPr>
      <w:r>
        <w:rPr>
          <w:b w:val="0"/>
          <w:i w:val="0"/>
        </w:rPr>
        <w:t>Faulkner đứng lên và đối diện với Ngài Thẩm phán. Ai cũng thấy rõ rằng đêm qua ông ta đã không ngủ.</w:t>
      </w:r>
    </w:p>
    <w:p>
      <w:pPr>
        <w:spacing w:after="80"/>
      </w:pPr>
      <w:r>
        <w:rPr>
          <w:b w:val="0"/>
          <w:i w:val="0"/>
        </w:rPr>
        <w:t>Vị thẩm phán mở tập hồ sơ màu đỏ, cúi xuống nhìn những dòng chữ viết tay của mình và bắt đầu tuyên án.</w:t>
      </w:r>
    </w:p>
    <w:p>
      <w:pPr>
        <w:spacing w:after="80"/>
      </w:pPr>
      <w:r>
        <w:rPr>
          <w:b w:val="0"/>
          <w:i w:val="0"/>
        </w:rPr>
        <w:t>‘Ta không hề nghi ngờ gì, ông Faulkner, rằng ông là một kẻ tàn nhẫn, vô nguyên tắc và vô đạo đức, không có chút ý thức nào về phẩm giá hay lễ độ, và vì sự giàu có cùng địa vị của mình, ông cảm thấy mình đứng trên luật pháp. Với tinh thần đó, và ghi nhớ mức độ nghiêm trọng của tội danh, ta tuyên phạt ông sáu năm tù giam.’</w:t>
      </w:r>
    </w:p>
    <w:p>
      <w:pPr>
        <w:spacing w:after="80"/>
      </w:pPr>
      <w:r>
        <w:rPr>
          <w:b w:val="0"/>
          <w:i w:val="0"/>
        </w:rPr>
        <w:t>Grace muốn nhảy cẫng lên, nhưng bằng cách nào đó cô đã kiềm chế được, trong khi vài người xung quanh cô thì không. Nhìn vẻ mặt của Ngài Julian, rõ ràng ông cho rằng hành vi của con gái mình là không thỏa đáng, nhưng ông không bình luận gì.</w:t>
      </w:r>
    </w:p>
    <w:p>
      <w:pPr>
        <w:spacing w:after="80"/>
      </w:pPr>
      <w:r>
        <w:rPr>
          <w:b w:val="0"/>
          <w:i w:val="0"/>
        </w:rPr>
        <w:t>‘Nhưng, xét đến hoàn cảnh,’ vị thẩm phán tiếp tục khi đã lấy lại được sự chú ý của mọi người, ‘ta đã quyết định hoãn thi hành bản án và phạt ông một triệu bảng, ngoài mọi chi phí pháp lý liên quan đến phiên tòa này, mà ông cũng sẽ phải chịu.’</w:t>
      </w:r>
    </w:p>
    <w:p>
      <w:pPr>
        <w:spacing w:after="80"/>
      </w:pPr>
      <w:r>
        <w:rPr>
          <w:b w:val="0"/>
          <w:i w:val="0"/>
        </w:rPr>
        <w:t>Faulkner muốn nhảy cẫng lên và hô vang hallelujah, mặc dù ông ngạc nhiên khi thấy luật sư biện hộ của mình dường như không chia sẻ sự nhẹ nhõm ấy mà vẫn ngồi đó, vẻ mặt lạnh như tiền.</w:t>
      </w:r>
    </w:p>
    <w:p>
      <w:pPr>
        <w:spacing w:after="80"/>
      </w:pPr>
      <w:r>
        <w:rPr>
          <w:b w:val="0"/>
          <w:i w:val="0"/>
        </w:rPr>
        <w:t>‘Tuy nhiên,’ vị thẩm phán tiếp tục, lật sang trang, ‘ta được nhắc rằng hiện ông đang chấp hành một bản án treo bốn năm cho một tội lừa đảo trước đó. Thẩm phán Nourse, người chủ trì phiên tòa ấy, đã nói rõ rằng nếu ông phạm thêm tội trong thời gian thử thách, dù nhỏ đến đâu, ông sẽ đương nhiên bị kết án bốn năm tù trong một nhà tù an ninh tối đa không được giảm án, và vì ta không có thẩm quyền bác bỏ quyết định đó, ông sẽ phải thi hành bản án ấy ngay bây giờ.’</w:t>
      </w:r>
    </w:p>
    <w:p>
      <w:pPr>
        <w:spacing w:after="80"/>
      </w:pPr>
      <w:r>
        <w:rPr>
          <w:b w:val="0"/>
          <w:i w:val="0"/>
        </w:rPr>
        <w:t>Faulkner sụp xuống ghế, hai tay ôm lấy đầu.</w:t>
      </w:r>
    </w:p>
    <w:p>
      <w:pPr>
        <w:spacing w:after="80"/>
      </w:pPr>
      <w:r>
        <w:rPr>
          <w:b w:val="0"/>
          <w:i w:val="0"/>
        </w:rPr>
        <w:t>‘Và vì bản án trước đó, ta được Cơ quan Công tố Hoàng gia (Crown Prosecution Service) cho biết rằng ta không còn lựa chọn nào khác ngoài việc cộng sáu năm ta vừa tuyên với bốn năm ban đầu, để bản án của ông giờ sẽ là mười năm.’</w:t>
      </w:r>
    </w:p>
    <w:p>
      <w:pPr>
        <w:spacing w:after="80"/>
      </w:pPr>
      <w:r>
        <w:rPr>
          <w:b w:val="0"/>
          <w:i w:val="0"/>
        </w:rPr>
        <w:t>Thẩm phán Baverstock đóng tập hồ sơ đỏ lại và một lần nữa gật đầu với thư ký tòa. Tiếng ồn ào đến mức ít người nghe thấy thư ký nói: ‘Dẫn bị cáo xuống.’</w:t>
      </w:r>
    </w:p>
    <w:p>
      <w:pPr>
        <w:jc w:val="center"/>
      </w:pPr>
      <w:r>
        <w:drawing>
          <wp:inline xmlns:a="http://schemas.openxmlformats.org/drawingml/2006/main" xmlns:pic="http://schemas.openxmlformats.org/drawingml/2006/picture">
            <wp:extent cx="752475" cy="161925"/>
            <wp:docPr id="64" name="Picture 64"/>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Ngài Julian mở nắp một chai sâm panh và bắt đầu rót cho đội ngũ chiến thắng của mình.</w:t>
      </w:r>
    </w:p>
    <w:p>
      <w:pPr>
        <w:spacing w:after="80"/>
      </w:pPr>
      <w:r>
        <w:rPr>
          <w:b w:val="0"/>
          <w:i w:val="0"/>
        </w:rPr>
        <w:t>‘Cô thu hồi được bao nhiêu hũ trứng cá muối?’ Clare hỏi.</w:t>
      </w:r>
    </w:p>
    <w:p>
      <w:pPr>
        <w:spacing w:after="80"/>
      </w:pPr>
      <w:r>
        <w:rPr>
          <w:b w:val="0"/>
          <w:i w:val="0"/>
        </w:rPr>
        <w:t>‘Bồi thẩm đoàn đã dọn sạch cả hai hũ của họ,’ Grace nói. ‘Viện cớ là cần nếm thử tang vật. Hũ của Booth Watson thì biến mất, và tôi không mong thấy lại hũ của Faulkner. Nhưng vị thẩm phán tốt bụng đã trả lại hũ của ông ấy.’</w:t>
      </w:r>
    </w:p>
    <w:p>
      <w:pPr>
        <w:spacing w:after="80"/>
      </w:pPr>
      <w:r>
        <w:rPr>
          <w:b w:val="0"/>
          <w:i w:val="0"/>
        </w:rPr>
        <w:t>‘Số đó sẽ tốn của cô nhiều hơn số tiền cô kiếm được với tư cách trợ lý của tôi trong vụ này đấy,’ Julian nói, đưa cho cô một ly sâm panh.</w:t>
      </w:r>
    </w:p>
    <w:p>
      <w:pPr>
        <w:spacing w:after="80"/>
      </w:pPr>
      <w:r>
        <w:rPr>
          <w:b w:val="0"/>
          <w:i w:val="0"/>
        </w:rPr>
        <w:t>‘Chẳng phải DPP sẽ chi trả khoản đó sao?’ Clare nói. ‘Dù sao thì chúng ta cũng đã thắng vụ án, bất chấp lời khuyên uyên bác của họ.’</w:t>
      </w:r>
    </w:p>
    <w:p>
      <w:pPr>
        <w:spacing w:after="80"/>
      </w:pPr>
      <w:r>
        <w:rPr>
          <w:b w:val="0"/>
          <w:i w:val="0"/>
        </w:rPr>
        <w:t>‘Không đời nào. Nhưng tin tốt là Faulkner sẽ phải tự bỏ tiền túi trả án phí của bên nguyên, vì thẩm phán đã phán quyết rằng toàn bộ chi phí pháp lý đều do ông ta gánh.’</w:t>
      </w:r>
    </w:p>
    <w:p>
      <w:pPr>
        <w:spacing w:after="80"/>
      </w:pPr>
      <w:r>
        <w:rPr>
          <w:b w:val="0"/>
          <w:i w:val="0"/>
        </w:rPr>
        <w:t>Những ly rượu lập tức được giơ lên trong một lời chúc mừng khó ngờ dành cho ‘Miles Faulkner’.</w:t>
      </w:r>
    </w:p>
    <w:p>
      <w:pPr>
        <w:spacing w:after="80"/>
      </w:pPr>
      <w:r>
        <w:rPr>
          <w:b w:val="0"/>
          <w:i w:val="0"/>
        </w:rPr>
        <w:t>‘Và một lời chúc mừng dành cho Grace, người đã giành được phán quyết,’ Sir Julian nói, giơ ly lần thứ hai.</w:t>
      </w:r>
    </w:p>
    <w:p>
      <w:pPr>
        <w:spacing w:after="80"/>
      </w:pPr>
      <w:r>
        <w:rPr>
          <w:b w:val="0"/>
          <w:i w:val="0"/>
        </w:rPr>
        <w:t>‘Vì Grace!’ tất cả họ đồng thanh hô, làm theo.</w:t>
      </w:r>
    </w:p>
    <w:p>
      <w:pPr>
        <w:spacing w:after="80"/>
      </w:pPr>
      <w:r>
        <w:rPr>
          <w:b w:val="0"/>
          <w:i w:val="0"/>
        </w:rPr>
        <w:t>‘Cùng với tên của Adrian Heath,’ William nói, ‘người đã cung cấp cho chúng ta manh mối quan trọng để hạ gục kẻ khốn nạn đó.’</w:t>
      </w:r>
    </w:p>
    <w:p>
      <w:pPr>
        <w:spacing w:after="80"/>
      </w:pPr>
      <w:r>
        <w:rPr>
          <w:b w:val="0"/>
          <w:i w:val="0"/>
        </w:rPr>
        <w:t>‘Adrian Heath,’ tất cả họ đồng thanh nhắc lại, khi giơ ly lần thứ ba.</w:t>
      </w:r>
    </w:p>
    <w:p>
      <w:pPr>
        <w:jc w:val="center"/>
      </w:pPr>
      <w:r>
        <w:drawing>
          <wp:inline xmlns:a="http://schemas.openxmlformats.org/drawingml/2006/main" xmlns:pic="http://schemas.openxmlformats.org/drawingml/2006/picture">
            <wp:extent cx="752475" cy="161925"/>
            <wp:docPr id="65" name="Picture 65"/>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‘Tin tốt đây,’ Barry Nealon nói. ‘Chúng ta đã nhận được một lời đề nghị năm triệu cho Limpton Hall.’</w:t>
      </w:r>
    </w:p>
    <w:p>
      <w:pPr>
        <w:spacing w:after="80"/>
      </w:pPr>
      <w:r>
        <w:rPr>
          <w:b w:val="0"/>
          <w:i w:val="0"/>
        </w:rPr>
        <w:t>‘Năm triệu?’ Christina nhắc lại đầy hoài nghi. ‘Nhưng con số đó cao hơn hẳn giá rao bán.’</w:t>
      </w:r>
    </w:p>
    <w:p>
      <w:pPr>
        <w:spacing w:after="80"/>
      </w:pPr>
      <w:r>
        <w:rPr>
          <w:b w:val="0"/>
          <w:i w:val="0"/>
        </w:rPr>
        <w:t>‘Đúng là như vậy,’ Nealon nói, ‘và luật sư của người mua đã đề nghị đặt cọc nửa triệu nếu các vị sẵn lòng rút bất động sản khỏi thị trường ngay lập tức.’</w:t>
      </w:r>
    </w:p>
    <w:p>
      <w:pPr>
        <w:spacing w:after="80"/>
      </w:pPr>
      <w:r>
        <w:rPr>
          <w:b w:val="0"/>
          <w:i w:val="0"/>
        </w:rPr>
        <w:t>‘Ông khuyên thế nào?’</w:t>
      </w:r>
    </w:p>
    <w:p>
      <w:pPr>
        <w:spacing w:after="80"/>
      </w:pPr>
      <w:r>
        <w:rPr>
          <w:b w:val="0"/>
          <w:i w:val="0"/>
        </w:rPr>
        <w:t>‘Tôi khuyên các vị nên chấp nhận lời đề nghị. Nhất là vì người mua đã đồng ý rằng nếu anh ta không hoàn tất việc mua bán trong vòng ba mươi ngày, anh ta sẽ mất tiền đặt cọc, nên tôi không thấy có điểm bất lợi nào.’</w:t>
      </w:r>
    </w:p>
    <w:p>
      <w:pPr>
        <w:spacing w:after="80"/>
      </w:pPr>
      <w:r>
        <w:rPr>
          <w:b w:val="0"/>
          <w:i w:val="0"/>
        </w:rPr>
        <w:t>‘“Anh ta” là ai?’</w:t>
      </w:r>
    </w:p>
    <w:p>
      <w:pPr>
        <w:spacing w:after="80"/>
      </w:pPr>
      <w:r>
        <w:rPr>
          <w:b w:val="0"/>
          <w:i w:val="0"/>
        </w:rPr>
        <w:t>‘Tôi không biết,’ Nealon nói. ‘Giao dịch được thực hiện qua luật sư của anh ta.’</w:t>
      </w:r>
    </w:p>
    <w:p>
      <w:pPr>
        <w:jc w:val="center"/>
      </w:pPr>
      <w:r>
        <w:drawing>
          <wp:inline xmlns:a="http://schemas.openxmlformats.org/drawingml/2006/main" xmlns:pic="http://schemas.openxmlformats.org/drawingml/2006/picture">
            <wp:extent cx="752475" cy="161925"/>
            <wp:docPr id="66" name="Picture 66"/>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 xml:space="preserve">Trong vòng một tuần kể từ khi đến Pentonville, phạm nhân số 4307 đã được chuyển vào một phòng giam riêng. Sau hai tuần, anh ta có bàn riêng trong nhà ăn, và không ai được phép ngồi cùng trừ khi được mời. Sau ba tuần, anh ta được miễn nhiệm vụ dọn nhà vệ sinh và được bổ nhiệm làm nhân viên trật tự thư viện, nơi anh ta không bị các tù nhân khác làm phiền quá nhiều. Đến cuối tháng, anh ta có khung giờ riêng trong phòng tập thể hình, với một huấn luyện viên cá nhân tính phí theo giờ. Khi thêm một tháng nữa trôi qua, anh ta đã đọc xong </w:t>
      </w:r>
      <w:r>
        <w:rPr>
          <w:b w:val="0"/>
          <w:i/>
        </w:rPr>
        <w:t>Chiến tranh và Hòa bình</w:t>
      </w:r>
      <w:r>
        <w:rPr>
          <w:b w:val="0"/>
          <w:i w:val="0"/>
        </w:rPr>
        <w:t xml:space="preserve">, </w:t>
      </w:r>
      <w:r>
        <w:rPr>
          <w:b w:val="0"/>
          <w:i/>
        </w:rPr>
        <w:t>Chuyện hai thành phố</w:t>
      </w:r>
      <w:r>
        <w:rPr>
          <w:b w:val="0"/>
          <w:i w:val="0"/>
        </w:rPr>
        <w:t xml:space="preserve">, </w:t>
      </w:r>
      <w:r>
        <w:rPr>
          <w:b w:val="0"/>
          <w:i/>
        </w:rPr>
        <w:t>Bá tước Monte Cristo,</w:t>
      </w:r>
      <w:r>
        <w:rPr>
          <w:b w:val="0"/>
          <w:i w:val="0"/>
        </w:rPr>
        <w:t xml:space="preserve"> và giảm được một stone (khoảng 6,35 kg). Anh ta chưa bao giờ khỏe khoắn hơn, hay đọc nhiều hơn thế.</w:t>
      </w:r>
    </w:p>
    <w:p>
      <w:pPr>
        <w:spacing w:after="80"/>
      </w:pPr>
      <w:r>
        <w:rPr>
          <w:b w:val="0"/>
          <w:i w:val="0"/>
        </w:rPr>
        <w:t xml:space="preserve">Trong tháng thứ ba, tờ </w:t>
      </w:r>
      <w:r>
        <w:rPr>
          <w:b w:val="0"/>
          <w:i/>
        </w:rPr>
        <w:t>Financial Times</w:t>
      </w:r>
      <w:r>
        <w:rPr>
          <w:b w:val="0"/>
          <w:i w:val="0"/>
        </w:rPr>
        <w:t xml:space="preserve"> được giao đến phòng giam của anh ta ngay sau tám giờ mỗi sáng, cùng với một tách trà, không phải cái cốc. Nhưng chiến thắng lớn nhất của anh ta mất thêm một chút thời gian mới đạt được: quyền dùng điện thoại riêng mười lăm phút mỗi ngày, ba mươi phút vào Chủ nhật.</w:t>
      </w:r>
    </w:p>
    <w:p>
      <w:pPr>
        <w:spacing w:after="80"/>
      </w:pPr>
      <w:r>
        <w:rPr>
          <w:b w:val="0"/>
          <w:i w:val="0"/>
        </w:rPr>
        <w:t>Những vị khách cuối tuần của anh ta – anh ta chỉ được phép có hai người, như mọi tù nhân khác – không phải bạn bè hay người thân mà là các đối tác kinh doanh, vì anh ta không có thời gian để lãng phí vào những chuyện vặt vãnh. Hai tuần một lần, anh ta được quyền dành một giờ với cố vấn pháp lý của mình. Anh ta là người duy nhất đủ khả năng chi trả cho một đặc ân như vậy một cách đều đặn. Anh ta chỉ thị cho Booth Watson nộp đơn kháng cáo xin xét xử lại với lý do phiên tòa ban đầu lẽ ra phải bị hủy bỏ vì Adrian Heath không thể đưa ra thêm bằng chứng. Đơn kháng cáo bị bác. Đơn kháng cáo thứ hai của anh ta là về độ dài bản án, với lý do nó quá nặng đối với một tội danh nhỏ như vậy. Anh ta vẫn chưa nhận được hồi âm từ CPS. Sau đó anh ta nộp đơn xin chuyển đến một trại giam mở, với lý do anh ta không có tiền sử bạo lực. Đơn này cũng bị bác. Cuối cùng anh ta viết thư cho Bộ trưởng Nội vụ, yêu cầu giảm một nửa bản án vì hạnh kiểm tốt. Anh ta thậm chí không nhận được một lá thư xác nhận đã nhận thư.</w:t>
      </w:r>
    </w:p>
    <w:p>
      <w:pPr>
        <w:spacing w:after="80"/>
      </w:pPr>
      <w:r>
        <w:rPr>
          <w:b w:val="0"/>
          <w:i w:val="0"/>
        </w:rPr>
        <w:t>Anh ta đã khiến Booth Watson bất ngờ ngay lần đầu gặp mặt, một chiến tích hiếm có, khi anh ta yêu cầu ông đưa ra lời đề nghị mua Limpton Hall, với một luật sư mà ông chưa từng dùng trước đây.</w:t>
      </w:r>
    </w:p>
    <w:p>
      <w:pPr>
        <w:spacing w:after="80"/>
      </w:pPr>
      <w:r>
        <w:rPr>
          <w:b w:val="0"/>
          <w:i w:val="0"/>
        </w:rPr>
        <w:t>"Tôi không biết là nó đang được rao bán," Booth Watson thừa nhận.</w:t>
      </w:r>
    </w:p>
    <w:p>
      <w:pPr>
        <w:spacing w:after="80"/>
      </w:pPr>
      <w:r>
        <w:rPr>
          <w:b w:val="0"/>
          <w:i w:val="0"/>
        </w:rPr>
        <w:t>"Không phải đâu," Faulkner đáp. "Và đến tuần sau nó sẽ không còn được rao bán nữa. Tôi cũng muốn ông liên hệ với ông Davage ở Christie's, và nói rõ rằng ông sẽ đấu giá bất kỳ bức tranh nào của tôi nếu chúng được đem ra đấu giá."</w:t>
      </w:r>
    </w:p>
    <w:p>
      <w:pPr>
        <w:spacing w:after="80"/>
      </w:pPr>
      <w:r>
        <w:rPr>
          <w:b w:val="0"/>
          <w:i w:val="0"/>
        </w:rPr>
        <w:t>"Điều gì khiến ông nghĩ cô ấy sẽ đem chúng ra bán?"</w:t>
      </w:r>
    </w:p>
    <w:p>
      <w:pPr>
        <w:spacing w:after="80"/>
      </w:pPr>
      <w:r>
        <w:rPr>
          <w:b w:val="0"/>
          <w:i w:val="0"/>
        </w:rPr>
        <w:t>"Christina sẽ không có lựa chọn nào trong chuyện này," Faulkner nói. "Nếu cô ấy thực hiện kế hoạch mua căn nhà mơ ước ở Florida, chắc chắn cô ấy sẽ khiến tài khoản của mình thâm hụt."</w:t>
      </w:r>
    </w:p>
    <w:p>
      <w:pPr>
        <w:spacing w:after="80"/>
      </w:pPr>
      <w:r>
        <w:rPr>
          <w:b w:val="0"/>
          <w:i w:val="0"/>
        </w:rPr>
        <w:t>"Và những bức tranh?"</w:t>
      </w:r>
    </w:p>
    <w:p>
      <w:pPr>
        <w:spacing w:after="80"/>
      </w:pPr>
      <w:r>
        <w:rPr>
          <w:b w:val="0"/>
          <w:i w:val="0"/>
        </w:rPr>
        <w:t>"Tường của Limpton Hall sẽ trống trơn từ lâu trước đó, cùng với tài khoản ngân hàng của cô ấy."</w:t>
      </w:r>
    </w:p>
    <w:p>
      <w:pPr>
        <w:spacing w:after="80"/>
      </w:pPr>
      <w:r>
        <w:rPr>
          <w:b w:val="0"/>
          <w:i w:val="0"/>
        </w:rPr>
        <w:t>Booth Watson là người biết khi nào nên ngừng hỏi những câu mà ông không muốn biết câu trả lời. Ông nhẹ nhõm khi SO Rose quay lại báo rằng giờ thăm đã hết.</w:t>
      </w:r>
    </w:p>
    <w:p>
      <w:pPr>
        <w:spacing w:after="80"/>
      </w:pPr>
      <w:r>
        <w:rPr>
          <w:b w:val="0"/>
          <w:i w:val="0"/>
        </w:rPr>
        <w:t>Nếu chính quyền nhà tù chăm chỉ hơn, họ hẳn đã quan tâm nhiều hơn đến những tài liệu đọc của 4307, và đến một tù nhân đặc biệt thường đi dạo quanh sân cùng anh ta – cùng tội danh mà anh ta bị kết án.</w:t>
      </w:r>
    </w:p>
    <w:p>
      <w:pPr>
        <w:jc w:val="center"/>
      </w:pPr>
      <w:r>
        <w:drawing>
          <wp:inline xmlns:a="http://schemas.openxmlformats.org/drawingml/2006/main" xmlns:pic="http://schemas.openxmlformats.org/drawingml/2006/picture">
            <wp:extent cx="752475" cy="161925"/>
            <wp:docPr id="67" name="Picture 67"/>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"Ký ở đây, đây và đây," Ngài Julian nói, khi đưa bút cho bà Faulkner.</w:t>
      </w:r>
    </w:p>
    <w:p>
      <w:pPr>
        <w:spacing w:after="80"/>
      </w:pPr>
      <w:r>
        <w:rPr>
          <w:b w:val="0"/>
          <w:i w:val="0"/>
        </w:rPr>
        <w:t>"Vậy là cuối cùng mọi chuyện cũng xong," Christina nói khi mực đã khô. "Thành thật mà nói, tôi ngạc nhiên là Miles đồng ý rời xa những bức tranh quý của anh ấy, vì anh ấy luôn yêu chúng hơn tôi. Dù sao thì, anh ấy sẽ có thể mua lại tất cả khi chúng được đem ra đấu giá, mặc dù tôi sẽ đảm bảo chúng không hề rẻ."</w:t>
      </w:r>
    </w:p>
    <w:p>
      <w:pPr>
        <w:spacing w:after="80"/>
      </w:pPr>
      <w:r>
        <w:rPr>
          <w:b w:val="0"/>
          <w:i w:val="0"/>
        </w:rPr>
        <w:t>Ngài Julian nhướng một bên lông mày.</w:t>
      </w:r>
    </w:p>
    <w:p>
      <w:pPr>
        <w:spacing w:after="80"/>
      </w:pPr>
      <w:r>
        <w:rPr>
          <w:b w:val="0"/>
          <w:i w:val="0"/>
        </w:rPr>
        <w:t>"Tôi sẽ có một người đấu giá trong phòng để đảm bảo tất cả chúng đều vượt xa mức giá ước tính của người điều hành đấu giá," Christina giải thích.</w:t>
      </w:r>
    </w:p>
    <w:p>
      <w:pPr>
        <w:spacing w:after="80"/>
      </w:pPr>
      <w:r>
        <w:rPr>
          <w:b w:val="0"/>
          <w:i w:val="0"/>
        </w:rPr>
        <w:t>"Trong trường hợp đó bà sẽ vi phạm pháp luật, bà Faulkner, điều mà tôi đặc biệt khuyên bà không nên làm."</w:t>
      </w:r>
    </w:p>
    <w:p>
      <w:pPr>
        <w:spacing w:after="80"/>
      </w:pPr>
      <w:r>
        <w:rPr>
          <w:b w:val="0"/>
          <w:i w:val="0"/>
        </w:rPr>
        <w:t>"Vì sao?"</w:t>
      </w:r>
    </w:p>
    <w:p>
      <w:pPr>
        <w:spacing w:after="80"/>
      </w:pPr>
      <w:r>
        <w:rPr>
          <w:b w:val="0"/>
          <w:i w:val="0"/>
        </w:rPr>
        <w:t>"Bà sẽ thành lập một cartel không vì mục đích nào khác ngoài việc đẩy giá lên vì lợi ích của chính mình, và, hãy yên tâm, chồng bà hẳn đã tính ra điều đó rồi."</w:t>
      </w:r>
    </w:p>
    <w:p>
      <w:pPr>
        <w:spacing w:after="80"/>
      </w:pPr>
      <w:r>
        <w:rPr>
          <w:b w:val="0"/>
          <w:i w:val="0"/>
        </w:rPr>
        <w:t>'Chồng cũ,' cô nói, mắt nhìn vào tờ giấy vừa mới ký.</w:t>
      </w:r>
    </w:p>
    <w:p>
      <w:pPr>
        <w:spacing w:after="80"/>
      </w:pPr>
      <w:r>
        <w:rPr>
          <w:b w:val="0"/>
          <w:i w:val="0"/>
        </w:rPr>
        <w:t>'Chưa đâu, cho đến khi anh ta cũng ký vào đơn hủy hôn,' Ngài Julian nói.</w:t>
      </w:r>
    </w:p>
    <w:p>
      <w:pPr>
        <w:spacing w:after="80"/>
      </w:pPr>
      <w:r>
        <w:rPr>
          <w:b w:val="0"/>
          <w:i w:val="0"/>
        </w:rPr>
        <w:t>'Anh ta còn lựa chọn nào khác, khi giờ đã bị nhốt trong tù?'</w:t>
      </w:r>
    </w:p>
    <w:p>
      <w:pPr>
        <w:spacing w:after="80"/>
      </w:pPr>
      <w:r>
        <w:rPr>
          <w:b w:val="0"/>
          <w:i w:val="0"/>
        </w:rPr>
        <w:t>'Với hàng giờ đồng hồ chỉ để nghĩ ngợi về việc cô đang làm gì. Và không gì khiến anh ta vui sướng hơn là thấy cô kết thúc trong tù vì vi phạm một điều luật mà cô còn chẳng biết là nó tồn tại. Thực ra, tôi nghi đây sẽ là một trong những dịp hiếm hoi mà Booth Watson sẵn lòng đứng ra đại diện cho phía Công tố.'</w:t>
      </w:r>
    </w:p>
    <w:p>
      <w:pPr>
        <w:spacing w:after="80"/>
      </w:pPr>
      <w:r>
        <w:rPr>
          <w:b w:val="0"/>
          <w:i w:val="0"/>
        </w:rPr>
        <w:t>'Vậy thì tôi sẽ phải bằng lòng với số tiền họ thu được ở buổi đấu giá.'</w:t>
      </w:r>
    </w:p>
    <w:p>
      <w:pPr>
        <w:spacing w:after="80"/>
      </w:pPr>
      <w:r>
        <w:rPr>
          <w:b w:val="0"/>
          <w:i w:val="0"/>
        </w:rPr>
        <w:t>'Tôi nghĩ làm vậy là khôn ngoan đấy, bà Faulkner, và đừng quên bà đã có một lời đề nghị năm triệu cho Limpton Hall, và tôi đã được xác nhận rằng £500,000 đã được gửi vào tài khoản của luật sư bên kia.'</w:t>
      </w:r>
    </w:p>
    <w:p>
      <w:pPr>
        <w:spacing w:after="80"/>
      </w:pPr>
      <w:r>
        <w:rPr>
          <w:b w:val="0"/>
          <w:i w:val="0"/>
        </w:rPr>
        <w:t>'Điều đó sẽ giúp tôi đặt cọc cho ngôi nhà mơ ước ở Florida với cùng những điều khoản ấy.'</w:t>
      </w:r>
    </w:p>
    <w:p>
      <w:pPr>
        <w:spacing w:after="80"/>
      </w:pPr>
      <w:r>
        <w:rPr>
          <w:b w:val="0"/>
          <w:i w:val="0"/>
        </w:rPr>
        <w:t>'Khi nào bà dự định chuyển sang Mỹ?'</w:t>
      </w:r>
    </w:p>
    <w:p>
      <w:pPr>
        <w:spacing w:after="80"/>
      </w:pPr>
      <w:r>
        <w:rPr>
          <w:b w:val="0"/>
          <w:i w:val="0"/>
        </w:rPr>
        <w:t>'Ngay khi lô tranh được bán xong. Christie's đã định giá bộ sưu tập vào khoảng ba mươi triệu, và sẽ đến lấy chúng vào tuần tới, để chuẩn bị cho buổi đấu giá mùa xuân của họ. Thời điểm không thể hợp hơn.'</w:t>
      </w:r>
    </w:p>
    <w:p>
      <w:pPr>
        <w:spacing w:after="80"/>
      </w:pPr>
      <w:r>
        <w:rPr>
          <w:b w:val="0"/>
          <w:i w:val="0"/>
        </w:rPr>
        <w:t>'Bà có chắc chắn rằng tất cả đều là tranh gốc, chứ không phải bản sao chứ?' Ngài Julian hỏi. 'Một việc mà gã chồng cũ của bà hoàn toàn có khả năng dàn xếp.'</w:t>
      </w:r>
    </w:p>
    <w:p>
      <w:pPr>
        <w:spacing w:after="80"/>
      </w:pPr>
      <w:r>
        <w:rPr>
          <w:b w:val="0"/>
          <w:i w:val="0"/>
        </w:rPr>
        <w:t>'Tôi chắc chắn. Tất cả đều đã được các chuyên gia liên quan tại Christie's giám định. Nếu không thì tôi đã chẳng bao giờ ký vào đơn ly hôn.'</w:t>
      </w:r>
    </w:p>
    <w:p>
      <w:pPr>
        <w:spacing w:after="80"/>
      </w:pPr>
      <w:r>
        <w:rPr>
          <w:b w:val="0"/>
          <w:i w:val="0"/>
        </w:rPr>
        <w:t>'Và bà sẽ sống ở đâu sau khi Limpton Hall được bán?'</w:t>
      </w:r>
    </w:p>
    <w:p>
      <w:pPr>
        <w:spacing w:after="80"/>
      </w:pPr>
      <w:r>
        <w:rPr>
          <w:b w:val="0"/>
          <w:i w:val="0"/>
        </w:rPr>
        <w:t>'Trong căn hộ của chúng tôi ở Eaton Square. Hợp đồng thuê chỉ còn vài tháng nữa, nhưng thế là quá đủ để tôi xoay xở trước khi định cư ở Florida.'</w:t>
      </w:r>
    </w:p>
    <w:p>
      <w:pPr>
        <w:spacing w:after="80"/>
      </w:pPr>
      <w:r>
        <w:rPr>
          <w:b w:val="0"/>
          <w:i w:val="0"/>
        </w:rPr>
        <w:t>'Vậy là mọi việc đã ổn thỏa, trừ khi bà còn điều gì cần hỏi ý kiến tôi?'</w:t>
      </w:r>
    </w:p>
    <w:p>
      <w:pPr>
        <w:spacing w:after="80"/>
      </w:pPr>
      <w:r>
        <w:rPr>
          <w:b w:val="0"/>
          <w:i w:val="0"/>
        </w:rPr>
        <w:t>'Có. Tôi có một món quà cho con dâu ngài, hay chính xác hơn là cho bảo tàng Fitzmolean. Đó là cách tôi nói lời cảm ơn vì tất cả những gì gia đình ngài đã làm cho tôi.'</w:t>
      </w:r>
    </w:p>
    <w:p>
      <w:pPr>
        <w:spacing w:after="80"/>
      </w:pPr>
      <w:r>
        <w:rPr>
          <w:b w:val="0"/>
          <w:i w:val="0"/>
        </w:rPr>
        <w:t xml:space="preserve">Cô nhặt chiếc túi ni lông Sainsbury's bên cạnh, lấy ra một bức tranh nhỏ, và giơ lên cho Ngài Julian chiêm ngưỡng. Ông sững sờ nhìn </w:t>
      </w:r>
      <w:r>
        <w:rPr>
          <w:b w:val="0"/>
          <w:i/>
        </w:rPr>
        <w:t>The White Lace Collar</w:t>
      </w:r>
      <w:r>
        <w:rPr>
          <w:b w:val="0"/>
          <w:i w:val="0"/>
        </w:rPr>
        <w:t xml:space="preserve"> của Vermeer, kiệt tác mà Beth đã say sưa ca ngợi sau khi dùng trà với Christina tại Limpton Hall.</w:t>
      </w:r>
    </w:p>
    <w:p>
      <w:pPr>
        <w:spacing w:after="80"/>
      </w:pPr>
      <w:r>
        <w:rPr>
          <w:b w:val="0"/>
          <w:i w:val="0"/>
        </w:rPr>
        <w:t>‘Thật là quá hào phóng,’ anh nói. ‘Nhưng anh có chắc là mình sẵn lòng rời xa một bức tranh quý giá đến vậy không?’</w:t>
      </w:r>
    </w:p>
    <w:p>
      <w:pPr>
        <w:spacing w:after="80"/>
      </w:pPr>
      <w:r>
        <w:rPr>
          <w:b w:val="0"/>
          <w:i w:val="0"/>
        </w:rPr>
        <w:t>‘Chắc chắn mà,’ Christina đáp. ‘Dù sao đi nữa, còn tới bảy mươi hai bức nữa giống thế ở chỗ tôi.’</w:t>
      </w:r>
    </w:p>
    <w:p>
      <w:pPr>
        <w:jc w:val="center"/>
      </w:pPr>
      <w:r>
        <w:drawing>
          <wp:inline xmlns:a="http://schemas.openxmlformats.org/drawingml/2006/main" xmlns:pic="http://schemas.openxmlformats.org/drawingml/2006/picture">
            <wp:extent cx="752475" cy="161925"/>
            <wp:docPr id="68" name="Picture 68"/>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Điện thoại reo ở phía bên anh nằm, nhưng anh chưa kịp với lấy thì Beth đang mang bầu nặng nề đã trở mình và rên lên một tiếng.</w:t>
      </w:r>
    </w:p>
    <w:p>
      <w:pPr>
        <w:spacing w:after="80"/>
      </w:pPr>
      <w:r>
        <w:rPr>
          <w:b w:val="0"/>
          <w:i w:val="0"/>
        </w:rPr>
        <w:t>‘Xin lỗi em,’ anh thì thầm khi nhấc máy. ‘Ai đấy ạ?’</w:t>
      </w:r>
    </w:p>
    <w:p>
      <w:pPr>
        <w:spacing w:after="80"/>
      </w:pPr>
      <w:r>
        <w:rPr>
          <w:b w:val="0"/>
          <w:i w:val="0"/>
        </w:rPr>
        <w:t>‘Hawksby đây.’</w:t>
      </w:r>
    </w:p>
    <w:p>
      <w:pPr>
        <w:spacing w:after="80"/>
      </w:pPr>
      <w:r>
        <w:rPr>
          <w:b w:val="0"/>
          <w:i w:val="0"/>
        </w:rPr>
        <w:t>‘Chào buổi sáng, thưa sếp.’</w:t>
      </w:r>
    </w:p>
    <w:p>
      <w:pPr>
        <w:spacing w:after="80"/>
      </w:pPr>
      <w:r>
        <w:rPr>
          <w:b w:val="0"/>
          <w:i w:val="0"/>
        </w:rPr>
        <w:t>‘Đến ngay bến trực thăng Battersea nhanh nhất có thể, DS Warwick. Vài phút nữa sẽ có xe đến đón cậu. Đừng để tôi phải chờ.’</w:t>
      </w:r>
    </w:p>
    <w:p>
      <w:pPr>
        <w:spacing w:after="80"/>
      </w:pPr>
      <w:r>
        <w:rPr>
          <w:b w:val="0"/>
          <w:i w:val="0"/>
        </w:rPr>
        <w:t>‘Có gì tôi cần biết không, thưa sếp?’</w:t>
      </w:r>
    </w:p>
    <w:p>
      <w:pPr>
        <w:spacing w:after="80"/>
      </w:pPr>
      <w:r>
        <w:rPr>
          <w:b w:val="0"/>
          <w:i w:val="0"/>
        </w:rPr>
        <w:t>‘Trời đang có tuyết,’ Chim Ưng nói trước khi đầu dây bên kia tắt ngấm.</w:t>
      </w:r>
    </w:p>
    <w:p>
      <w:pPr>
        <w:spacing w:after="80"/>
      </w:pPr>
      <w:r>
        <w:rPr>
          <w:b w:val="0"/>
          <w:i w:val="0"/>
        </w:rPr>
        <w:t>William đặt điện thoại xuống, nhanh chóng khoác vội bộ quần áo của hôm qua, rồi hôn Beth – điều đó khiến cô rên thêm một tiếng – trước khi anh bước ra cửa.</w:t>
      </w:r>
    </w:p>
    <w:p>
      <w:pPr>
        <w:spacing w:after="80"/>
      </w:pPr>
      <w:r>
        <w:rPr>
          <w:b w:val="0"/>
          <w:i w:val="0"/>
        </w:rPr>
        <w:t>‘Sáng sớm thế này anh đi đâu vậy, người rừng?’</w:t>
      </w:r>
    </w:p>
    <w:p>
      <w:pPr>
        <w:spacing w:after="80"/>
      </w:pPr>
      <w:r>
        <w:rPr>
          <w:b w:val="0"/>
          <w:i w:val="0"/>
        </w:rPr>
        <w:t>‘Ước gì anh biết,’ anh nói, và đã đóng cửa phòng ngủ lại trước khi cô kịp hỏi thêm những câu anh không thể trả lời. Khi anh mở cửa chính thì một chiếc xe cảnh sát đang đỗ lại bên ngoài.</w:t>
      </w:r>
    </w:p>
    <w:p>
      <w:pPr>
        <w:spacing w:after="80"/>
      </w:pPr>
      <w:r>
        <w:rPr>
          <w:b w:val="0"/>
          <w:i w:val="0"/>
        </w:rPr>
        <w:t>‘Chào buổi sáng, sếp,’ một giọng nói quen thuộc cất lên khi xe lăn bánh đi qua làn tuyết đang rơi.</w:t>
      </w:r>
    </w:p>
    <w:p>
      <w:pPr>
        <w:spacing w:after="80"/>
      </w:pPr>
      <w:r>
        <w:rPr>
          <w:b w:val="0"/>
          <w:i w:val="0"/>
        </w:rPr>
        <w:t>‘Chào buổi sáng, Danny. Cậu có biết chuyện gì đang xảy ra không?’</w:t>
      </w:r>
    </w:p>
    <w:p>
      <w:pPr>
        <w:spacing w:after="80"/>
      </w:pPr>
      <w:r>
        <w:rPr>
          <w:b w:val="0"/>
          <w:i w:val="0"/>
        </w:rPr>
        <w:t>‘Cái đó vượt quá tầm lương của em. Em chỉ biết là em phải đưa sếp đến bến trực thăng Battersea thật nhanh, nơi sếp sẽ gặp Chỉ huy Hawksby.’</w:t>
      </w:r>
    </w:p>
    <w:p>
      <w:pPr>
        <w:spacing w:after="80"/>
      </w:pPr>
      <w:r>
        <w:rPr>
          <w:b w:val="0"/>
          <w:i w:val="0"/>
        </w:rPr>
        <w:t>Danny phóng xe xuống đường Royal Hospital, đèn xanh nhấp nháy nhưng không bật còi. ‘Mình đâu muốn đánh thức hàng xóm, phải không ạ?’</w:t>
      </w:r>
    </w:p>
    <w:p>
      <w:pPr>
        <w:spacing w:after="80"/>
      </w:pPr>
      <w:r>
        <w:rPr>
          <w:b w:val="0"/>
          <w:i w:val="0"/>
        </w:rPr>
        <w:t>‘Hoặc Beth,’ William nói, khi nghĩ về người vợ đang mang thai của mình. Không còn lâu nữa.</w:t>
      </w:r>
    </w:p>
    <w:p>
      <w:pPr>
        <w:spacing w:after="80"/>
      </w:pPr>
      <w:r>
        <w:rPr>
          <w:b w:val="0"/>
          <w:i w:val="0"/>
        </w:rPr>
        <w:t>Lúc sáng sớm ấy, trên đường chẳng có mấy xe cộ, nên Danny không cần phải trổ hết cái hộp trò ảo thuật quen thuộc của mình, dù William vẫn phải bám chặt lấy ta-pi-nô mỗi khi anh ta vào cua, cứ như thể họ đang ở trên một cái sân trượt băng khổng lồ.</w:t>
      </w:r>
    </w:p>
    <w:p>
      <w:pPr>
        <w:spacing w:after="80"/>
      </w:pPr>
      <w:r>
        <w:rPr>
          <w:b w:val="0"/>
          <w:i w:val="0"/>
        </w:rPr>
        <w:t>‘Tôi cá là Hawk đã đứng đó chờ chúng ta rồi,’ William nói, khi họ phóng vụt qua cầu Battersea và rẽ ngoặt sang phải.</w:t>
      </w:r>
    </w:p>
    <w:p>
      <w:pPr>
        <w:spacing w:after="80"/>
      </w:pPr>
      <w:r>
        <w:rPr>
          <w:b w:val="0"/>
          <w:i w:val="0"/>
        </w:rPr>
        <w:t>‘Thật ra là đang ngồi, sếp ạ, ở phía sau chiếc trực thăng.’</w:t>
      </w:r>
    </w:p>
    <w:p>
      <w:pPr>
        <w:spacing w:after="80"/>
      </w:pPr>
      <w:r>
        <w:rPr>
          <w:b w:val="0"/>
          <w:i w:val="0"/>
        </w:rPr>
        <w:t>‘Tất nhiên rồi,’ William nói, khi họ đi qua cổng trước của sân bay trực thăng. Anh nhảy ra khỏi xe ngay khi nó trượt đến chỗ dừng, suýt mất thăng bằng khi lội qua tuyết để đến chiếc trực thăng đang chờ. Anh lao vào phía sau.</w:t>
      </w:r>
    </w:p>
    <w:p>
      <w:pPr>
        <w:spacing w:after="80"/>
      </w:pPr>
      <w:r>
        <w:rPr>
          <w:b w:val="0"/>
          <w:i w:val="0"/>
        </w:rPr>
        <w:t>‘Chào buổi sáng, thưa ngài,’ William nói, khi thắt dây an toàn.</w:t>
      </w:r>
    </w:p>
    <w:p>
      <w:pPr>
        <w:spacing w:after="80"/>
      </w:pPr>
      <w:r>
        <w:rPr>
          <w:b w:val="0"/>
          <w:i w:val="0"/>
        </w:rPr>
        <w:t>‘Một buổi sáng hoàn hảo cho điều tôi đang nghĩ trong đầu, DS Warwick ạ,’ vị chỉ huy đáp, khi những cánh quạt bắt đầu quay. ‘Như anh sắp được biết.’</w:t>
      </w:r>
    </w:p>
    <w:p>
      <w:pPr>
        <w:spacing w:after="80"/>
      </w:pPr>
      <w:r>
        <w:rPr>
          <w:b w:val="0"/>
          <w:i w:val="0"/>
        </w:rPr>
        <w:t>‘Chúng ta đang đi đâu vậy?’</w:t>
      </w:r>
    </w:p>
    <w:p>
      <w:pPr>
        <w:spacing w:after="80"/>
      </w:pPr>
      <w:r>
        <w:rPr>
          <w:b w:val="0"/>
          <w:i w:val="0"/>
        </w:rPr>
        <w:t>‘Sai câu hỏi rồi. Điều quan trọng không phải là chúng ta đi đâu, mà là chúng ta đang tìm kiếm cái gì. Nên hãy mở to mắt ra mà nhìn.’</w:t>
      </w:r>
    </w:p>
    <w:p>
      <w:pPr>
        <w:spacing w:after="80"/>
      </w:pPr>
      <w:r>
        <w:rPr>
          <w:b w:val="0"/>
          <w:i w:val="0"/>
        </w:rPr>
        <w:t>‘Có gợi ý gì không?’ William hỏi, khi chiếc trực thăng bay lên trời, và anh ngoái nhìn lại phía sau để thấy tòa nhà Quốc hội phủ đầy tuyết, trông như một tấm thiệp Giáng sinh.</w:t>
      </w:r>
    </w:p>
    <w:p>
      <w:pPr>
        <w:spacing w:after="80"/>
      </w:pPr>
      <w:r>
        <w:rPr>
          <w:b w:val="0"/>
          <w:i w:val="0"/>
        </w:rPr>
        <w:t>‘Không có đâu, nếu anh đang mong được thăng chức lần tới.’</w:t>
      </w:r>
    </w:p>
    <w:p>
      <w:pPr>
        <w:spacing w:after="80"/>
      </w:pPr>
      <w:r>
        <w:rPr>
          <w:b w:val="0"/>
          <w:i w:val="0"/>
        </w:rPr>
        <w:t>Chiếc trực thăng nghiêng sang trái và hướng về phía đông nam, bỏ lại Westminster phía sau.</w:t>
      </w:r>
    </w:p>
    <w:p>
      <w:pPr>
        <w:spacing w:after="80"/>
      </w:pPr>
      <w:r>
        <w:rPr>
          <w:b w:val="0"/>
          <w:i w:val="0"/>
        </w:rPr>
        <w:t>‘Có quan sát nào anh muốn chia sẻ với tôi không?’ Hawk hỏi sau vài phút.</w:t>
      </w:r>
    </w:p>
    <w:p>
      <w:pPr>
        <w:spacing w:after="80"/>
      </w:pPr>
      <w:r>
        <w:rPr>
          <w:b w:val="0"/>
          <w:i w:val="0"/>
        </w:rPr>
        <w:t>‘Chúng ta đang bay qua Wandsworth, Southwark và Brixton,’ William nói. ‘Vậy hẳn là chúng ta đang tìm những tòa nhà cao tầng, và một tòa cụ thể nào đó?’</w:t>
      </w:r>
    </w:p>
    <w:p>
      <w:pPr>
        <w:spacing w:after="80"/>
      </w:pPr>
      <w:r>
        <w:rPr>
          <w:b w:val="0"/>
          <w:i w:val="0"/>
        </w:rPr>
        <w:t>‘Anh đi được nửa đường rồi,’ vị chỉ huy nói, khi viên phi công thực hiện một cú xoay 180 độ mượt mà, trước khi quay lại hướng Brixton. ‘Vậy, buổi sáng nay có gì bất thường?’</w:t>
      </w:r>
    </w:p>
    <w:p>
      <w:pPr>
        <w:spacing w:after="80"/>
      </w:pPr>
      <w:r>
        <w:rPr>
          <w:b w:val="0"/>
          <w:i w:val="0"/>
        </w:rPr>
        <w:t xml:space="preserve">‘Tuyết rơi rất dày,’ William nói, nhưng không thêm câu, </w:t>
      </w:r>
      <w:r>
        <w:rPr>
          <w:b w:val="0"/>
          <w:i/>
        </w:rPr>
        <w:t>thì sao chứ?</w:t>
      </w:r>
    </w:p>
    <w:p>
      <w:pPr>
        <w:spacing w:after="80"/>
      </w:pPr>
      <w:r>
        <w:rPr>
          <w:b w:val="0"/>
          <w:i w:val="0"/>
        </w:rPr>
        <w:t>‘Anh thật sắc sảo, DS Warwick ạ, sắc đến mức có thể bóc được cả quả táo đấy.’</w:t>
      </w:r>
    </w:p>
    <w:p>
      <w:pPr>
        <w:spacing w:after="80"/>
      </w:pPr>
      <w:r>
        <w:rPr>
          <w:b w:val="0"/>
          <w:i w:val="0"/>
        </w:rPr>
        <w:t>Họ bay qua cầu Battersea lần thứ hai, nhưng William vẫn chẳng khôn ra được chút nào, dù vị chỉ huy rõ ràng biết chính xác mình đang tìm gì, mắt ông vẫn dán chặt vào những tòa nhà bên dưới.</w:t>
      </w:r>
    </w:p>
    <w:p>
      <w:pPr>
        <w:spacing w:after="80"/>
      </w:pPr>
      <w:r>
        <w:rPr>
          <w:b w:val="0"/>
          <w:i w:val="0"/>
        </w:rPr>
        <w:t>Sau khi viên phi công quay lại lần thứ ba và đi theo một lộ trình hơi khác, Hawk bỗng tuyên bố: ‘Kia rồi, ngay trước mắt cả hai chúng ta.’</w:t>
      </w:r>
    </w:p>
    <w:p>
      <w:pPr>
        <w:spacing w:after="80"/>
      </w:pPr>
      <w:r>
        <w:rPr>
          <w:b w:val="0"/>
          <w:i w:val="0"/>
        </w:rPr>
        <w:t>‘Kia cái gì cơ?’ William hỏi, khi chiếc trực thăng lao xuống và lơ lửng một lát trên một tòa tháp chung cư nọ.</w:t>
      </w:r>
    </w:p>
    <w:p>
      <w:pPr>
        <w:spacing w:after="80"/>
      </w:pPr>
      <w:r>
        <w:rPr>
          <w:b w:val="0"/>
          <w:i w:val="0"/>
        </w:rPr>
        <w:t>‘Nhìn kỹ hơn đi, DS Warwick, rồi nói cho tôi biết anh thấy gì. Hoặc quan trọng hơn, anh không thấy gì.’</w:t>
      </w:r>
    </w:p>
    <w:p>
      <w:pPr>
        <w:spacing w:after="80"/>
      </w:pPr>
      <w:r>
        <w:rPr>
          <w:b w:val="0"/>
          <w:i w:val="0"/>
        </w:rPr>
        <w:t>William nhìn xuyên qua màn tuyết đang rơi rồi bỗng thốt lên một tiếng reo đắc thắng. ‘Ra rồi!’</w:t>
      </w:r>
    </w:p>
    <w:p>
      <w:pPr>
        <w:spacing w:after="80"/>
      </w:pPr>
      <w:r>
        <w:rPr>
          <w:b w:val="0"/>
          <w:i w:val="0"/>
        </w:rPr>
        <w:t>‘Anh ra được cái gì, DS Warwick?’</w:t>
      </w:r>
    </w:p>
    <w:p>
      <w:pPr>
        <w:spacing w:after="80"/>
      </w:pPr>
      <w:r>
        <w:rPr>
          <w:b w:val="0"/>
          <w:i w:val="0"/>
        </w:rPr>
        <w:t>‘Cái mái nhà không bị phủ tuyết.’</w:t>
      </w:r>
    </w:p>
    <w:p>
      <w:pPr>
        <w:spacing w:after="80"/>
      </w:pPr>
      <w:r>
        <w:rPr>
          <w:b w:val="0"/>
          <w:i w:val="0"/>
        </w:rPr>
        <w:t>‘Thế điều đó nói lên gì với anh?’</w:t>
      </w:r>
    </w:p>
    <w:p>
      <w:pPr>
        <w:spacing w:after="80"/>
      </w:pPr>
      <w:r>
        <w:rPr>
          <w:b w:val="0"/>
          <w:i w:val="0"/>
        </w:rPr>
        <w:t>‘Hẳn là nằm trên một xưởng ma túy, nơi họ đang trồng cần sa.’</w:t>
      </w:r>
    </w:p>
    <w:p>
      <w:pPr>
        <w:spacing w:after="80"/>
      </w:pPr>
      <w:r>
        <w:rPr>
          <w:b w:val="0"/>
          <w:i w:val="0"/>
        </w:rPr>
        <w:t>‘Tại sao?’</w:t>
      </w:r>
    </w:p>
    <w:p>
      <w:pPr>
        <w:spacing w:after="80"/>
      </w:pPr>
      <w:r>
        <w:rPr>
          <w:b w:val="0"/>
          <w:i w:val="0"/>
        </w:rPr>
        <w:t>‘Bởi vì hơi nóng bốc lên từ những dàn đèn hồ quang khổng lồ bên trong đang làm tan tuyết ngay khi nó vừa đọng lại.’</w:t>
      </w:r>
    </w:p>
    <w:p>
      <w:pPr>
        <w:spacing w:after="80"/>
      </w:pPr>
      <w:r>
        <w:rPr>
          <w:b w:val="0"/>
          <w:i w:val="0"/>
        </w:rPr>
        <w:t>‘Chuẩn luôn. Vậy giờ đã phát hiện ra chỗ ẩn náu của Rashidi, ta có thể chuyển sang thử thách khó hơn: làm sao lọt được vào trong mà hắn không biết là ta đã biết bí mật được canh giữ kỹ càng nhất của hắn.’</w:t>
      </w:r>
    </w:p>
    <w:p>
      <w:pPr>
        <w:spacing w:after="80"/>
      </w:pPr>
      <w:r>
        <w:rPr>
          <w:b w:val="0"/>
          <w:i w:val="0"/>
        </w:rPr>
        <w:t>Việc này dành cho UCO của anh đấy, William thầm nghĩ, nhưng không nêu ý kiến khi chiếc trực thăng quay về Battersea. Nếu có nhắc đến, vị chỉ huy hẳn sẽ đồng ý với anh, tuy nhiên ông sẽ không nói cho anh biết là sáng hôm đó anh có một cuộc hẹn với Marlboro Man.</w:t>
      </w:r>
    </w:p>
    <w:p>
      <w:pPr>
        <w:jc w:val="center"/>
      </w:pPr>
      <w:r>
        <w:drawing>
          <wp:inline xmlns:a="http://schemas.openxmlformats.org/drawingml/2006/main" xmlns:pic="http://schemas.openxmlformats.org/drawingml/2006/picture">
            <wp:extent cx="752475" cy="161925"/>
            <wp:docPr id="69" name="Picture 69"/>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‘Việc này sẽ tốn của tôi bao nhiêu?’</w:t>
      </w:r>
    </w:p>
    <w:p>
      <w:pPr>
        <w:spacing w:after="80"/>
      </w:pPr>
      <w:r>
        <w:rPr>
          <w:b w:val="0"/>
          <w:i w:val="0"/>
        </w:rPr>
        <w:t>‘Vào rồi ra, làm gọn gàng, năm ngàn tiền mặt là xong,’ người bạn tù của anh nói, khi cả hai tiếp tục bước chậm quanh sân. ‘Nhưng sẽ không làm được nếu có ai khác ở trong khuôn viên.’</w:t>
      </w:r>
    </w:p>
    <w:p>
      <w:pPr>
        <w:spacing w:after="80"/>
      </w:pPr>
      <w:r>
        <w:rPr>
          <w:b w:val="0"/>
          <w:i w:val="0"/>
        </w:rPr>
        <w:t>‘Vậy thì phải là vào thứ Sáu,’ Faulkner nói. ‘Đó là ngày nghỉ của bà quản gia, khi bà ấy đi thăm mẹ ở Sevenoaks. Hai người ăn trưa cùng nhau rồi đi xem phim ở rạp địa phương, trước khi bà ấy ở lại nhà mẹ qua đêm. Hiếm khi bà ấy về tới Trang viên trước mười một giờ.’</w:t>
      </w:r>
    </w:p>
    <w:p>
      <w:pPr>
        <w:spacing w:after="80"/>
      </w:pPr>
      <w:r>
        <w:rPr>
          <w:b w:val="0"/>
          <w:i w:val="0"/>
        </w:rPr>
        <w:t>‘Ông có vẻ nắm rõ về lịch trình của bà ấy một cách đáng kinh ngạc, nhớ rằng chúng ta đang bị nhốt trong này.’</w:t>
      </w:r>
    </w:p>
    <w:p>
      <w:pPr>
        <w:spacing w:after="80"/>
      </w:pPr>
      <w:r>
        <w:rPr>
          <w:b w:val="0"/>
          <w:i w:val="0"/>
        </w:rPr>
        <w:t>‘Dù vợ cũ của tôi đã sa thải phần lớn nhân viên, cô ấy vẫn giữ lại tài xế riêng của tôi. Hiện anh ta nhận hai khoản lương mỗi tuần, và tôi trả cả hai.’</w:t>
      </w:r>
    </w:p>
    <w:p>
      <w:pPr>
        <w:spacing w:after="80"/>
      </w:pPr>
      <w:r>
        <w:rPr>
          <w:b w:val="0"/>
          <w:i w:val="0"/>
        </w:rPr>
        <w:t>‘Tôi được trả tiền thế nào?’</w:t>
      </w:r>
    </w:p>
    <w:p>
      <w:pPr>
        <w:spacing w:after="80"/>
      </w:pPr>
      <w:r>
        <w:rPr>
          <w:b w:val="0"/>
          <w:i w:val="0"/>
        </w:rPr>
        <w:t>‘Makins, người từng là quản gia của tôi, sẽ đợi ở Trang viên vào tối thứ Bảy tới. Ban ngày anh ta còn một việc khác phải làm cho tôi, nên nếu người của anh xuất hiện vào khoảng bảy giờ, anh ta sẽ nhận được một nghìn đầu tiên.’</w:t>
      </w:r>
    </w:p>
    <w:p>
      <w:pPr>
        <w:spacing w:after="80"/>
      </w:pPr>
      <w:r>
        <w:rPr>
          <w:b w:val="0"/>
          <w:i w:val="0"/>
        </w:rPr>
        <w:t>‘Còn phần còn lại?’</w:t>
      </w:r>
    </w:p>
    <w:p>
      <w:pPr>
        <w:spacing w:after="80"/>
      </w:pPr>
      <w:r>
        <w:rPr>
          <w:b w:val="0"/>
          <w:i w:val="0"/>
        </w:rPr>
        <w:t>‘Anh sẽ nhận được khi mọi người đều thấy rõ rằng công việc đã hoàn thành.’</w:t>
      </w:r>
    </w:p>
    <w:p>
      <w:pPr>
        <w:spacing w:after="80"/>
      </w:pPr>
      <w:r>
        <w:rPr>
          <w:b w:val="0"/>
          <w:i w:val="0"/>
        </w:rPr>
        <w:t>Họ bắt tay. Đó là cách duy nhất để chốt một hợp đồng trong tù. Một hồi chuông dài vang lên, và các tù nhân bắt đầu lững thững rời khỏi sân, chậm rãi quay về phòng giam của mình.</w:t>
      </w:r>
    </w:p>
    <w:p>
      <w:pPr>
        <w:spacing w:after="80"/>
      </w:pPr>
      <w:r>
        <w:rPr>
          <w:b w:val="0"/>
          <w:i w:val="0"/>
        </w:rPr>
        <w:t>‘Còn chàng trai trẻ thì sao?’ Faulkner nói trước khi họ mỗi người đi một ngả. ‘Đừng quên chúng ta sẽ cần đến sự phục vụ của cậu ta vào đêm hôm trước.’</w:t>
      </w:r>
    </w:p>
    <w:p>
      <w:pPr>
        <w:spacing w:after="80"/>
      </w:pPr>
      <w:r>
        <w:rPr>
          <w:b w:val="0"/>
          <w:i w:val="0"/>
        </w:rPr>
        <w:t>‘Đã có người lý tưởng cho nhiệm vụ này. Nhưng việc đó sẽ tốn thêm của ông một nghìn nữa.’</w:t>
      </w:r>
    </w:p>
    <w:p>
      <w:pPr>
        <w:spacing w:after="80"/>
      </w:pPr>
      <w:r>
        <w:rPr>
          <w:b w:val="0"/>
          <w:i w:val="0"/>
        </w:rPr>
        <w:t>‘Tôi cần gọi một cuộc điện thoại tối nay,’ Faulkner thì thầm khi đi ngang qua viên sĩ quan trực.</w:t>
      </w:r>
    </w:p>
    <w:p>
      <w:pPr>
        <w:spacing w:after="80"/>
      </w:pPr>
      <w:r>
        <w:rPr>
          <w:b w:val="0"/>
          <w:i w:val="0"/>
        </w:rPr>
        <w:t>‘Không vấn đề gì, ông Faulkner. Khoảng bảy giờ tôi sẽ đến đón ông.’</w:t>
      </w:r>
    </w:p>
    <w:p>
      <w:pPr>
        <w:pStyle w:val="Heading2"/>
      </w:pPr>
      <w:r>
        <w:rPr>
          <w:rFonts w:ascii="Calibri" w:hAnsi="Calibri"/>
          <w:b/>
          <w:i w:val="0"/>
          <w:sz w:val="32"/>
        </w:rPr>
        <w:t>23</w:t>
      </w:r>
    </w:p>
    <w:p>
      <w:pPr>
        <w:spacing w:after="80"/>
      </w:pPr>
      <w:r>
        <w:rPr>
          <w:b w:val="0"/>
          <w:i w:val="0"/>
        </w:rPr>
        <w:t>CHRISTINA ĐÓN ANH ta bằng chiếc Tramp, cho anh ăn, chuốc cho anh champagne, rồi đưa anh về căn hộ của cô ở Eaton Square. Cô biết lẽ ra phải ngược lại, nhưng cô không còn hai mươi hai hay ba mươi hai tuổi nữa, và chẳng bao lâu nữa cô sẽ bước sang tuổi bốn mươi hai. Khi tỉnh dậy vào sáng hôm sau, cô ngạc nhiên thấy Justin vẫn còn ở đó, trông vẫn hấp dẫn y như đêm qua. Tội nghiệp anh ta.</w:t>
      </w:r>
    </w:p>
    <w:p>
      <w:pPr>
        <w:spacing w:after="80"/>
      </w:pPr>
      <w:r>
        <w:rPr>
          <w:b w:val="0"/>
          <w:i w:val="0"/>
        </w:rPr>
        <w:t>Cô lẻn ra khỏi chăn và đi vào phòng tắm, nơi cô cố gắng xóa đi vài năm tuổi nhờ một chút trang điểm và một giọt nước hoa, trước khi quay lại giường giả vờ như mình vừa mới thức giấc. Cô bắt đầu vuốt ve mặt trong đùi anh, chậm rãi khơi dậy ham muốn nơi anh, cho đến khi anh không thể kiềm chế được nữa. Sau khi họ làm tình lần thứ ba – hay là lần thứ tư nhỉ? – họ tận hưởng một bồn tắm dài và một bữa sáng còn dài hơn, trong lúc đó cô phát hiện ra Justin không có việc làm. Nhưng ai lại bận tâm chuyện đó khi bạn đẹp trai đến thế chứ?</w:t>
      </w:r>
    </w:p>
    <w:p>
      <w:pPr>
        <w:spacing w:after="80"/>
      </w:pPr>
      <w:r>
        <w:rPr>
          <w:b w:val="0"/>
          <w:i w:val="0"/>
        </w:rPr>
        <w:t>Christina bắt đầu tự hỏi liệu cô có thể giữ chân anh cho đến khi cô chuyển đến Florida không. Khi anh chuẩn bị ra về, anh hỏi cô có thể cho anh vay năm bảng để đi taxi không. Cô đưa anh mười bảng, và họ hẹn nhau ăn tối tối hôm đó. Cô liếc nhìn đồng hồ, biết mình phải nhanh lên nếu muốn đến Limpton Hall trước mười một giờ, khi cô sẽ giám sát việc Christie’s đóng gói các bức tranh.</w:t>
      </w:r>
    </w:p>
    <w:p>
      <w:pPr>
        <w:spacing w:after="80"/>
      </w:pPr>
      <w:r>
        <w:rPr>
          <w:b w:val="0"/>
          <w:i w:val="0"/>
        </w:rPr>
        <w:t>Khi cô rời khỏi căn hộ, người tài xế chào và mở cửa sau chiếc Bentley để cô bước vào. Eddie leo lên sau tay lái và họ khởi hành đến Hampshire.</w:t>
      </w:r>
    </w:p>
    <w:p>
      <w:pPr>
        <w:spacing w:after="80"/>
      </w:pPr>
      <w:r>
        <w:rPr>
          <w:b w:val="0"/>
          <w:i w:val="0"/>
        </w:rPr>
        <w:t>Sau khi Christie's đã thu gom xong các bức tranh, Christina dự định sẽ nhờ Partridge's ở phố Bond định giá đống nội thất, vì cô không có ý định mang bất cứ thứ gì đến Florida khiến cô nhớ về Miles. Trong một thoáng, cô gần như thấy thương hại anh ta. Nhưng chỉ trong một thoáng thôi. Mười năm là nhiều hơn cô từng mong đợi, nhưng cũng chẳng hơn gì điều cô đã cầu nguyện.</w:t>
      </w:r>
    </w:p>
    <w:p>
      <w:pPr>
        <w:spacing w:after="80"/>
      </w:pPr>
      <w:r>
        <w:rPr>
          <w:b w:val="0"/>
          <w:i w:val="0"/>
        </w:rPr>
        <w:t>Một giờ sau, khi họ đi ngang qua ngôi làng Limpton, tâm trí cô lại nghĩ về Justin, và về việc cô sẽ đưa anh đi ăn tối ở đâu, thì một chiếc xe cảnh sát vượt qua họ. Annabel's là lựa chọn hiển nhiên. Ở đó chẳng mấy cơ hội để anh ta câu được một người phụ nữ khác. Họ hoặc đã có đôi có cặp, hoặc nằm ngoài khả năng tài chính của anh ta. Và rồi cô nhận ra anh chưa đưa cho cô số điện thoại, và cô cũng không biết họ của anh.</w:t>
      </w:r>
    </w:p>
    <w:p>
      <w:pPr>
        <w:spacing w:after="80"/>
      </w:pPr>
      <w:r>
        <w:rPr>
          <w:b w:val="0"/>
          <w:i w:val="0"/>
        </w:rPr>
        <w:t>Eddie rẽ trái khỏi con đường chính và đi xuống một con đường nhỏ chỉ dẫn đến một ngôi nhà duy nhất, Limpton Hall. Đó là lần đầu tiên cô nhìn thấy khói. Không có ai trực khi họ lái xe ngang qua nhà gác cổng. Cô đã sa thải người bảo vệ, quản gia, đầu bếp và người làm vườn từ lâu rồi, chỉ giữ lại một người quản gia và người tài xế để chăm sóc cô trong vài dịp cô cần ghé thăm ngôi nhà ở quê.</w:t>
      </w:r>
    </w:p>
    <w:p>
      <w:pPr>
        <w:spacing w:after="80"/>
      </w:pPr>
      <w:r>
        <w:rPr>
          <w:b w:val="0"/>
          <w:i w:val="0"/>
        </w:rPr>
        <w:t>Từ rất lâu trước khi họ đến cuối con đường dẫn vào, Christina đã bắt đầu la hét điên cuồng. Những ngọn lửa cam đậm đang bốc cao vào không trung và phun ra xuyên qua những đám khói đen dày đặc. Rõ ràng là ba chiếc xe cứu hỏa có mặt đang chiến đấu trong một trận chiến vô vọng.</w:t>
      </w:r>
    </w:p>
    <w:p>
      <w:pPr>
        <w:spacing w:after="80"/>
      </w:pPr>
      <w:r>
        <w:rPr>
          <w:b w:val="0"/>
          <w:i w:val="0"/>
        </w:rPr>
        <w:t>Bốn giờ sau, bất chấp những nỗ lực dũng cảm của lực lượng cứu hỏa, tất cả những gì còn lại của Limpton Hall là một đống đổ nát lớn và tro tàn âm ỉ, trong khi một đám mây đen khổng lồ che khuất mặt trời buổi sáng. Christina không để ý rằng Eddie dường như không hề ngạc nhiên.</w:t>
      </w:r>
    </w:p>
    <w:p>
      <w:pPr>
        <w:jc w:val="center"/>
      </w:pPr>
      <w:r>
        <w:drawing>
          <wp:inline xmlns:a="http://schemas.openxmlformats.org/drawingml/2006/main" xmlns:pic="http://schemas.openxmlformats.org/drawingml/2006/picture">
            <wp:extent cx="752475" cy="161925"/>
            <wp:docPr id="70" name="Picture 70"/>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"Anh đang nuôi râu đấy à, người hang động?" Beth hỏi sau bữa tối hôm đó. Cô nghiêng người qua bàn bếp và vuốt bộ râu lởm chởm trên cằm anh.</w:t>
      </w:r>
    </w:p>
    <w:p>
      <w:pPr>
        <w:spacing w:after="80"/>
      </w:pPr>
      <w:r>
        <w:rPr>
          <w:b w:val="0"/>
          <w:i w:val="0"/>
        </w:rPr>
        <w:t>"Còn tùy nhiệm vụ hiện tại của anh kéo dài bao lâu."</w:t>
      </w:r>
    </w:p>
    <w:p>
      <w:pPr>
        <w:spacing w:after="80"/>
      </w:pPr>
      <w:r>
        <w:rPr>
          <w:b w:val="0"/>
          <w:i w:val="0"/>
        </w:rPr>
        <w:t>"Hy vọng là không lâu hơn nữa," cô nói, đứng dậy xếp bát đĩa vào máy rửa chén, trong khi anh dọn bàn. "Tối nay chúng ta có kế hoạch gì? Giả sử anh không bị gọi đi bất ngờ để cứu thế giới nhé?"</w:t>
      </w:r>
    </w:p>
    <w:p>
      <w:pPr>
        <w:spacing w:after="80"/>
      </w:pPr>
      <w:r>
        <w:rPr>
          <w:b w:val="0"/>
          <w:i w:val="0"/>
        </w:rPr>
        <w:t xml:space="preserve">"Anh đang hy vọng một mỹ nhân xinh đẹp sẽ nhẹ nhàng vuốt trán anh trong khi anh xem </w:t>
      </w:r>
      <w:r>
        <w:rPr>
          <w:b w:val="0"/>
          <w:i/>
        </w:rPr>
        <w:t>Match of the Day</w:t>
      </w:r>
      <w:r>
        <w:rPr>
          <w:b w:val="0"/>
          <w:i w:val="0"/>
        </w:rPr>
        <w:t>."</w:t>
      </w:r>
    </w:p>
    <w:p>
      <w:pPr>
        <w:spacing w:after="80"/>
      </w:pPr>
      <w:r>
        <w:rPr>
          <w:b w:val="0"/>
          <w:i w:val="0"/>
        </w:rPr>
        <w:t>"Nghĩ lại đi, người hang động. Em đã chọn một bộ phim mà em chắc chắn sẽ hợp với gu thẩm mỹ bình dân của anh."</w:t>
      </w:r>
    </w:p>
    <w:p>
      <w:pPr>
        <w:spacing w:after="80"/>
      </w:pPr>
      <w:r>
        <w:rPr>
          <w:b w:val="0"/>
          <w:i w:val="0"/>
        </w:rPr>
        <w:t>"Nhiều phụ nữ gợi cảm chứ?"</w:t>
      </w:r>
    </w:p>
    <w:p>
      <w:pPr>
        <w:spacing w:after="80"/>
      </w:pPr>
      <w:r>
        <w:rPr>
          <w:b w:val="0"/>
          <w:i w:val="0"/>
        </w:rPr>
        <w:t>"Không, nhưng mấy anh đàn ông thì bảnh trai," cô nói, trong khi đóng máy rửa chén và bắt đầu dọn bàn cho bữa sáng.</w:t>
      </w:r>
    </w:p>
    <w:p>
      <w:pPr>
        <w:spacing w:after="80"/>
      </w:pPr>
      <w:r>
        <w:rPr>
          <w:b w:val="0"/>
          <w:i w:val="0"/>
        </w:rPr>
        <w:t>"Anh dám hỏi không đây?"</w:t>
      </w:r>
    </w:p>
    <w:p>
      <w:pPr>
        <w:spacing w:after="80"/>
      </w:pPr>
      <w:r>
        <w:rPr>
          <w:b w:val="0"/>
          <w:i w:val="0"/>
        </w:rPr>
        <w:t>"</w:t>
      </w:r>
      <w:r>
        <w:rPr>
          <w:b w:val="0"/>
          <w:i/>
        </w:rPr>
        <w:t>The Guns of Navarone</w:t>
      </w:r>
      <w:r>
        <w:rPr>
          <w:b w:val="0"/>
          <w:i w:val="0"/>
        </w:rPr>
        <w:t>, với sự tham gia của David Niven và Gregory Peck," Beth nói, khi họ thong thả bước vào phòng khách.</w:t>
      </w:r>
    </w:p>
    <w:p>
      <w:pPr>
        <w:spacing w:after="80"/>
      </w:pPr>
      <w:r>
        <w:rPr>
          <w:b w:val="0"/>
          <w:i w:val="0"/>
        </w:rPr>
        <w:t>"Anh thì thích Kerry Dixon ghi bàn thắng quyết định vào lưới Arsenal hơn."</w:t>
      </w:r>
    </w:p>
    <w:p>
      <w:pPr>
        <w:spacing w:after="80"/>
      </w:pPr>
      <w:r>
        <w:rPr>
          <w:b w:val="0"/>
          <w:i w:val="0"/>
        </w:rPr>
        <w:t>‘Vậy thì anh hết may rồi. Nhưng trước khi David Niven vuốt trán tôi, có một chuyện hơi nghiêm túc hơn tôi cần bàn với anh.’</w:t>
      </w:r>
    </w:p>
    <w:p>
      <w:pPr>
        <w:spacing w:after="80"/>
      </w:pPr>
      <w:r>
        <w:rPr>
          <w:b w:val="0"/>
          <w:i w:val="0"/>
        </w:rPr>
        <w:t>‘Nghe chẳng lành gì.’</w:t>
      </w:r>
    </w:p>
    <w:p>
      <w:pPr>
        <w:spacing w:after="80"/>
      </w:pPr>
      <w:r>
        <w:rPr>
          <w:b w:val="0"/>
          <w:i w:val="0"/>
        </w:rPr>
        <w:t>‘Sắp có một chức vụ quan trọng ở Fitzmolean.’</w:t>
      </w:r>
    </w:p>
    <w:p>
      <w:pPr>
        <w:spacing w:after="80"/>
      </w:pPr>
      <w:r>
        <w:rPr>
          <w:b w:val="0"/>
          <w:i w:val="0"/>
        </w:rPr>
        <w:t>‘Anh sẽ ứng tuyển chứ?’</w:t>
      </w:r>
    </w:p>
    <w:p>
      <w:pPr>
        <w:spacing w:after="80"/>
      </w:pPr>
      <w:r>
        <w:rPr>
          <w:b w:val="0"/>
          <w:i w:val="0"/>
        </w:rPr>
        <w:t>‘Không, tôi không đủ tiêu chuẩn cho vị trí đó. Nhưng anh thì có,’ Beth nói khi nhẹ nhàng ngồi xuống sofa và nắm lấy tay anh.</w:t>
      </w:r>
    </w:p>
    <w:p>
      <w:pPr>
        <w:spacing w:after="80"/>
      </w:pPr>
      <w:r>
        <w:rPr>
          <w:b w:val="0"/>
          <w:i w:val="0"/>
        </w:rPr>
        <w:t>‘Khai sáng cho tôi đi, như ông Hawk vẫn hay nói.’</w:t>
      </w:r>
    </w:p>
    <w:p>
      <w:pPr>
        <w:spacing w:after="80"/>
      </w:pPr>
      <w:r>
        <w:rPr>
          <w:b w:val="0"/>
          <w:i w:val="0"/>
        </w:rPr>
        <w:t>‘Fitz đang tìm một trưởng bộ phận an ninh mới.’</w:t>
      </w:r>
    </w:p>
    <w:p>
      <w:pPr>
        <w:spacing w:after="80"/>
      </w:pPr>
      <w:r>
        <w:rPr>
          <w:b w:val="0"/>
          <w:i w:val="0"/>
        </w:rPr>
        <w:t>‘Nghe hấp dẫn đấy,’ William nói, cố nén một cái ngáp.</w:t>
      </w:r>
    </w:p>
    <w:p>
      <w:pPr>
        <w:spacing w:after="80"/>
      </w:pPr>
      <w:r>
        <w:rPr>
          <w:b w:val="0"/>
          <w:i w:val="0"/>
        </w:rPr>
        <w:t>‘Điều hấp dẫn là giờ làm từ chín đến năm giờ, năm ngày một tuần, với ba tuần nghỉ phép mỗi năm. Và điểm quyết định là lương cao hơn mức anh đang nhận khi làm trung sĩ thám tử ở Met.’</w:t>
      </w:r>
    </w:p>
    <w:p>
      <w:pPr>
        <w:spacing w:after="80"/>
      </w:pPr>
      <w:r>
        <w:rPr>
          <w:b w:val="0"/>
          <w:i w:val="0"/>
        </w:rPr>
        <w:t>‘Với tôi thì nghe như công việc dành cho một sĩ quan đã nghỉ hưu muốn bổ sung vào lương hưu của mình.’</w:t>
      </w:r>
    </w:p>
    <w:p>
      <w:pPr>
        <w:spacing w:after="80"/>
      </w:pPr>
      <w:r>
        <w:rPr>
          <w:b w:val="0"/>
          <w:i w:val="0"/>
        </w:rPr>
        <w:t>‘Tôi biết anh sẽ nói thế mà. Nhưng ít nhất hãy hứa với tôi là anh sẽ suy nghĩ về chuyện đó.’</w:t>
      </w:r>
    </w:p>
    <w:p>
      <w:pPr>
        <w:spacing w:after="80"/>
      </w:pPr>
      <w:r>
        <w:rPr>
          <w:b w:val="0"/>
          <w:i w:val="0"/>
        </w:rPr>
        <w:t>‘Tôi đã suy nghĩ rồi. Giờ mình xem phim được chưa?’</w:t>
      </w:r>
    </w:p>
    <w:p>
      <w:pPr>
        <w:spacing w:after="80"/>
      </w:pPr>
      <w:r>
        <w:rPr>
          <w:b w:val="0"/>
          <w:i w:val="0"/>
        </w:rPr>
        <w:t>‘Chưa được, vì tôi còn một tin nữa không vui lắm.’</w:t>
      </w:r>
    </w:p>
    <w:p>
      <w:pPr>
        <w:spacing w:after="80"/>
      </w:pPr>
      <w:r>
        <w:rPr>
          <w:b w:val="0"/>
          <w:i w:val="0"/>
        </w:rPr>
        <w:t>‘Cô sẽ là sếp của tôi à?’</w:t>
      </w:r>
    </w:p>
    <w:p>
      <w:pPr>
        <w:spacing w:after="80"/>
      </w:pPr>
      <w:r>
        <w:rPr>
          <w:b w:val="0"/>
          <w:i w:val="0"/>
        </w:rPr>
        <w:t>‘Tôi vốn đã là sếp của anh rồi. Nghiêm túc một chút đi,’ cô nói, không buông tay anh ra. ‘Christina gọi ngay trước khi anh về tối nay. Giọng cô ấy nghe như đang trong tình trạng khủng khiếp. Nói là cần gặp tôi gấp. Ý nghĩ đầu tiên của tôi là chắc cô ấy đã đổi ý về việc tặng chúng ta bức Vermeer.’</w:t>
      </w:r>
    </w:p>
    <w:p>
      <w:pPr>
        <w:spacing w:after="80"/>
      </w:pPr>
      <w:r>
        <w:rPr>
          <w:b w:val="0"/>
          <w:i w:val="0"/>
        </w:rPr>
        <w:t>‘Thì nó đâu có thuộc về tôi,’ William nói. ‘Nhưng anh thì lúc nào cũng là người nhìn ly nước vơi một nửa.’</w:t>
      </w:r>
    </w:p>
    <w:p>
      <w:pPr>
        <w:spacing w:after="80"/>
      </w:pPr>
      <w:r>
        <w:rPr>
          <w:b w:val="0"/>
          <w:i w:val="0"/>
        </w:rPr>
        <w:t>‘Nhưng tuần sau là lễ ra mắt chính thức rồi, phòng khi cô quên mất.’</w:t>
      </w:r>
    </w:p>
    <w:p>
      <w:pPr>
        <w:spacing w:after="80"/>
      </w:pPr>
      <w:r>
        <w:rPr>
          <w:b w:val="0"/>
          <w:i w:val="0"/>
        </w:rPr>
        <w:t>‘Tôi nghĩ chắc cô ấy chỉ đang phản ứng thái quá với chuyện gì đó mà ông chồng cũ đã làm thôi,’ anh nói, trong lúc bật TV lên. ‘Nhưng chính xác thì ông ta có thể làm được gì khi đang ở trong tù chứ?’</w:t>
      </w:r>
    </w:p>
    <w:p>
      <w:pPr>
        <w:spacing w:after="80"/>
      </w:pPr>
      <w:r>
        <w:rPr>
          <w:b w:val="0"/>
          <w:i w:val="0"/>
        </w:rPr>
        <w:t>‘Tôi không biết, nhưng giọng cô ấy nghe tuyệt vọng lắm,’ Beth nói, khi đoạn nhạc hiệu mở đầu bắt đầu chạy. ‘Và tôi cũng chẳng biết phải làm gì nếu cô ấy—’</w:t>
      </w:r>
    </w:p>
    <w:p>
      <w:pPr>
        <w:spacing w:after="80"/>
      </w:pPr>
      <w:r>
        <w:rPr>
          <w:b w:val="0"/>
          <w:i w:val="0"/>
        </w:rPr>
        <w:t>‘Suỵt,’ William nói, khi cô rúc vào vòng tay anh. ‘Phim này có vẻ khá hay đấy.’</w:t>
      </w:r>
    </w:p>
    <w:p>
      <w:pPr>
        <w:spacing w:after="80"/>
      </w:pPr>
      <w:r>
        <w:rPr>
          <w:b w:val="0"/>
          <w:i w:val="0"/>
        </w:rPr>
        <w:t>Beth bắt đầu thấy thích thú với sự xuất hiện của David Niven và Gregory Peck, dù William đã ngủ thiếp đi, thì bất ngờ anh đột ngột ngồi bật dậy và nói: ‘Sao mình không nghĩ ra nhỉ?’</w:t>
      </w:r>
    </w:p>
    <w:p>
      <w:pPr>
        <w:spacing w:after="80"/>
      </w:pPr>
      <w:r>
        <w:rPr>
          <w:b w:val="0"/>
          <w:i w:val="0"/>
        </w:rPr>
        <w:t>‘Nghĩ ra cái gì?’ Beth hỏi.</w:t>
      </w:r>
    </w:p>
    <w:p>
      <w:pPr>
        <w:spacing w:after="80"/>
      </w:pPr>
      <w:r>
        <w:rPr>
          <w:b w:val="0"/>
          <w:i w:val="0"/>
        </w:rPr>
        <w:t>‘Cách vào một tòa nhà mà không bị ai nhìn thấy.’</w:t>
      </w:r>
    </w:p>
    <w:p>
      <w:pPr>
        <w:jc w:val="center"/>
      </w:pPr>
      <w:r>
        <w:drawing>
          <wp:inline xmlns:a="http://schemas.openxmlformats.org/drawingml/2006/main" xmlns:pic="http://schemas.openxmlformats.org/drawingml/2006/picture">
            <wp:extent cx="752475" cy="161925"/>
            <wp:docPr id="71" name="Picture 71"/>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 xml:space="preserve">Họ đã đồng ý gặp nhau ở Fitzmolean lúc chín giờ sáng hôm sau, điều đó chỉ khiến Beth thêm lo lắng. Chín giờ không phải là giờ mà cô thường gắn với Christina. Càng tệ hơn khi Christina òa khóc ngay khoảnh khắc nhìn thấy một bức tranh phủ vải nhung treo ở sảnh vào. Cô ấy bắt đầu kể cho Beth nghe, ngắt quãng từng hồi, lý do vì sao cô cần gặp Beth gấp đến vậy. Beth bắt đầu tự hỏi liệu đây có phải là lần cuối cùng cô được nhìn thấy </w:t>
      </w:r>
      <w:r>
        <w:rPr>
          <w:b w:val="0"/>
          <w:i/>
        </w:rPr>
        <w:t>The White Lace Collar</w:t>
      </w:r>
      <w:r>
        <w:rPr>
          <w:b w:val="0"/>
          <w:i w:val="0"/>
        </w:rPr>
        <w:t>.</w:t>
      </w:r>
    </w:p>
    <w:p>
      <w:pPr>
        <w:spacing w:after="80"/>
      </w:pPr>
      <w:r>
        <w:rPr>
          <w:b w:val="0"/>
          <w:i w:val="0"/>
        </w:rPr>
        <w:t>‘Ông ta làm gì cơ?’ cô nói, không thể tin nổi những gì Christina đang kể.</w:t>
      </w:r>
    </w:p>
    <w:p>
      <w:pPr>
        <w:spacing w:after="80"/>
      </w:pPr>
      <w:r>
        <w:rPr>
          <w:b w:val="0"/>
          <w:i w:val="0"/>
        </w:rPr>
        <w:t>‘Miles đã đốt cháy ngôi nhà và lấy trộm tranh của tôi.’</w:t>
      </w:r>
    </w:p>
    <w:p>
      <w:pPr>
        <w:spacing w:after="80"/>
      </w:pPr>
      <w:r>
        <w:rPr>
          <w:b w:val="0"/>
          <w:i w:val="0"/>
        </w:rPr>
        <w:t>‘Nhưng ông ta đang ở trong tù mà.’</w:t>
      </w:r>
    </w:p>
    <w:p>
      <w:pPr>
        <w:spacing w:after="80"/>
      </w:pPr>
      <w:r>
        <w:rPr>
          <w:b w:val="0"/>
          <w:i w:val="0"/>
        </w:rPr>
        <w:t>‘Xung quanh là một số tên tội phạm khét tiếng nhất nước, những kẻ sẵn sàng giúp đỡ, miễn là giá cả hợp lý.’</w:t>
      </w:r>
    </w:p>
    <w:p>
      <w:pPr>
        <w:spacing w:after="80"/>
      </w:pPr>
      <w:r>
        <w:rPr>
          <w:b w:val="0"/>
          <w:i w:val="0"/>
        </w:rPr>
        <w:t>‘Vậy thì ít nhất cô cũng có một niềm an ủi,’ Beth nói. ‘Bảo hiểm sẽ bù đắp thiệt hại cho cô.’</w:t>
      </w:r>
    </w:p>
    <w:p>
      <w:pPr>
        <w:spacing w:after="80"/>
      </w:pPr>
      <w:r>
        <w:rPr>
          <w:b w:val="0"/>
          <w:i w:val="0"/>
        </w:rPr>
        <w:t>‘Không, không đâu.’</w:t>
      </w:r>
    </w:p>
    <w:p>
      <w:pPr>
        <w:spacing w:after="80"/>
      </w:pPr>
      <w:r>
        <w:rPr>
          <w:b w:val="0"/>
          <w:i w:val="0"/>
        </w:rPr>
        <w:t>‘Sao lại thế?’</w:t>
      </w:r>
    </w:p>
    <w:p>
      <w:pPr>
        <w:spacing w:after="80"/>
      </w:pPr>
      <w:r>
        <w:rPr>
          <w:b w:val="0"/>
          <w:i w:val="0"/>
        </w:rPr>
        <w:t>‘Vì Miles đã cố tình để bảo hiểm hết hạn.’</w:t>
      </w:r>
    </w:p>
    <w:p>
      <w:pPr>
        <w:spacing w:after="80"/>
      </w:pPr>
      <w:r>
        <w:rPr>
          <w:b w:val="0"/>
          <w:i w:val="0"/>
        </w:rPr>
        <w:t>‘Nhưng chẳng lẽ công ty bảo hiểm không cảnh báo ông rằng hợp đồng sắp hết hạn sao?’</w:t>
      </w:r>
    </w:p>
    <w:p>
      <w:pPr>
        <w:spacing w:after="80"/>
      </w:pPr>
      <w:r>
        <w:rPr>
          <w:b w:val="0"/>
          <w:i w:val="0"/>
        </w:rPr>
        <w:t>‘Có chứ, họ có cảnh báo. Nhưng vì tôi đã có sẵn một lời đề nghị năm triệu cho Limpton Hall trên bàn, và người mua đã đặt cọc nửa triệu, nên tôi tưởng thương vụ sẽ nhanh chóng hoàn tất. Nhưng dĩ nhiên, giờ người mua đã rút lại lời đề nghị, và muốn lấy lại tiền đặt cọc.’</w:t>
      </w:r>
    </w:p>
    <w:p>
      <w:pPr>
        <w:spacing w:after="80"/>
      </w:pPr>
      <w:r>
        <w:rPr>
          <w:b w:val="0"/>
          <w:i w:val="0"/>
        </w:rPr>
        <w:t>‘Cũng dễ hiểu thôi,’ Beth nói, trong khi cố nghĩ về những hậu quả. ‘Nhưng tại sao ông không ít nhất tái bảo hiểm cho mấy bức tranh?’</w:t>
      </w:r>
    </w:p>
    <w:p>
      <w:pPr>
        <w:spacing w:after="80"/>
      </w:pPr>
      <w:r>
        <w:rPr>
          <w:b w:val="0"/>
          <w:i w:val="0"/>
        </w:rPr>
        <w:t>‘Vì một khi chúng đã nằm trong tay Christie’s, chúng sẽ được bảo hiểm theo hợp đồng tổng của công ty họ. Tôi đã ký hợp đồng với họ rồi, và mấy bức tranh dự kiến được lấy vào thứ Hai, nên tôi chẳng bận tâm đến chuyện đó. Dù rõ ràng là Miles thì có.’</w:t>
      </w:r>
    </w:p>
    <w:p>
      <w:pPr>
        <w:spacing w:after="80"/>
      </w:pPr>
      <w:r>
        <w:rPr>
          <w:b w:val="0"/>
          <w:i w:val="0"/>
        </w:rPr>
        <w:t>‘Nhưng nếu đúng là hắn đã nhờ người đốt nhà, thì chắc chắn sẽ có điều tra của cảnh sát, nhất là khi xét đến những người liên quan.’</w:t>
      </w:r>
    </w:p>
    <w:p>
      <w:pPr>
        <w:spacing w:after="80"/>
      </w:pPr>
      <w:r>
        <w:rPr>
          <w:b w:val="0"/>
          <w:i w:val="0"/>
        </w:rPr>
        <w:t>‘Khó lắm,’ Christina nói. ‘Không có công ty bảo hiểm nào phải bồi thường cả, và báo cáo của trưởng giám định phòng cháy ghi rõ rằng ông ấy không thấy lý do gì để nghi ngờ có kẻ đốt nhà. Một ngôi nhà cũ với hệ thống dây điện hỏng, và lúc đó không có ai trong nhà.’</w:t>
      </w:r>
    </w:p>
    <w:p>
      <w:pPr>
        <w:spacing w:after="80"/>
      </w:pPr>
      <w:r>
        <w:rPr>
          <w:b w:val="0"/>
          <w:i w:val="0"/>
        </w:rPr>
        <w:t>‘Đúng là ác mộng,’ Beth nói.</w:t>
      </w:r>
    </w:p>
    <w:p>
      <w:pPr>
        <w:spacing w:after="80"/>
      </w:pPr>
      <w:r>
        <w:rPr>
          <w:b w:val="0"/>
          <w:i w:val="0"/>
        </w:rPr>
        <w:t>‘Toàn bộ đều do Miles dựng lên. Và còn tệ hơn nữa. Tôi đã đặt cọc cho ngôi nhà mơ ước của mình ở Florida, và nếu tôi không hoàn tất trong vòng chưa đầy ba tuần . . .’ Christina òa khóc. ‘Và chuyện tôi biết hắn đã lấy trộm mấy bức tranh và thoát tội càng khiến tôi thêm đau khổ.’</w:t>
      </w:r>
    </w:p>
    <w:p>
      <w:pPr>
        <w:spacing w:after="80"/>
      </w:pPr>
      <w:r>
        <w:rPr>
          <w:b w:val="0"/>
          <w:i w:val="0"/>
        </w:rPr>
        <w:t>‘Nhưng bà đã nói với tôi rằng Miles đã thông báo cho Christie’s rằng nếu chúng được đưa ra đấu giá, hắn sẽ đấu giá chúng mà.’</w:t>
      </w:r>
    </w:p>
    <w:p>
      <w:pPr>
        <w:spacing w:after="80"/>
      </w:pPr>
      <w:r>
        <w:rPr>
          <w:b w:val="0"/>
          <w:i w:val="0"/>
        </w:rPr>
        <w:t>‘Chỉ vì hắn biết rõ rằng hắn sẽ không bao giờ phải làm thế. Giống như khoản đặt cọc cho ngôi nhà, tất cả chỉ là một phần của màn kịch công phu. Và tôi đã mắc bẫy.’</w:t>
      </w:r>
    </w:p>
    <w:p>
      <w:pPr>
        <w:spacing w:after="80"/>
      </w:pPr>
      <w:r>
        <w:rPr>
          <w:b w:val="0"/>
          <w:i w:val="0"/>
        </w:rPr>
        <w:t>‘Vậy thì chúng ta phải tìm ra mấy bức tranh và đảm bảo hắn không thoát tội.’</w:t>
      </w:r>
    </w:p>
    <w:p>
      <w:pPr>
        <w:spacing w:after="80"/>
      </w:pPr>
      <w:r>
        <w:rPr>
          <w:b w:val="0"/>
          <w:i w:val="0"/>
        </w:rPr>
        <w:t>‘Quá muộn rồi. Giờ chắc chúng đã đi nửa vòng trái đất rồi.’</w:t>
      </w:r>
    </w:p>
    <w:p>
      <w:pPr>
        <w:spacing w:after="80"/>
      </w:pPr>
      <w:r>
        <w:rPr>
          <w:b w:val="0"/>
          <w:i w:val="0"/>
        </w:rPr>
        <w:t>‘Thứ lỗi cho tôi vì đã hỏi,’ Beth nói, ‘nhưng điều đó có nghĩa là phòng tranh sẽ phải trả lại bức Vermeer sao?’</w:t>
      </w:r>
    </w:p>
    <w:p>
      <w:pPr>
        <w:spacing w:after="80"/>
      </w:pPr>
      <w:r>
        <w:rPr>
          <w:b w:val="0"/>
          <w:i w:val="0"/>
        </w:rPr>
        <w:t>‘Tôi không có lựa chọn nào khác,’ Christina nói. ‘Nếu không tôi sẽ mất tiền đặt cọc cho ngôi nhà ở Florida và trắng tay hoàn toàn.’ Bà ngừng lại. ‘Mà rõ ràng đó chính là điều Miles đã luôn toan tính.’</w:t>
      </w:r>
    </w:p>
    <w:p>
      <w:pPr>
        <w:spacing w:after="80"/>
      </w:pPr>
      <w:r>
        <w:rPr>
          <w:b w:val="0"/>
          <w:i w:val="0"/>
        </w:rPr>
        <w:t>Beth im lặng một lúc lâu, cho đến khi cuối cùng cô nói, ‘Trừ khi dĩ nhiên William có thể chứng minh được rằng Miles đã lấy mấy bức tranh đi trước khi đốt nhà.’</w:t>
      </w:r>
    </w:p>
    <w:p>
      <w:pPr>
        <w:jc w:val="center"/>
      </w:pPr>
      <w:r>
        <w:drawing>
          <wp:inline xmlns:a="http://schemas.openxmlformats.org/drawingml/2006/main" xmlns:pic="http://schemas.openxmlformats.org/drawingml/2006/picture">
            <wp:extent cx="752475" cy="161925"/>
            <wp:docPr id="72" name="Picture 72"/>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‘Không biết ngài có tình cờ có mối liên hệ nào trong SAS không, thưa ngài?’</w:t>
      </w:r>
    </w:p>
    <w:p>
      <w:pPr>
        <w:spacing w:after="80"/>
      </w:pPr>
      <w:r>
        <w:rPr>
          <w:b w:val="0"/>
          <w:i w:val="0"/>
        </w:rPr>
        <w:t>‘Có tính chuyện nhập ngũ không, William?’ Hawksby hỏi, ngước lên từ sau bàn làm việc.</w:t>
      </w:r>
    </w:p>
    <w:p>
      <w:pPr>
        <w:spacing w:after="80"/>
      </w:pPr>
      <w:r>
        <w:rPr>
          <w:b w:val="0"/>
          <w:i w:val="0"/>
        </w:rPr>
        <w:t>‘Hiện tại thì chưa, thưa ngài.’</w:t>
      </w:r>
    </w:p>
    <w:p>
      <w:pPr>
        <w:spacing w:after="80"/>
      </w:pPr>
      <w:r>
        <w:rPr>
          <w:b w:val="0"/>
          <w:i w:val="0"/>
        </w:rPr>
        <w:t>‘Vậy tại sao cậu lại cần biết?’</w:t>
      </w:r>
    </w:p>
    <w:p>
      <w:pPr>
        <w:spacing w:after="80"/>
      </w:pPr>
      <w:r>
        <w:rPr>
          <w:b w:val="0"/>
          <w:i w:val="0"/>
        </w:rPr>
        <w:t>‘Tôi nghĩ có lẽ mình đã nghĩ ra một cách để đột nhập vào chỗ Rashidi mà không phải đi cầu thang hay thang máy.’</w:t>
      </w:r>
    </w:p>
    <w:p>
      <w:pPr>
        <w:spacing w:after="80"/>
      </w:pPr>
      <w:r>
        <w:rPr>
          <w:b w:val="0"/>
          <w:i w:val="0"/>
        </w:rPr>
        <w:t>‘Hồi tôi đi nghĩa vụ quốc gia,’ Hawksby nói, ‘chỉ huy của tôi là Thiếu tá Jock Stewart, người từng chơi scrum half cho đội quân đội và đấu quyền anh cho trung đoàn. Nhưng những chiến tích của ông ấy khi còn là một trung úy trẻ trong SAS thời Thế chiến thứ hai thì cứ như chuyện tiểu thuyết. Một kiểu lai giữa Biggles và Richard Hannay.’</w:t>
      </w:r>
    </w:p>
    <w:p>
      <w:pPr>
        <w:spacing w:after="80"/>
      </w:pPr>
      <w:r>
        <w:rPr>
          <w:b w:val="0"/>
          <w:i w:val="0"/>
        </w:rPr>
        <w:t>‘Nghe như một người lý tưởng,’ William nói. ‘Làm sao tôi liên lạc được với ông ấy?’</w:t>
      </w:r>
    </w:p>
    <w:p>
      <w:pPr>
        <w:spacing w:after="80"/>
      </w:pPr>
      <w:r>
        <w:rPr>
          <w:b w:val="0"/>
          <w:i w:val="0"/>
        </w:rPr>
        <w:t>‘Cậu không liên lạc với SAS. Họ liên lạc với cậu, và chỉ khi họ định giết cậu thôi.’</w:t>
      </w:r>
    </w:p>
    <w:p>
      <w:pPr>
        <w:spacing w:after="80"/>
      </w:pPr>
      <w:r>
        <w:rPr>
          <w:b w:val="0"/>
          <w:i w:val="0"/>
        </w:rPr>
        <w:t>‘Hài hước thật đấy, thưa ngài. Và nếu tôi không muốn bị giết thì sao?’</w:t>
      </w:r>
    </w:p>
    <w:p>
      <w:pPr>
        <w:spacing w:after="80"/>
      </w:pPr>
      <w:r>
        <w:rPr>
          <w:b w:val="0"/>
          <w:i w:val="0"/>
        </w:rPr>
        <w:t>‘Stewart cuối cùng trở thành đại tá trong Coldstream Guards, nên sĩ quan phụ tá trung đoàn của họ chắc sẽ biết cách liên lạc với ông ấy. Nhưng coi chừng đấy. Nếu ông ấy gầm gừ, thì lo mà tìm bụi rậm để nấp đi.’</w:t>
      </w:r>
    </w:p>
    <w:p>
      <w:pPr>
        <w:pStyle w:val="Heading2"/>
      </w:pPr>
      <w:r>
        <w:rPr>
          <w:rFonts w:ascii="Calibri" w:hAnsi="Calibri"/>
          <w:b/>
          <w:i w:val="0"/>
          <w:sz w:val="32"/>
        </w:rPr>
        <w:t>24</w:t>
      </w:r>
    </w:p>
    <w:p>
      <w:pPr>
        <w:spacing w:after="80"/>
      </w:pPr>
      <w:r>
        <w:rPr>
          <w:b w:val="0"/>
          <w:i w:val="0"/>
        </w:rPr>
        <w:t>HỌ ĐÃ CHỌN giờ cẩn thận.</w:t>
      </w:r>
    </w:p>
    <w:p>
      <w:pPr>
        <w:spacing w:after="80"/>
      </w:pPr>
      <w:r>
        <w:rPr>
          <w:b w:val="0"/>
          <w:i w:val="0"/>
        </w:rPr>
        <w:t>Ông ta đi dọc theo bức tường phía nam của nhà thờ lớn cho đến khi tới cửa phòng thánh. Ca đoàn vừa hát xong Kinh Sáng, và sẽ không quay lại cho đến buổi lễ tiếp theo, một lễ rửa tội lúc hai giờ.</w:t>
      </w:r>
    </w:p>
    <w:p>
      <w:pPr>
        <w:spacing w:after="80"/>
      </w:pPr>
      <w:r>
        <w:rPr>
          <w:b w:val="0"/>
          <w:i w:val="0"/>
        </w:rPr>
        <w:t>Ông ta vặn tay nắm, đẩy cánh cửa nặng nề mở ra và bước vào nhà thờ lớn. Ông ta biết chính xác mình đang đi đâu, nhưng dĩ nhiên rồi, ông ta đã thực hiện bài tập này vài lần trước đó, và cho vài người cầu nguyện khác nhau.</w:t>
      </w:r>
    </w:p>
    <w:p>
      <w:pPr>
        <w:spacing w:after="80"/>
      </w:pPr>
      <w:r>
        <w:rPr>
          <w:b w:val="0"/>
          <w:i w:val="0"/>
        </w:rPr>
        <w:t>‘Chào buổi sáng, con của ta,’ ông ta nói khi đi ngang qua một người dọn vệ sinh trong hành lang trên đường tới phòng thánh.</w:t>
      </w:r>
    </w:p>
    <w:p>
      <w:pPr>
        <w:spacing w:after="80"/>
      </w:pPr>
      <w:r>
        <w:rPr>
          <w:b w:val="0"/>
          <w:i w:val="0"/>
        </w:rPr>
        <w:t>‘Chào buổi sáng, thưa Cha,’ bà ta đáp, cúi nhẹ người chào ông ta. Qua nhiều năm, ông ta đã học được rằng nếu bạn trông và nói năng như thể đang ở trong môi trường tự nhiên của mình, thì chẳng ai thắc mắc về sự hiện diện của bạn cả.</w:t>
      </w:r>
    </w:p>
    <w:p>
      <w:pPr>
        <w:spacing w:after="80"/>
      </w:pPr>
      <w:r>
        <w:rPr>
          <w:b w:val="0"/>
          <w:i w:val="0"/>
        </w:rPr>
        <w:t>Ông ta biến mất vào phòng thánh, nhẹ nhõm khi thấy ca viên cuối cùng đã rời đi. Ông ta đi thẳng tới một buồng nhỏ có ghi tên Cha Michael Seed, người giải tội của ông ta, và là một người bạn cũ mà ông ta chẳng có mấy điểm chung ngoài việc họ có vóc người xấp xỉ nhau.</w:t>
      </w:r>
    </w:p>
    <w:p>
      <w:pPr>
        <w:spacing w:after="80"/>
      </w:pPr>
      <w:r>
        <w:rPr>
          <w:b w:val="0"/>
          <w:i w:val="0"/>
        </w:rPr>
        <w:t>Anh cởi bỏ áo khoác và cà vạt, thay vào đó là chiếc áo choàng đen dài, áo lễ trắng, dải băng thánh và cổ áo giáo sĩ – bộ trang phục sẽ biến anh từ một người thường thành một linh mục trong một giờ tới. Anh thấy mình hơi giả tạo, nhưng hy vọng Đấng Toàn Năng sẽ tha thứ cho sự vi phạm của anh, và chấp nhận rằng đó là vì mục đích cao cả hơn.</w:t>
      </w:r>
    </w:p>
    <w:p>
      <w:pPr>
        <w:spacing w:after="80"/>
      </w:pPr>
      <w:r>
        <w:rPr>
          <w:b w:val="0"/>
          <w:i w:val="0"/>
        </w:rPr>
        <w:t>Liếc nhìn vào tấm gương dài trên tường chỉ khiến anh càng thấy tội lỗi hơn. Anh lẻn trở lại hành lang, đi qua phòng áo lễ bên ngoài và vào gian giữa nhà thờ. Anh giữ bước chân đều đặn khi đi ngang qua Nhà nguyện Bí tích Thánh Thể, không có ý định dừng lại nói chuyện với bất kỳ giáo dân nào, dù anh đã rất thành thạo trong việc đóng vai một linh mục đang thực hiện bổn phận mục vụ nếu có ai hỏi anh.</w:t>
      </w:r>
    </w:p>
    <w:p>
      <w:pPr>
        <w:spacing w:after="80"/>
      </w:pPr>
      <w:r>
        <w:rPr>
          <w:b w:val="0"/>
          <w:i w:val="0"/>
        </w:rPr>
        <w:t>Khi đến một góc khuất dưới bức phù điêu đồng Thánh Benedict, anh bước vào không gian tối tăm, chật hẹp, và ngồi xuống chờ nghe lời xưng tội của kẻ tội lỗi duy nhất mà anh có hẹn.</w:t>
      </w:r>
    </w:p>
    <w:p>
      <w:pPr>
        <w:spacing w:after="80"/>
      </w:pPr>
      <w:r>
        <w:rPr>
          <w:b w:val="0"/>
          <w:i w:val="0"/>
        </w:rPr>
        <w:t>Sau vài giây, cửa phòng xưng tội mở ra, có người bước vào và ngồi xuống. Anh kéo tấm rèm đỏ.</w:t>
      </w:r>
    </w:p>
    <w:p>
      <w:pPr>
        <w:spacing w:after="80"/>
      </w:pPr>
      <w:r>
        <w:rPr>
          <w:b w:val="0"/>
          <w:i w:val="0"/>
        </w:rPr>
        <w:t>"Chào buổi sáng, Cha ạ," một giọng nói mà anh nhận ra ngay lập tức.</w:t>
      </w:r>
    </w:p>
    <w:p>
      <w:pPr>
        <w:spacing w:after="80"/>
      </w:pPr>
      <w:r>
        <w:rPr>
          <w:b w:val="0"/>
          <w:i w:val="0"/>
        </w:rPr>
        <w:t>"Chào buổi sáng, con trai."</w:t>
      </w:r>
    </w:p>
    <w:p>
      <w:pPr>
        <w:spacing w:after="80"/>
      </w:pPr>
      <w:r>
        <w:rPr>
          <w:b w:val="0"/>
          <w:i w:val="0"/>
        </w:rPr>
        <w:t>"Con xin lỗi vì đã lâu rồi không xưng tội, nhưng cuộc đời con đang rối ren."</w:t>
      </w:r>
    </w:p>
    <w:p>
      <w:pPr>
        <w:spacing w:after="80"/>
      </w:pPr>
      <w:r>
        <w:rPr>
          <w:b w:val="0"/>
          <w:i w:val="0"/>
        </w:rPr>
        <w:t>"Có cách nào ta giúp được không?" viên chỉ huy hỏi, đáp lại mật mã.</w:t>
      </w:r>
    </w:p>
    <w:p>
      <w:pPr>
        <w:spacing w:after="80"/>
      </w:pPr>
      <w:r>
        <w:rPr>
          <w:b w:val="0"/>
          <w:i w:val="0"/>
        </w:rPr>
        <w:t>"Như Cha biết, lần xưng tội trước, Tulip đang nằm viện sau khi nuốt một gói cocaine để tránh bị bắt. Con thú nhận rằng con đã hy vọng anh ta sẽ chết."</w:t>
      </w:r>
    </w:p>
    <w:p>
      <w:pPr>
        <w:spacing w:after="80"/>
      </w:pPr>
      <w:r>
        <w:rPr>
          <w:b w:val="0"/>
          <w:i w:val="0"/>
        </w:rPr>
        <w:t>"Đó quả thực là một tội trọng, con trai ạ, nhưng trong hoàn cảnh này, ta cảm thấy Chúa của chúng ta có thể sẽ phần nào thông cảm."</w:t>
      </w:r>
    </w:p>
    <w:p>
      <w:pPr>
        <w:spacing w:after="80"/>
      </w:pPr>
      <w:r>
        <w:rPr>
          <w:b w:val="0"/>
          <w:i w:val="0"/>
        </w:rPr>
        <w:t>"Trong thời gian anh ta vắng mặt, con trở thành người chạy hàng cho vài kẻ buôn bán, những cái tên mà con cảm thấy phải chia sẻ với Cha, để chuộc lại những lỗi lầm của mình."</w:t>
      </w:r>
    </w:p>
    <w:p>
      <w:pPr>
        <w:spacing w:after="80"/>
      </w:pPr>
      <w:r>
        <w:rPr>
          <w:b w:val="0"/>
          <w:i w:val="0"/>
        </w:rPr>
        <w:t>"Cầu Chúa ban phước và gìn giữ con."</w:t>
      </w:r>
    </w:p>
    <w:p>
      <w:pPr>
        <w:spacing w:after="80"/>
      </w:pPr>
      <w:r>
        <w:rPr>
          <w:b w:val="0"/>
          <w:i w:val="0"/>
        </w:rPr>
        <w:t>Một mẩu giấy được đẩy qua tấm lưới chắn. Viên chỉ huy liếc nhanh, và vui mừng khi thấy tên của vài kẻ tội lỗi mới mà trước đây anh chưa từng gặp.</w:t>
      </w:r>
    </w:p>
    <w:p>
      <w:pPr>
        <w:spacing w:after="80"/>
      </w:pPr>
      <w:r>
        <w:rPr>
          <w:b w:val="0"/>
          <w:i w:val="0"/>
        </w:rPr>
        <w:t>"Cầu Chúa thương xót linh hồn họ," anh nói, khi cất mẩu giấy vào túi áo trong. "Nhưng con đã tìm ra tổ rắn độc chưa?"</w:t>
      </w:r>
    </w:p>
    <w:p>
      <w:pPr>
        <w:spacing w:after="80"/>
      </w:pPr>
      <w:r>
        <w:rPr>
          <w:b w:val="0"/>
          <w:i w:val="0"/>
        </w:rPr>
        <w:t>"Việc Tulip bị bắt vì tội giết Adrian Heath đã tạo ra một chỗ trống trong hệ thống cấp bậc, thưa Cha, và con được thăng chức, điều này xảy ra khá thường xuyên khi con ở trên chiến trường."</w:t>
      </w:r>
    </w:p>
    <w:p>
      <w:pPr>
        <w:spacing w:after="80"/>
      </w:pPr>
      <w:r>
        <w:rPr>
          <w:b w:val="0"/>
          <w:i w:val="0"/>
        </w:rPr>
        <w:t>"Và?"</w:t>
      </w:r>
    </w:p>
    <w:p>
      <w:pPr>
        <w:spacing w:after="80"/>
      </w:pPr>
      <w:r>
        <w:rPr>
          <w:b w:val="0"/>
          <w:i w:val="0"/>
        </w:rPr>
        <w:t>‘Khu A, Tòa nhà Mansfield, Đường Lavenham, Brixton,’ câu trả lời đến ngay lập tức.</w:t>
      </w:r>
    </w:p>
    <w:p>
      <w:pPr>
        <w:spacing w:after="80"/>
      </w:pPr>
      <w:r>
        <w:rPr>
          <w:b w:val="0"/>
          <w:i w:val="0"/>
        </w:rPr>
        <w:t>‘Điều đó xác nhận thông tin tình báo của chúng tôi. Tôi cũng đúng khi nghĩ rằng tổng hành dinh của Rashidi nằm ở trên cùng của tòa nhà chứ?’</w:t>
      </w:r>
    </w:p>
    <w:p>
      <w:pPr>
        <w:spacing w:after="80"/>
      </w:pPr>
      <w:r>
        <w:rPr>
          <w:b w:val="0"/>
          <w:i w:val="0"/>
        </w:rPr>
        <w:t>‘Ba tầng trên cùng. Tầng hai mươi lăm là nơi chúng trồng cần sa. Tầng hai mươi tư là nơi pha chế ma túy để giao cho các tay buôn ngoài đường. Heroin, cocaine, thuốc lắc Ecstasy và cần sa.’</w:t>
      </w:r>
    </w:p>
    <w:p>
      <w:pPr>
        <w:spacing w:after="80"/>
      </w:pPr>
      <w:r>
        <w:rPr>
          <w:b w:val="0"/>
          <w:i w:val="0"/>
        </w:rPr>
        <w:t>‘Còn tầng hai mươi ba?’</w:t>
      </w:r>
    </w:p>
    <w:p>
      <w:pPr>
        <w:spacing w:after="80"/>
      </w:pPr>
      <w:r>
        <w:rPr>
          <w:b w:val="0"/>
          <w:i w:val="0"/>
        </w:rPr>
        <w:t>‘Trung tâm phân phối. Nơi các tay buôn đến lấy hàng và nộp lại tiền thu được.’</w:t>
      </w:r>
    </w:p>
    <w:p>
      <w:pPr>
        <w:spacing w:after="80"/>
      </w:pPr>
      <w:r>
        <w:rPr>
          <w:b w:val="0"/>
          <w:i w:val="0"/>
        </w:rPr>
        <w:t>‘Ai cầm đầu?’</w:t>
      </w:r>
    </w:p>
    <w:p>
      <w:pPr>
        <w:spacing w:after="80"/>
      </w:pPr>
      <w:r>
        <w:rPr>
          <w:b w:val="0"/>
          <w:i w:val="0"/>
        </w:rPr>
        <w:t>‘Rashidi có bốn phó tướng. Tất cả đều nằm trong danh sách tôi vừa đưa cho anh: một luật sư bị tước quyền hành nghề, một kế toán viên bị đình chỉ tư cách, một bác sĩ bị xóa tên khỏi sổ đăng ký y khoa, và một cựu quản lý bán hàng bị John Lewis sa thải vì biển thủ. Giờ hắn kiếm được nhiều tiền đến mức không cần biển thủ nữa. Rashidi còn có một cấp phó thứ hai, nhưng tôi chưa tìm ra tên hay nơi ở của hắn, tuy tôi khá chắc là không phải trong tòa nhà. Toàn bộ hoạt động được điều hành bài bản chẳng khác nào một định chế của City.’</w:t>
      </w:r>
    </w:p>
    <w:p>
      <w:pPr>
        <w:spacing w:after="80"/>
      </w:pPr>
      <w:r>
        <w:rPr>
          <w:b w:val="0"/>
          <w:i w:val="0"/>
        </w:rPr>
        <w:t>‘Còn an ninh thì sao?’</w:t>
      </w:r>
    </w:p>
    <w:p>
      <w:pPr>
        <w:spacing w:after="80"/>
      </w:pPr>
      <w:r>
        <w:rPr>
          <w:b w:val="0"/>
          <w:i w:val="0"/>
        </w:rPr>
        <w:t>‘Hắn có bốn tay canh gác theo dõi tòa nhà suốt ngày đêm. Có hai lối vào "lò mổ" ở tầng hai mươi ba; cửa trước làm bằng thép gia cố, chỉ mở được từ bên trong, và có một tấm lưới để gã gác cửa kiểm tra bất kỳ ai muốn vào. Cửa được bảo vệ bằng một "New York stop", một thiết bị an toàn do Mafia phát minh để chặn mọi vị khách không mời. Tuy nhiên, đó chưa phải vấn đề lớn nhất của anh. Rashidi không dùng cửa đó. Hắn có lối vào và lối ra riêng.’</w:t>
      </w:r>
    </w:p>
    <w:p>
      <w:pPr>
        <w:spacing w:after="80"/>
      </w:pPr>
      <w:r>
        <w:rPr>
          <w:b w:val="0"/>
          <w:i w:val="0"/>
        </w:rPr>
        <w:t>Vị chỉ huy không ngắt lời lời thú tội.</w:t>
      </w:r>
    </w:p>
    <w:p>
      <w:pPr>
        <w:spacing w:after="80"/>
      </w:pPr>
      <w:r>
        <w:rPr>
          <w:b w:val="0"/>
          <w:i w:val="0"/>
        </w:rPr>
        <w:t>‘Khu A và khu B được nối với nhau bằng một hành lang trên không ở tầng hai mươi ba. Rashidi có một căn hộ lớn ở tầng hai mươi hai của khu B, nên chỉ cần có chút dấu hiệu rắc rối, hắn có thể thoát khỏi vòng nguy hiểm trước khi bất kỳ ai kịp chạm tới cửa trước của "lò mổ".’</w:t>
      </w:r>
    </w:p>
    <w:p>
      <w:pPr>
        <w:spacing w:after="80"/>
      </w:pPr>
      <w:r>
        <w:rPr>
          <w:b w:val="0"/>
          <w:i w:val="0"/>
        </w:rPr>
        <w:t>‘Còn thang máy?’</w:t>
      </w:r>
    </w:p>
    <w:p>
      <w:pPr>
        <w:spacing w:after="80"/>
      </w:pPr>
      <w:r>
        <w:rPr>
          <w:b w:val="0"/>
          <w:i w:val="0"/>
        </w:rPr>
        <w:t>‘Mất bốn mươi hai giây để lên tầng hai mươi ba, và luôn có một gã côn đồ tên Pete Donoghue trực sẵn, kẻ sẽ lập tức phóng lên "lò mổ" ngay khi một trong bốn tay canh gác phát hiện điều gì khả nghi. Rất lâu trước khi đội vũ trang chạy hết hai mươi ba tầng cầu thang, phá tung cánh cửa thép gia cố và xông vào "lò mổ" ở khu A, Rashidi đã ngồi xem tivi trong căn hộ của hắn ở khu B, và sẽ không ló mặt ra cho đến khi yên biến.’</w:t>
      </w:r>
    </w:p>
    <w:p>
      <w:pPr>
        <w:spacing w:after="80"/>
      </w:pPr>
      <w:r>
        <w:rPr>
          <w:b w:val="0"/>
          <w:i w:val="0"/>
        </w:rPr>
        <w:t>‘Còn đám đàn em của hắn?’</w:t>
      </w:r>
    </w:p>
    <w:p>
      <w:pPr>
        <w:spacing w:after="80"/>
      </w:pPr>
      <w:r>
        <w:rPr>
          <w:b w:val="0"/>
          <w:i w:val="0"/>
        </w:rPr>
        <w:t>‘Phần lớn là người nhập cư bất hợp pháp và tội phạm vặt, được Rashidi cho ở trong những căn hộ nhỏ tồi tàn ở khu A. Nếu có rắc rối, chúng buộc phải ra bằng cửa trước, nên anh có thể tóm được vài tên tay sai của hắn trên đường xuống, nhưng không phải Rashidi hay cánh tay phải của hắn.’</w:t>
      </w:r>
    </w:p>
    <w:p>
      <w:pPr>
        <w:spacing w:after="80"/>
      </w:pPr>
      <w:r>
        <w:rPr>
          <w:b w:val="0"/>
          <w:i w:val="0"/>
        </w:rPr>
        <w:t>‘Rashidi đến "lò mổ" bao lâu một lần?’</w:t>
      </w:r>
    </w:p>
    <w:p>
      <w:pPr>
        <w:spacing w:after="80"/>
      </w:pPr>
      <w:r>
        <w:rPr>
          <w:b w:val="0"/>
          <w:i w:val="0"/>
        </w:rPr>
        <w:t>‘Anh ta đến đó thu tiền mặt từ tám giờ đến nửa đêm mỗi tối từ thứ Hai đến thứ Năm. Lúc nào anh ta cũng có hai tay cựu tù có vũ khí đi kèm, những kẻ này đảm bảo không ai được giới thiệu với ông chủ của chúng trừ khi có hẹn trước.’</w:t>
      </w:r>
    </w:p>
    <w:p>
      <w:pPr>
        <w:spacing w:after="80"/>
      </w:pPr>
      <w:r>
        <w:rPr>
          <w:b w:val="0"/>
          <w:i w:val="0"/>
        </w:rPr>
        <w:t>‘Tôi cần biết ai sở hữu hai khu nhà đó,’ viên chỉ huy nói.</w:t>
      </w:r>
    </w:p>
    <w:p>
      <w:pPr>
        <w:spacing w:after="80"/>
      </w:pPr>
      <w:r>
        <w:rPr>
          <w:b w:val="0"/>
          <w:i w:val="0"/>
        </w:rPr>
        <w:t>‘Tôi không có cách nào tìm ra điều đó, thưa ngài, nhưng tôi sẽ không ngạc nhiên nếu chính là Rashidi. Hắn đủ mưu mẹo và tổ chức giỏi giang, và như mọi kẻ sociopath (rối loạn nhân cách chống đối xã hội), hắn chẳng bận tâm nếu ngài giết người bạn thân nhất của hắn. Nghĩ lại thì, tôi không chắc hắn có bạn nào không.’ Anh ta ngừng một lát rồi nói, ‘Tôi không còn gì để thú tội nữa, thưa Cha.’</w:t>
      </w:r>
    </w:p>
    <w:p>
      <w:pPr>
        <w:spacing w:after="80"/>
      </w:pPr>
      <w:r>
        <w:rPr>
          <w:b w:val="0"/>
          <w:i w:val="0"/>
        </w:rPr>
        <w:t>‘Cảm ơn Ross,’ viên chỉ huy nói. ‘Anh đã cho tôi và đội ngũ quá đủ đạn dược để tiến sang giai đoạn tiếp theo của kế hoạch.’</w:t>
      </w:r>
    </w:p>
    <w:p>
      <w:pPr>
        <w:spacing w:after="80"/>
      </w:pPr>
      <w:r>
        <w:rPr>
          <w:b w:val="0"/>
          <w:i w:val="0"/>
        </w:rPr>
        <w:t>‘Và sẽ còn nhiều hơn nữa từ nguồn đó, thưa ngài, vì tôi quyết tâm có mặt vào đêm đột kích. Hãy cho tôi biết khi ngài đã chốt ngày.’</w:t>
      </w:r>
    </w:p>
    <w:p>
      <w:pPr>
        <w:spacing w:after="80"/>
      </w:pPr>
      <w:r>
        <w:rPr>
          <w:b w:val="0"/>
          <w:i w:val="0"/>
        </w:rPr>
        <w:t>‘Sẽ báo. Nhưng đừng liều lĩnh không cần thiết. Anh đã làm quá đủ rồi. Khoảnh khắc nào anh muốn rút lui, chỉ cần nói một tiếng. Có một vị trí thanh tra đang trống ở Hackney, và tôi sẵn lòng giới thiệu anh.’</w:t>
      </w:r>
    </w:p>
    <w:p>
      <w:pPr>
        <w:spacing w:after="80"/>
      </w:pPr>
      <w:r>
        <w:rPr>
          <w:b w:val="0"/>
          <w:i w:val="0"/>
        </w:rPr>
        <w:t>‘Tôi không chắc mình xoay nổi việc quay lại mặc đồng phục, sau ngần ấy thời gian.’</w:t>
      </w:r>
    </w:p>
    <w:p>
      <w:pPr>
        <w:spacing w:after="80"/>
      </w:pPr>
      <w:r>
        <w:rPr>
          <w:b w:val="0"/>
          <w:i w:val="0"/>
        </w:rPr>
        <w:t>‘Điều đó dễ hiểu. Nhưng nếu anh đổi ý, hãy cho tôi biết qua các kênh thường lệ.’</w:t>
      </w:r>
    </w:p>
    <w:p>
      <w:pPr>
        <w:spacing w:after="80"/>
      </w:pPr>
      <w:r>
        <w:rPr>
          <w:b w:val="0"/>
          <w:i w:val="0"/>
        </w:rPr>
        <w:t>‘Sẽ làm vậy, thưa ngài,’ Ross nói. ‘Nhưng tôi hy vọng ngài sẽ đích thân bắt tôi khi các anh em đột kích ổ của chúng.’</w:t>
      </w:r>
    </w:p>
    <w:p>
      <w:pPr>
        <w:spacing w:after="80"/>
      </w:pPr>
      <w:r>
        <w:rPr>
          <w:b w:val="0"/>
          <w:i w:val="0"/>
        </w:rPr>
        <w:t>‘Ý hay đấy, nhưng tôi sẽ để Choirboy làm việc đó.’</w:t>
      </w:r>
    </w:p>
    <w:p>
      <w:pPr>
        <w:spacing w:after="80"/>
      </w:pPr>
      <w:r>
        <w:rPr>
          <w:b w:val="0"/>
          <w:i w:val="0"/>
        </w:rPr>
        <w:t>‘Tôi có nhận ra anh ta không?’</w:t>
      </w:r>
    </w:p>
    <w:p>
      <w:pPr>
        <w:spacing w:after="80"/>
      </w:pPr>
      <w:r>
        <w:rPr>
          <w:b w:val="0"/>
          <w:i w:val="0"/>
        </w:rPr>
        <w:t>‘Anh sẽ không thể bỏ lỡ anh ta đâu,’ Hawk nói, với nụ cười mà Ross không thấy được từ bên kia màn hình. ‘Anh nên đi bây giờ đi, tôi sẽ nán lại vài phút. Và Ross, tôi biết thế là chưa đủ, nhưng một lần nữa, cảm ơn anh.’</w:t>
      </w:r>
    </w:p>
    <w:p>
      <w:pPr>
        <w:spacing w:after="80"/>
      </w:pPr>
      <w:r>
        <w:rPr>
          <w:b w:val="0"/>
          <w:i w:val="0"/>
        </w:rPr>
        <w:t>Hawk nghe thấy tiếng cửa mở ra rồi đóng lại. Ông đang nghĩ cách đưa người của mình lên tận tầng hai mươi ba trước khi Rashidi kịp trốn, thì một giọng nói cất lên, ‘Thưa Cha, con đã phạm tội, và cầu xin Chúa tha thứ.’</w:t>
      </w:r>
    </w:p>
    <w:p>
      <w:pPr>
        <w:spacing w:after="80"/>
      </w:pPr>
      <w:r>
        <w:rPr>
          <w:b w:val="0"/>
          <w:i w:val="0"/>
        </w:rPr>
        <w:t>Cứu với, Hawk muốn nói, anh không phải kiểu tội nhân của tôi. Nhưng ông bằng lòng với câu, ‘Con đã phạm tội thế nào, con của ta?’</w:t>
      </w:r>
    </w:p>
    <w:p>
      <w:pPr>
        <w:spacing w:after="80"/>
      </w:pPr>
      <w:r>
        <w:rPr>
          <w:b w:val="0"/>
          <w:i w:val="0"/>
        </w:rPr>
        <w:t>‘Con thèm muốn vợ của người lân cận.’</w:t>
      </w:r>
    </w:p>
    <w:p>
      <w:pPr>
        <w:spacing w:after="80"/>
      </w:pPr>
      <w:r>
        <w:rPr>
          <w:b w:val="0"/>
          <w:i w:val="0"/>
        </w:rPr>
        <w:t>‘Và con đã có quan hệ xác thịt với cô ta chưa?’</w:t>
      </w:r>
    </w:p>
    <w:p>
      <w:pPr>
        <w:spacing w:after="80"/>
      </w:pPr>
      <w:r>
        <w:rPr>
          <w:b w:val="0"/>
          <w:i w:val="0"/>
        </w:rPr>
        <w:t>‘Không, thưa Cha, nhưng Kinh Thánh dạy chúng ta rằng ý nghĩ cũng xấu xa như hành động vậy.’</w:t>
      </w:r>
    </w:p>
    <w:p>
      <w:pPr>
        <w:spacing w:after="80"/>
      </w:pPr>
      <w:r>
        <w:rPr>
          <w:b w:val="0"/>
          <w:i w:val="0"/>
        </w:rPr>
        <w:t>Vậy thì con đã phạm tội giết người vài lần rồi, Hawk thầm nghĩ, kể cả Faulkner và Rashidi trong số những nạn nhân giả định của mình. ‘Đúng vậy, con trai ạ. Con đã phạm một tội trọng, và con phải chối bỏ những cám dỗ của ma quỷ và gạt bỏ những ý nghĩ không xứng đáng này ra khỏi tâm trí mình.’</w:t>
      </w:r>
    </w:p>
    <w:p>
      <w:pPr>
        <w:spacing w:after="80"/>
      </w:pPr>
      <w:r>
        <w:rPr>
          <w:b w:val="0"/>
          <w:i w:val="0"/>
        </w:rPr>
        <w:t>‘Và nếu con không làm được thì sao, thưa Cha? Con có bị ném vào bóng tối vĩnh cửu và sự đọa đày muôn đời không?’</w:t>
      </w:r>
    </w:p>
    <w:p>
      <w:pPr>
        <w:spacing w:after="80"/>
      </w:pPr>
      <w:r>
        <w:rPr>
          <w:b w:val="0"/>
          <w:i w:val="0"/>
        </w:rPr>
        <w:t>‘Không đâu, con trai ạ. Không, nếu con ăn năn tội lỗi và quay về con đường công chính. Kính mừng Maria, Mẹ Thiên Chúa . . .’</w:t>
      </w:r>
    </w:p>
    <w:p>
      <w:pPr>
        <w:spacing w:after="80"/>
      </w:pPr>
      <w:r>
        <w:rPr>
          <w:b w:val="0"/>
          <w:i w:val="0"/>
        </w:rPr>
        <w:t>‘Cảm ơn Cha,’ một giọng nói nhẹ nhõm cất lên, trước khi cánh cửa mở ra rồi đóng lại lần nữa.</w:t>
      </w:r>
    </w:p>
    <w:p>
      <w:pPr>
        <w:spacing w:after="80"/>
      </w:pPr>
      <w:r>
        <w:rPr>
          <w:b w:val="0"/>
          <w:i w:val="0"/>
        </w:rPr>
        <w:t>Hawk không chần chừ thêm một giây nào, vì anh chẳng muốn phải tiếp thêm những kẻ tội lỗi bất ngờ nào nữa. Anh lẻn ra khỏi phòng xưng tội và gần như chạy xuyên qua phòng áo lễ ngoài trên đường quay về phòng áo lễ trong, nhưng anh phải chậm lại khi thấy Đức Hồng Y Tổng Giám Mục Westminster đang tiến về phía mình. Anh quỳ xuống một gối và hôn nhẫn của ngài. Vị hồng y làm dấu thánh giá và nói: ‘Cho ta hỏi, chỉ huy, con đã làm công việc của Chúa chưa?’</w:t>
      </w:r>
    </w:p>
    <w:p>
      <w:pPr>
        <w:spacing w:after="80"/>
      </w:pPr>
      <w:r>
        <w:rPr>
          <w:b w:val="0"/>
          <w:i w:val="0"/>
        </w:rPr>
        <w:t>‘Con tin rằng hôm nay con đã cứu được một kẻ tội lỗi, thưa Đức Ngài,’ anh đáp.</w:t>
      </w:r>
    </w:p>
    <w:p>
      <w:pPr>
        <w:spacing w:after="80"/>
      </w:pPr>
      <w:r>
        <w:rPr>
          <w:b w:val="0"/>
          <w:i w:val="0"/>
        </w:rPr>
        <w:t>‘Vậy thì hãy hy vọng phần thưởng của con sẽ ở trên đất này, con của ta, cũng như trên thiên đàng.’</w:t>
      </w:r>
    </w:p>
    <w:p>
      <w:pPr>
        <w:jc w:val="center"/>
      </w:pPr>
      <w:r>
        <w:drawing>
          <wp:inline xmlns:a="http://schemas.openxmlformats.org/drawingml/2006/main" xmlns:pic="http://schemas.openxmlformats.org/drawingml/2006/picture">
            <wp:extent cx="752475" cy="161925"/>
            <wp:docPr id="73" name="Picture 73"/>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‘Trước những tiết lộ mới nhất của MM,’ Hawk nói khi chủ trì cuộc họp nhóm tiếp theo, ‘ủy viên cảnh sát đã bật đèn xanh cho chúng ta. Chúng ta có thể huy động bất kỳ nguồn lực nào trong phạm vi thẩm quyền của Met, và thậm chí còn có một ngân sách thực tế. Tuy nhiên, có một điều kiện.’</w:t>
      </w:r>
    </w:p>
    <w:p>
      <w:pPr>
        <w:spacing w:after="80"/>
      </w:pPr>
      <w:r>
        <w:rPr>
          <w:b w:val="0"/>
          <w:i w:val="0"/>
        </w:rPr>
        <w:t>‘Lúc nào chẳng thế,’ Lamont nói.</w:t>
      </w:r>
    </w:p>
    <w:p>
      <w:pPr>
        <w:spacing w:after="80"/>
      </w:pPr>
      <w:r>
        <w:rPr>
          <w:b w:val="0"/>
          <w:i w:val="0"/>
        </w:rPr>
        <w:t>‘Ủy viên khẳng định ưu tiên của chúng ta là bắt được Rashidi và nhóm thân tín của hắn, đồng thời thu thập đủ bằng chứng để tống chúng vào tù cho đến khi chúng thành ông già. Chỉ đơn thuần đóng cửa xưởng ma túy của hắn và bắt vài tên chạy việc, kể cả vài tên buôn bán, sẽ không đủ. Rashidi hoàn toàn có khả năng chỉ việc bỏ đi và mở một cơ sở mới ở một khu khác của thành phố trong vòng vài tuần, thậm chí vài ngày. Hắn có lẽ đã dựng sẵn một xưởng thứ hai cho đúng mục đích đó. Cập nhật cho tôi, DS Warwick, về tình hình điều tra hiện nay.’</w:t>
      </w:r>
    </w:p>
    <w:p>
      <w:pPr>
        <w:spacing w:after="80"/>
      </w:pPr>
      <w:r>
        <w:rPr>
          <w:b w:val="0"/>
          <w:i w:val="0"/>
        </w:rPr>
        <w:t>‘DC Adaja và tôi đã làm việc thực địa ở Brixton mấy tuần qua,’ William nói.</w:t>
      </w:r>
    </w:p>
    <w:p>
      <w:pPr>
        <w:spacing w:after="80"/>
      </w:pPr>
      <w:r>
        <w:rPr>
          <w:b w:val="0"/>
          <w:i w:val="0"/>
        </w:rPr>
        <w:t>‘Điều đó giải thích vì sao cả hai cậu đều chưa cạo râu và trông như vừa bị lôi ngược qua hàng rào cây vậy.’</w:t>
      </w:r>
    </w:p>
    <w:p>
      <w:pPr>
        <w:spacing w:after="80"/>
      </w:pPr>
      <w:r>
        <w:rPr>
          <w:b w:val="0"/>
          <w:i w:val="0"/>
        </w:rPr>
        <w:t>‘Phải hòa mình với dân địa phương chứ,’ Paul nói.</w:t>
      </w:r>
    </w:p>
    <w:p>
      <w:pPr>
        <w:spacing w:after="80"/>
      </w:pPr>
      <w:r>
        <w:rPr>
          <w:b w:val="0"/>
          <w:i w:val="0"/>
        </w:rPr>
        <w:t>‘Chúng tôi không chỉ xác nhận được tòa nhà nơi có lò mổ tọa lạc,’ William nói, ‘mà nhờ thông tin chi tiết của MM – và nhân đây, tôi xin lỗi vì đã từng nghi ngờ anh ấy, thưa sếp, bởi nếu Jackie và tôi bắt anh ấy và Tulip ở Felixstowe, chúng ta hẳn vẫn đang dọn dẹp đống đổ nát và—’</w:t>
      </w:r>
    </w:p>
    <w:p>
      <w:pPr>
        <w:spacing w:after="80"/>
      </w:pPr>
      <w:r>
        <w:rPr>
          <w:b w:val="0"/>
          <w:i w:val="0"/>
        </w:rPr>
        <w:t>Vị chỉ huy vẫy tay. ‘Hãy tập trung vào hiện tại và bây giờ đi, DS Warwick, và quên quá khứ đi.’ Ông nháy mắt với Jackie, trước khi William tiếp tục. ‘Tôi đã đến vài văn phòng môi giới bất động sản địa phương để xem có thuê được một căn hộ trong Tòa A không, để có thể ra vào mà không gây nghi ngờ. Nhưng không được, vì hóa ra tòa nhà đó đăng ký dưới tên một công ty vỏ bọc, có lẽ do Rashidi sở hữu.’</w:t>
      </w:r>
    </w:p>
    <w:p>
      <w:pPr>
        <w:spacing w:after="80"/>
      </w:pPr>
      <w:r>
        <w:rPr>
          <w:b w:val="0"/>
          <w:i w:val="0"/>
        </w:rPr>
        <w:t>‘Tuy nhiên, có hai căn hộ trống ở Tòa B,’ Paul nói, ‘được hội đồng Lambeth thuê. Một trong số đó sẽ rất lý tưởng cho điều chúng ta đang tính.’</w:t>
      </w:r>
    </w:p>
    <w:p>
      <w:pPr>
        <w:spacing w:after="80"/>
      </w:pPr>
      <w:r>
        <w:rPr>
          <w:b w:val="0"/>
          <w:i w:val="0"/>
        </w:rPr>
        <w:t>William đứng dậy khỏi bàn và bước tới một tấm bảng trắng lớn phủ đầy sơ đồ, mũi tên và ảnh chụp, một trong số đó cho thấy hai tòa nhà cao tầng với một lối đi bộ nối liền giữa chúng.</w:t>
      </w:r>
    </w:p>
    <w:p>
      <w:pPr>
        <w:spacing w:after="80"/>
      </w:pPr>
      <w:r>
        <w:rPr>
          <w:b w:val="0"/>
          <w:i w:val="0"/>
        </w:rPr>
        <w:t>‘Căn hộ tôi đang nghĩ tới nằm ở tầng hai mươi ba, không xa lối đi bộ.’</w:t>
      </w:r>
    </w:p>
    <w:p>
      <w:pPr>
        <w:spacing w:after="80"/>
      </w:pPr>
      <w:r>
        <w:rPr>
          <w:b w:val="0"/>
          <w:i w:val="0"/>
        </w:rPr>
        <w:t>‘Làm tốt lắm,’ viên chỉ huy nói. ‘Tuy nhiên, người thuê căn hộ nên là DC Adaja, chứ không phải cậu, DS Warwick, bởi vì nếu anh ta có thể lén đưa vài người của chúng ta vào mà không bị phát hiện, thì khi Rashidi tìm cách trốn qua lối đi bộ, hắn sẽ thấy một nhóm chào đón đang chờ sẵn.’</w:t>
      </w:r>
    </w:p>
    <w:p>
      <w:pPr>
        <w:spacing w:after="80"/>
      </w:pPr>
      <w:r>
        <w:rPr>
          <w:b w:val="0"/>
          <w:i w:val="0"/>
        </w:rPr>
        <w:t>‘Không bị phát hiện có thể là một vấn đề, thưa sếp,’ William nói. ‘Chúng ta sẽ cần ít nhất nửa tá người để bắt Rashidi và hạ gục các vệ sĩ của hắn, và sẽ không dễ đưa cả một đội vũ trang lên tầng hai mươi ba của Tòa B trước khi Rashidi kịp trốn thoát. Nhưng tôi sẽ nói tới chuyện đó sau.’</w:t>
      </w:r>
    </w:p>
    <w:p>
      <w:pPr>
        <w:spacing w:after="80"/>
      </w:pPr>
      <w:r>
        <w:rPr>
          <w:b w:val="0"/>
          <w:i w:val="0"/>
        </w:rPr>
        <w:t>‘Còn mái nhà thì sao?’ Jackie hỏi. ‘Đó có phải là một cách khác để hắn trốn không?’</w:t>
      </w:r>
    </w:p>
    <w:p>
      <w:pPr>
        <w:spacing w:after="80"/>
      </w:pPr>
      <w:r>
        <w:rPr>
          <w:b w:val="0"/>
          <w:i w:val="0"/>
        </w:rPr>
        <w:t>‘Khó lắm,’ Paul nói. ‘Cách duy nhất hắn có thể thoát ra là qua lối thoát hiểm, và hắn sẽ gặp chúng ta trên đường lên trong lúc hắn đang đi xuống.’</w:t>
      </w:r>
    </w:p>
    <w:p>
      <w:pPr>
        <w:spacing w:after="80"/>
      </w:pPr>
      <w:r>
        <w:rPr>
          <w:b w:val="0"/>
          <w:i w:val="0"/>
        </w:rPr>
        <w:t>‘Không,’ William nói, ‘lối đi bộ sẽ là đường trốn ưa thích của hắn, bởi vì một khi hắn đã ở trong căn hộ của mình tại Tòa B, sẽ không có cách nào liên kết hắn với bất cứ điều gì đang diễn ra trong tòa nhà bên cạnh.’</w:t>
      </w:r>
    </w:p>
    <w:p>
      <w:pPr>
        <w:spacing w:after="80"/>
      </w:pPr>
      <w:r>
        <w:rPr>
          <w:b w:val="0"/>
          <w:i w:val="0"/>
        </w:rPr>
        <w:t>‘Còn tên côn đồ trực thang máy ở Tòa A thì sao?’ Hawksby nói, nhìn kỹ hơn vào sơ đồ chi tiết được ghim trên tường. ‘Chúng ta có thể tước vũ khí của hắn và chiếm lấy thang máy không?’</w:t>
      </w:r>
    </w:p>
    <w:p>
      <w:pPr>
        <w:spacing w:after="80"/>
      </w:pPr>
      <w:r>
        <w:rPr>
          <w:b w:val="0"/>
          <w:i w:val="0"/>
        </w:rPr>
        <w:t xml:space="preserve">‘Pete Donoghue,’ William nói, chỉ vào bức ảnh một người đàn ông có thể đóng vai quần chúng trong </w:t>
      </w:r>
      <w:r>
        <w:rPr>
          <w:b w:val="0"/>
          <w:i/>
        </w:rPr>
        <w:t>The Sweeney</w:t>
      </w:r>
      <w:r>
        <w:rPr>
          <w:b w:val="0"/>
          <w:i w:val="0"/>
        </w:rPr>
        <w:t xml:space="preserve"> mà không cần trang điểm.</w:t>
      </w:r>
    </w:p>
    <w:p>
      <w:pPr>
        <w:spacing w:after="80"/>
      </w:pPr>
      <w:r>
        <w:rPr>
          <w:b w:val="0"/>
          <w:i w:val="0"/>
        </w:rPr>
        <w:t>‘Hắn đã từng ngồi tù vì tội gây thương tích nghiêm trọng và cướp có vũ trang,’ Lamont nói. ‘Lần cuối hắn bị bắt, phải mất ba sĩ quan để giữ hắn xuống trong khi tôi còng tay hắn.’</w:t>
      </w:r>
    </w:p>
    <w:p>
      <w:pPr>
        <w:spacing w:after="80"/>
      </w:pPr>
      <w:r>
        <w:rPr>
          <w:b w:val="0"/>
          <w:i w:val="0"/>
        </w:rPr>
        <w:t>‘Cậu không thể đến gần thang máy mà không bị hắn kiểm tra,’ Paul nói. ‘Nhiều nhân viên của Rashidi thà đi cầu thang còn hơn chia sẻ thang máy với tên côn đồ đó.’</w:t>
      </w:r>
    </w:p>
    <w:p>
      <w:pPr>
        <w:spacing w:after="80"/>
      </w:pPr>
      <w:r>
        <w:rPr>
          <w:b w:val="0"/>
          <w:i w:val="0"/>
        </w:rPr>
        <w:t>‘Kể cả khi cậu có thể tới được thang máy, thì luôn có những tay cảnh giới đứng ở đây, đây, đây và đây,’ William nói, chỉ vào bốn dấu chéo trên bản đồ đường phố. ‘Nếu một trong số chúng nghi ngờ cậu, thang máy sẽ biến mất lên tầng hai mươi ba, và không quay lại tầng trệt cho đến khi có tín hiệu an toàn.’</w:t>
      </w:r>
    </w:p>
    <w:p>
      <w:pPr>
        <w:spacing w:after="80"/>
      </w:pPr>
      <w:r>
        <w:rPr>
          <w:b w:val="0"/>
          <w:i w:val="0"/>
        </w:rPr>
        <w:t>‘Giống như còi báo động không kích trong cuộc chiến trước,’ Hawk nói, để lộ tuổi tác của mình.</w:t>
      </w:r>
    </w:p>
    <w:p>
      <w:pPr>
        <w:spacing w:after="80"/>
      </w:pPr>
      <w:r>
        <w:rPr>
          <w:b w:val="0"/>
          <w:i w:val="0"/>
        </w:rPr>
        <w:t>‘Tôi xin tin lời sếp,’ Paul nói.</w:t>
      </w:r>
    </w:p>
    <w:p>
      <w:pPr>
        <w:spacing w:after="80"/>
      </w:pPr>
      <w:r>
        <w:rPr>
          <w:b w:val="0"/>
          <w:i w:val="0"/>
        </w:rPr>
        <w:t>‘Làm sao cậu thu thập được nhiều thông tin đến vậy mà không bị một tay cảnh giới nào phát hiện?’ Hawk hỏi, phớt lờ lời bình luận đó.</w:t>
      </w:r>
    </w:p>
    <w:p>
      <w:pPr>
        <w:spacing w:after="80"/>
      </w:pPr>
      <w:r>
        <w:rPr>
          <w:b w:val="0"/>
          <w:i w:val="0"/>
        </w:rPr>
        <w:t>‘Những chuyến đi đều đặn trên tầng trên cùng của xe buýt, thưa ngài,’ William nói. ‘Các tuyến số 3, 59 và 118 chạy ngang qua hai tòa nhà này vài lần mỗi giờ.’</w:t>
      </w:r>
    </w:p>
    <w:p>
      <w:pPr>
        <w:spacing w:after="80"/>
      </w:pPr>
      <w:r>
        <w:rPr>
          <w:b w:val="0"/>
          <w:i w:val="0"/>
        </w:rPr>
        <w:t>‘Thực ra,’ Paul nói, ‘tuyến số 118 dừng ngay bên ngoài Tòa A, nhờ đó chúng tôi mới xác định được chính xác vị trí các chốt canh gác. Tôi cũng đã nhận diện được vài kẻ buôn bán, vì họ là những người duy nhất được phép đi thẳng tới thang máy mà không bị hỏi han. Nhưng tôi vẫn không thể liều bước xuống xe buýt ngay gần nơi gần như là một pháo đài như thế.’</w:t>
      </w:r>
    </w:p>
    <w:p>
      <w:pPr>
        <w:spacing w:after="80"/>
      </w:pPr>
      <w:r>
        <w:rPr>
          <w:b w:val="0"/>
          <w:i w:val="0"/>
        </w:rPr>
        <w:t>‘Một đơn vị cảnh sát vũ trang sẽ mất bao lâu để lên tới tầng hai mươi ba nếu họ không kịp tới thang máy?’ Lamont hỏi.</w:t>
      </w:r>
    </w:p>
    <w:p>
      <w:pPr>
        <w:spacing w:after="80"/>
      </w:pPr>
      <w:r>
        <w:rPr>
          <w:b w:val="0"/>
          <w:i w:val="0"/>
        </w:rPr>
        <w:t>‘MM làm được trong bảy phút rưỡi,’ Jackie nói, ‘nhưng nhớ rằng, thang máy có thể lên tới đó trong bốn mươi hai giây, cho Rashidi thừa thời gian để tẩu thoát qua lối đi bộ và về lại căn hộ của mình từ lâu trước khi viên cảnh sát đầu tiên tới được cửa chính.’</w:t>
      </w:r>
    </w:p>
    <w:p>
      <w:pPr>
        <w:spacing w:after="80"/>
      </w:pPr>
      <w:r>
        <w:rPr>
          <w:b w:val="0"/>
          <w:i w:val="0"/>
        </w:rPr>
        <w:t>‘Vậy làm sao chúng ta lên được tầng hai mươi ba trong vòng chưa đầy bốn mươi hai giây?’ Lamont gặng hỏi.</w:t>
      </w:r>
    </w:p>
    <w:p>
      <w:pPr>
        <w:spacing w:after="80"/>
      </w:pPr>
      <w:r>
        <w:rPr>
          <w:b w:val="0"/>
          <w:i w:val="0"/>
        </w:rPr>
        <w:t>‘Tôi nghĩ William có thể đã tìm ra câu trả lời cho câu hỏi đó,’ Hawk nói.</w:t>
      </w:r>
    </w:p>
    <w:p>
      <w:pPr>
        <w:pStyle w:val="Heading2"/>
      </w:pPr>
      <w:r>
        <w:rPr>
          <w:rFonts w:ascii="Calibri" w:hAnsi="Calibri"/>
          <w:b/>
          <w:i w:val="0"/>
          <w:sz w:val="32"/>
        </w:rPr>
        <w:t>25</w:t>
      </w:r>
    </w:p>
    <w:p>
      <w:pPr>
        <w:spacing w:after="80"/>
      </w:pPr>
      <w:r>
        <w:rPr>
          <w:b w:val="0"/>
          <w:i w:val="0"/>
        </w:rPr>
        <w:t>‘Thành thật chia buồn với anh, Miles, về việc mất đi bộ sưu tập độc nhất của anh. Tôi biết những bức tranh đó có ý nghĩa với anh đến nhường nào, và việc chúng bị phá hủy theo cách tàn nhẫn như vậy hẳn là một đòn giáng nặng nề.’</w:t>
      </w:r>
    </w:p>
    <w:p>
      <w:pPr>
        <w:spacing w:after="80"/>
      </w:pPr>
      <w:r>
        <w:rPr>
          <w:b w:val="0"/>
          <w:i w:val="0"/>
        </w:rPr>
        <w:t>‘Cảm ơn anh, BW. Tôi trân trọng sự quan tâm của anh,’ Faulkner nói, cố tỏ ra đau đớn.</w:t>
      </w:r>
    </w:p>
    <w:p>
      <w:pPr>
        <w:spacing w:after="80"/>
      </w:pPr>
      <w:r>
        <w:rPr>
          <w:b w:val="0"/>
          <w:i w:val="0"/>
        </w:rPr>
        <w:t>‘Tất nhiên tôi biết anh đã dự định mua lại Limpton Hall, và đến lúc nào đó—’</w:t>
      </w:r>
    </w:p>
    <w:p>
      <w:pPr>
        <w:spacing w:after="80"/>
      </w:pPr>
      <w:r>
        <w:rPr>
          <w:b w:val="0"/>
          <w:i w:val="0"/>
        </w:rPr>
        <w:t>‘Những bức tranh quan trọng với tôi hơn căn nhà nhiều, nhưng tôi vẫn mong anh lấy lại khoản tiền đặt cọc £500,000 của tôi càng nhanh càng tốt.’</w:t>
      </w:r>
    </w:p>
    <w:p>
      <w:pPr>
        <w:spacing w:after="80"/>
      </w:pPr>
      <w:r>
        <w:rPr>
          <w:b w:val="0"/>
          <w:i w:val="0"/>
        </w:rPr>
        <w:t>‘Giấy tờ đang được xử lý rồi. Ít nhất thì bức Vermeer vẫn an toàn trong ngôi nhà mới của nó ở Fitzmolean.’</w:t>
      </w:r>
    </w:p>
    <w:p>
      <w:pPr>
        <w:spacing w:after="80"/>
      </w:pPr>
      <w:r>
        <w:rPr>
          <w:b w:val="0"/>
          <w:i w:val="0"/>
        </w:rPr>
        <w:t>‘Không được lâu nữa đâu.’</w:t>
      </w:r>
    </w:p>
    <w:p>
      <w:pPr>
        <w:spacing w:after="80"/>
      </w:pPr>
      <w:r>
        <w:rPr>
          <w:b w:val="0"/>
          <w:i w:val="0"/>
        </w:rPr>
        <w:t>‘Tôi không hiểu,’ Booth Watson nói.</w:t>
      </w:r>
    </w:p>
    <w:p>
      <w:pPr>
        <w:spacing w:after="80"/>
      </w:pPr>
      <w:r>
        <w:rPr>
          <w:b w:val="0"/>
          <w:i w:val="0"/>
        </w:rPr>
        <w:t>‘Không có lý do gì để anh phải hiểu, BW. Cứ cho là tôi có kế hoạch để nó đoàn tụ với phần còn lại của bộ sưu tập.’</w:t>
      </w:r>
    </w:p>
    <w:p>
      <w:pPr>
        <w:jc w:val="center"/>
      </w:pPr>
      <w:r>
        <w:drawing>
          <wp:inline xmlns:a="http://schemas.openxmlformats.org/drawingml/2006/main" xmlns:pic="http://schemas.openxmlformats.org/drawingml/2006/picture">
            <wp:extent cx="752475" cy="161925"/>
            <wp:docPr id="74" name="Picture 74"/>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‘Thật tử tế khi ngài đồng ý gặp tôi, thưa đại tá,’ William nói khi hai người gặp nhau ở khu vực lễ tân. ‘Tôi biết vị chỉ huy đang mong được gặp lại ngài.’</w:t>
      </w:r>
    </w:p>
    <w:p>
      <w:pPr>
        <w:spacing w:after="80"/>
      </w:pPr>
      <w:r>
        <w:rPr>
          <w:b w:val="0"/>
          <w:i w:val="0"/>
        </w:rPr>
        <w:t>‘Hawksby là một trong những sĩ quan cấp dưới giỏi hơn của tôi. Cậu ta hẳn sẽ trở thành một người lính cực kỳ xuất sắc,’ viên đại tá nói khi theo William bước vào thang máy. ‘Thật vui khi được gặp lại chàng trai trẻ ấy sau ngần ấy năm.’</w:t>
      </w:r>
    </w:p>
    <w:p>
      <w:pPr>
        <w:spacing w:after="80"/>
      </w:pPr>
      <w:r>
        <w:rPr>
          <w:b w:val="0"/>
          <w:i w:val="0"/>
        </w:rPr>
        <w:t>William nén một nụ cười khi bước ra khỏi thang máy và dẫn viên đại tá dọc hành lang đến văn phòng chỉ huy. Ông gõ cửa, và khi họ bước vào, Hawk bật dậy đứng nghiêm. ‘Thật là vinh dự khi được gặp lại ngài, thưa ngài,’ anh nói.</w:t>
      </w:r>
    </w:p>
    <w:p>
      <w:pPr>
        <w:spacing w:after="80"/>
      </w:pPr>
      <w:r>
        <w:rPr>
          <w:b w:val="0"/>
          <w:i w:val="0"/>
        </w:rPr>
        <w:t>‘Ở tuổi tôi, tôi luôn ngạc nhiên khi vẫn còn ai đó nhớ đến mình,’ viên đại tá nói khi họ bắt tay.</w:t>
      </w:r>
    </w:p>
    <w:p>
      <w:pPr>
        <w:spacing w:after="80"/>
      </w:pPr>
      <w:r>
        <w:rPr>
          <w:b w:val="0"/>
          <w:i w:val="0"/>
        </w:rPr>
        <w:t>‘Sao ai có thể quên được chứ,’ Hawksby nói. ‘Thế hệ của tôi lớn lên cùng Colditz, Dunkirk và Navarone.’</w:t>
      </w:r>
    </w:p>
    <w:p>
      <w:pPr>
        <w:spacing w:after="80"/>
      </w:pPr>
      <w:r>
        <w:rPr>
          <w:b w:val="0"/>
          <w:i w:val="0"/>
        </w:rPr>
        <w:t>‘Vậy ra không phải David Niven chỉ huy cuộc đột kích đó à?’ William nói, hùa theo.</w:t>
      </w:r>
    </w:p>
    <w:p>
      <w:pPr>
        <w:spacing w:after="80"/>
      </w:pPr>
      <w:r>
        <w:rPr>
          <w:b w:val="0"/>
          <w:i w:val="0"/>
        </w:rPr>
        <w:t>‘Không,’ viên đại tá nói, ‘nhưng tôi không thể phàn nàn. Khi Niven nhận vai đó, danh tiếng của tôi với các quý cô chẳng hề suy suyển. Vậy tôi có thể giúp gì đây?’</w:t>
      </w:r>
    </w:p>
    <w:p>
      <w:pPr>
        <w:spacing w:after="80"/>
      </w:pPr>
      <w:r>
        <w:rPr>
          <w:b w:val="0"/>
          <w:i w:val="0"/>
        </w:rPr>
        <w:t>‘Cho tôi hỏi, thưa đại tá, ngài có nghĩ ý tưởng của DS Warwick có chút giá trị nào không?’</w:t>
      </w:r>
    </w:p>
    <w:p>
      <w:pPr>
        <w:spacing w:after="80"/>
      </w:pPr>
      <w:r>
        <w:rPr>
          <w:b w:val="0"/>
          <w:i w:val="0"/>
        </w:rPr>
        <w:t>‘Chắc chắn là có, và hơn thế nữa tôi biết người lý tưởng cho công việc này. Thực ra anh ta đã là một trong những người của các anh. Khi Đại úy Scott Cairns rời trung đoàn, Met đã tuyển anh ta để thành lập bộ phận chống khủng bố, đại khái là SAS trong bộ quân phục khác màu. Tôi nghĩ anh sẽ thấy nó đã hoạt động đầy đủ vào lúc này, dù đang được giữ kín.’</w:t>
      </w:r>
    </w:p>
    <w:p>
      <w:pPr>
        <w:spacing w:after="80"/>
      </w:pPr>
      <w:r>
        <w:rPr>
          <w:b w:val="0"/>
          <w:i w:val="0"/>
        </w:rPr>
        <w:t>‘Vậy thì chúng ta sẽ phải bóc nó ra,’ William nói. ‘Làm sao tôi liên lạc được với Đại úy Cairns?’</w:t>
      </w:r>
    </w:p>
    <w:p>
      <w:pPr>
        <w:spacing w:after="80"/>
      </w:pPr>
      <w:r>
        <w:rPr>
          <w:b w:val="0"/>
          <w:i w:val="0"/>
        </w:rPr>
        <w:t>‘Tôi không biết,’ viên đại tá nói. ‘Nhưng tôi sẽ không ngạc nhiên nếu anh ta đang ẩn náu đâu đó trong tòa nhà này.’</w:t>
      </w:r>
    </w:p>
    <w:p>
      <w:pPr>
        <w:spacing w:after="80"/>
      </w:pPr>
      <w:r>
        <w:rPr>
          <w:b w:val="0"/>
          <w:i w:val="0"/>
        </w:rPr>
        <w:t>‘Scotland Yard tuyển hơn hai nghìn người trong hơn ba trăm văn phòng trên mười chín tầng, nhưng nếu anh ta ở đây thì tôi sẽ truy ra anh ta trước cuối ngày,’ Hawk nói. ‘Giờ tất cả những gì chúng ta phải hy vọng là người của chúng ta giỏi như người của ngài ngày trước.’</w:t>
      </w:r>
    </w:p>
    <w:p>
      <w:pPr>
        <w:spacing w:after="80"/>
      </w:pPr>
      <w:r>
        <w:rPr>
          <w:b w:val="0"/>
          <w:i w:val="0"/>
        </w:rPr>
        <w:t>‘Họ giỏi hơn hẳn,’ viên đại tá nói. ‘So với họ, chúng tôi chỉ là một lũ nghiệp dư. Lứa mới này là những chuyên gia được huấn luyện bài bản, sẵn sàng làm bất cứ điều gì để hoàn thành nhiệm vụ.’</w:t>
      </w:r>
    </w:p>
    <w:p>
      <w:pPr>
        <w:spacing w:after="80"/>
      </w:pPr>
      <w:r>
        <w:rPr>
          <w:b w:val="0"/>
          <w:i w:val="0"/>
        </w:rPr>
        <w:t>‘Nhưng họ có điên như vậy không?’ Hawk hỏi.</w:t>
      </w:r>
    </w:p>
    <w:p>
      <w:pPr>
        <w:spacing w:after="80"/>
      </w:pPr>
      <w:r>
        <w:rPr>
          <w:b w:val="0"/>
          <w:i w:val="0"/>
        </w:rPr>
        <w:t>‘Điên đến mức đáng bị đưa vào viện tâm thần! Đó vẫn là phẩm chất thiết yếu duy nhất cho công việc này. Nhưng giờ tôi đã giải quyết xong vấn đề của anh, tôi có thể nhờ một việc được không?’</w:t>
      </w:r>
    </w:p>
    <w:p>
      <w:pPr>
        <w:spacing w:after="80"/>
      </w:pPr>
      <w:r>
        <w:rPr>
          <w:b w:val="0"/>
          <w:i w:val="0"/>
        </w:rPr>
        <w:t>‘Bất cứ điều gì,’ Hawk nói.</w:t>
      </w:r>
    </w:p>
    <w:p>
      <w:pPr>
        <w:spacing w:after="80"/>
      </w:pPr>
      <w:r>
        <w:rPr>
          <w:b w:val="0"/>
          <w:i w:val="0"/>
        </w:rPr>
        <w:t>‘Vì cuối cùng tôi đã đến được Scotland Yard mà không bị bắt, liệu có thể có một chuyến tham quan có hướng dẫn viên ở Bảo tàng Đen không?’</w:t>
      </w:r>
    </w:p>
    <w:p>
      <w:pPr>
        <w:jc w:val="center"/>
      </w:pPr>
      <w:r>
        <w:drawing>
          <wp:inline xmlns:a="http://schemas.openxmlformats.org/drawingml/2006/main" xmlns:pic="http://schemas.openxmlformats.org/drawingml/2006/picture">
            <wp:extent cx="752475" cy="161925"/>
            <wp:docPr id="75" name="Picture 75"/>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‘Khi nào em bé chào đời?’ Christina hỏi, khi William rời khỏi đường cao tốc và đi theo các biển chỉ dẫn đến Limpton, nơi gợi lại biết bao kỷ niệm.</w:t>
      </w:r>
    </w:p>
    <w:p>
      <w:pPr>
        <w:spacing w:after="80"/>
      </w:pPr>
      <w:r>
        <w:rPr>
          <w:b w:val="0"/>
          <w:i w:val="0"/>
        </w:rPr>
        <w:t>‘Không còn lâu nữa đâu,’ Beth đáp.</w:t>
      </w:r>
    </w:p>
    <w:p>
      <w:pPr>
        <w:spacing w:after="80"/>
      </w:pPr>
      <w:r>
        <w:rPr>
          <w:b w:val="0"/>
          <w:i w:val="0"/>
        </w:rPr>
        <w:t>‘Chắc hai người háo hức lắm.’</w:t>
      </w:r>
    </w:p>
    <w:p>
      <w:pPr>
        <w:spacing w:after="80"/>
      </w:pPr>
      <w:r>
        <w:rPr>
          <w:b w:val="0"/>
          <w:i w:val="0"/>
        </w:rPr>
        <w:t>‘Hiện giờ William còn một hai việc khác trong đầu.’</w:t>
      </w:r>
    </w:p>
    <w:p>
      <w:pPr>
        <w:spacing w:after="80"/>
      </w:pPr>
      <w:r>
        <w:rPr>
          <w:b w:val="0"/>
          <w:i w:val="0"/>
        </w:rPr>
        <w:t>‘Còn gì có thể quan trọng hơn đứa con đầu lòng của cô chứ?’</w:t>
      </w:r>
    </w:p>
    <w:p>
      <w:pPr>
        <w:spacing w:after="80"/>
      </w:pPr>
      <w:r>
        <w:rPr>
          <w:b w:val="0"/>
          <w:i w:val="0"/>
        </w:rPr>
        <w:t>‘Đốt nhà và trộm tranh,’ William nói. ‘Nhưng tôi hy vọng sẽ giải quyết xong cả hai vụ trước khi Alexander hoặc Vivien lộ diện.’</w:t>
      </w:r>
    </w:p>
    <w:p>
      <w:pPr>
        <w:spacing w:after="80"/>
      </w:pPr>
      <w:r>
        <w:rPr>
          <w:b w:val="0"/>
          <w:i w:val="0"/>
        </w:rPr>
        <w:t>‘Boudicca hoặc Leonardo,’ Beth nói. ‘Như cô thấy đấy, bọn tôi vẫn chưa thống nhất được tên. Nhưng tạm thời hãy tập trung vào vụ đốt nhà đã.’</w:t>
      </w:r>
    </w:p>
    <w:p>
      <w:pPr>
        <w:spacing w:after="80"/>
      </w:pPr>
      <w:r>
        <w:rPr>
          <w:b w:val="0"/>
          <w:i w:val="0"/>
        </w:rPr>
        <w:t>‘Chứng minh ai đó đã phóng hỏa chưa bao giờ là chuyện dễ,’ William nói. ‘Trừ khi có những dấu hiệu rõ ràng, tố cáo, như vết chất tăng tốc cháy (accelerant) trên tấm ván sàn, hay một miếng giẻ tẩm xăng bị ném qua khe cửa thư – kiểu sai lầm ngớ ngẩn mà chỉ lũ nghiệp dư mới tưởng mình thoát được.’</w:t>
      </w:r>
    </w:p>
    <w:p>
      <w:pPr>
        <w:spacing w:after="80"/>
      </w:pPr>
      <w:r>
        <w:rPr>
          <w:b w:val="0"/>
          <w:i w:val="0"/>
        </w:rPr>
        <w:t>‘Còn dân chuyên nghiệp thì sao?’ Christina hỏi.</w:t>
      </w:r>
    </w:p>
    <w:p>
      <w:pPr>
        <w:spacing w:after="80"/>
      </w:pPr>
      <w:r>
        <w:rPr>
          <w:b w:val="0"/>
          <w:i w:val="0"/>
        </w:rPr>
        <w:t>‘Một chồng khăn giấy đặt ngay dưới mái gỗ cạnh bình đun nước nóng, rồi chỉ cần một que diêm là đủ. Không có nhiều người đang thụ án tù vì tội đốt nhà, vì đây là một trong những tội dễ thoát nhất. Vậy nên, chúng ta sẽ phải tập trung chứng minh rằng Miles đã đánh cắp các bức tranh trước khi ngôi nhà bốc cháy.’</w:t>
      </w:r>
    </w:p>
    <w:p>
      <w:pPr>
        <w:spacing w:after="80"/>
      </w:pPr>
      <w:r>
        <w:rPr>
          <w:b w:val="0"/>
          <w:i w:val="0"/>
        </w:rPr>
        <w:t>‘Dĩ nhiên là anh ta làm rồi.’</w:t>
      </w:r>
    </w:p>
    <w:p>
      <w:pPr>
        <w:spacing w:after="80"/>
      </w:pPr>
      <w:r>
        <w:rPr>
          <w:b w:val="0"/>
          <w:i w:val="0"/>
        </w:rPr>
        <w:t>‘Dù cô tin chắc đến đâu đi nữa, Christina, và tôi không nói là tôi không đồng ý với cô, thì cô vẫn cần bằng chứng cụ thể để vụ việc đứng vững trước tòa. Không có nó, những cáo buộc đầy ác ý từ một người vợ cũ đang giận dữ thường bị tòa cười vào mặt mà bác bỏ.’</w:t>
      </w:r>
    </w:p>
    <w:p>
      <w:pPr>
        <w:spacing w:after="80"/>
      </w:pPr>
      <w:r>
        <w:rPr>
          <w:b w:val="0"/>
          <w:i w:val="0"/>
        </w:rPr>
        <w:t>‘William,’ Beth nói gay gắt, ‘anh nói thế quá phũ phàng sau tất cả những gì Christina đã trải qua.’</w:t>
      </w:r>
    </w:p>
    <w:p>
      <w:pPr>
        <w:spacing w:after="80"/>
      </w:pPr>
      <w:r>
        <w:rPr>
          <w:b w:val="0"/>
          <w:i w:val="0"/>
        </w:rPr>
        <w:t>‘Tôi đứng về phía cô ấy,’ William nói. ‘Nhưng trừ khi tôi tìm được thứ mình đang tìm, không thì tất cả chúng ta chỉ mất thời gian vô ích,’ anh nói thêm, khi rẽ vào con đường nhỏ dẫn lên Limpton Hall. Lần này anh lái chậm rãi.</w:t>
      </w:r>
    </w:p>
    <w:p>
      <w:pPr>
        <w:spacing w:after="80"/>
      </w:pPr>
      <w:r>
        <w:rPr>
          <w:b w:val="0"/>
          <w:i w:val="0"/>
        </w:rPr>
        <w:t>‘Vậy chúng ta bắt đầu từ đâu?’ Christina hỏi.</w:t>
      </w:r>
    </w:p>
    <w:p>
      <w:pPr>
        <w:spacing w:after="80"/>
      </w:pPr>
      <w:r>
        <w:rPr>
          <w:b w:val="0"/>
          <w:i w:val="0"/>
        </w:rPr>
        <w:t>‘Chúng ta sẽ rà soát hiện trường bằng chiếc lược chải răng mịn huyền thoại.’</w:t>
      </w:r>
    </w:p>
    <w:p>
      <w:pPr>
        <w:spacing w:after="80"/>
      </w:pPr>
      <w:r>
        <w:rPr>
          <w:b w:val="0"/>
          <w:i w:val="0"/>
        </w:rPr>
        <w:t>‘Chúng ta đang tìm gì vậy?’ Beth hỏi.</w:t>
      </w:r>
    </w:p>
    <w:p>
      <w:pPr>
        <w:spacing w:after="80"/>
      </w:pPr>
      <w:r>
        <w:rPr>
          <w:b w:val="0"/>
          <w:i w:val="0"/>
        </w:rPr>
        <w:t>‘Bất cứ thứ gì còn sống sót sau đám cháy.’</w:t>
      </w:r>
    </w:p>
    <w:p>
      <w:pPr>
        <w:spacing w:after="80"/>
      </w:pPr>
      <w:r>
        <w:rPr>
          <w:b w:val="0"/>
          <w:i w:val="0"/>
        </w:rPr>
        <w:t>William lái xe qua ngôi nhà gác cổng bị bỏ hoang và tiếp tục đi lên con đường dài, không thực sự chắc mình sẽ thấy gì. Anh chỉ vừa kịp tránh đâm vào một cái cây khi lần đầu nhìn thấy những gì còn lại của ngôi biệt thự Lutyens xinh đẹp từng đứng sừng sững đầy kiêu hãnh trên ngọn đồi thống trị vùng nông thôn xung quanh. Tất cả những gì còn lại chỉ là nửa mẫu Anh tro tàn và đống đổ nát.</w:t>
      </w:r>
    </w:p>
    <w:p>
      <w:pPr>
        <w:spacing w:after="80"/>
      </w:pPr>
      <w:r>
        <w:rPr>
          <w:b w:val="0"/>
          <w:i w:val="0"/>
        </w:rPr>
        <w:t>William đỗ xe trên con đường, mở cốp và lấy ra ba bộ quần áo liền quần, ủng Wellington và găng tay cao su. Sau khi mặc vào, ba người họ bước tới chỗ từng là cửa trước.</w:t>
      </w:r>
    </w:p>
    <w:p>
      <w:pPr>
        <w:spacing w:after="80"/>
      </w:pPr>
      <w:r>
        <w:rPr>
          <w:b w:val="0"/>
          <w:i w:val="0"/>
        </w:rPr>
        <w:t>‘Được rồi,’ William nói. ‘Chúng ta phải làm việc càng có phương pháp càng tốt. Chúng ta sẽ bắt đầu từ phía này và đi ngang qua khu vực theo một đường thẳng, rồi dịch sang phải ba bước và lặp lại động tác tương tự trên đường quay về. Nếu bạn bắt gặp bất cứ thứ gì còn sống sót sau đám cháy, hãy cho tôi biết.’</w:t>
      </w:r>
    </w:p>
    <w:p>
      <w:pPr>
        <w:spacing w:after="80"/>
      </w:pPr>
      <w:r>
        <w:rPr>
          <w:b w:val="0"/>
          <w:i w:val="0"/>
        </w:rPr>
        <w:t>‘Cái này có tính không?’ Beth hỏi, cúi xuống và lôi chiếc vòng gõ cửa trước ra khỏi đống tro.</w:t>
      </w:r>
    </w:p>
    <w:p>
      <w:pPr>
        <w:spacing w:after="80"/>
      </w:pPr>
      <w:r>
        <w:rPr>
          <w:b w:val="0"/>
          <w:i w:val="0"/>
        </w:rPr>
        <w:t>‘Một khởi đầu đầy hứa hẹn,’ William nói, sau khi nhìn kỹ hơn. Anh thả phát hiện đầu tiên của họ vào một chiếc túi đen lớn.</w:t>
      </w:r>
    </w:p>
    <w:p>
      <w:pPr>
        <w:spacing w:after="80"/>
      </w:pPr>
      <w:r>
        <w:rPr>
          <w:b w:val="0"/>
          <w:i w:val="0"/>
        </w:rPr>
        <w:t>Vài phút sau, lại là Beth. Lần này là một cái vòi bồn tắm, tiếp theo là Christina, người thêm vào một quả trứng cẩm thạch. ‘Tôi mua nó khi chúng tôi đi nghỉ ở Athens,’ cô nói, khi William nhìn kỹ hơn trước khi thả quả trứng vào túi của mình.</w:t>
      </w:r>
    </w:p>
    <w:p>
      <w:pPr>
        <w:spacing w:after="80"/>
      </w:pPr>
      <w:r>
        <w:rPr>
          <w:b w:val="0"/>
          <w:i w:val="0"/>
        </w:rPr>
        <w:t>Một lúc sau, William hỏi, ‘Cái này là gì?’</w:t>
      </w:r>
    </w:p>
    <w:p>
      <w:pPr>
        <w:spacing w:after="80"/>
      </w:pPr>
      <w:r>
        <w:rPr>
          <w:b w:val="0"/>
          <w:i w:val="0"/>
        </w:rPr>
        <w:t>Cả ba người chăm chú nhìn phát hiện mới nhất một lúc lâu trước khi Christina nói, ‘Đó là cơ cấu lên dây cót từ chiếc đồng hồ quả lắc cũ của chúng ta. Một món quà cưới,’ cô buồn bã nói thêm.</w:t>
      </w:r>
    </w:p>
    <w:p>
      <w:pPr>
        <w:spacing w:after="80"/>
      </w:pPr>
      <w:r>
        <w:rPr>
          <w:b w:val="0"/>
          <w:i w:val="0"/>
        </w:rPr>
        <w:t>‘Tuyệt vời,’ William nói, thả nó vào túi của mình.</w:t>
      </w:r>
    </w:p>
    <w:p>
      <w:pPr>
        <w:spacing w:after="80"/>
      </w:pPr>
      <w:r>
        <w:rPr>
          <w:b w:val="0"/>
          <w:i w:val="0"/>
        </w:rPr>
        <w:t>‘Tại sao?’ Beth hỏi.</w:t>
      </w:r>
    </w:p>
    <w:p>
      <w:pPr>
        <w:spacing w:after="80"/>
      </w:pPr>
      <w:r>
        <w:rPr>
          <w:b w:val="0"/>
          <w:i w:val="0"/>
        </w:rPr>
        <w:t>‘Để sau – chúng ta vẫn chưa có đủ. Nhưng em có cần nghỉ ngơi không?’ anh hỏi, lo lắng nhìn vợ mình, người trông có vẻ mệt mỏi. ‘Con trai tôi sẽ không cảm ơn em đâu nếu nó chào đời giữa đống tro tàn.’</w:t>
      </w:r>
    </w:p>
    <w:p>
      <w:pPr>
        <w:spacing w:after="80"/>
      </w:pPr>
      <w:r>
        <w:rPr>
          <w:b w:val="0"/>
          <w:i w:val="0"/>
        </w:rPr>
        <w:t>‘Còn con gái tôi,’ Beth nói, ‘mà anh không hề biết có thể đang tận hưởng cuộc tìm kiếm quá mức đến nỗi không muốn dừng lại bây giờ.’</w:t>
      </w:r>
    </w:p>
    <w:p>
      <w:pPr>
        <w:spacing w:after="80"/>
      </w:pPr>
      <w:r>
        <w:rPr>
          <w:b w:val="0"/>
          <w:i w:val="0"/>
        </w:rPr>
        <w:t>‘Bà Warwick, bà đã quên nói với tôi điều gì vậy? Tôi có dám hỏi không?’ William nói, đứng yên giữa đống tro, nhìn chằm chằm vào vợ mình.</w:t>
      </w:r>
    </w:p>
    <w:p>
      <w:pPr>
        <w:spacing w:after="80"/>
      </w:pPr>
      <w:r>
        <w:rPr>
          <w:b w:val="0"/>
          <w:i w:val="0"/>
        </w:rPr>
        <w:t>‘Ồ, tôi quên nói với anh sao, ông Warwick, rằng anh sắp trở thành cha của một cặp sinh đôi?’</w:t>
      </w:r>
    </w:p>
    <w:p>
      <w:pPr>
        <w:spacing w:after="80"/>
      </w:pPr>
      <w:r>
        <w:rPr>
          <w:b w:val="0"/>
          <w:i w:val="0"/>
        </w:rPr>
        <w:t>William và Beth bắt đầu nhảy cẫng lên và ôm chầm lấy nhau, trong khi Christina đánh rơi túi xách và bắt đầu vỗ tay. Phải một lúc sau họ mới quay lại với công việc đang làm dở, khi đó William thấy khó mà tập trung nổi.</w:t>
      </w:r>
    </w:p>
    <w:p>
      <w:pPr>
        <w:spacing w:after="80"/>
      </w:pPr>
      <w:r>
        <w:rPr>
          <w:b w:val="0"/>
          <w:i w:val="0"/>
        </w:rPr>
        <w:t>‘Cái này có ích không?’ Christina hỏi sau vài phút, đưa cho William một chiếc móc treo tranh.</w:t>
      </w:r>
    </w:p>
    <w:p>
      <w:pPr>
        <w:spacing w:after="80"/>
      </w:pPr>
      <w:r>
        <w:rPr>
          <w:b w:val="0"/>
          <w:i w:val="0"/>
        </w:rPr>
        <w:t>‘Phát hiện hay nhất của chúng ta từ trước đến giờ,’ William nói, vẫn chưa hoàn hồn sau tin đó. ‘Tuy nhiên, chúng ta cần càng nhiều cái này càng tốt,’ anh nói, rồi thêm chiếc móc nhỏ ấy vào bộ sưu tập của mình.</w:t>
      </w:r>
    </w:p>
    <w:p>
      <w:pPr>
        <w:spacing w:after="80"/>
      </w:pPr>
      <w:r>
        <w:rPr>
          <w:b w:val="0"/>
          <w:i w:val="0"/>
        </w:rPr>
        <w:t>‘Để làm gì?’ Beth hỏi dồn.</w:t>
      </w:r>
    </w:p>
    <w:p>
      <w:pPr>
        <w:spacing w:after="80"/>
      </w:pPr>
      <w:r>
        <w:rPr>
          <w:b w:val="0"/>
          <w:i w:val="0"/>
        </w:rPr>
        <w:t>‘Lát nữa,’ William đáp.</w:t>
      </w:r>
    </w:p>
    <w:p>
      <w:pPr>
        <w:spacing w:after="80"/>
      </w:pPr>
      <w:r>
        <w:rPr>
          <w:b w:val="0"/>
          <w:i w:val="0"/>
        </w:rPr>
        <w:t>Phải thêm một tiếng nữa họ mới làm đầy cả ba chiếc túi rác cỡ lớn bằng vô số đồ vật khác nhau, khi đó William khăng khăng rằng họ nên nghỉ một chút.</w:t>
      </w:r>
    </w:p>
    <w:p>
      <w:pPr>
        <w:spacing w:after="80"/>
      </w:pPr>
      <w:r>
        <w:rPr>
          <w:b w:val="0"/>
          <w:i w:val="0"/>
        </w:rPr>
        <w:t>‘Tôi nghĩ cả bọn mình đều xứng đáng được ăn trưa ăn mừng ở Limpton Arms,’ Christina nói, khi mấy chiếc túi được chất vào cốp xe.</w:t>
      </w:r>
    </w:p>
    <w:p>
      <w:pPr>
        <w:spacing w:after="80"/>
      </w:pPr>
      <w:r>
        <w:rPr>
          <w:b w:val="0"/>
          <w:i w:val="0"/>
        </w:rPr>
        <w:t>‘Chỉ khi William đã tìm được thứ anh ấy cần tìm,’ Beth nói.</w:t>
      </w:r>
    </w:p>
    <w:p>
      <w:pPr>
        <w:spacing w:after="80"/>
      </w:pPr>
      <w:r>
        <w:rPr>
          <w:b w:val="0"/>
          <w:i w:val="0"/>
        </w:rPr>
        <w:t>‘Sáu mươi mốt cái,’ William nói. ‘Và tôi nghĩ giờ tôi có thể chứng minh được rằng những bức tranh đã bị lấy khỏi ngôi nhà trước khi nó bị châm lửa. Dù để chắc chắn tuyệt đối, tôi vẫn cần đến Fitzmolean một chuyến.’</w:t>
      </w:r>
    </w:p>
    <w:p>
      <w:pPr>
        <w:jc w:val="center"/>
      </w:pPr>
      <w:r>
        <w:drawing>
          <wp:inline xmlns:a="http://schemas.openxmlformats.org/drawingml/2006/main" xmlns:pic="http://schemas.openxmlformats.org/drawingml/2006/picture">
            <wp:extent cx="752475" cy="161925"/>
            <wp:docPr id="76" name="Picture 76"/>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‘Đại tá đã giải quyết được một trong những vấn đề của chúng ta,’ Lamont nói trong cuộc họp sáng thứ Hai. ‘Thứ Sáu tuần trước tôi đã dự một buổi diễn tập tại một khu chung cư bỏ hoang ở Croydon, và có thể báo cáo rằng Chánh thanh tra Scott Cairns cùng đội của ông ấy đã rút gọn toàn bộ bài diễn tập xuống còn dưới năm phút.’</w:t>
      </w:r>
    </w:p>
    <w:p>
      <w:pPr>
        <w:spacing w:after="80"/>
      </w:pPr>
      <w:r>
        <w:rPr>
          <w:b w:val="0"/>
          <w:i w:val="0"/>
        </w:rPr>
        <w:t>‘Ấn tượng đấy,’ Hawk nói. ‘Nhưng nó không giải quyết được vấn đề của chúng ta ở hiện trường, nơi lũ canh gác sẽ phát hiện ra chúng ta từ cách xa cả dặm, cho chúng thừa thời gian để dọn dẹp và biến mất vào hang ổ trước khi chúng ta kịp đến cửa chính.’</w:t>
      </w:r>
    </w:p>
    <w:p>
      <w:pPr>
        <w:spacing w:after="80"/>
      </w:pPr>
      <w:r>
        <w:rPr>
          <w:b w:val="0"/>
          <w:i w:val="0"/>
        </w:rPr>
        <w:t>‘Có khi nào chúng ta đang tiếp cận vấn đề từ sai hướng không?’ William hỏi. ‘Có lẽ chúng ta nên xem xét một giải pháp đơn giản hơn.’</w:t>
      </w:r>
    </w:p>
    <w:p>
      <w:pPr>
        <w:spacing w:after="80"/>
      </w:pPr>
      <w:r>
        <w:rPr>
          <w:b w:val="0"/>
          <w:i w:val="0"/>
        </w:rPr>
        <w:t>‘Khai sáng cho tôi đi.’</w:t>
      </w:r>
    </w:p>
    <w:p>
      <w:pPr>
        <w:spacing w:after="80"/>
      </w:pPr>
      <w:r>
        <w:rPr>
          <w:b w:val="0"/>
          <w:i w:val="0"/>
        </w:rPr>
        <w:t>‘Kế hoạch hiện tại của chúng ta là cho một tá người có vũ trang ẩn náu trong căn hộ đã thuê ở Tòa B, và ngay khi có lệnh, họ sẽ kiểm soát lối đi và bắt giữ bất kỳ ai tìm cách tẩu thoát qua cánh cửa đó.’</w:t>
      </w:r>
    </w:p>
    <w:p>
      <w:pPr>
        <w:spacing w:after="80"/>
      </w:pPr>
      <w:r>
        <w:rPr>
          <w:b w:val="0"/>
          <w:i w:val="0"/>
        </w:rPr>
        <w:t>‘Thế thì có gì sai?’ Lamont nói gay gắt.</w:t>
      </w:r>
    </w:p>
    <w:p>
      <w:pPr>
        <w:spacing w:after="80"/>
      </w:pPr>
      <w:r>
        <w:rPr>
          <w:b w:val="0"/>
          <w:i w:val="0"/>
        </w:rPr>
        <w:t>‘Sao không làm đúng điều ngược lại? Chúng ta biết gần như không có cơ hội phá được, hay thậm chí đến gần được, cánh cửa thép gia cố của ổ chuột đó trước khi Rashidi về an toàn trong căn hộ của hắn ở Tòa B.’</w:t>
      </w:r>
    </w:p>
    <w:p>
      <w:pPr>
        <w:spacing w:after="80"/>
      </w:pPr>
      <w:r>
        <w:rPr>
          <w:b w:val="0"/>
          <w:i w:val="0"/>
        </w:rPr>
        <w:t>‘Đó chính là lý do chúng ta sẽ có các sĩ quan vũ trang chờ sẵn cho hắn trên lối đi bộ,’ Lamont nói.</w:t>
      </w:r>
    </w:p>
    <w:p>
      <w:pPr>
        <w:spacing w:after="80"/>
      </w:pPr>
      <w:r>
        <w:rPr>
          <w:b w:val="0"/>
          <w:i w:val="0"/>
        </w:rPr>
        <w:t>‘Nhưng như thế là chúng ta tự đặt mình vào thế bất lợi ngay lập tức,’ William nói. ‘Thứ nhất, chúng ta phải đưa ít nhất một tá người cùng trang thiết bị của họ lên tầng hai mươi ba của Tòa B mà không để ai phát hiện, bản thân điều đó đã là một phép màu nhỏ rồi. Thứ hai, kể cả khi chúng ta bắt được Rashidi và tay sai của hắn khi chúng đang cố trốn qua lối đi bộ, thì chúng ta sẽ buộc tội chúng bằng gì? Bởi vì nếu chúng được đại diện bởi một kẻ đê tiện như Booth Watson, anh có thể chắc chắn rằng hắn sẽ đưa ra một lập luận đầy thuyết phục rằng những khách hàng tuân thủ pháp luật của hắn chỉ đang hợp pháp đi về căn hộ của mình ở tòa nhà bên kia. Chúng sẽ được tại ngoại ngay trong ngày hôm đó. Không, chúng ta phải bắt Rashidi khi hắn thực sự đang ở trong khuôn viên, nếu không tất cả chúng ta sẽ chỉ phí thời gian thôi.’</w:t>
      </w:r>
    </w:p>
    <w:p>
      <w:pPr>
        <w:spacing w:after="80"/>
      </w:pPr>
      <w:r>
        <w:rPr>
          <w:b w:val="0"/>
          <w:i w:val="0"/>
        </w:rPr>
        <w:t>‘Ai cũng có thể nêu ra một vấn đề, DS Warwick,’ Lamont nói. ‘Tìm ra giải pháp mới là điều khó hơn một chút.’</w:t>
      </w:r>
    </w:p>
    <w:p>
      <w:pPr>
        <w:spacing w:after="80"/>
      </w:pPr>
      <w:r>
        <w:rPr>
          <w:b w:val="0"/>
          <w:i w:val="0"/>
        </w:rPr>
        <w:t>‘Đưa một tá người lên căn hộ của chúng ta ở Tòa B, cùng với cả một kho vũ khí và trang thiết bị khác, luôn tiềm ẩn nguy cơ có ai đó đoán ra chúng ta đang làm gì. Tại sao không giảm cơ hội từ mười hai xuống còn một?’</w:t>
      </w:r>
    </w:p>
    <w:p>
      <w:pPr>
        <w:spacing w:after="80"/>
      </w:pPr>
      <w:r>
        <w:rPr>
          <w:b w:val="0"/>
          <w:i w:val="0"/>
        </w:rPr>
        <w:t>‘Và giống như Horatio,’ the Hawk trầm ngâm, ‘liệu anh ta có được kỳ vọng sẽ một mình bảo vệ cây cầu không?’</w:t>
      </w:r>
    </w:p>
    <w:p>
      <w:pPr>
        <w:spacing w:after="80"/>
      </w:pPr>
      <w:r>
        <w:rPr>
          <w:b w:val="0"/>
          <w:i w:val="0"/>
        </w:rPr>
        <w:t>‘Không, thưa sếp, chúng ta không cần Horatio cho việc này, chỉ cần một bác thợ mộc giỏi thứ thiệt, người mà khi sếp ra lệnh, có thể gắn ba tấm ván gỗ dày bắc ngang cửa bên phía chúng ta của lối đi bộ chỉ trong vài phút, để bọn tội phạm sẽ bị mắc kẹt bên trong “lò mổ”, chỉ còn lại một lối thoát duy nhất – cửa chính. Và đến khi chúng nhận ra điều đó, chúng ta sẽ đứng sẵn bên ngoài chờ chúng.’</w:t>
      </w:r>
    </w:p>
    <w:p>
      <w:pPr>
        <w:spacing w:after="80"/>
      </w:pPr>
      <w:r>
        <w:rPr>
          <w:b w:val="0"/>
          <w:i w:val="0"/>
        </w:rPr>
        <w:t>‘Thật tài tình,’ Lamont nói. ‘Nhưng nó vẫn để lại cho chúng ta vấn đề phải làm gì với bốn tên canh gác dưới mặt đất, và tên côn đồ điều khiển thang máy. Đến khi người của chúng ta lên được nửa cầu thang, Rashidi sẽ đang trên đường xuống bằng thang máy, và khi hắn bước ra ở tầng trệt, với vẻ mặt ngây thơ vô tội, sẽ chẳng có tội danh nào chúng ta có thể buộc cho hắn, và toàn bộ chiến dịch sẽ thất bại. Bởi vì có một điều chắc chắn, chủ tịch của Marcel và Neffe sẽ không mang theo ma túy trong người.’</w:t>
      </w:r>
    </w:p>
    <w:p>
      <w:pPr>
        <w:spacing w:after="80"/>
      </w:pPr>
      <w:r>
        <w:rPr>
          <w:b w:val="0"/>
          <w:i w:val="0"/>
        </w:rPr>
        <w:t>‘Không đâu, nếu chúng ta có thể đảm bảo thang máy bị kẹt ở tầng trệt,’ Paul nói.</w:t>
      </w:r>
    </w:p>
    <w:p>
      <w:pPr>
        <w:spacing w:after="80"/>
      </w:pPr>
      <w:r>
        <w:rPr>
          <w:b w:val="0"/>
          <w:i w:val="0"/>
        </w:rPr>
        <w:t>‘Anh định làm điều đó thế nào, DC Adaja,’ the Hawk hỏi, ‘khi mà ngay khoảnh khắc tôi ra lệnh triển khai chiến dịch, một tá xe vũ trang và xe tuần tra sẽ gầm rú lao vào quảng trường, cho bọn canh gác quá đủ thời gian để cảnh báo Donoghue, rồi đến lượt hắn cảnh báo Rashidi? Làm sao chúng ta thoát khỏi tình huống đó đây, Houdini?’</w:t>
      </w:r>
    </w:p>
    <w:p>
      <w:pPr>
        <w:spacing w:after="80"/>
      </w:pPr>
      <w:r>
        <w:rPr>
          <w:b w:val="0"/>
          <w:i w:val="0"/>
        </w:rPr>
        <w:t>‘Tất cả chúng ta phải ẩn mình ngay trước mắt mọi người,’ William nói. ‘Dù tôi phải thừa nhận mình đã mất mấy đêm không ngủ mới nghĩ ra được điều mà suốt tháng qua vẫn hiển hiện ngay trước mắt tôi.’ Không ai ngắt lời. ‘Chúng ta không cần phải xông vào như John Wayne, súng ống nã loạn xạ, khi chúng ta có thể lái xe lên và đỗ ngay trước cửa chính mà chẳng ai thèm nhìn lần thứ hai.’</w:t>
      </w:r>
    </w:p>
    <w:p>
      <w:pPr>
        <w:spacing w:after="80"/>
      </w:pPr>
      <w:r>
        <w:rPr>
          <w:b w:val="0"/>
          <w:i w:val="0"/>
        </w:rPr>
        <w:t>‘Chắc anh định biến thành người vô hình rồi?’ Lamont nói. ‘Ngay cả John Wayne cũng không làm được điều đó.’</w:t>
      </w:r>
    </w:p>
    <w:p>
      <w:pPr>
        <w:spacing w:after="80"/>
      </w:pPr>
      <w:r>
        <w:rPr>
          <w:b w:val="0"/>
          <w:i w:val="0"/>
        </w:rPr>
        <w:t>‘Không, thưa sếp. Nhưng nếu Paul trở thành nhân viên soát vé trên chiếc xe buýt số 118 của chúng ta, thì anh ấy sẽ vô hình cùng với tất cả mọi người trên xe!’</w:t>
      </w:r>
    </w:p>
    <w:p>
      <w:pPr>
        <w:spacing w:after="80"/>
      </w:pPr>
      <w:r>
        <w:rPr>
          <w:b w:val="0"/>
          <w:i w:val="0"/>
        </w:rPr>
        <w:t>The Hawk và Lamont nhìn nhau.</w:t>
      </w:r>
    </w:p>
    <w:p>
      <w:pPr>
        <w:spacing w:after="80"/>
      </w:pPr>
      <w:r>
        <w:rPr>
          <w:b w:val="0"/>
          <w:i w:val="0"/>
        </w:rPr>
        <w:t>‘Những đêm không ngủ thật đáng giá, DS Warwick,’ viên chỉ huy nói. ‘Tôi nghĩ ủy viên sẽ rất ấn tượng với ý tưởng mới nhất của tôi.’</w:t>
      </w:r>
    </w:p>
    <w:p>
      <w:pPr>
        <w:spacing w:after="80"/>
      </w:pPr>
      <w:r>
        <w:rPr>
          <w:b w:val="0"/>
          <w:i w:val="0"/>
        </w:rPr>
        <w:t>Tất cả bọn họ bắt đầu đập tay xuống bàn.</w:t>
      </w:r>
    </w:p>
    <w:p>
      <w:pPr>
        <w:spacing w:after="80"/>
      </w:pPr>
      <w:r>
        <w:rPr>
          <w:b w:val="0"/>
          <w:i w:val="0"/>
        </w:rPr>
        <w:t>‘Được rồi,’ the Hawk nói, đưa mọi người trở lại trật tự. ‘Chúng ta đã có nhân viên soát vé, giờ chúng ta cần một tài xế.’</w:t>
      </w:r>
    </w:p>
    <w:p>
      <w:pPr>
        <w:spacing w:after="80"/>
      </w:pPr>
      <w:r>
        <w:rPr>
          <w:b w:val="0"/>
          <w:i w:val="0"/>
        </w:rPr>
        <w:t>‘Chắc chắn phải là Danny Ives,’ William nói không chút do dự.</w:t>
      </w:r>
    </w:p>
    <w:p>
      <w:pPr>
        <w:spacing w:after="80"/>
      </w:pPr>
      <w:r>
        <w:rPr>
          <w:b w:val="0"/>
          <w:i w:val="0"/>
        </w:rPr>
        <w:t>‘Cùng với mười sáu sĩ quan vũ trang chuyên trách được tuyển chọn kỹ càng từ PT17,’ Lamont nói, ‘những người sẽ trấn giữ tầng dưới, sẵn sàng hành động ngay khi có lệnh.’</w:t>
      </w:r>
    </w:p>
    <w:p>
      <w:pPr>
        <w:spacing w:after="80"/>
      </w:pPr>
      <w:r>
        <w:rPr>
          <w:b w:val="0"/>
          <w:i w:val="0"/>
        </w:rPr>
        <w:t>‘Tuy nhiên,’ Paul nói, ‘nhóm đầu tiên không nên mặc đồng phục hay trang bị vũ khí tận răng mà mặc đồ thể thao và giày chạy, vì họ sẽ cần hạ gục bốn tên canh gác trong vòng chưa đầy mười giây, trong khi ba sĩ quan khác xử lý Donoghue và chiếm thang máy.’</w:t>
      </w:r>
    </w:p>
    <w:p>
      <w:pPr>
        <w:spacing w:after="80"/>
      </w:pPr>
      <w:r>
        <w:rPr>
          <w:b w:val="0"/>
          <w:i w:val="0"/>
        </w:rPr>
        <w:t>‘Đến lúc đó, một tá hành khách được trang bị vũ khí hạng nặng sẽ đang trên đường lên cầu thang, và đó là lúc tôi sẽ gọi các chuyên gia chống khủng bố vào cuộc.’</w:t>
      </w:r>
    </w:p>
    <w:p>
      <w:pPr>
        <w:spacing w:after="80"/>
      </w:pPr>
      <w:r>
        <w:rPr>
          <w:b w:val="0"/>
          <w:i w:val="0"/>
        </w:rPr>
        <w:t>‘Chúng ta cũng sẽ cần một tá nữ cảnh sát (WPC),’ William nói, ‘mặc thường phục.’</w:t>
      </w:r>
    </w:p>
    <w:p>
      <w:pPr>
        <w:spacing w:after="80"/>
      </w:pPr>
      <w:r>
        <w:rPr>
          <w:b w:val="0"/>
          <w:i w:val="0"/>
        </w:rPr>
        <w:t>‘Nói cho tôi nghe đi,’ Chim Ưng nói.</w:t>
      </w:r>
    </w:p>
    <w:p>
      <w:pPr>
        <w:spacing w:after="80"/>
      </w:pPr>
      <w:r>
        <w:rPr>
          <w:b w:val="0"/>
          <w:i w:val="0"/>
        </w:rPr>
        <w:t>‘Các tay canh gác của Rashidi có thể sẽ sinh nghi nếu thấy một chiếc xe buýt chạy ngang chật kín toàn những chàng trai trẻ khỏe mạnh với đầu cua, không phải đang trên đường đi làm về mà là đang trên đường đi làm. Vì vậy, tôi muốn có rải rác vài phụ nữ ăn mặc như bà nội trợ, người đi làm, người mua sắm – trông không giống cảnh sát chút nào.’</w:t>
      </w:r>
    </w:p>
    <w:p>
      <w:pPr>
        <w:spacing w:after="80"/>
      </w:pPr>
      <w:r>
        <w:rPr>
          <w:b w:val="0"/>
          <w:i w:val="0"/>
        </w:rPr>
        <w:t>‘Ý hay đấy, William,’ viên chỉ huy nói. ‘Nhưng chúng ta cũng sẽ phải tháo hết ghế ở tầng trên và lập một trung tâm chỉ huy để tôi có thể giám sát toàn bộ chiến dịch. Điều đó để lại cho tôi vấn đề là làm sao kiếm được một chiếc xe buýt hai tầng.’</w:t>
      </w:r>
    </w:p>
    <w:p>
      <w:pPr>
        <w:spacing w:after="80"/>
      </w:pPr>
      <w:r>
        <w:rPr>
          <w:b w:val="0"/>
          <w:i w:val="0"/>
        </w:rPr>
        <w:t>‘Tôi rất mừng vì chúng ta đã tìm được việc gì đó cho ngài làm, thưa sếp,’ Paul nói, ngay lập tức hối hận vì lời mình vừa thốt ra.</w:t>
      </w:r>
    </w:p>
    <w:p>
      <w:pPr>
        <w:spacing w:after="80"/>
      </w:pPr>
      <w:r>
        <w:rPr>
          <w:b w:val="0"/>
          <w:i w:val="0"/>
        </w:rPr>
        <w:t>‘Cũng như chúng ta đã tìm được việc cho cậu đấy, DC Adaja. Bởi vì khi chiến dịch này kết thúc, cậu sẽ đủ điều kiện để ứng tuyển làm nhân viên soát vé xe buýt. Nhưng trước đó, cố đừng quên ai là người chỉ huy dàn nhạc.’</w:t>
      </w:r>
    </w:p>
    <w:p>
      <w:pPr>
        <w:jc w:val="center"/>
      </w:pPr>
      <w:r>
        <w:drawing>
          <wp:inline xmlns:a="http://schemas.openxmlformats.org/drawingml/2006/main" xmlns:pic="http://schemas.openxmlformats.org/drawingml/2006/picture">
            <wp:extent cx="752475" cy="161925"/>
            <wp:docPr id="77" name="Picture 77"/>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Khi cuộc họp kết thúc và đội của ông đã trở về văn phòng, Hawksby ngồi ngả lưng và suy nghĩ kỹ xem làm thế nào để tăng khả năng thành công của chiến dịch. Sau vài giây, ông kéo mở ngăn kéo dưới cùng của bàn, lấy ra một bao thuốc Marlboro chưa mở và một cây bút dạ. Ông xé lớp giấy bóng kính, bật mở bao thuốc và đổ hết thuốc lá ra mặt bàn.</w:t>
      </w:r>
    </w:p>
    <w:p>
      <w:pPr>
        <w:spacing w:after="80"/>
      </w:pPr>
      <w:r>
        <w:rPr>
          <w:b w:val="0"/>
          <w:i w:val="0"/>
        </w:rPr>
        <w:t xml:space="preserve">Ông gỡ lớp giấy bạc và suy nghĩ kỹ về thông điệp đơn giản mình cần truyền đạt. Sau vài giây, ông viết, </w:t>
      </w:r>
      <w:r>
        <w:rPr>
          <w:b w:val="0"/>
          <w:i/>
        </w:rPr>
        <w:t>11 giờ đêm, ngày 12</w:t>
      </w:r>
      <w:r>
        <w:rPr>
          <w:b w:val="0"/>
          <w:i w:val="0"/>
        </w:rPr>
        <w:t>, rồi đặt giấy bạc trở lại. Ông đóng nắp trên và nhét bao thuốc vào túi áo trong, rồi rời văn phòng, đi thang máy xuống tầng hầm. Ông ra khỏi tòa nhà bằng cửa sau, rẽ phải và đi về phía Nhà thờ Westminster. Lần này ông vào bằng cửa chính, không phải với tư cách linh mục mà là một giáo dân.</w:t>
      </w:r>
    </w:p>
    <w:p>
      <w:pPr>
        <w:spacing w:after="80"/>
      </w:pPr>
      <w:r>
        <w:rPr>
          <w:b w:val="0"/>
          <w:i w:val="0"/>
        </w:rPr>
        <w:t xml:space="preserve">Ông chậm rãi bước dọc lối đi bên trái, chiêm ngưỡng tác phẩm </w:t>
      </w:r>
      <w:r>
        <w:rPr>
          <w:b w:val="0"/>
          <w:i/>
        </w:rPr>
        <w:t>Chúa Giê-su bị đóng đinh trên thập tự giá</w:t>
      </w:r>
      <w:r>
        <w:rPr>
          <w:b w:val="0"/>
          <w:i w:val="0"/>
        </w:rPr>
        <w:t xml:space="preserve"> của Eric Gill. Khi đến đích, ông nhìn quanh trước khi mở khóa hòm dâng cúng và đặt bao thuốc vào một góc. Sau đó ông đóng nắp và khóa lại, cuối cùng thả năm mươi xu qua khe nhỏ để vơi bớt cảm giác tội lỗi.</w:t>
      </w:r>
    </w:p>
    <w:p>
      <w:pPr>
        <w:spacing w:after="80"/>
      </w:pPr>
      <w:r>
        <w:rPr>
          <w:b w:val="0"/>
          <w:i w:val="0"/>
        </w:rPr>
        <w:t>Ông quyết định đi bộ về nhà. Một quãng đường khá xa, nhưng ông cần vận động, và cần thời gian để nghĩ về bài phát biểu của mình.</w:t>
      </w:r>
    </w:p>
    <w:p>
      <w:pPr>
        <w:jc w:val="center"/>
      </w:pPr>
      <w:r>
        <w:drawing>
          <wp:inline xmlns:a="http://schemas.openxmlformats.org/drawingml/2006/main" xmlns:pic="http://schemas.openxmlformats.org/drawingml/2006/picture">
            <wp:extent cx="752475" cy="161925"/>
            <wp:docPr id="78" name="Picture 78"/>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‘Thanh tra Lamont đã liên lạc,’ Booth Watson nói, ngồi xuống đối diện thân chủ trong phòng tư vấn riêng của nhà tù. Ông mở cặp, lấy ra vài tờ giấy và đặt lên chiếc bàn kính giữa hai người. ‘Ông ấy đã nộp đơn xin lệnh xuất trình theo Đạo luật Cảnh sát và Chứng cứ Hình sự, và ông ấy muốn thẩm vấn anh càng sớm càng tốt.’</w:t>
      </w:r>
    </w:p>
    <w:p>
      <w:pPr>
        <w:spacing w:after="80"/>
      </w:pPr>
      <w:r>
        <w:rPr>
          <w:b w:val="0"/>
          <w:i w:val="0"/>
        </w:rPr>
        <w:t>‘Vậy là tôi sẽ được chuyển sang trại giam mở?’ Faulkner hỏi. ‘Hay bản án của tôi sẽ được giảm một nửa vì hạnh kiểm tốt?’</w:t>
      </w:r>
    </w:p>
    <w:p>
      <w:pPr>
        <w:spacing w:after="80"/>
      </w:pPr>
      <w:r>
        <w:rPr>
          <w:b w:val="0"/>
          <w:i w:val="0"/>
        </w:rPr>
        <w:t>‘Không phải. Lamont muốn thẩm vấn anh về hai tội danh khác mà họ nghĩ anh có thể đã dính líu.’</w:t>
      </w:r>
    </w:p>
    <w:p>
      <w:pPr>
        <w:spacing w:after="80"/>
      </w:pPr>
      <w:r>
        <w:rPr>
          <w:b w:val="0"/>
          <w:i w:val="0"/>
        </w:rPr>
        <w:t>‘Như những gì?’ Faulkner hỏi.</w:t>
      </w:r>
    </w:p>
    <w:p>
      <w:pPr>
        <w:spacing w:after="80"/>
      </w:pPr>
      <w:r>
        <w:rPr>
          <w:b w:val="0"/>
          <w:i w:val="0"/>
        </w:rPr>
        <w:t>‘Đầu tiên là tội đốt nhà. Họ có lý do để tin rằng anh là người chịu trách nhiệm đốt cháy chính ngôi nhà của mình.’</w:t>
      </w:r>
    </w:p>
    <w:p>
      <w:pPr>
        <w:spacing w:after="80"/>
      </w:pPr>
      <w:r>
        <w:rPr>
          <w:b w:val="0"/>
          <w:i w:val="0"/>
        </w:rPr>
        <w:t>‘Trong khi tôi đang bị giam ở đây à?’</w:t>
      </w:r>
    </w:p>
    <w:p>
      <w:pPr>
        <w:spacing w:after="80"/>
      </w:pPr>
      <w:r>
        <w:rPr>
          <w:b w:val="0"/>
          <w:i w:val="0"/>
        </w:rPr>
        <w:t>‘Cùng với tội trộm bảy mươi hai bức tranh khỏi ngôi nhà trước khi nó bị đốt cháy, trị giá khoảng ba mươi triệu bảng,’ Lamont nói, phớt lờ cơn bùng nổ của anh ta.</w:t>
      </w:r>
    </w:p>
    <w:p>
      <w:pPr>
        <w:spacing w:after="80"/>
      </w:pPr>
      <w:r>
        <w:rPr>
          <w:b w:val="0"/>
          <w:i w:val="0"/>
        </w:rPr>
        <w:t>‘Nhưng chúng đã cháy rụi cùng với ngôi nhà mà.’</w:t>
      </w:r>
    </w:p>
    <w:p>
      <w:pPr>
        <w:spacing w:after="80"/>
      </w:pPr>
      <w:r>
        <w:rPr>
          <w:b w:val="0"/>
          <w:i w:val="0"/>
        </w:rPr>
        <w:t>‘Lamont không nghĩ vậy, và tuyên bố ông ta có thể chứng minh điều đó.’</w:t>
      </w:r>
    </w:p>
    <w:p>
      <w:pPr>
        <w:spacing w:after="80"/>
      </w:pPr>
      <w:r>
        <w:rPr>
          <w:b w:val="0"/>
          <w:i w:val="0"/>
        </w:rPr>
        <w:t>‘Sherlock Holmes cũng không chứng minh được.’</w:t>
      </w:r>
    </w:p>
    <w:p>
      <w:pPr>
        <w:spacing w:after="80"/>
      </w:pPr>
      <w:r>
        <w:rPr>
          <w:b w:val="0"/>
          <w:i w:val="0"/>
        </w:rPr>
        <w:t>‘Nhưng William Warwick thì đã chứng minh được.’</w:t>
      </w:r>
    </w:p>
    <w:p>
      <w:pPr>
        <w:spacing w:after="80"/>
      </w:pPr>
      <w:r>
        <w:rPr>
          <w:b w:val="0"/>
          <w:i w:val="0"/>
        </w:rPr>
        <w:t>‘Lại cái gã chết tiệt đó nữa.’</w:t>
      </w:r>
    </w:p>
    <w:p>
      <w:pPr>
        <w:spacing w:after="80"/>
      </w:pPr>
      <w:r>
        <w:rPr>
          <w:b w:val="0"/>
          <w:i w:val="0"/>
        </w:rPr>
        <w:t>‘Anh ta đã dành một ngày để lục lọi đống tro tàn của Limpton Hall, và tìm thấy sáu mươi mốt cái móc treo tranh.’</w:t>
      </w:r>
    </w:p>
    <w:p>
      <w:pPr>
        <w:spacing w:after="80"/>
      </w:pPr>
      <w:r>
        <w:rPr>
          <w:b w:val="0"/>
          <w:i w:val="0"/>
        </w:rPr>
        <w:t>‘Điều đó chỉ chứng minh là các bức tranh đã ở đó vào thời điểm xảy ra hỏa hoạn.’</w:t>
      </w:r>
    </w:p>
    <w:p>
      <w:pPr>
        <w:spacing w:after="80"/>
      </w:pPr>
      <w:r>
        <w:rPr>
          <w:b w:val="0"/>
          <w:i w:val="0"/>
        </w:rPr>
        <w:t>‘Ngược lại, anh ta nói điều đó chứng minh là chúng không có ở đó. Điều quan trọng không phải là những gì anh ta tìm thấy, mà là những gì anh ta không tìm thấy. Và trước khi anh nói bất cứ điều gì, Miles, tôi đề nghị anh giữ im lặng cho đến khi trả lời xong vài câu hỏi mà tôi chắc chắn vị thanh tra sẽ hỏi anh.’</w:t>
      </w:r>
    </w:p>
    <w:p>
      <w:pPr>
        <w:spacing w:after="80"/>
      </w:pPr>
      <w:r>
        <w:rPr>
          <w:b w:val="0"/>
          <w:i w:val="0"/>
        </w:rPr>
        <w:t>Faulkner miễn cưỡng ngậm miệng lại.</w:t>
      </w:r>
    </w:p>
    <w:p>
      <w:pPr>
        <w:spacing w:after="80"/>
      </w:pPr>
      <w:r>
        <w:rPr>
          <w:b w:val="0"/>
          <w:i w:val="0"/>
        </w:rPr>
        <w:t>‘Nếu các bức tranh được treo trên những cái móc mà Warwick tìm thấy trong đống đổ nát, thì cái gì đã giữ chúng lại?’</w:t>
      </w:r>
    </w:p>
    <w:p>
      <w:pPr>
        <w:spacing w:after="80"/>
      </w:pPr>
      <w:r>
        <w:rPr>
          <w:b w:val="0"/>
          <w:i w:val="0"/>
        </w:rPr>
        <w:t>‘Tất nhiên là dây treo tranh rồi. Trừ những bức tranh lớn hơn, chúng sẽ cần d—’ Anh ta ngừng lại một lát rồi nói, ‘À, đúng rồi, giờ tôi nhớ ra. Tôi đã cho đổi tất cả sang dùng dây thừng cách đây vài năm.’</w:t>
      </w:r>
    </w:p>
    <w:p>
      <w:pPr>
        <w:spacing w:after="80"/>
      </w:pPr>
      <w:r>
        <w:rPr>
          <w:b w:val="0"/>
          <w:i w:val="0"/>
        </w:rPr>
        <w:t>‘Đủ để tự treo cổ mình đấy,’ Booth Watson nói, ‘bởi vì vợ cũ của anh khai rằng—’</w:t>
      </w:r>
    </w:p>
    <w:p>
      <w:pPr>
        <w:spacing w:after="80"/>
      </w:pPr>
      <w:r>
        <w:rPr>
          <w:b w:val="0"/>
          <w:i w:val="0"/>
        </w:rPr>
        <w:t>‘Sẽ là lời của cô ta chống lại lời của tôi.’</w:t>
      </w:r>
    </w:p>
    <w:p>
      <w:pPr>
        <w:spacing w:after="80"/>
      </w:pPr>
      <w:r>
        <w:rPr>
          <w:b w:val="0"/>
          <w:i w:val="0"/>
        </w:rPr>
        <w:t>‘Tôi chỉ ước gì đúng là như vậy. Nhưng thật không may, Warwick vừa mới đến thăm Fitzmolean, nơi anh ta phát hiện bức Vermeer mà Christina tặng cho bảo tàng đang được treo bằng một sợi dây tranh đan xen thép và đồng, còn cả bức Rembrandt lẫn bức Rubens mà anh đã hào phóng trao tặng cho phòng trưng bày năm ngoái vẫn đang được treo trên những sợi xích đồng nguyên bản của chúng. Vậy nên, trước khi tôi ấn định ngày để Thanh tra Lamont thẩm vấn anh theo diện cảnh cáo, Miles ạ, tốt hơn hết anh nên nghĩ ra thứ gì đó thuyết phục hơn là dây thừng. Nếu không thì cách duy nhất để anh ra khỏi Pentonville sẽ là đối mặt với một phiên tòa mới về tội đốt phá và trộm cắp bảy mươi hai bức tranh trị giá hơn ba mươi triệu bảng. Trong trường hợp đó, chỗ ở hiện tại của anh có thể sẽ trở thành vĩnh viễn cho đến tận thế kỷ sau.’</w:t>
      </w:r>
    </w:p>
    <w:p>
      <w:pPr>
        <w:pStyle w:val="Heading2"/>
      </w:pPr>
      <w:r>
        <w:rPr>
          <w:rFonts w:ascii="Calibri" w:hAnsi="Calibri"/>
          <w:b/>
          <w:i w:val="0"/>
          <w:sz w:val="32"/>
        </w:rPr>
        <w:t>26</w:t>
      </w:r>
    </w:p>
    <w:p>
      <w:pPr>
        <w:spacing w:after="80"/>
      </w:pPr>
      <w:r>
        <w:rPr>
          <w:b w:val="0"/>
          <w:i w:val="0"/>
        </w:rPr>
        <w:t>“Chỉ một giờ nữa thôi, trận chiến sẽ kết thúc, dù theo cách nào đi nữa,” đó là lời mở đầu của người chỉ huy với đội quân trên mặt đất.</w:t>
      </w:r>
    </w:p>
    <w:p>
      <w:pPr>
        <w:spacing w:after="80"/>
      </w:pPr>
      <w:r>
        <w:rPr>
          <w:b w:val="0"/>
          <w:i w:val="0"/>
        </w:rPr>
        <w:t>The Hawk đã tập hợp một đội ngũ chuyên gia tinh nhuệ từ mọi lĩnh vực thực thi pháp luật trong kho vũ khí của Met. Tất cả họ đều đã nhiều lần đảm nhận vai trò riêng của mình trên những sân khấu nhỏ hơn khắp thủ đô, nhưng đây là lần đầu tiên họ hợp lại với nhau để tạo thành băng nhóm lớn nhất trong thành phố.</w:t>
      </w:r>
    </w:p>
    <w:p>
      <w:pPr>
        <w:spacing w:after="80"/>
      </w:pPr>
      <w:r>
        <w:rPr>
          <w:b w:val="0"/>
          <w:i w:val="0"/>
        </w:rPr>
        <w:t>Đêm hôm trước, họ đã tham gia một buổi tổng duyệt với chỉ riêng người chỉ huy ngồi trong khán phòng.</w:t>
      </w:r>
    </w:p>
    <w:p>
      <w:pPr>
        <w:spacing w:after="80"/>
      </w:pPr>
      <w:r>
        <w:rPr>
          <w:b w:val="0"/>
          <w:i w:val="0"/>
        </w:rPr>
        <w:t>Đúng mười giờ, cái giờ khốn khổ mà ma túy và tiền bạc đổi chủ nhiều hơn bất kỳ thời điểm nào khác trong ngày hay trong đêm, và khuất kỹ khỏi ánh mắt công chúng, tất cả bọn họ đã tập hợp tại nhà máy điện Battersea. Bốn chiếc xe bọc thép được trang bị đầy đủ, sáu chiếc Black Maria, một tá xe cảnh sát, bốn xe cứu thương và một chiếc xe buýt hai tầng. Bên trong nhà máy điện là tám mươi ba người đàn ông và phụ nữ đã được lệnh nghiêm ngặt phải giữ im lặng về việc đội quân bí mật này sẽ tập hợp ở đâu và khi nào vào đêm hôm sau, kể cả với đồng nghiệp của họ.</w:t>
      </w:r>
    </w:p>
    <w:p>
      <w:pPr>
        <w:spacing w:after="80"/>
      </w:pPr>
      <w:r>
        <w:rPr>
          <w:b w:val="0"/>
          <w:i w:val="0"/>
        </w:rPr>
        <w:t>Người chỉ huy quan sát đội quân của mình. Như với mọi thứ khác liên quan đến Chiến dịch Con Ngựa Thành Troy, ông đã xem đi xem lại bài phát biểu của mình.</w:t>
      </w:r>
    </w:p>
    <w:p>
      <w:pPr>
        <w:spacing w:after="80"/>
      </w:pPr>
      <w:r>
        <w:rPr>
          <w:b w:val="0"/>
          <w:i w:val="0"/>
        </w:rPr>
        <w:t>‘Các đồng nghiệp, chúng ta sắp tham gia vào một trong những chiến dịch lớn nhất trong lịch sử của Met. Mỗi người trong các bạn đều được lựa chọn kỹ càng vì được công nhận là những người lãnh đạo xuất sắc trong lĩnh vực riêng của mình. Ma túy là tai họa của xã hội chúng ta, và đã gây ra mức gia tăng tội phạm lớn nhất trong nhiều thập kỷ. Chúng giết hại bừa bãi người trẻ và những người dễ bị tổn thương, trong khi một nhóm nhỏ những kẻ tàn nhẫn nhét đầy túi tham, không bận tâm đến nỗi đau khổ mà chúng gây ra, và ngạo mạn tin rằng mình đứng trên luật pháp.</w:t>
      </w:r>
    </w:p>
    <w:p>
      <w:pPr>
        <w:spacing w:after="80"/>
      </w:pPr>
      <w:r>
        <w:rPr>
          <w:b w:val="0"/>
          <w:i w:val="0"/>
        </w:rPr>
        <w:t>‘Đêm nay, chúng ta có cơ hội giáng một đòn vào lũ người đê tiện này, bằng cách bắt giữ một trong những kẻ lãnh đạo nổi bật nhất của chúng, Assem Rashidi, và đập tan đế chế của hắn, trải dài từ đầu này đến đầu kia London. Hãy nhốt con quái vật này sau song sắt suốt phần đời còn lại.’</w:t>
      </w:r>
    </w:p>
    <w:p>
      <w:pPr>
        <w:spacing w:after="80"/>
      </w:pPr>
      <w:r>
        <w:rPr>
          <w:b w:val="0"/>
          <w:i w:val="0"/>
        </w:rPr>
        <w:t>Mọi người đều đứng dậy reo hò, và William chợt nhớ ra lý do vì sao anh luôn muốn trở thành cảnh sát. Phải một lúc sau viên chỉ huy mới có thể tiếp tục.</w:t>
      </w:r>
    </w:p>
    <w:p>
      <w:pPr>
        <w:spacing w:after="80"/>
      </w:pPr>
      <w:r>
        <w:rPr>
          <w:b w:val="0"/>
          <w:i w:val="0"/>
        </w:rPr>
        <w:t>‘Nếu chiến dịch của chúng ta diễn ra đúng kế hoạch, chúng ta cũng sẽ bắt giữ bốn tay chân thân cận nhất của hắn, ngăn chặn con quái vật nhiều đầu (hydra) chỉ đơn giản mọc lại cái đầu đã mất. Và cuối cùng, chúng ta sẽ đóng cửa vĩnh viễn xưởng sản xuất ma túy, nơi những món hàng chết người của Rashidi được pha chế trước khi tung ra đường phố.’</w:t>
      </w:r>
    </w:p>
    <w:p>
      <w:pPr>
        <w:spacing w:after="80"/>
      </w:pPr>
      <w:r>
        <w:rPr>
          <w:b w:val="0"/>
          <w:i w:val="0"/>
        </w:rPr>
        <w:t>Một lần nữa, người chỉ huy lại bị chậm trễ bởi sự hưởng ứng nhiệt tình của binh lính mình.</w:t>
      </w:r>
    </w:p>
    <w:p>
      <w:pPr>
        <w:spacing w:after="80"/>
      </w:pPr>
      <w:r>
        <w:rPr>
          <w:b w:val="0"/>
          <w:i w:val="0"/>
        </w:rPr>
        <w:t>‘Nếu chúng ta thành công, các bạn sẽ có thể kể những câu chuyện về những chiến công anh hùng được thực hiện đêm nay, những câu chuyện sẽ trở thành một phần trong truyền thuyết của ngành cảnh sát. Nhiều đồng nghiệp của các bạn sẽ khẳng định họ từng là thành viên của Băng Nhóm Thủ Đô, khi các trùm ma túy trở thành nô lệ của ma túy, khi những người trẻ của chúng ta được giải phóng khỏi việc trở thành nạn nhân của những kẻ săn mồi tàn nhẫn này. Nhưng chính các bạn sẽ không bao giờ nói về vai trò mình đã đóng, ngoại trừ với những người đứng bên cạnh các bạn đêm nay.</w:t>
      </w:r>
    </w:p>
    <w:p>
      <w:pPr>
        <w:spacing w:after="80"/>
      </w:pPr>
      <w:r>
        <w:rPr>
          <w:b w:val="0"/>
          <w:i w:val="0"/>
        </w:rPr>
        <w:t>‘Với tư cách là người được chọn để dẫn dắt các bạn vào trận chiến – vì chắc chắn đó sẽ là một trận chiến – đây không nghi ngờ gì là đỉnh cao trong sự nghiệp của tôi. Vậy nên giờ hãy bắt tay vào nhiệm vụ của chúng ta, và theo truyền thống vĩ đại của lực lượng, hãy tạo nên sự khác biệt.’</w:t>
      </w:r>
    </w:p>
    <w:p>
      <w:pPr>
        <w:spacing w:after="80"/>
      </w:pPr>
      <w:r>
        <w:rPr>
          <w:b w:val="0"/>
          <w:i w:val="0"/>
        </w:rPr>
        <w:t>The Hawk bước xuống khỏi sân khấu trong cơn bão tiếng reo hò chỉ lắng xuống sau khi ông đã leo lên chiếc xe buýt chiến đấu để hội quân cùng đội ngũ nòng cốt, những người đã dành bao nhiêu tháng trời chuẩn bị cho khoảnh khắc này.</w:t>
      </w:r>
    </w:p>
    <w:p>
      <w:pPr>
        <w:spacing w:after="80"/>
      </w:pPr>
      <w:r>
        <w:rPr>
          <w:b w:val="0"/>
          <w:i w:val="0"/>
        </w:rPr>
        <w:t>'Đây chẳng lẽ lại là Ngày Thánh Crispin sao?' William nói, cố nén nụ cười khi vị chỉ huy lên nhập bọn với họ trên tầng trên cùng.</w:t>
      </w:r>
    </w:p>
    <w:p>
      <w:pPr>
        <w:spacing w:after="80"/>
      </w:pPr>
      <w:r>
        <w:rPr>
          <w:b w:val="0"/>
          <w:i w:val="0"/>
        </w:rPr>
        <w:t>'Nếu đúng thế, mong rằng chúng ta sẽ đạt được kết quả như Henry Đệ Ngũ,' Hawksby đáp khi ông vào vị trí trước một trung tâm chỉ huy trông như đủ sức đưa một người lên mặt trăng chứ không chỉ đưa vài chục sĩ quan vũ trang lên tầng trên cùng của một tòa nhà cao tầng ở Brixton.</w:t>
      </w:r>
    </w:p>
    <w:p>
      <w:pPr>
        <w:spacing w:after="80"/>
      </w:pPr>
      <w:r>
        <w:rPr>
          <w:b w:val="0"/>
          <w:i w:val="0"/>
        </w:rPr>
        <w:t>'Đã đến lúc khám phá xem bộ thiết bị này hiệu quả đến mức nào,' vị chỉ huy nói, dò đúng tần số để giữ liên lạc với mọi người dưới mặt đất, dù tất cả đều đã được dặn phải giữ im lặng vô tuyến một khi đoàn xe bắt đầu di chuyển.</w:t>
      </w:r>
    </w:p>
    <w:p>
      <w:pPr>
        <w:spacing w:after="80"/>
      </w:pPr>
      <w:r>
        <w:rPr>
          <w:b w:val="0"/>
          <w:i w:val="0"/>
        </w:rPr>
        <w:t>Danny ngồi vắt vẻo trên con ngựa gỗ thành Troy, bàn đạp sẵn sàng, sốt ruột muốn thúc con thú lao vào hành động, trong khi Lamont, William và Jackie vẫn ở bên cạnh vị chỉ huy. Paul đã vào vị trí ở tầng dưới, quyết tâm rằng anh sẽ là người đầu tiên nhảy xuống xe ngay khi họ dừng lại trước lối vào các tòa nhà cao tầng.</w:t>
      </w:r>
    </w:p>
    <w:p>
      <w:pPr>
        <w:spacing w:after="80"/>
      </w:pPr>
      <w:r>
        <w:rPr>
          <w:b w:val="0"/>
          <w:i w:val="0"/>
        </w:rPr>
        <w:t>Vị chỉ huy xem đồng hồ, nhấn một nút trên bộ đàm hai chiều và nói: 'Trận chiến bắt đầu.'</w:t>
      </w:r>
    </w:p>
    <w:p>
      <w:pPr>
        <w:spacing w:after="80"/>
      </w:pPr>
      <w:r>
        <w:rPr>
          <w:b w:val="0"/>
          <w:i w:val="0"/>
        </w:rPr>
        <w:t>Chiếc xe buýt số 118 dẫn đầu đoàn quân tiến ra đường Brixton, với đoàn xe chỉnh tề bám sát phía sau. Không đèn nháy, không còi hú, không tiếng lốp rít. Tại nhiều điểm đã hẹn trước dọc đường, những chiếc xe khác tách ra, biến mất vào những con phố không đèn và chờ lệnh tiếp theo.</w:t>
      </w:r>
    </w:p>
    <w:p>
      <w:pPr>
        <w:spacing w:after="80"/>
      </w:pPr>
      <w:r>
        <w:rPr>
          <w:b w:val="0"/>
          <w:i w:val="0"/>
        </w:rPr>
        <w:t>Cách mục tiêu một dặm, the Hawk nói: 'Đã đến lúc cậu rời khỏi chúng tôi, DS Warwick, và bắt đầu chỉ đạo các hoạt động dưới mặt đất. Đừng báo cáo lại cho đến khi xong việc.'</w:t>
      </w:r>
    </w:p>
    <w:p>
      <w:pPr>
        <w:spacing w:after="80"/>
      </w:pPr>
      <w:r>
        <w:rPr>
          <w:b w:val="0"/>
          <w:i w:val="0"/>
        </w:rPr>
        <w:t>'Con đang trên đường tới, thưa sếp,' William nói, rồi chạy xuống cầu thang xoắn ốc để nhập bọn với Paul ở tầng dưới, nơi đội quân tập hợp đang sốt ruột chờ lệnh xuất phát. Một sĩ quan trẻ, được chọn vì có thể chạy một trăm thước dưới mười giây, đứng cạnh người soát vé chờ tiếng súng lệnh vang lên. Paul chưa nói với anh ta rằng anh quyết tâm đến thang máy trước anh ta, và đích thân hạ Donoghue trước khi hắn kịp nhấn nút báo động.</w:t>
      </w:r>
    </w:p>
    <w:p>
      <w:pPr>
        <w:spacing w:after="80"/>
      </w:pPr>
      <w:r>
        <w:rPr>
          <w:b w:val="0"/>
          <w:i w:val="0"/>
        </w:rPr>
        <w:t>Cách vận động viên chạy nước rút một bước là hai người đàn ông lùn, vai vuông vức, những người chơi ở hàng đầu của scrum vào mỗi chiều thứ Bảy. Họ sẽ chỉ cách vài thước phía sau, và mệnh lệnh của họ rất rõ ràng: nhắm vào người chứ không phải bóng, vì sẽ chẳng có trọng tài nào thổi phạt cho lối chơi bẩn.</w:t>
      </w:r>
    </w:p>
    <w:p>
      <w:pPr>
        <w:spacing w:after="80"/>
      </w:pPr>
      <w:r>
        <w:rPr>
          <w:b w:val="0"/>
          <w:i w:val="0"/>
        </w:rPr>
        <w:t>Hai hàng ghế gần cuối xe buýt có tám sĩ quan trẻ mặc đồ thể thao và giày thể thao, mục đích duy nhất của họ là tước vũ khí của bốn người canh gác trước khi chúng kịp cảnh báo người gác cổng. Ở ba hàng ghế tiếp theo là mười hai sĩ quan thuộc Bộ Chỉ huy Vũ khí Chuyên dụng, với bộ dụng cụ thủy lực đeo sau lưng, những người một khi đã nhảy khỏi xe buýt sẽ lao thẳng tới cầu thang, quyết tâm lên tới tầng hai mươi ba trong dưới bảy phút. Người ta đã đặt cược xem ai sẽ tới cửa trước đầu tiên.</w:t>
      </w:r>
    </w:p>
    <w:p>
      <w:pPr>
        <w:spacing w:after="80"/>
      </w:pPr>
      <w:r>
        <w:rPr>
          <w:b w:val="0"/>
          <w:i w:val="0"/>
        </w:rPr>
        <w:t>Ở các hàng ghế đầu là một nhóm đông hơn gồm đàn ông và phụ nữ không mấy vội vã. Là những chuyên gia được huấn luyện từ đơn vị chống ma túy, nhiệm vụ của họ là tỉ mỉ thu thập bằng chứng và đóng gói trước khi gửi đến phòng thí nghiệm để phân tích. Chính bằng chứng của họ sẽ quyết định độ dài các bản án, chứ không phải lòng dũng cảm của những người lính chân đất.</w:t>
      </w:r>
    </w:p>
    <w:p>
      <w:pPr>
        <w:spacing w:after="80"/>
      </w:pPr>
      <w:r>
        <w:rPr>
          <w:b w:val="0"/>
          <w:i w:val="0"/>
        </w:rPr>
        <w:t xml:space="preserve">Rải rác ngẫu nhiên giữa các sĩ quan khác là một số nữ cảnh sát (WPC), về họ the Hawk đã từng nói, </w:t>
      </w:r>
      <w:r>
        <w:rPr>
          <w:b w:val="0"/>
          <w:i/>
        </w:rPr>
        <w:t>họ cũng phụng sự, những người chỉ ngồi và chờ đợi</w:t>
      </w:r>
      <w:r>
        <w:rPr>
          <w:b w:val="0"/>
          <w:i w:val="0"/>
        </w:rPr>
        <w:t>. William đã mỉm cười khi nghe sếp mình trích sai lời Milton.</w:t>
      </w:r>
    </w:p>
    <w:p>
      <w:pPr>
        <w:spacing w:after="80"/>
      </w:pPr>
      <w:r>
        <w:rPr>
          <w:b w:val="0"/>
          <w:i w:val="0"/>
        </w:rPr>
        <w:t>Người thợ mộc đã vào vị trí gần lối đi trên tầng hai mươi ba của Tòa B, sẵn sàng dựng tấm biển cấm vào của riêng mình ngay khi có lệnh, để một lối thoát khỏi xưởng bị cắt đứt hoàn toàn.</w:t>
      </w:r>
    </w:p>
    <w:p>
      <w:pPr>
        <w:spacing w:after="80"/>
      </w:pPr>
      <w:r>
        <w:rPr>
          <w:b w:val="0"/>
          <w:i w:val="0"/>
        </w:rPr>
        <w:t>Đội vũ khí chiến thuật đã khuất khỏi tầm mắt, nhưng Hawksby tin chắc rằng, giống như những vị khách không mời, họ sẽ xuất hiện đúng lúc người ta ít ngờ tới nhất.</w:t>
      </w:r>
    </w:p>
    <w:p>
      <w:pPr>
        <w:spacing w:after="80"/>
      </w:pPr>
      <w:r>
        <w:rPr>
          <w:b w:val="0"/>
          <w:i w:val="0"/>
        </w:rPr>
        <w:t>Cho đến lúc này, mọi thứ đã diễn ra trơn tru như kim đồng hồ, nhưng the Hawk biết quá rõ rằng bạn không thể lên kế hoạch cho những điều bất ngờ. Ít nhất về điểm đó, ông sẽ được chứng minh là đúng. Chiếc xe buýt tiếp tục tiến đều đặn dọc đường Coldharbour Lane, chở một nhóm hành khách không trả tiền im lặng trên đường đi làm. Danny đã thực hiện hai lần chạy thử vào tối hôm trước, nên anh biết mỗi đèn đỏ mất bao lâu để chuyển màu, các vạch qua đường cho người đi bộ nằm ở đâu, và chỗ nào đường hẹp lại khiến không thể vượt hay bị vượt. Anh lái ngang qua những đám người chờ xe bối rối và bực bội ở mỗi trạm, phớt lờ những cái vẫy tay nài nỉ của họ. Liệu họ có hiểu ra vì sao anh không dừng lại khi đọc báo buổi sáng không?</w:t>
      </w:r>
    </w:p>
    <w:p>
      <w:pPr>
        <w:spacing w:after="80"/>
      </w:pPr>
      <w:r>
        <w:rPr>
          <w:b w:val="0"/>
          <w:i w:val="0"/>
        </w:rPr>
        <w:t>‘Còn năm phút nữa là tới mục tiêu,’ Hawksby nói, phá vỡ im lặng vô tuyến lần thứ hai. William có thể thấy những hành khách sẽ xuống ở trạm kế tiếp giờ đang căng thẳng ngồi nhấp nhổm trên mép ghế, chờ lệnh, đi, đi, đi!</w:t>
      </w:r>
    </w:p>
    <w:p>
      <w:pPr>
        <w:spacing w:after="80"/>
      </w:pPr>
      <w:r>
        <w:rPr>
          <w:b w:val="0"/>
          <w:i w:val="0"/>
        </w:rPr>
        <w:t>Vận động viên chạy nước rút đã sẵn sàng, chỉ chực lao ra khỏi vạch xuất phát và lên đường với hai đồng nghiệp nặng ký hơn bám sát phía sau. Paul, vẫn quyết tâm tới chỗ Donoghue trước, đã vứt bỏ máy bán vé và mũ lưỡi trai, và đang cởi cúc áo khoác. Việc nhảy xuống xe buýt đã được luyện tập không ngừng để đảm bảo không ai vấp ngã hay va vào nhau.</w:t>
      </w:r>
    </w:p>
    <w:p>
      <w:pPr>
        <w:spacing w:after="80"/>
      </w:pPr>
      <w:r>
        <w:rPr>
          <w:b w:val="0"/>
          <w:i w:val="0"/>
        </w:rPr>
        <w:t>‘Còn ba phút,’ viên chỉ huy nói, khi họ vòng qua khúc cua tiếp theo và hai tòa tháp lần đầu tiên hiện ra trong tầm mắt.</w:t>
      </w:r>
    </w:p>
    <w:p>
      <w:pPr>
        <w:spacing w:after="80"/>
      </w:pPr>
      <w:r>
        <w:rPr>
          <w:b w:val="0"/>
          <w:i w:val="0"/>
        </w:rPr>
        <w:t>William có thể cảm thấy một luồng adrenalin tràn khắp cơ thể, kèm theo một thoáng sợ hãi và lo lắng, khi họ tiến gần hơn và gần hơn tới mục tiêu.</w:t>
      </w:r>
    </w:p>
    <w:p>
      <w:pPr>
        <w:spacing w:after="80"/>
      </w:pPr>
      <w:r>
        <w:rPr>
          <w:b w:val="0"/>
          <w:i w:val="0"/>
        </w:rPr>
        <w:t>Hawksby kiểm tra đồng hồ bấm giây, ngón tay cái đặt sẵn trên nút bấm, ý thức rằng chỉ vài giây sớm hay muộn cũng có thể tạo nên sự khác biệt giữa thành công và thất bại.</w:t>
      </w:r>
    </w:p>
    <w:p>
      <w:pPr>
        <w:spacing w:after="80"/>
      </w:pPr>
      <w:r>
        <w:rPr>
          <w:b w:val="0"/>
          <w:i w:val="0"/>
        </w:rPr>
        <w:t>Còn hai phút, Red. ‘Đóng ván lại,’ viên chỉ huy nói.</w:t>
      </w:r>
    </w:p>
    <w:p>
      <w:pPr>
        <w:spacing w:after="80"/>
      </w:pPr>
      <w:r>
        <w:rPr>
          <w:b w:val="0"/>
          <w:i w:val="0"/>
        </w:rPr>
        <w:t>Người thợ mộc bước ra khỏi chỗ nghỉ qua đêm của mình, sau khi đã hoàn thành mọi công việc chuẩn bị trong ngày. Anh dựng ba tấm ván gỗ dày vào tường, rồi lấy một chiếc khoan chạy pin và một nắm ốc vít ra khỏi túi đồ nghề lớn. Anh đặt tấm ván đầu tiên ngang qua cửa. Vừa khít hoàn hảo. Anh luồn chiếc ốc vít đầu tiên vào lỗ đã chuẩn bị sẵn và bắt đầu công việc, tin chắc rằng không ai ở phía bên kia cánh cửa kim loại gia cố nặng nề có thể nghe thấy anh đang làm việc.</w:t>
      </w:r>
    </w:p>
    <w:p>
      <w:pPr>
        <w:spacing w:after="80"/>
      </w:pPr>
      <w:r>
        <w:rPr>
          <w:b w:val="0"/>
          <w:i w:val="0"/>
        </w:rPr>
        <w:t>Còn một phút, Blue. ‘Chuẩn bị đáp.’</w:t>
      </w:r>
    </w:p>
    <w:p>
      <w:pPr>
        <w:spacing w:after="80"/>
      </w:pPr>
      <w:r>
        <w:rPr>
          <w:b w:val="0"/>
          <w:i w:val="0"/>
        </w:rPr>
        <w:t>Người thợ mộc đang bắt vít tấm ván thứ hai vào vị trí thì một chiếc trực thăng Gazelle xuất hiện từ trong mây, nghiêng mạnh và lơ lửng phía trên nóc Tòa nhà A.</w:t>
      </w:r>
    </w:p>
    <w:p>
      <w:pPr>
        <w:spacing w:after="80"/>
      </w:pPr>
      <w:r>
        <w:rPr>
          <w:b w:val="0"/>
          <w:i w:val="0"/>
        </w:rPr>
        <w:t>Còn ba mươi giây.</w:t>
      </w:r>
    </w:p>
    <w:p>
      <w:pPr>
        <w:spacing w:after="80"/>
      </w:pPr>
      <w:r>
        <w:rPr>
          <w:b w:val="0"/>
          <w:i w:val="0"/>
        </w:rPr>
        <w:t>Người thợ mộc bắt xong tấm ván cuối cùng vào vị trí, và lùi lại chiêm ngưỡng thành quả của mình. Bất kỳ ai định rời khỏi cuộc tàn sát bằng lối đó thì nên nghĩ lại. Anh nhấc túi lên, và huýt sáo khi bắt đầu đi xuống cầu thang. Anh đã nói với vợ rằng có thể anh sẽ về ăn tối hơi muộn, nhưng không nói lý do.</w:t>
      </w:r>
    </w:p>
    <w:p>
      <w:pPr>
        <w:spacing w:after="80"/>
      </w:pPr>
      <w:r>
        <w:rPr>
          <w:b w:val="0"/>
          <w:i w:val="0"/>
        </w:rPr>
        <w:t>Còn mười lăm giây.</w:t>
      </w:r>
    </w:p>
    <w:p>
      <w:pPr>
        <w:spacing w:after="80"/>
      </w:pPr>
      <w:r>
        <w:rPr>
          <w:b w:val="0"/>
          <w:i w:val="0"/>
        </w:rPr>
        <w:t>Danny bắt đầu giảm tốc khi tới gần trạm xe buýt; CI Scott Cairns nhảy ra khỏi trực thăng và thả dây xuống nóc nhà. Một sĩ quan khác chỉ cách anh vài giây, trong khi hai người nữa sốt ruột chờ được tham gia cùng họ.</w:t>
      </w:r>
    </w:p>
    <w:p>
      <w:pPr>
        <w:spacing w:after="80"/>
      </w:pPr>
      <w:r>
        <w:rPr>
          <w:b w:val="0"/>
          <w:i w:val="0"/>
        </w:rPr>
        <w:t>Danny đạp phanh khi tới lối vào Tòa nhà A.</w:t>
      </w:r>
    </w:p>
    <w:p>
      <w:pPr>
        <w:spacing w:after="80"/>
      </w:pPr>
      <w:r>
        <w:rPr>
          <w:b w:val="0"/>
          <w:i w:val="0"/>
        </w:rPr>
        <w:t>‘Đi, đi, đi!’ viên chỉ huy nói, cuối cùng cũng giải phóng đội quân của mình khỏi con ngựa thành Troy. Ông đau đớn ý thức rằng cuộc chơi không còn nằm trong tay huấn luyện viên nữa, và ông sẽ phải đứng ngoài đường biên trong khi các cầu thủ quyết định kết quả cuối cùng.</w:t>
      </w:r>
    </w:p>
    <w:p>
      <w:pPr>
        <w:spacing w:after="80"/>
      </w:pPr>
      <w:r>
        <w:rPr>
          <w:b w:val="0"/>
          <w:i w:val="0"/>
        </w:rPr>
        <w:t>Paul và vận động viên chạy nước rút cùng lao ra khỏi vạch xuất phát và bắt đầu chạy hết tốc lực về phía thang máy, với hai tiền đạo hàng đầu cố hết sức bám theo, đồng thời tám cảnh sát trẻ mặc đồ thể thao nhanh chóng di chuyển theo bốn hướng khác nhau về phía các chòi canh.</w:t>
      </w:r>
    </w:p>
    <w:p>
      <w:pPr>
        <w:spacing w:after="80"/>
      </w:pPr>
      <w:r>
        <w:rPr>
          <w:b w:val="0"/>
          <w:i w:val="0"/>
        </w:rPr>
        <w:t>Một tên trong số đó phê đến mức nếu có phi thuyền hạ cánh xuống thì hắn cũng chẳng buồn để ý. Tên thứ hai đang mải mê trò chuyện với một cô gái đang ra giá quan hệ tình dục để đổi lấy một điếu cần sa. Tên thứ ba bị khống chế trước khi kịp nhận ra chuyện gì đang xảy ra, nhưng tên thứ tư thì thấy họ đến, và kịp liên lạc với Pete Donoghue, người đang ngồi cạnh thang máy nghe Pink Floyd trên chiếc radio của mình.</w:t>
      </w:r>
    </w:p>
    <w:p>
      <w:pPr>
        <w:spacing w:after="80"/>
      </w:pPr>
      <w:r>
        <w:rPr>
          <w:b w:val="0"/>
          <w:i w:val="0"/>
        </w:rPr>
        <w:t>'Đột kích, đột kích, đột kích!' tiếng rè rè vang lên qua bộ đàm, và Donoghue bỗng chốc quay về với thực tại. Anh đang với tay tới nút FOP thì gã chạy nước rút lao đầu về phía trước như thể đang với tới vạch ghi bàn. Hắn đâm sầm vào bụng anh, hất văng chiếc radio khỏi tay anh. Donoghue ngã ngửa ra sau, nhưng nhanh chóng lấy lại thăng bằng và tung một cú đầu gối chuẩn xác vào cằm gã chạy nước rút, khiến hắn bay ra ngoài vạch.</w:t>
      </w:r>
    </w:p>
    <w:p>
      <w:pPr>
        <w:spacing w:after="80"/>
      </w:pPr>
      <w:r>
        <w:rPr>
          <w:b w:val="0"/>
          <w:i w:val="0"/>
        </w:rPr>
        <w:t>Hai tiền đạo hàng đầu chỉ còn cách vài thước thì gã chạy nước rút lăn lộn ngược ra khỏi thang máy, ôm chặt lấy chiếc radio. Donoghue loạng choạng đứng dậy và nhanh tay bấm nút trên cùng. Cửa thang máy từ từ khép lại, đóng sập khi hai gã tiền đạo chỉ còn cách một thước. Nhiệm vụ duy nhất của chúng trong đêm đó đã kết thúc trong thất bại. Một tên đấm vào cánh cửa đã đóng trong cơn bực tức, nhưng chỉ có thể bất lực nhìn bảng chỉ báo thang máy đi qua tầng hai và tầng ba. Tên còn lại quỳ xuống bên cạnh gã chạy nước rút, kẻ đang quằn quại trong đau đớn. 'Có sĩ quan bị thương!' hắn hét vào bộ đàm. 'Tôi cần xe cứu thương ngay lập tức! Nhắc lại, có sĩ quan bị thương!'</w:t>
      </w:r>
    </w:p>
    <w:p>
      <w:pPr>
        <w:spacing w:after="80"/>
      </w:pPr>
      <w:r>
        <w:rPr>
          <w:b w:val="0"/>
          <w:i w:val="0"/>
        </w:rPr>
        <w:t>Người cuối cùng trong tám sĩ quan chống khủng bố đáp xuống mái nhà vài khoảnh khắc sau đó, đúng lúc mười hai sĩ quan vũ trang trên cầu thang chạm tới tầng sáu.</w:t>
      </w:r>
    </w:p>
    <w:p>
      <w:pPr>
        <w:spacing w:after="80"/>
      </w:pPr>
      <w:r>
        <w:rPr>
          <w:b w:val="0"/>
          <w:i w:val="0"/>
        </w:rPr>
        <w:t>Khi thang máy đi qua tầng bảy, Donoghue đã có thể nghe thấy tiếng bước chân nặng nề dội ầm ầm lên cầu thang. Anh nhìn quanh tìm chiếc radio của mình, nhưng chẳng thấy đâu cả. Anh chửi thề, nhưng vẫn tin chắc mình có thể tới được chỗ lò mổ và báo động trước khi lũ cớm tới đó rất lâu.</w:t>
      </w:r>
    </w:p>
    <w:p>
      <w:pPr>
        <w:spacing w:after="80"/>
      </w:pPr>
      <w:r>
        <w:rPr>
          <w:b w:val="0"/>
          <w:i w:val="0"/>
        </w:rPr>
        <w:t>Khi thang máy đi qua tầng hai mươi mốt, đơn vị chống khủng bố bắt đầu đu dây xuống mặt bên của tòa nhà, tin chắc rằng không ai trong lò mổ lại nghĩ tới khả năng một kẻ xâm nhập có thể xuất hiện từ phía trên, nhất là khi mọi cửa sổ ở ba tầng trên cùng đều được che bằng rèm lưới đen lắp khít đến mức một con bồ câu bay ngang qua cũng không thể thấy chúng đang làm gì.</w:t>
      </w:r>
    </w:p>
    <w:p>
      <w:pPr>
        <w:spacing w:after="80"/>
      </w:pPr>
      <w:r>
        <w:rPr>
          <w:b w:val="0"/>
          <w:i w:val="0"/>
        </w:rPr>
        <w:t>Khi thang máy tới tầng hai mươi ba và cửa bắt đầu từ từ mở ra, Donoghue giật toang chúng, lao ra ngoài và điên cuồng đập nắm đấm vào tấm lưới kim loại nhỏ trên cửa chính. Gã gác cổng nhìn qua lưới, và khi thấy mồ hôi vã ra trên mặt Donoghue, hắn nhanh chóng mở ba ổ khóa và giật tung cánh cửa nặng trịch.</w:t>
      </w:r>
    </w:p>
    <w:p>
      <w:pPr>
        <w:spacing w:after="80"/>
      </w:pPr>
      <w:r>
        <w:rPr>
          <w:b w:val="0"/>
          <w:i w:val="0"/>
        </w:rPr>
        <w:t>'Chúng ta bị đột kích!' Donoghue gào lên hết cỡ khi anh xô qua gã gác cổng và bắt đầu tìm người mà anh chịu trách nhiệm, đúng lúc Đơn vị Vũ khí Chuyên dụng của Cảnh sát chạm tới tầng mười bốn.</w:t>
      </w:r>
    </w:p>
    <w:p>
      <w:pPr>
        <w:spacing w:after="80"/>
      </w:pPr>
      <w:r>
        <w:rPr>
          <w:b w:val="0"/>
          <w:i w:val="0"/>
        </w:rPr>
        <w:t>Rashidi đang xếp từng chồng tiền mặt thành các cọc một nghìn bảng, trước khi cho chúng vào một chiếc túi thể thao, thì cửa văn phòng riêng của hắn bị đẩy tung ra. Ngay khoảnh khắc nhìn thấy mặt Donoghue, hắn không cần ai nói cũng biết một cuộc đột kích đang diễn ra. Hắn đã tập dượt cho khoảnh khắc này vài lần, biết rằng một ngày nào đó chắc chắn chúng sẽ đến.</w:t>
      </w:r>
    </w:p>
    <w:p>
      <w:pPr>
        <w:spacing w:after="80"/>
      </w:pPr>
      <w:r>
        <w:rPr>
          <w:b w:val="0"/>
          <w:i w:val="0"/>
        </w:rPr>
        <w:t>Rashidi đi theo Donoghue vào phòng lò hơi, nơi hắn đối mặt với một thứ mà hắn không thể nào chuẩn bị trước: hỗn loạn. Trong khi đám nhân viên của hắn hoảng loạn ùa về phía cửa chính, hắn nhanh chóng di chuyển theo hướng ngược lại, cùng với Donoghue và hai vệ sĩ vũ trang, đúng lúc SFC đi qua tầng mười chín.</w:t>
      </w:r>
    </w:p>
    <w:p>
      <w:pPr>
        <w:spacing w:after="80"/>
      </w:pPr>
      <w:r>
        <w:rPr>
          <w:b w:val="0"/>
          <w:i w:val="0"/>
        </w:rPr>
        <w:t>Rashidi nhanh chóng tới được cánh cửa dẫn ra lối đi bộ và sự an toàn của căn hộ trong Tòa B, nhưng chẳng mấy chốc đã rõ ràng rằng, bất chấp nỗ lực hết mình của ba gã lực lưỡng, đường thoát của chúng đã bị chặn. Giờ chỉ còn một lối ra. Trong khi những kẻ xung quanh tiếp tục hoảng loạn, Rashidi vẫn bình tĩnh và nhanh chóng quay lại phía cửa chính với hy vọng có thể tới được thang máy và xuống tầng trệt trước khi kẻ thù không đội trời chung của hắn xuất hiện. Luật sư của hắn đã nói với hắn rằng dù đây là phương án kém mong muốn hơn, một khi đã ở trong thang máy, hắn có thể biện luận trước tòa rằng hắn chỉ là một cư dân vô tội bị cuốn vào làn đạn, và rằng cả đời hắn chưa từng đụng tới ma túy. Phần cuối của bản tuyên bố đã chuẩn bị sẵn có một ưu điểm là đúng sự thật.</w:t>
      </w:r>
    </w:p>
    <w:p>
      <w:pPr>
        <w:spacing w:after="80"/>
      </w:pPr>
      <w:r>
        <w:rPr>
          <w:b w:val="0"/>
          <w:i w:val="0"/>
        </w:rPr>
        <w:t>Quay lại phòng lò hơi, Rashidi thấy đường đi của mình bị chặn bởi đám nhân viên đang chen chúc như lũ chuột lemming tuyệt vọng cố nhồi qua cùng một khung cửa hẹp khi chúng cố tới được cầu thang hoặc thang máy. Các vệ sĩ của hắn và Donoghue bắt đầu hất chúng sang một bên để mở lối cho ông chủ, và hắn chỉ còn cách cửa vài bước chân thì sĩ quan chống khủng bố đầu tiên lao qua cửa sổ, hất văng Donoghue. Vài khoảnh khắc sau, kẻ xâm nhập thứ hai phá tan bữa tiệc và ném một quả lựu đạn choáng vào giữa phòng, hét lên: 'Quỳ xuống!'</w:t>
      </w:r>
    </w:p>
    <w:p>
      <w:pPr>
        <w:spacing w:after="80"/>
      </w:pPr>
      <w:r>
        <w:rPr>
          <w:b w:val="0"/>
          <w:i w:val="0"/>
        </w:rPr>
        <w:t>Rashidi vừa tới được cửa chính thì lính dù thứ ba hạ gục một trong những vệ sĩ vũ trang của hắn. Hắn chỉ có thể bất lực nhìn cửa thang máy bắt đầu khép lại. Kẻ bảo vệ cuối cùng còn lại của hắn thọc một cánh tay vào khe cửa trong nỗ lực vô vọng nhằm giữ một chiếc thang máy vốn chỉ được thiết kế chở tối đa tám hành khách nhưng đã nhồi ít nhất cả chục kẻ tuyệt vọng trốn chạy bên trong, đang lảm nhảm bằng đủ thứ tiếng. Rashidi phát hiện sĩ quan vũ trang đầu tiên đang nổi lên từ cầu thang bên dưới, và ngay lập tức quay về với 'phương án cuối cùng'. Hắn quay lại phòng lò hơi, nơi hắn cởi bỏ áo khoác, đeo một chiếc khẩu trang bị bỏ lại và một đôi găng tay cao su nhặt được trên sàn, rồi hòa vào đám nhân viên đang ngoan ngoãn quỳ gối, hai tay đặt sau đầu, thụ động chấp nhận số phận. Hắn cũng sẵn sàng chấp nhận số phận của họ.</w:t>
      </w:r>
    </w:p>
    <w:p>
      <w:pPr>
        <w:spacing w:after="80"/>
      </w:pPr>
      <w:r>
        <w:rPr>
          <w:b w:val="0"/>
          <w:i w:val="0"/>
        </w:rPr>
        <w:t>Sĩ quan vũ trang đầu tiên lên tới đỉnh cầu thang, và chỉ bằng một động tác, anh ta tước vũ khí của kẻ bảo vệ cuối cùng còn lại của Rashidi bằng cách thúc báng khẩu Heckler &amp; Koch vào hàm hắn. Chỉ còn Donoghue vẫn đang chống cự, nhưng nhà vô địch quyền anh hạng nặng nhẹ của cảnh sát đã hạ gục hắn, rồi còng tay và đọc quyền cho hắn – dù hắn chẳng nghe được một chữ nào.</w:t>
      </w:r>
    </w:p>
    <w:p>
      <w:pPr>
        <w:spacing w:after="80"/>
      </w:pPr>
      <w:r>
        <w:rPr>
          <w:b w:val="0"/>
          <w:i w:val="0"/>
        </w:rPr>
        <w:t>Các sĩ quan vũ trang tiếp tục tràn vào lò mổ, và bắt đầu vây bắt những gì còn lại của lực lượng lao động của Rashidi, trong khi nửa tá cảnh sát lôi Donoghue và hai vệ sĩ một cách không mấy nhẹ nhàng xuống cầu thang tới tầng trệt, nơi chiếc đầu tiên trong hàng xe Black Maria đang chờ để chở chúng đi. William thất vọng khi thấy rằng đám kháng cự cuối cùng đã bị xử lý xong trước khi anh tới được tầng hai mươi ba.</w:t>
      </w:r>
    </w:p>
    <w:p>
      <w:pPr>
        <w:spacing w:after="80"/>
      </w:pPr>
      <w:r>
        <w:rPr>
          <w:b w:val="0"/>
          <w:i w:val="0"/>
        </w:rPr>
        <w:t>Anh sải bước vào lò mổ khi một trong những tay chân của Rashidi đang bị dẫn đi, vừa gào thét vừa chửi rủa, nhưng không phải trước khi hắn kịp tung một cú đấm vào William trúng một đòn lướt qua khiến anh choáng váng trong giây lát. Anh nhanh chóng hồi phục khi một sĩ quan khác còng tay kẻ tấn công. Khi khói từ vụ tấn công bằng lựu đạn choáng bắt đầu tan, anh quay lại quan sát đống đổ nát của những gì còn lại trong đế chế của Rashidi. Khoảng chục gã lao công tầm thường đeo khẩu trang và găng tay cao su đang quỳ trên sàn. Không nghi ngờ gì nữa, hầu hết bọn họ là những người nhập cư bất hợp pháp không phải tự nguyện làm việc ở đó, và thậm chí có thể thấy nhẹ nhõm vì được giải cứu. Những kẻ cấp thấp trong thế giới ma túy luôn phải gánh chịu hậu quả thay cho ông chủ của chúng, và chúng biết mình không bao giờ có thể mở miệng. Luôn có một Tulip khác, luôn có một con mắt bị khoét khác.</w:t>
      </w:r>
    </w:p>
    <w:p>
      <w:pPr>
        <w:spacing w:after="80"/>
      </w:pPr>
      <w:r>
        <w:rPr>
          <w:b w:val="0"/>
          <w:i w:val="0"/>
        </w:rPr>
        <w:t>William chắc chắn rằng mình đã không đi ngang qua Rashidi khi bước lên cầu thang, và Jackie đã báo cho anh qua bộ đàm rằng hắn không nằm trong số những hành khách hoảng sợ trong thang máy bị túm gọn ngay khi họ xuống đến tầng trệt. Vì không còn lối thoát nào khác, anh bắt đầu quan sát kỹ hơn đám người thảm hại còn lại trong cuộc tàn sát. Và rồi anh nhận ra một vài người trong số họ đang liếc những ánh mắt sợ hãi về phía một người công nhân đặc biệt. William nhìn gần hơn, nhưng không thấy có gì khác biệt giữa hắn và những người đang quỳ trước mặt anh. Nhưng anh vỗ vai hắn và bảo hắn đứng dậy. Hắn không nhúc nhích.</w:t>
      </w:r>
    </w:p>
    <w:p>
      <w:pPr>
        <w:spacing w:after="80"/>
      </w:pPr>
      <w:r>
        <w:rPr>
          <w:b w:val="0"/>
          <w:i w:val="0"/>
        </w:rPr>
        <w:t>"Chắc hắn không biết tiếng Anh đâu, trung sĩ ạ," một viên cảnh sát trẻ nói, kéo mạnh người đàn ông đứng dậy.</w:t>
      </w:r>
    </w:p>
    <w:p>
      <w:pPr>
        <w:spacing w:after="80"/>
      </w:pPr>
      <w:r>
        <w:rPr>
          <w:b w:val="0"/>
          <w:i w:val="0"/>
        </w:rPr>
        <w:t>"Tôi nghĩ hắn biết vài thứ tiếng đấy," William nói. Anh gỡ khẩu trang của hắn ra, nhưng ngay cả khi đó anh vẫn không thể chắc chắn.</w:t>
      </w:r>
    </w:p>
    <w:p>
      <w:pPr>
        <w:spacing w:after="80"/>
      </w:pPr>
      <w:r>
        <w:rPr>
          <w:b w:val="0"/>
          <w:i w:val="0"/>
        </w:rPr>
        <w:t>"Anh đang tìm gì vậy, trung sĩ?"</w:t>
      </w:r>
    </w:p>
    <w:p>
      <w:pPr>
        <w:spacing w:after="80"/>
      </w:pPr>
      <w:r>
        <w:rPr>
          <w:b w:val="0"/>
          <w:i w:val="0"/>
        </w:rPr>
        <w:t>"Con Rắn Độc," William nói, nhưng không một tia nhận biết nào thoáng qua trên mặt người đàn ông. "Tháo găng tay bên trái ra," anh nói chậm rãi và rõ ràng. Lại không có phản ứng gì.</w:t>
      </w:r>
    </w:p>
    <w:p>
      <w:pPr>
        <w:spacing w:after="80"/>
      </w:pPr>
      <w:r>
        <w:rPr>
          <w:b w:val="0"/>
          <w:i w:val="0"/>
        </w:rPr>
        <w:t>Viên cảnh sát giật phăng chiếc găng tay của hắn ra, để lộ phần ngón tay thứ ba bị mất một đoạn. "Sao anh biết được điều đó, trung sĩ?" anh ta hỏi.</w:t>
      </w:r>
    </w:p>
    <w:p>
      <w:pPr>
        <w:spacing w:after="80"/>
      </w:pPr>
      <w:r>
        <w:rPr>
          <w:b w:val="0"/>
          <w:i w:val="0"/>
        </w:rPr>
        <w:t>"Mẹ hắn nói với tôi."</w:t>
      </w:r>
    </w:p>
    <w:p>
      <w:pPr>
        <w:spacing w:after="80"/>
      </w:pPr>
      <w:r>
        <w:rPr>
          <w:b w:val="0"/>
          <w:i w:val="0"/>
        </w:rPr>
        <w:t>Người đàn ông vẫn tiếp tục nhìn William trân trân vô cảm, như thể hắn không hiểu một lời nào anh đang nói.</w:t>
      </w:r>
    </w:p>
    <w:p>
      <w:pPr>
        <w:spacing w:after="80"/>
      </w:pPr>
      <w:r>
        <w:rPr>
          <w:b w:val="0"/>
          <w:i w:val="0"/>
        </w:rPr>
        <w:t>"Nếu anh không ôm bà ấy, ông Rashidi ạ, có lẽ tôi sẽ không bao giờ biết anh là con trai bà."</w:t>
      </w:r>
    </w:p>
    <w:p>
      <w:pPr>
        <w:spacing w:after="80"/>
      </w:pPr>
      <w:r>
        <w:rPr>
          <w:b w:val="0"/>
          <w:i w:val="0"/>
        </w:rPr>
        <w:t>Vẫn không một tia hiểu biết nào.</w:t>
      </w:r>
    </w:p>
    <w:p>
      <w:pPr>
        <w:spacing w:after="80"/>
      </w:pPr>
      <w:r>
        <w:rPr>
          <w:b w:val="0"/>
          <w:i w:val="0"/>
        </w:rPr>
        <w:t>"Tôi tự hỏi bà ấy sẽ phản ứng thế nào khi tôi đến thăm bà ở The Boltons vào sáng mai để kể cho bà biết con trai bà thực sự nhập khẩu thứ gì từ Colombia, rồi lại xuất ra đường phố London, không phải từ một văn phòng ốp gỗ sồi ở City với tư cách là chủ tịch đáng kính của Marcel và Neffe, mà từ một hang ổ ma túy đồi bại ở Brixton, nơi hắn được biết đến với cái tên Con Rắn Độc."</w:t>
      </w:r>
    </w:p>
    <w:p>
      <w:pPr>
        <w:spacing w:after="80"/>
      </w:pPr>
      <w:r>
        <w:rPr>
          <w:b w:val="0"/>
          <w:i w:val="0"/>
        </w:rPr>
        <w:t>Người đàn ông vẫn đứng đó lạnh lùng, thậm chí không chớp mắt.</w:t>
      </w:r>
    </w:p>
    <w:p>
      <w:pPr>
        <w:spacing w:after="80"/>
      </w:pPr>
      <w:r>
        <w:rPr>
          <w:b w:val="0"/>
          <w:i w:val="0"/>
        </w:rPr>
        <w:t>"Người con trai chu đáo, người không bao giờ bỏ lỡ cuộc hẹn với mẹ vào chiều thứ Sáu nhưng chẳng bận tâm mình hủy hoại bao nhiêu mạng sống trẻ, miễn là tuần nào cũng kiếm được lợi nhuận."</w:t>
      </w:r>
    </w:p>
    <w:p>
      <w:pPr>
        <w:spacing w:after="80"/>
      </w:pPr>
      <w:r>
        <w:rPr>
          <w:b w:val="0"/>
          <w:i w:val="0"/>
        </w:rPr>
        <w:t>Vẫn không có gì.</w:t>
      </w:r>
    </w:p>
    <w:p>
      <w:pPr>
        <w:spacing w:after="80"/>
      </w:pPr>
      <w:r>
        <w:rPr>
          <w:b w:val="0"/>
          <w:i w:val="0"/>
        </w:rPr>
        <w:t>"Có một điều chắc chắn, Rashidi ạ. Sau khi tôi kể cho mẹ anh biết bà sẽ tìm thấy anh ở đâu trong mười năm tới, hy vọng là lâu hơn, đừng mong bà đến thăm anh trong tù, vì bà sẽ quá xấu hổ khi phải thừa nhận với bạn bè ở Brompton Oratory rằng lý do thực sự khiến họ không thấy Assem gần đây là vì hắn đã mang đến một ý nghĩa mới cho từ 'ác quỷ'."</w:t>
      </w:r>
    </w:p>
    <w:p>
      <w:pPr>
        <w:spacing w:after="80"/>
      </w:pPr>
      <w:r>
        <w:rPr>
          <w:b w:val="0"/>
          <w:i w:val="0"/>
        </w:rPr>
        <w:t>Rashidi nghiêng người về phía trước và phun nước bọt vào mặt William.</w:t>
      </w:r>
    </w:p>
    <w:p>
      <w:pPr>
        <w:spacing w:after="80"/>
      </w:pPr>
      <w:r>
        <w:rPr>
          <w:b w:val="0"/>
          <w:i w:val="0"/>
        </w:rPr>
        <w:t>‘Cả đời tôi chưa từng được tâng bốc đến thế, ông Rashidi ạ,’ anh nói. Viên cảnh sát bước tới, giật mạnh hai tay Rashidi ra sau lưng và còng lại trong khi William đọc cho ông ta nghe các quyền của mình. Ông ta vẫn không nói gì.</w:t>
      </w:r>
    </w:p>
    <w:p>
      <w:pPr>
        <w:spacing w:after="80"/>
      </w:pPr>
      <w:r>
        <w:rPr>
          <w:b w:val="0"/>
          <w:i w:val="0"/>
        </w:rPr>
        <w:t>‘Đừng để hắn khuất khỏi tầm mắt anh,’ William nói. ‘Có một xe bọc thép đang đợi sẵn bên ngoài cho ông Rashidi, và một phòng giam đang chờ ông ta ở đồn cảnh sát Brixton. Giờ có lẽ chưa cần xông khử trùng, nhưng chắc chắn sẽ phải làm sau khi ông ta qua một đêm ở đó.’</w:t>
      </w:r>
    </w:p>
    <w:p>
      <w:pPr>
        <w:spacing w:after="80"/>
      </w:pPr>
      <w:r>
        <w:rPr>
          <w:b w:val="0"/>
          <w:i w:val="0"/>
        </w:rPr>
        <w:t>Rashidi nghiêng người về phía trước và nói: ‘Ngày tháng của anh đã được đếm sẵn rồi, trung sĩ ạ. Và chính tôi sẽ là người báo cho mẹ anh biết.’</w:t>
      </w:r>
    </w:p>
    <w:p>
      <w:pPr>
        <w:spacing w:after="80"/>
      </w:pPr>
      <w:r>
        <w:rPr>
          <w:b w:val="0"/>
          <w:i w:val="0"/>
        </w:rPr>
        <w:t>‘Không, ông Rashidi ạ, chính ông mới là người có ngày tháng được đếm sẵn, và tôi sẽ báo cho mẹ ông biết lý do vào sáng mai.’ Rashidi bị hai sĩ quan vũ trang dẫn ra khỏi phòng không chút nể nang và áp giải tới thang máy mà ông ta đã không kịp chạm tới.</w:t>
      </w:r>
    </w:p>
    <w:p>
      <w:pPr>
        <w:spacing w:after="80"/>
      </w:pPr>
      <w:r>
        <w:rPr>
          <w:b w:val="0"/>
          <w:i w:val="0"/>
        </w:rPr>
        <w:t>Khi nghe thấy tiếng một chiếc trực thăng ở đâu đó phía trên, William bước tới bên cửa sổ vỡ và nhìn ra, thấy một chiếc trực thăng đang biến mất vào trong mây. Viên đại tá hẳn sẽ hài lòng khi được xác nhận rằng lứa mới quả thật giỏi giang chẳng kém gì lứa cũ.</w:t>
      </w:r>
    </w:p>
    <w:p>
      <w:pPr>
        <w:spacing w:after="80"/>
      </w:pPr>
      <w:r>
        <w:rPr>
          <w:b w:val="0"/>
          <w:i w:val="0"/>
        </w:rPr>
        <w:t>Anh quay lại chú ý tới căn phòng, giờ đã thành một hiện trường vụ án đã bị một giống cảnh sát khác tiếp quản: một sĩ quan phụ trách tang vật, người sẽ không được ăn tối cùng vợ, và có lẽ cả bữa sáng cũng không; những nhiếp ảnh gia chụp lia lịa mọi thứ không biết cử động; và các sĩ quan hiện trường trong bộ đồ liền thân trắng và găng tay cao su, đang cẩn thận thu thập bằng chứng và bỏ vào các túi ni lông. Ngay cả một viên kẹo bạc hà Polo cũng sẽ được mang về phòng thí nghiệm để xem xét kỹ hơn. Một chiếc máy ép cocaine, cân, rây, găng tay cao su và khẩu trang đang chờ các chàng trai cô gái phía sau hậu trường kiểm tra, những người sẽ nằm trong số những người cuối cùng đi thang máy xuống tầng trệt.</w:t>
      </w:r>
    </w:p>
    <w:p>
      <w:pPr>
        <w:spacing w:after="80"/>
      </w:pPr>
      <w:r>
        <w:rPr>
          <w:b w:val="0"/>
          <w:i w:val="0"/>
        </w:rPr>
        <w:t>Sau khi ghi lại lời của Rashidi vào sổ tay – điều mà anh sẽ không kể cho Beth biết – William đi sang phòng bên cạnh, nơi chỉ có thể là văn phòng của Rashidi. Ba chiếc túi thể thao cồng kềnh xếp hàng dọc theo bức tường phía xa. Anh nhấc một chiếc lên và ngạc nhiên vì nó nặng đến thế. Anh đặt nó lại xuống sàn và kéo khóa.</w:t>
      </w:r>
    </w:p>
    <w:p>
      <w:pPr>
        <w:spacing w:after="80"/>
      </w:pPr>
      <w:r>
        <w:rPr>
          <w:b w:val="0"/>
          <w:i w:val="0"/>
        </w:rPr>
        <w:t>Anh sẽ không nghĩ rằng có điều gì có thể khiến mình ngạc nhiên sau những gì vừa chứng kiến, nhưng cảnh tượng ngần ấy tiền, có lẽ chỉ là doanh thu của một ngày, nhắc anh nhớ vì sao bọn tội phạm thời nay không còn buồn đi cướp ngân hàng nữa, khi mà nạn nhân của chúng sẵn lòng tự tay dâng tiền cho chúng.</w:t>
      </w:r>
    </w:p>
    <w:p>
      <w:pPr>
        <w:spacing w:after="80"/>
      </w:pPr>
      <w:r>
        <w:rPr>
          <w:b w:val="0"/>
          <w:i w:val="0"/>
        </w:rPr>
        <w:t>Anh kéo khóa chiếc túi thứ hai và thấy còn nhiều tờ năm mươi, hai mươi và mười bảng nữa được xếp gọn gàng thành những bó lớn. Anh định kéo khóa chiếc thứ ba thì một giọng nói phía sau vang lên: ‘Để tôi lo chuyện đó, DS Warwick.’</w:t>
      </w:r>
    </w:p>
    <w:p>
      <w:pPr>
        <w:spacing w:after="80"/>
      </w:pPr>
      <w:r>
        <w:rPr>
          <w:b w:val="0"/>
          <w:i w:val="0"/>
        </w:rPr>
        <w:t>Anh quay lại và thấy Giám đốc Lamont đang đứng ở ngưỡng cửa.</w:t>
      </w:r>
    </w:p>
    <w:p>
      <w:pPr>
        <w:spacing w:after="80"/>
      </w:pPr>
      <w:r>
        <w:rPr>
          <w:b w:val="0"/>
          <w:i w:val="0"/>
        </w:rPr>
        <w:t>‘Trong lúc đó, viên chỉ huy muốn anh báo cáo với ông ấy ngay lập tức.’</w:t>
      </w:r>
    </w:p>
    <w:p>
      <w:pPr>
        <w:spacing w:after="80"/>
      </w:pPr>
      <w:r>
        <w:rPr>
          <w:b w:val="0"/>
          <w:i w:val="0"/>
        </w:rPr>
        <w:t>‘Vâng, thưa sếp,’ William nói, cố giấu đi vẻ ngạc nhiên.</w:t>
      </w:r>
    </w:p>
    <w:p>
      <w:pPr>
        <w:spacing w:after="80"/>
      </w:pPr>
      <w:r>
        <w:rPr>
          <w:b w:val="0"/>
          <w:i w:val="0"/>
        </w:rPr>
        <w:t>‘Và làm tốt lắm, DS Warwick. Tôi biết anh sẽ vui khi nghe rằng Rashidi đã trên đường tới đồn cảnh sát gần nhất, nơi một bữa tiệc chào đón đang chờ ông ta.’</w:t>
      </w:r>
    </w:p>
    <w:p>
      <w:pPr>
        <w:spacing w:after="80"/>
      </w:pPr>
      <w:r>
        <w:rPr>
          <w:b w:val="0"/>
          <w:i w:val="0"/>
        </w:rPr>
        <w:t>‘Cảm ơn sếp,’ William nói, khi Jackie bước vào phòng.</w:t>
      </w:r>
    </w:p>
    <w:p>
      <w:pPr>
        <w:spacing w:after="80"/>
      </w:pPr>
      <w:r>
        <w:rPr>
          <w:b w:val="0"/>
          <w:i w:val="0"/>
        </w:rPr>
        <w:t>‘Chúc mừng nhé, sếp,’ cô nói. ‘Một đêm thắng lợi cho tất cả mọi người.’ Cô ngừng lại. ‘À, tất cả mọi người trừ DC Adaja.’</w:t>
      </w:r>
    </w:p>
    <w:p>
      <w:pPr>
        <w:spacing w:after="80"/>
      </w:pPr>
      <w:r>
        <w:rPr>
          <w:b w:val="0"/>
          <w:i w:val="0"/>
        </w:rPr>
        <w:t>‘Sao, anh ta bị làm sao thế?’</w:t>
      </w:r>
    </w:p>
    <w:p>
      <w:pPr>
        <w:spacing w:after="80"/>
      </w:pPr>
      <w:r>
        <w:rPr>
          <w:b w:val="0"/>
          <w:i w:val="0"/>
        </w:rPr>
        <w:t>‘Tôi nghĩ tốt hơn là để anh ấy tự nói với ông.’</w:t>
      </w:r>
    </w:p>
    <w:p>
      <w:pPr>
        <w:spacing w:after="80"/>
      </w:pPr>
      <w:r>
        <w:rPr>
          <w:b w:val="0"/>
          <w:i w:val="0"/>
        </w:rPr>
        <w:t>William nhìn lần cuối cảnh hoang tàn và nhếch nhác của nơi từng là trung tâm đế chế Rashidi. Anh miễn cưỡng rời khỏi phòng lò hơi và bắt đầu chạy bộ xuống những bậc thang đá, ngang qua những bức tường phủ đầy hình vẽ graffiti nơi một từ được lặp đi lặp lại hết lần này đến lần khác. Anh phớt lờ mùi nước tiểu khi tiếp tục đi xuống tầng trệt, băng qua vài tên tù nhân đang bị còng tay, những kẻ sẽ không còn kiếm lời từ buôn bán ma túy trong một thời gian dài, nếu không muốn nói là mãi mãi.</w:t>
      </w:r>
    </w:p>
    <w:p>
      <w:pPr>
        <w:spacing w:after="80"/>
      </w:pPr>
      <w:r>
        <w:rPr>
          <w:b w:val="0"/>
          <w:i w:val="0"/>
        </w:rPr>
        <w:t>Khi bước ra đường, anh hít một hơi thật sâu không khí trong lành và nhìn chiếc Black Maria khác đã chật kín người bị chở đi. Anh đi bộ đến chiếc xe buýt và lên tầng trên để vào trung tâm chỉ huy.</w:t>
      </w:r>
    </w:p>
    <w:p>
      <w:pPr>
        <w:spacing w:after="80"/>
      </w:pPr>
      <w:r>
        <w:rPr>
          <w:b w:val="0"/>
          <w:i w:val="0"/>
        </w:rPr>
        <w:t>‘Anh đang làm gì ở đây vậy, DS Warwick?’ Hawk gắt lên. ‘Tôi đã nói rõ là anh không được rời hiện trường vụ án cho đến khi xong việc.’</w:t>
      </w:r>
    </w:p>
    <w:p>
      <w:pPr>
        <w:spacing w:after="80"/>
      </w:pPr>
      <w:r>
        <w:rPr>
          <w:b w:val="0"/>
          <w:i w:val="0"/>
        </w:rPr>
        <w:t>‘Ngài giám đốc đã tiếp quản rồi ạ, và ông ấy nói ông muốn gặp tôi.’</w:t>
      </w:r>
    </w:p>
    <w:p>
      <w:pPr>
        <w:spacing w:after="80"/>
      </w:pPr>
      <w:r>
        <w:rPr>
          <w:b w:val="0"/>
          <w:i w:val="0"/>
        </w:rPr>
        <w:t>‘Vậy sao?’</w:t>
      </w:r>
    </w:p>
    <w:p>
      <w:pPr>
        <w:pStyle w:val="Heading2"/>
      </w:pPr>
      <w:r>
        <w:rPr>
          <w:rFonts w:ascii="Calibri" w:hAnsi="Calibri"/>
          <w:b/>
          <w:i w:val="0"/>
          <w:sz w:val="32"/>
        </w:rPr>
        <w:t>27</w:t>
      </w:r>
    </w:p>
    <w:p>
      <w:pPr>
        <w:spacing w:after="80"/>
      </w:pPr>
      <w:r>
        <w:rPr>
          <w:b w:val="0"/>
          <w:i/>
        </w:rPr>
        <w:t>Thứ Bảy</w:t>
      </w:r>
    </w:p>
    <w:p>
      <w:pPr>
        <w:spacing w:after="80"/>
      </w:pPr>
      <w:r>
        <w:rPr>
          <w:b w:val="0"/>
          <w:i w:val="0"/>
        </w:rPr>
        <w:t>PHẢI ĐẾN KHI bức tranh cuối cùng được cất an toàn trong khoang tàu, thuyền trưởng mới ra lệnh nhổ neo.</w:t>
      </w:r>
    </w:p>
    <w:p>
      <w:pPr>
        <w:spacing w:after="80"/>
      </w:pPr>
      <w:r>
        <w:rPr>
          <w:b w:val="0"/>
          <w:i w:val="0"/>
        </w:rPr>
        <w:t xml:space="preserve">Ông ta khởi hành chuyến đi đến Anh ít nhất vài lần mỗi năm, luôn cập bến ở Christchurch, nhưng không phải tối mai. Chiếc </w:t>
      </w:r>
      <w:r>
        <w:rPr>
          <w:b w:val="0"/>
          <w:i/>
        </w:rPr>
        <w:t>Christina</w:t>
      </w:r>
      <w:r>
        <w:rPr>
          <w:b w:val="0"/>
          <w:i w:val="0"/>
        </w:rPr>
        <w:t xml:space="preserve"> lặng lẽ rời vịnh vào sáng thứ Bảy giữa ban ngày mà không thu hút bất kỳ sự chú ý không mong muốn nào. Nhưng dù sao thì vài chiếc du thuyền lộng lẫy hơn nhiều cũng đang tiến vào bến cảng để xem giải Monte Carlo Grand Prix vào tuần sau, vậy thì ai lại thèm nhìn chúng lần thứ hai chứ?</w:t>
      </w:r>
    </w:p>
    <w:p>
      <w:pPr>
        <w:spacing w:after="80"/>
      </w:pPr>
      <w:r>
        <w:rPr>
          <w:b w:val="0"/>
          <w:i w:val="0"/>
        </w:rPr>
        <w:t>Thuyền trưởng đã khóa biệt thự và giao chìa khóa cho nhân viên môi giới bất động sản, kèm theo chỉ dẫn rõ ràng về việc số tiền sẽ được gửi vào ngân hàng Thụy Sĩ nào sau khi hoàn tất việc bán.</w:t>
      </w:r>
    </w:p>
    <w:p>
      <w:pPr>
        <w:spacing w:after="80"/>
      </w:pPr>
      <w:r>
        <w:rPr>
          <w:b w:val="0"/>
          <w:i w:val="0"/>
        </w:rPr>
        <w:t>Tất cả đồ có giá trị, bao gồm bộ sưu tập nghệ thuật huyền thoại, đều đã ở trên tàu, và khi chúng cuối cùng được đem ra đấu giá, ông trùm sẽ có dư tiền để bắt đầu cuộc sống mới ở bất kỳ quốc gia nào ông ta chọn, trong khi cảnh sát sẽ tin chắc rằng ông ta đã chết và được chôn cất.</w:t>
      </w:r>
    </w:p>
    <w:p>
      <w:pPr>
        <w:spacing w:after="80"/>
      </w:pPr>
      <w:r>
        <w:rPr>
          <w:b w:val="0"/>
          <w:i w:val="0"/>
        </w:rPr>
        <w:t xml:space="preserve">Chiếc </w:t>
      </w:r>
      <w:r>
        <w:rPr>
          <w:b w:val="0"/>
          <w:i/>
        </w:rPr>
        <w:t>Christina</w:t>
      </w:r>
      <w:r>
        <w:rPr>
          <w:b w:val="0"/>
          <w:i w:val="0"/>
        </w:rPr>
        <w:t xml:space="preserve"> sẽ chỉ thả neo một lần duy nhất, để đón một hành khách, người sẽ chỉ dẫn cho thuyền trưởng biết bến cảng tiếp theo của mình nên là đâu.</w:t>
      </w:r>
    </w:p>
    <w:p>
      <w:pPr>
        <w:spacing w:after="80"/>
      </w:pPr>
      <w:r>
        <w:rPr>
          <w:b w:val="0"/>
          <w:i w:val="0"/>
        </w:rPr>
        <w:t>Chuyến hải trình vòng qua vịnh Biscay êm ả hơn thường lệ. Khi ông ta tiến vào eo biển Manche vào ngày hôm sau, một quả cầu đỏ rực biến mất ở phía tây, và đến khi nó xuất hiện trở lại ở phía đông thì nhiệm vụ của ông ta sẽ hoàn thành, hoặc ông ta sẽ đang trên đường trở về Monte Carlo.</w:t>
      </w:r>
    </w:p>
    <w:p>
      <w:pPr>
        <w:jc w:val="center"/>
      </w:pPr>
      <w:r>
        <w:drawing>
          <wp:inline xmlns:a="http://schemas.openxmlformats.org/drawingml/2006/main" xmlns:pic="http://schemas.openxmlformats.org/drawingml/2006/picture">
            <wp:extent cx="752475" cy="161925"/>
            <wp:docPr id="79" name="Picture 79"/>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rPr>
        <w:t>Chủ Nhật</w:t>
      </w:r>
    </w:p>
    <w:p>
      <w:pPr>
        <w:spacing w:after="80"/>
      </w:pPr>
      <w:r>
        <w:rPr>
          <w:b w:val="0"/>
          <w:i w:val="0"/>
        </w:rPr>
        <w:t xml:space="preserve">‘Tờ </w:t>
      </w:r>
      <w:r>
        <w:rPr>
          <w:b w:val="0"/>
          <w:i/>
        </w:rPr>
        <w:t>Observer</w:t>
      </w:r>
      <w:r>
        <w:rPr>
          <w:b w:val="0"/>
          <w:i w:val="0"/>
        </w:rPr>
        <w:t xml:space="preserve"> đã làm anh nở mày nở mặt đấy, William,’ Sir Julian nói, ‘và nó không phải lúc nào cũng khen ngợi cảnh sát đâu. Và vì anh chưa một lần nhắc đến Chiến dịch Trojan Horse trong suốt năm qua, hẳn đó phải là một bí mật được canh giữ rất chặt.’</w:t>
      </w:r>
    </w:p>
    <w:p>
      <w:pPr>
        <w:spacing w:after="80"/>
      </w:pPr>
      <w:r>
        <w:rPr>
          <w:b w:val="0"/>
          <w:i w:val="0"/>
        </w:rPr>
        <w:t>‘Ngay cả Beth cũng không biết cho đến khi cô ấy nghe tin này trên bản tin sáng nay.’</w:t>
      </w:r>
    </w:p>
    <w:p>
      <w:pPr>
        <w:spacing w:after="80"/>
      </w:pPr>
      <w:r>
        <w:rPr>
          <w:b w:val="0"/>
          <w:i w:val="0"/>
        </w:rPr>
        <w:t>‘Vụ đột kích thậm chí còn lên cả trang nhất,’ Ngài Julian nói. ‘Tôi xin trích nguyên văn: “Việc bắt giữ Assem Rashidi là một bước đột phá thực sự trong cuộc chiến chống ma túy, và Sở Cảnh sát Metropolitan xứng đáng được ca ngợi vì đã không ngừng truy lùng những tên tội phạm tàn nhẫn gây bao tổn hại cho xã hội của chúng ta.”’ Ông ngước lên từ sau tờ báo. ‘Có một bức ảnh Chỉ huy Hawksby đang ngồi trên xe buýt. Tôi nghi là đó không phải phương tiện đi lại thường ngày của anh ta.’ Ông đặt tờ báo xuống và nhìn sang con trai. ‘Có vẻ con không bị choáng ngợp bởi chiến thắng của mình lắm nhỉ.’</w:t>
      </w:r>
    </w:p>
    <w:p>
      <w:pPr>
        <w:spacing w:after="80"/>
      </w:pPr>
      <w:r>
        <w:rPr>
          <w:b w:val="0"/>
          <w:i w:val="0"/>
        </w:rPr>
        <w:t>‘Báo chí chỉ có một phía của câu chuyện thôi.’</w:t>
      </w:r>
    </w:p>
    <w:p>
      <w:pPr>
        <w:spacing w:after="80"/>
      </w:pPr>
      <w:r>
        <w:rPr>
          <w:b w:val="0"/>
          <w:i w:val="0"/>
        </w:rPr>
        <w:t>‘Còn phía kia thì sao?’</w:t>
      </w:r>
    </w:p>
    <w:p>
      <w:pPr>
        <w:spacing w:after="80"/>
      </w:pPr>
      <w:r>
        <w:rPr>
          <w:b w:val="0"/>
          <w:i w:val="0"/>
        </w:rPr>
        <w:t>‘Không được đáng ca ngợi cho lắm. Thực ra, đó chính là điều con cần xin ý kiến chỉ dẫn của cha.’</w:t>
      </w:r>
    </w:p>
    <w:p>
      <w:pPr>
        <w:spacing w:after="80"/>
      </w:pPr>
      <w:r>
        <w:rPr>
          <w:b w:val="0"/>
          <w:i w:val="0"/>
        </w:rPr>
        <w:t>‘Hãy kể cho cha nghe những lo lắng của con một cách từ tốn, và đừng bỏ sót điều gì,’ cha anh nói, khi ông ngả người ra sau ghế và nhắm mắt lại, như ông vẫn thường làm trong những buổi tư vấn.</w:t>
      </w:r>
    </w:p>
    <w:p>
      <w:pPr>
        <w:spacing w:after="80"/>
      </w:pPr>
      <w:r>
        <w:rPr>
          <w:b w:val="0"/>
          <w:i w:val="0"/>
        </w:rPr>
        <w:t>‘Khi con đang ở trong cái lò—’</w:t>
      </w:r>
    </w:p>
    <w:p>
      <w:pPr>
        <w:spacing w:after="80"/>
      </w:pPr>
      <w:r>
        <w:rPr>
          <w:b w:val="0"/>
          <w:i w:val="0"/>
        </w:rPr>
        <w:t>‘Lò?’</w:t>
      </w:r>
    </w:p>
    <w:p>
      <w:pPr>
        <w:spacing w:after="80"/>
      </w:pPr>
      <w:r>
        <w:rPr>
          <w:b w:val="0"/>
          <w:i w:val="0"/>
        </w:rPr>
        <w:t>‘Phòng nồi hơi, xưởng ma túy . . . Con bắt gặp ba chiếc túi thể thao đầy tiền mặt – hàng trăm, có lẽ hàng nghìn bảng Anh. Đến lúc con quay về Yard, thì chỉ còn hai chiếc.’</w:t>
      </w:r>
    </w:p>
    <w:p>
      <w:pPr>
        <w:spacing w:after="80"/>
      </w:pPr>
      <w:r>
        <w:rPr>
          <w:b w:val="0"/>
          <w:i w:val="0"/>
        </w:rPr>
        <w:t>‘Và con nghĩ con biết ai đã lấy chiếc túi thứ ba?’</w:t>
      </w:r>
    </w:p>
    <w:p>
      <w:pPr>
        <w:spacing w:after="80"/>
      </w:pPr>
      <w:r>
        <w:rPr>
          <w:b w:val="0"/>
          <w:i w:val="0"/>
        </w:rPr>
        <w:t>‘Con không nghi ngờ gì về việc ai đã làm. Nhưng con không thể chứng minh được.’</w:t>
      </w:r>
    </w:p>
    <w:p>
      <w:pPr>
        <w:spacing w:after="80"/>
      </w:pPr>
      <w:r>
        <w:rPr>
          <w:b w:val="0"/>
          <w:i w:val="0"/>
        </w:rPr>
        <w:t>‘Chắc chắn không phải kẻ nào đặc biệt thông minh, điều đó chắc chắn rồi,’ Ngài Julian nói.</w:t>
      </w:r>
    </w:p>
    <w:p>
      <w:pPr>
        <w:spacing w:after="80"/>
      </w:pPr>
      <w:r>
        <w:rPr>
          <w:b w:val="0"/>
          <w:i w:val="0"/>
        </w:rPr>
        <w:t>‘Sao cha lại nói vậy?’</w:t>
      </w:r>
    </w:p>
    <w:p>
      <w:pPr>
        <w:spacing w:after="80"/>
      </w:pPr>
      <w:r>
        <w:rPr>
          <w:b w:val="0"/>
          <w:i w:val="0"/>
        </w:rPr>
        <w:t>‘Sẽ khôn ngoan hơn nếu lấy một số tiền bằng nhau từ mỗi chiếc trong ba túi, thế thì chẳng ai khôn ra được điều gì.’</w:t>
      </w:r>
    </w:p>
    <w:p>
      <w:pPr>
        <w:spacing w:after="80"/>
      </w:pPr>
      <w:r>
        <w:rPr>
          <w:b w:val="0"/>
          <w:i w:val="0"/>
        </w:rPr>
        <w:t>‘Cha nghĩ y như một tên tội phạm ấy.’</w:t>
      </w:r>
    </w:p>
    <w:p>
      <w:pPr>
        <w:spacing w:after="80"/>
      </w:pPr>
      <w:r>
        <w:rPr>
          <w:b w:val="0"/>
          <w:i w:val="0"/>
        </w:rPr>
        <w:t>‘Cha là QC,’ Ngài Julian nói, ‘một Qualified Criminal (Tội phạm có bằng cấp). Nhưng nói cho cha nghe, con có để nguyên những chiếc túi ở chỗ cũ không?’</w:t>
      </w:r>
    </w:p>
    <w:p>
      <w:pPr>
        <w:spacing w:after="80"/>
      </w:pPr>
      <w:r>
        <w:rPr>
          <w:b w:val="0"/>
          <w:i w:val="0"/>
        </w:rPr>
        <w:t>‘Vâng, tôi có,’ William nói.</w:t>
      </w:r>
    </w:p>
    <w:p>
      <w:pPr>
        <w:spacing w:after="80"/>
      </w:pPr>
      <w:r>
        <w:rPr>
          <w:b w:val="0"/>
          <w:i w:val="0"/>
        </w:rPr>
        <w:t>‘Vậy thì tại sao cậu lại rời khỏi phòng nồi hơi?’ Sir Julian hỏi, mắt vẫn nhắm nghiền.</w:t>
      </w:r>
    </w:p>
    <w:p>
      <w:pPr>
        <w:spacing w:after="80"/>
      </w:pPr>
      <w:r>
        <w:rPr>
          <w:b w:val="0"/>
          <w:i w:val="0"/>
        </w:rPr>
        <w:t>‘Giám đốc Lamont ra lệnh cho tôi báo cáo với chỉ huy, người đang giám sát chiến dịch từ trên nóc xe buýt. Bảo tôi là việc khẩn cấp.’</w:t>
      </w:r>
    </w:p>
    <w:p>
      <w:pPr>
        <w:spacing w:after="80"/>
      </w:pPr>
      <w:r>
        <w:rPr>
          <w:b w:val="0"/>
          <w:i w:val="0"/>
        </w:rPr>
        <w:t>‘Và nó không khẩn cấp?’</w:t>
      </w:r>
    </w:p>
    <w:p>
      <w:pPr>
        <w:spacing w:after="80"/>
      </w:pPr>
      <w:r>
        <w:rPr>
          <w:b w:val="0"/>
          <w:i w:val="0"/>
        </w:rPr>
        <w:t>‘Không. Thực ra, Hawk không hài lòng vì tôi đã rời khỏi hiện trường vụ án mà không có sự cho phép của ông ấy.’</w:t>
      </w:r>
    </w:p>
    <w:p>
      <w:pPr>
        <w:spacing w:after="80"/>
      </w:pPr>
      <w:r>
        <w:rPr>
          <w:b w:val="0"/>
          <w:i w:val="0"/>
        </w:rPr>
        <w:t>‘Cùng lắm cũng chỉ là bằng chứng gián tiếp. Nếu đó là tất cả những gì cậu có để dựa vào, thì cậu nên cho Lamont hưởng lợi ích của sự nghi ngờ. Tuy nhiên, tôi có thể thấy tình thế khó xử của cậu. Cậu có nói với Chỉ huy Hawksby rằng cậu nghi ngờ một sĩ quan cấp cao đã lấy trộm một số tiền lớn từ hiện trường vụ án không?’ Ông vẫn không mở mắt. ‘Nếu tôi nhớ không nhầm, Giám đốc Lamont sẽ nghỉ hưu trong vài tháng nữa.’</w:t>
      </w:r>
    </w:p>
    <w:p>
      <w:pPr>
        <w:spacing w:after="80"/>
      </w:pPr>
      <w:r>
        <w:rPr>
          <w:b w:val="0"/>
          <w:i w:val="0"/>
        </w:rPr>
        <w:t>‘Vâng, nhưng điều đó có khác gì đâu? Nếu có một thứ còn tồi tệ hơn một tên tội phạm chuyên nghiệp, theo lời Hawk, thì đó là một cảnh sát tham nhũng.’</w:t>
      </w:r>
    </w:p>
    <w:p>
      <w:pPr>
        <w:spacing w:after="80"/>
      </w:pPr>
      <w:r>
        <w:rPr>
          <w:b w:val="0"/>
          <w:i w:val="0"/>
        </w:rPr>
        <w:t>‘Tôi đồng ý với ông ấy. Nhưng tôi thích biết tất cả sự thật trước khi đưa ra phán xét.’</w:t>
      </w:r>
    </w:p>
    <w:p>
      <w:pPr>
        <w:spacing w:after="80"/>
      </w:pPr>
      <w:r>
        <w:rPr>
          <w:b w:val="0"/>
          <w:i w:val="0"/>
        </w:rPr>
        <w:t>William mím môi.</w:t>
      </w:r>
    </w:p>
    <w:p>
      <w:pPr>
        <w:spacing w:after="80"/>
      </w:pPr>
      <w:r>
        <w:rPr>
          <w:b w:val="0"/>
          <w:i w:val="0"/>
        </w:rPr>
        <w:t>‘Lamont đã từng bị điều tra trước đây chưa?’</w:t>
      </w:r>
    </w:p>
    <w:p>
      <w:pPr>
        <w:spacing w:after="80"/>
      </w:pPr>
      <w:r>
        <w:rPr>
          <w:b w:val="0"/>
          <w:i w:val="0"/>
        </w:rPr>
        <w:t>‘Một lần, nhiều năm trước. Nhưng kể từ đó ông ấy đã nhận được ba lần khen thưởng.’</w:t>
      </w:r>
    </w:p>
    <w:p>
      <w:pPr>
        <w:spacing w:after="80"/>
      </w:pPr>
      <w:r>
        <w:rPr>
          <w:b w:val="0"/>
          <w:i w:val="0"/>
        </w:rPr>
        <w:t>‘À vâng, tôi nhớ ông ấy đã nhắm mắt làm ngơ khi còn là một trung sĩ trẻ. Và giờ cậu đang tự hỏi liệu mình có nên làm điều tương tự không.’</w:t>
      </w:r>
    </w:p>
    <w:p>
      <w:pPr>
        <w:spacing w:after="80"/>
      </w:pPr>
      <w:r>
        <w:rPr>
          <w:b w:val="0"/>
          <w:i w:val="0"/>
        </w:rPr>
        <w:t>William định phản đối thì Sir Julian nói thêm, ‘Cậu có quan hệ thế nào với Lamont?’</w:t>
      </w:r>
    </w:p>
    <w:p>
      <w:pPr>
        <w:spacing w:after="80"/>
      </w:pPr>
      <w:r>
        <w:rPr>
          <w:b w:val="0"/>
          <w:i w:val="0"/>
        </w:rPr>
        <w:t>‘Không được tốt lắm,’ William thừa nhận.</w:t>
      </w:r>
    </w:p>
    <w:p>
      <w:pPr>
        <w:spacing w:after="80"/>
      </w:pPr>
      <w:r>
        <w:rPr>
          <w:b w:val="0"/>
          <w:i w:val="0"/>
        </w:rPr>
        <w:t>‘Điều đó chỉ làm vấn đề thêm phức tạp, bởi vì nếu cậu báo cáo một sĩ quan cấp cao về một tội nghiêm trọng như vậy, thì nó sẽ phải được điều tra ở cấp cao nhất, mặc dù tôi nghi ngờ Lamont sẽ từ chức trước khi một phiên điều trần kỷ luật được tổ chức – nếu bị kết tội, ông ấy chắc chắn sẽ bị sa thải khỏi lực lượng, mất lương hưu và thậm chí có thể phải ngồi tù.’</w:t>
      </w:r>
    </w:p>
    <w:p>
      <w:pPr>
        <w:spacing w:after="80"/>
      </w:pPr>
      <w:r>
        <w:rPr>
          <w:b w:val="0"/>
          <w:i w:val="0"/>
        </w:rPr>
        <w:t>‘Tôi đã cân nhắc điều đó rồi, và tôi nhận ra rằng nhắm mắt làm ngơ sẽ là cách dễ dàng nhất.’</w:t>
      </w:r>
    </w:p>
    <w:p>
      <w:pPr>
        <w:spacing w:after="80"/>
      </w:pPr>
      <w:r>
        <w:rPr>
          <w:b w:val="0"/>
          <w:i w:val="0"/>
        </w:rPr>
        <w:t>‘Không phải vì con thì không đâu,’ cha anh nói. ‘Tuy nhiên, nếu con thực sự tố giác anh ta, dù anh ta có bị kết tội hay không, con cũng nên cân nhắc kỹ vị trí của chính mình.’</w:t>
      </w:r>
    </w:p>
    <w:p>
      <w:pPr>
        <w:spacing w:after="80"/>
      </w:pPr>
      <w:r>
        <w:rPr>
          <w:b w:val="0"/>
          <w:i w:val="0"/>
        </w:rPr>
        <w:t>‘Nhưng tại sao ạ? Con có làm gì sai đâu.’</w:t>
      </w:r>
    </w:p>
    <w:p>
      <w:pPr>
        <w:spacing w:after="80"/>
      </w:pPr>
      <w:r>
        <w:rPr>
          <w:b w:val="0"/>
          <w:i w:val="0"/>
        </w:rPr>
        <w:t>‘Cha chấp nhận điều đó không chút nghi ngờ. Nhưng đó lại là điều duy nhất mà các đồng nghiệp của con sẽ nhớ về con. Họ có thể sẽ không bao giờ nói gì trước mặt con, nhưng sau lưng con, con sẽ bị gọi là kẻ mách lẻo, kẻ phản bội, hay tệ hơn thế. Và bạn bè của Lamont sẽ cố tình phá hoại cơ hội thăng tiến của con. Đừng bao giờ quên, cảnh sát là một bộ tộc, và một số người trong đó sẽ không bao giờ tha thứ cho con vì đã quay lưng lại với một người trong số họ.’</w:t>
      </w:r>
    </w:p>
    <w:p>
      <w:pPr>
        <w:spacing w:after="80"/>
      </w:pPr>
      <w:r>
        <w:rPr>
          <w:b w:val="0"/>
          <w:i w:val="0"/>
        </w:rPr>
        <w:t>‘Chỉ những kẻ không trung thực thôi, mà nếu vậy thì con đang làm sai nghề rồi.’</w:t>
      </w:r>
    </w:p>
    <w:p>
      <w:pPr>
        <w:spacing w:after="80"/>
      </w:pPr>
      <w:r>
        <w:rPr>
          <w:b w:val="0"/>
          <w:i w:val="0"/>
        </w:rPr>
        <w:t>‘Có thể lắm, nhưng cha hy vọng con sẽ không làm điều gì vội vàng mà sau này phải hối hận.’</w:t>
      </w:r>
    </w:p>
    <w:p>
      <w:pPr>
        <w:spacing w:after="80"/>
      </w:pPr>
      <w:r>
        <w:rPr>
          <w:b w:val="0"/>
          <w:i w:val="0"/>
        </w:rPr>
        <w:t>‘Cha sẽ làm gì ạ, thưa Cha?’</w:t>
      </w:r>
    </w:p>
    <w:p>
      <w:pPr>
        <w:spacing w:after="80"/>
      </w:pPr>
      <w:r>
        <w:rPr>
          <w:b w:val="0"/>
          <w:i w:val="0"/>
        </w:rPr>
        <w:t>‘Cha sẽ . . .’ Julian bắt đầu nói thì có tiếng gõ cửa, và Beth bước vào. ‘Bữa trưa sẵn sàng rồi,’ cô nói. ‘Và Marjorie đang tìm người thái thịt.’</w:t>
      </w:r>
    </w:p>
    <w:p>
      <w:pPr>
        <w:spacing w:after="80"/>
      </w:pPr>
      <w:r>
        <w:rPr>
          <w:b w:val="0"/>
          <w:i w:val="0"/>
        </w:rPr>
        <w:t>‘Chúng ta sẽ phải nói lại chuyện này, con trai ạ. Và sớm thôi,’ Julian nói, đứng dậy khỏi ghế.</w:t>
      </w:r>
    </w:p>
    <w:p>
      <w:pPr>
        <w:spacing w:after="80"/>
      </w:pPr>
      <w:r>
        <w:rPr>
          <w:b w:val="0"/>
          <w:i w:val="0"/>
        </w:rPr>
        <w:t>‘Cha không thấy con mắt bầm của William trông khá hấp dẫn sao?’ Beth nói, khoác tay bố chồng và cùng ông đi vào phòng ăn.</w:t>
      </w:r>
    </w:p>
    <w:p>
      <w:pPr>
        <w:jc w:val="center"/>
      </w:pPr>
      <w:r>
        <w:drawing>
          <wp:inline xmlns:a="http://schemas.openxmlformats.org/drawingml/2006/main" xmlns:pic="http://schemas.openxmlformats.org/drawingml/2006/picture">
            <wp:extent cx="752475" cy="161925"/>
            <wp:docPr id="80" name="Picture 80"/>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rPr>
        <w:t>Thứ Hai</w:t>
      </w:r>
    </w:p>
    <w:p>
      <w:pPr>
        <w:spacing w:after="80"/>
      </w:pPr>
      <w:r>
        <w:rPr>
          <w:b w:val="0"/>
          <w:i w:val="0"/>
        </w:rPr>
        <w:t>Faulkner mỉm cười nhìn lên Rashidi, và vẫy tay ra hiệu anh có thể ngồi cùng ăn sáng với mình. Người tù đầu tiên anh đối xử như một người ngang hàng, dù anh không tin anh ta một chút nào.</w:t>
      </w:r>
    </w:p>
    <w:p>
      <w:pPr>
        <w:spacing w:after="80"/>
      </w:pPr>
      <w:r>
        <w:rPr>
          <w:b w:val="0"/>
          <w:i w:val="0"/>
        </w:rPr>
        <w:t>‘Sao anh lại mặc đồ thường dân vậy?’ Rashidi hỏi, ngồi xuống chiếc ghế đối diện Faulkner. ‘Anh sắp được thả à?’</w:t>
      </w:r>
    </w:p>
    <w:p>
      <w:pPr>
        <w:spacing w:after="80"/>
      </w:pPr>
      <w:r>
        <w:rPr>
          <w:b w:val="0"/>
          <w:i w:val="0"/>
        </w:rPr>
        <w:t>‘Không. Tôi đi dự đám tang.’</w:t>
      </w:r>
    </w:p>
    <w:p>
      <w:pPr>
        <w:spacing w:after="80"/>
      </w:pPr>
      <w:r>
        <w:rPr>
          <w:b w:val="0"/>
          <w:i w:val="0"/>
        </w:rPr>
        <w:t>‘Của ai?’</w:t>
      </w:r>
    </w:p>
    <w:p>
      <w:pPr>
        <w:spacing w:after="80"/>
      </w:pPr>
      <w:r>
        <w:rPr>
          <w:b w:val="0"/>
          <w:i w:val="0"/>
        </w:rPr>
        <w:t>‘Của mẹ tôi.’</w:t>
      </w:r>
    </w:p>
    <w:p>
      <w:pPr>
        <w:spacing w:after="80"/>
      </w:pPr>
      <w:r>
        <w:rPr>
          <w:b w:val="0"/>
          <w:i w:val="0"/>
        </w:rPr>
        <w:t>‘Tôi yêu mẹ tôi vô cùng.’</w:t>
      </w:r>
    </w:p>
    <w:p>
      <w:pPr>
        <w:spacing w:after="80"/>
      </w:pPr>
      <w:r>
        <w:rPr>
          <w:b w:val="0"/>
          <w:i w:val="0"/>
        </w:rPr>
        <w:t>‘Tôi đã không nói chuyện với mẹ tôi hơn hai mươi năm rồi,’ Faulkner nói, khi một cai ngục đặt một tách trà lên bàn trước mặt ông.</w:t>
      </w:r>
    </w:p>
    <w:p>
      <w:pPr>
        <w:spacing w:after="80"/>
      </w:pPr>
      <w:r>
        <w:rPr>
          <w:b w:val="0"/>
          <w:i w:val="0"/>
        </w:rPr>
        <w:t>‘Vậy tại sao còn bận tâm đến dự đám tang của bà ấy?’ Rashidi hỏi.</w:t>
      </w:r>
    </w:p>
    <w:p>
      <w:pPr>
        <w:spacing w:after="80"/>
      </w:pPr>
      <w:r>
        <w:rPr>
          <w:b w:val="0"/>
          <w:i w:val="0"/>
        </w:rPr>
        <w:t>‘Đó chỉ là cái cớ để thoát khỏi nơi này một ngày thôi,’ Faulkner nói, thả vài viên đường vào tách trà.</w:t>
      </w:r>
    </w:p>
    <w:p>
      <w:pPr>
        <w:spacing w:after="80"/>
      </w:pPr>
      <w:r>
        <w:rPr>
          <w:b w:val="0"/>
          <w:i w:val="0"/>
        </w:rPr>
        <w:t>‘Tôi sẽ không được nhìn thấy thế giới bên ngoài nữa cho đến khi vụ án của tôi được đưa ra xét xử vào khoảng sáu tháng nữa.’</w:t>
      </w:r>
    </w:p>
    <w:p>
      <w:pPr>
        <w:spacing w:after="80"/>
      </w:pPr>
      <w:r>
        <w:rPr>
          <w:b w:val="0"/>
          <w:i w:val="0"/>
        </w:rPr>
        <w:t>‘Và cơ hội của ông thế nào?’</w:t>
      </w:r>
    </w:p>
    <w:p>
      <w:pPr>
        <w:spacing w:after="80"/>
      </w:pPr>
      <w:r>
        <w:rPr>
          <w:b w:val="0"/>
          <w:i w:val="0"/>
        </w:rPr>
        <w:t>‘Bằng không, trong khi một trong những kẻ mà tôi gọi là bạn đã làm chứng chống lại đồng phạm (Queen's evidence) để đổi lấy một bản án nhẹ hơn.’</w:t>
      </w:r>
    </w:p>
    <w:p>
      <w:pPr>
        <w:spacing w:after="80"/>
      </w:pPr>
      <w:r>
        <w:rPr>
          <w:b w:val="0"/>
          <w:i w:val="0"/>
        </w:rPr>
        <w:t>‘Ở đây có những người có thể giải quyết cái vấn đề nhỏ đó,’ Faulkner nói.</w:t>
      </w:r>
    </w:p>
    <w:p>
      <w:pPr>
        <w:spacing w:after="80"/>
      </w:pPr>
      <w:r>
        <w:rPr>
          <w:b w:val="0"/>
          <w:i w:val="0"/>
        </w:rPr>
        <w:t>‘Không đâu, chừng nào bọn cớm còn hai nhân chứng khác dự phòng, sẵn sàng thế chỗ hắn nếu hắn không xuất hiện.’</w:t>
      </w:r>
    </w:p>
    <w:p>
      <w:pPr>
        <w:spacing w:after="80"/>
      </w:pPr>
      <w:r>
        <w:rPr>
          <w:b w:val="0"/>
          <w:i w:val="0"/>
        </w:rPr>
        <w:t>‘Vậy ai đang điều hành đế chế của ông trong khi ông ở đây?’</w:t>
      </w:r>
    </w:p>
    <w:p>
      <w:pPr>
        <w:spacing w:after="80"/>
      </w:pPr>
      <w:r>
        <w:rPr>
          <w:b w:val="0"/>
          <w:i w:val="0"/>
        </w:rPr>
        <w:t>Rashidi chỉ vào một người đàn ông trẻ ngồi ở bàn bên cạnh đang hút thuốc. ‘Một trong số ít người đã đứng về phía tôi khi mọi chuyện đổ bể.’</w:t>
      </w:r>
    </w:p>
    <w:p>
      <w:pPr>
        <w:spacing w:after="80"/>
      </w:pPr>
      <w:r>
        <w:rPr>
          <w:b w:val="0"/>
          <w:i w:val="0"/>
        </w:rPr>
        <w:t>‘Nhưng anh ta cũng bị kẹt ở đây, Assem, nếu ông chưa để ý.’</w:t>
      </w:r>
    </w:p>
    <w:p>
      <w:pPr>
        <w:spacing w:after="80"/>
      </w:pPr>
      <w:r>
        <w:rPr>
          <w:b w:val="0"/>
          <w:i w:val="0"/>
        </w:rPr>
        <w:t>‘Không lâu nữa đâu. Anh ta đã nhận tội tàng trữ một điếu cần sa hút dở, thứ duy nhất họ tìm thấy trên người anh ta ngoài một bao Marlboro. Và vì anh ta chưa có tiền án, anh ta sẽ không bị quá sáu tháng, có thể ít hơn, nên anh ta có thể ra khỏi đây trong vài tuần nữa.’</w:t>
      </w:r>
    </w:p>
    <w:p>
      <w:pPr>
        <w:spacing w:after="80"/>
      </w:pPr>
      <w:r>
        <w:rPr>
          <w:b w:val="0"/>
          <w:i w:val="0"/>
        </w:rPr>
        <w:t>‘Nhưng chắc chắn phải có ai đó điều hành công việc kinh doanh trong khi ông ở đây chứ?’ Faulkner nói.</w:t>
      </w:r>
    </w:p>
    <w:p>
      <w:pPr>
        <w:spacing w:after="80"/>
      </w:pPr>
      <w:r>
        <w:rPr>
          <w:b w:val="0"/>
          <w:i w:val="0"/>
        </w:rPr>
        <w:t>‘Cấp phó của tôi thậm chí còn không có mặt ở đó khi cuộc đột kích diễn ra. Anh ta thường không tiếp quản ca của tôi trước nửa đêm. Nên anh ta sẽ duy trì hoạt động kinh doanh trong thời gian tôi vắng mặt.’</w:t>
      </w:r>
    </w:p>
    <w:p>
      <w:pPr>
        <w:spacing w:after="80"/>
      </w:pPr>
      <w:r>
        <w:rPr>
          <w:b w:val="0"/>
          <w:i w:val="0"/>
        </w:rPr>
        <w:t>‘Ông có thể tin tưởng anh ta không?’</w:t>
      </w:r>
    </w:p>
    <w:p>
      <w:pPr>
        <w:spacing w:after="80"/>
      </w:pPr>
      <w:r>
        <w:rPr>
          <w:b w:val="0"/>
          <w:i w:val="0"/>
        </w:rPr>
        <w:t>‘Ông có thể tin tưởng bất kỳ ai không?’ Rashidi nói. ‘Tuy nhiên, không phải toàn là tin xấu. Từ khi đến đây, tôi đã phát hiện ra một nhóm khách hàng mới còn tuyệt vọng hơn. Ông có biết ở Anh có một trăm ba mươi bảy nhà tù không?’ ông tiếp tục. ‘Và tất cả đều sắp trở thành chi nhánh của công ty mới của tôi.’</w:t>
      </w:r>
    </w:p>
    <w:p>
      <w:pPr>
        <w:spacing w:after="80"/>
      </w:pPr>
      <w:r>
        <w:rPr>
          <w:b w:val="0"/>
          <w:i w:val="0"/>
        </w:rPr>
        <w:t>Faulkner tỏ ra hứng thú.</w:t>
      </w:r>
    </w:p>
    <w:p>
      <w:pPr>
        <w:spacing w:after="80"/>
      </w:pPr>
      <w:r>
        <w:rPr>
          <w:b w:val="0"/>
          <w:i w:val="0"/>
        </w:rPr>
        <w:t>‘Cho tôi một năm, và tôi sẽ kiểm soát nguồn cung ma túy cho từng người trong số họ. Tôi đã xác định được viên cảnh sát tôi sẽ dùng làm người trung gian, còn Tulip sẽ là kẻ buôn chính của tôi trong tù, nên giờ tôi chỉ cần một chiếc điện thoại.’</w:t>
      </w:r>
    </w:p>
    <w:p>
      <w:pPr>
        <w:spacing w:after="80"/>
      </w:pPr>
      <w:r>
        <w:rPr>
          <w:b w:val="0"/>
          <w:i w:val="0"/>
        </w:rPr>
        <w:t>‘Không thành vấn đề,’ Faulkner nói. ‘Tôi sẽ chỉ cho anh đúng hướng khi anh đi lễ vào Chủ nhật.’</w:t>
      </w:r>
    </w:p>
    <w:p>
      <w:pPr>
        <w:spacing w:after="80"/>
      </w:pPr>
      <w:r>
        <w:rPr>
          <w:b w:val="0"/>
          <w:i w:val="0"/>
        </w:rPr>
        <w:t>‘Tôi theo Công giáo La Mã.’</w:t>
      </w:r>
    </w:p>
    <w:p>
      <w:pPr>
        <w:spacing w:after="80"/>
      </w:pPr>
      <w:r>
        <w:rPr>
          <w:b w:val="0"/>
          <w:i w:val="0"/>
        </w:rPr>
        <w:t>‘Không còn nữa đâu. Anh giờ là tín đồ mới nhất của Giáo hội Anh. Tức là, nếu anh muốn kiểm soát giới ma túy ở chỗ này. Buổi lễ sáng Chủ nhật là lúc duy nhất tất cả chúng ta tụ họp ở một chỗ, khi công việc của tuần sau được sắp xếp trong lúc giảng đạo.’</w:t>
      </w:r>
    </w:p>
    <w:p>
      <w:pPr>
        <w:spacing w:after="80"/>
      </w:pPr>
      <w:r>
        <w:rPr>
          <w:b w:val="0"/>
          <w:i w:val="0"/>
        </w:rPr>
        <w:t>‘Vị tuyên úy nghĩ sao về chuyện đó?’</w:t>
      </w:r>
    </w:p>
    <w:p>
      <w:pPr>
        <w:spacing w:after="80"/>
      </w:pPr>
      <w:r>
        <w:rPr>
          <w:b w:val="0"/>
          <w:i w:val="0"/>
        </w:rPr>
        <w:t>‘Ông ấy điền thêm một mẫu đơn của Bộ Nội vụ báo cáo rằng các buổi lễ của ông ấy được tham dự đông đảo thế nào.’</w:t>
      </w:r>
    </w:p>
    <w:p>
      <w:pPr>
        <w:spacing w:after="80"/>
      </w:pPr>
      <w:r>
        <w:rPr>
          <w:b w:val="0"/>
          <w:i w:val="0"/>
        </w:rPr>
        <w:t>‘Nhắc đến Bộ Nội vụ, tin mới nhất về kháng cáo của anh là gì?’</w:t>
      </w:r>
    </w:p>
    <w:p>
      <w:pPr>
        <w:spacing w:after="80"/>
      </w:pPr>
      <w:r>
        <w:rPr>
          <w:b w:val="0"/>
          <w:i w:val="0"/>
        </w:rPr>
        <w:t>‘Không thể tệ hơn được nữa. Giờ họ buộc tội tôi đốt cháy chính ngôi nhà của mình, nhưng không phải trước khi tôi kịp dỡ bộ sưu tập nghệ thuật của mình đi.’</w:t>
      </w:r>
    </w:p>
    <w:p>
      <w:pPr>
        <w:spacing w:after="80"/>
      </w:pPr>
      <w:r>
        <w:rPr>
          <w:b w:val="0"/>
          <w:i w:val="0"/>
        </w:rPr>
        <w:t>‘Anh có thể có động cơ gì để làm chuyện đó chứ?’ Rashidi hỏi, trong khi một viên cảnh sát khác rót cho anh ta một tách cà phê.</w:t>
      </w:r>
    </w:p>
    <w:p>
      <w:pPr>
        <w:spacing w:after="80"/>
      </w:pPr>
      <w:r>
        <w:rPr>
          <w:b w:val="0"/>
          <w:i w:val="0"/>
        </w:rPr>
        <w:t>‘Trả thù. Tôi làm thế để khiến vợ cũ của tôi trắng tay.’</w:t>
      </w:r>
    </w:p>
    <w:p>
      <w:pPr>
        <w:spacing w:after="80"/>
      </w:pPr>
      <w:r>
        <w:rPr>
          <w:b w:val="0"/>
          <w:i w:val="0"/>
        </w:rPr>
        <w:t>‘Và anh đã thành công chưa?’</w:t>
      </w:r>
    </w:p>
    <w:p>
      <w:pPr>
        <w:spacing w:after="80"/>
      </w:pPr>
      <w:r>
        <w:rPr>
          <w:b w:val="0"/>
          <w:i w:val="0"/>
        </w:rPr>
        <w:t>‘Chưa, nhưng tôi vẫn đang tiếp tục. Thực ra, tôi đã sắp xếp một bất ngờ nho nhỏ cho cô ấy sáng nay.’</w:t>
      </w:r>
    </w:p>
    <w:p>
      <w:pPr>
        <w:spacing w:after="80"/>
      </w:pPr>
      <w:r>
        <w:rPr>
          <w:b w:val="0"/>
          <w:i w:val="0"/>
        </w:rPr>
        <w:t>‘Vậy cơ hội thoát khỏi những cáo buộc mới nhất của anh thế nào?’</w:t>
      </w:r>
    </w:p>
    <w:p>
      <w:pPr>
        <w:spacing w:after="80"/>
      </w:pPr>
      <w:r>
        <w:rPr>
          <w:b w:val="0"/>
          <w:i w:val="0"/>
        </w:rPr>
        <w:t>‘Không khả quan. Luật sư của tôi bảo họ có đủ bằng chứng để chôn vùi tôi, và càng tệ hơn khi viên thám tử phụ trách vụ án, một DS Warwick nào đó, là bạn của vợ tôi.’</w:t>
      </w:r>
    </w:p>
    <w:p>
      <w:pPr>
        <w:spacing w:after="80"/>
      </w:pPr>
      <w:r>
        <w:rPr>
          <w:b w:val="0"/>
          <w:i w:val="0"/>
        </w:rPr>
        <w:t>‘Trung sĩ Thám tử William Warwick?’ Rashidi phun ra, làm đổ cả cà phê.</w:t>
      </w:r>
    </w:p>
    <w:p>
      <w:pPr>
        <w:spacing w:after="80"/>
      </w:pPr>
      <w:r>
        <w:rPr>
          <w:b w:val="0"/>
          <w:i w:val="0"/>
        </w:rPr>
        <w:t>‘Vẫn vậy thôi.’</w:t>
      </w:r>
    </w:p>
    <w:p>
      <w:pPr>
        <w:spacing w:after="80"/>
      </w:pPr>
      <w:r>
        <w:rPr>
          <w:b w:val="0"/>
          <w:i w:val="0"/>
        </w:rPr>
        <w:t>‘Ông ta là viên cảnh sát đã bắt tôi. Nhưng tôi không mong ông ta sẽ ra làm chứng tại phiên tòa của tôi.’</w:t>
      </w:r>
    </w:p>
    <w:p>
      <w:pPr>
        <w:spacing w:after="80"/>
      </w:pPr>
      <w:r>
        <w:rPr>
          <w:b w:val="0"/>
          <w:i w:val="0"/>
        </w:rPr>
        <w:t>Faulkner mỉm cười. ‘Đó là một đám tang mà tôi rất muốn tham dự. Nhân tiện, nếu anh cần luật sư, tôi có thể giới thiệu một người,’ ông nói, khi một cai ngục khác xuất hiện bên cạnh.</w:t>
      </w:r>
    </w:p>
    <w:p>
      <w:pPr>
        <w:spacing w:after="80"/>
      </w:pPr>
      <w:r>
        <w:rPr>
          <w:b w:val="0"/>
          <w:i w:val="0"/>
        </w:rPr>
        <w:t>‘Xe của ông đang chờ, ông Faulkner.’</w:t>
      </w:r>
    </w:p>
    <w:p>
      <w:pPr>
        <w:spacing w:after="80"/>
      </w:pPr>
      <w:r>
        <w:rPr>
          <w:b w:val="0"/>
          <w:i w:val="0"/>
        </w:rPr>
        <w:t>‘Chắc chắn là đi kèm với ba xe cảnh sát, sáu người hộ tống và một đội bảo vệ có vũ trang.’</w:t>
      </w:r>
    </w:p>
    <w:p>
      <w:pPr>
        <w:spacing w:after="80"/>
      </w:pPr>
      <w:r>
        <w:rPr>
          <w:b w:val="0"/>
          <w:i w:val="0"/>
        </w:rPr>
        <w:t>‘Chưa kể một chiếc trực thăng nữa,’ cai ngục nói.</w:t>
      </w:r>
    </w:p>
    <w:p>
      <w:pPr>
        <w:spacing w:after="80"/>
      </w:pPr>
      <w:r>
        <w:rPr>
          <w:b w:val="0"/>
          <w:i w:val="0"/>
        </w:rPr>
        <w:t>Rashidi bật cười. ‘Chỉ có anh và Hoàng gia mới được đối xử kiểu đó thôi. Tôi sẽ phải nghĩ ra một đám tang mà họ chịu để tôi đến dự.’</w:t>
      </w:r>
    </w:p>
    <w:p>
      <w:pPr>
        <w:spacing w:after="80"/>
      </w:pPr>
      <w:r>
        <w:rPr>
          <w:b w:val="0"/>
          <w:i w:val="0"/>
        </w:rPr>
        <w:t>‘Quy định của Bộ Nội vụ chỉ cho phép anh tham dự đám tang của cha mẹ hoặc con cái, thậm chí cả những người thân khác cũng không được.’</w:t>
      </w:r>
    </w:p>
    <w:p>
      <w:pPr>
        <w:spacing w:after="80"/>
      </w:pPr>
      <w:r>
        <w:rPr>
          <w:b w:val="0"/>
          <w:i w:val="0"/>
        </w:rPr>
        <w:t>‘Vậy thì tôi sẽ chẳng đi đám tang nào cả,’ Rashidi nói, ‘bởi vì chắc chắn họ sẽ không cho tôi đến dự đám tang của Trung sĩ Thám tử Warwick.’</w:t>
      </w:r>
    </w:p>
    <w:p>
      <w:pPr>
        <w:jc w:val="center"/>
      </w:pPr>
      <w:r>
        <w:drawing>
          <wp:inline xmlns:a="http://schemas.openxmlformats.org/drawingml/2006/main" xmlns:pic="http://schemas.openxmlformats.org/drawingml/2006/picture">
            <wp:extent cx="752475" cy="161925"/>
            <wp:docPr id="81" name="Picture 81"/>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‘Có chuyện gì vậy, cô gắt gỏng?’ William hỏi.</w:t>
      </w:r>
    </w:p>
    <w:p>
      <w:pPr>
        <w:spacing w:after="80"/>
      </w:pPr>
      <w:r>
        <w:rPr>
          <w:b w:val="0"/>
          <w:i w:val="0"/>
        </w:rPr>
        <w:t>‘Hôm nay là ngày đó,’ Beth nói.</w:t>
      </w:r>
    </w:p>
    <w:p>
      <w:pPr>
        <w:spacing w:after="80"/>
      </w:pPr>
      <w:r>
        <w:rPr>
          <w:b w:val="0"/>
          <w:i w:val="0"/>
        </w:rPr>
        <w:t>‘Hôm nay em sinh em bé à?’ William nói, giọng có vẻ phấn khích.</w:t>
      </w:r>
    </w:p>
    <w:p>
      <w:pPr>
        <w:spacing w:after="80"/>
      </w:pPr>
      <w:r>
        <w:rPr>
          <w:b w:val="0"/>
          <w:i w:val="0"/>
        </w:rPr>
        <w:t>‘Không, đồ người tiền sử. Đây là ngày chúng ta phải trả bức Vermeer lại cho Christina.’</w:t>
      </w:r>
    </w:p>
    <w:p>
      <w:pPr>
        <w:spacing w:after="80"/>
      </w:pPr>
      <w:r>
        <w:rPr>
          <w:b w:val="0"/>
          <w:i w:val="0"/>
        </w:rPr>
        <w:t>‘Anh rất tiếc,’ William nói, khi vòng tay ôm lấy cô. ‘Thảo nào đêm qua em trằn trọc không yên.’</w:t>
      </w:r>
    </w:p>
    <w:p>
      <w:pPr>
        <w:spacing w:after="80"/>
      </w:pPr>
      <w:r>
        <w:rPr>
          <w:b w:val="0"/>
          <w:i w:val="0"/>
        </w:rPr>
        <w:t>‘Dù Christina có nói cô ấy cần tiền đến đâu, tôi cũng không thể giả vờ là mình mong chờ ngày phải chia tay một trong những tác phẩm tuyệt nhất của phòng tranh.’</w:t>
      </w:r>
    </w:p>
    <w:p>
      <w:pPr>
        <w:spacing w:after="80"/>
      </w:pPr>
      <w:r>
        <w:rPr>
          <w:b w:val="0"/>
          <w:i w:val="0"/>
        </w:rPr>
        <w:t>‘Cô ấy tự đến lấy chứ?’</w:t>
      </w:r>
    </w:p>
    <w:p>
      <w:pPr>
        <w:spacing w:after="80"/>
      </w:pPr>
      <w:r>
        <w:rPr>
          <w:b w:val="0"/>
          <w:i w:val="0"/>
        </w:rPr>
        <w:t>‘Không. Sáng nay Christie’s sẽ cử một người đại diện đến lấy bức tranh, vì cô ấy đang đem nó ra bán. Tim sẽ chịu trách nhiệm trao nó đi, nhưng tôi định có mặt ở đó vì có lẽ đây là lần cuối cùng tôi được nhìn thấy bà ấy.’</w:t>
      </w:r>
    </w:p>
    <w:p>
      <w:pPr>
        <w:spacing w:after="80"/>
      </w:pPr>
      <w:r>
        <w:rPr>
          <w:b w:val="0"/>
          <w:i w:val="0"/>
        </w:rPr>
        <w:t>William không nghĩ ra được lời nào để an ủi cô, nên anh chỉ tiếp tục ôm cô trong vòng tay mình.</w:t>
      </w:r>
    </w:p>
    <w:p>
      <w:pPr>
        <w:jc w:val="center"/>
      </w:pPr>
      <w:r>
        <w:drawing>
          <wp:inline xmlns:a="http://schemas.openxmlformats.org/drawingml/2006/main" xmlns:pic="http://schemas.openxmlformats.org/drawingml/2006/picture">
            <wp:extent cx="752475" cy="161925"/>
            <wp:docPr id="82" name="Picture 82"/>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Ngài Julian đã đề nghị họ gặp nhau tại phòng làm việc của ông lúc tám giờ sáng hôm sau, vì ông sẽ phải ra trước Thẩm phán Baverstock lúc mười giờ.</w:t>
      </w:r>
    </w:p>
    <w:p>
      <w:pPr>
        <w:spacing w:after="80"/>
      </w:pPr>
      <w:r>
        <w:rPr>
          <w:b w:val="0"/>
          <w:i w:val="0"/>
        </w:rPr>
        <w:t>William đến Lincoln’s Inn Fields từ rất lâu trước giờ hẹn. Anh chậm rãi bước qua quảng trường đến tòa nhà thời Victoria – nơi trông chẳng khác gì một dinh thự tư nhân sang trọng, và có lẽ đúng là như vậy cách đây một trăm năm – nằm ở phía bên kia quảng trường.</w:t>
      </w:r>
    </w:p>
    <w:p>
      <w:pPr>
        <w:spacing w:after="80"/>
      </w:pPr>
      <w:r>
        <w:rPr>
          <w:b w:val="0"/>
          <w:i w:val="0"/>
        </w:rPr>
        <w:t>Khi bước vào Essex Court Chambers, anh dừng lại ngắm danh sách dài những cái tên được in gọn gàng màu đen trên bức tường gạch trắng. Ngài Julian Warwick QC đứng đầu danh sách. Ánh mắt anh tiếp tục lướt xuống, chỉ dừng lại khi đến cái tên Cô Grace Warwick. Không biết bao lâu nữa thì QC sẽ được thêm vào sau tên cô nhỉ, anh tự hỏi. Cha anh hẳn sẽ rất tự hào, dù ông sẽ không bao giờ thừa nhận điều đó. Anh dành một lúc nghĩ về việc tên mình có thể đã xuất hiện ở đâu nếu anh nghe theo lời khuyên của cha và gia nhập làm học trò luật tại phòng làm việc của ông, thay vì đăng ký làm cảnh sát ở Met.</w:t>
      </w:r>
    </w:p>
    <w:p>
      <w:pPr>
        <w:spacing w:after="80"/>
      </w:pPr>
      <w:r>
        <w:rPr>
          <w:b w:val="0"/>
          <w:i w:val="0"/>
        </w:rPr>
        <w:t>William leo lên những bậc thang đá đã mòn vẹt lên tầng một và gõ cửa một căn phòng mà anh từng đứng trước cửa lần đầu khi còn nhỏ. Giờ đây anh cũng chẳng bớt lo lắng hơn về việc cha sẽ phản ứng thế nào khi anh nói với ông tin tức của mình.</w:t>
      </w:r>
    </w:p>
    <w:p>
      <w:pPr>
        <w:spacing w:after="80"/>
      </w:pPr>
      <w:r>
        <w:rPr>
          <w:b w:val="0"/>
          <w:i w:val="0"/>
        </w:rPr>
        <w:t>‘Vào đi,’ giọng một người đàn ông chẳng bao giờ phí lời.</w:t>
      </w:r>
    </w:p>
    <w:p>
      <w:pPr>
        <w:spacing w:after="80"/>
      </w:pPr>
      <w:r>
        <w:rPr>
          <w:b w:val="0"/>
          <w:i w:val="0"/>
        </w:rPr>
        <w:t>William bước vào một căn phòng không hề thay đổi kể từ khi anh còn nhớ được. Bức ảnh mẹ anh thời còn là một thiếu nữ xinh đẹp đứng ở góc bàn làm việc của cha anh. Những bức tranh in về Sherborne, Brasenose và Lincoln’s Inn treo trên tường, bên cạnh một bức ảnh Ngài Julian dùng bữa tối với Thái hậu tại High Table, hồi ông còn là thủ quỹ của Lincoln’s Inn. Thậm chí còn có một bức ảnh William trong tư thế xuất phát cho đường chạy một trăm mét tại White City khi anh còn là sinh viên. Anh chưa bao giờ nói với cha mình rằng anh đã về bét trong cuộc đua đó.</w:t>
      </w:r>
    </w:p>
    <w:p>
      <w:pPr>
        <w:spacing w:after="80"/>
      </w:pPr>
      <w:r>
        <w:rPr>
          <w:b w:val="0"/>
          <w:i w:val="0"/>
        </w:rPr>
        <w:t>Julian đứng dậy và bắt tay con trai như thể anh là một khách hàng, trong khi Grace trao cho anh trai mình một cái ôm thật chặt.</w:t>
      </w:r>
    </w:p>
    <w:p>
      <w:pPr>
        <w:spacing w:after="80"/>
      </w:pPr>
      <w:r>
        <w:rPr>
          <w:b w:val="0"/>
          <w:i w:val="0"/>
        </w:rPr>
        <w:t>‘Rõ ràng con cần lời khuyên của hai trong số những luật sư biện hộ hàng đầu của đất nước này, con trai ạ, nên hãy coi chừng, đồng hồ đã bắt đầu chạy và, với mức lương của con, tôi e rằng chúng ta chỉ có thể dành cho con khoảng mười phút thôi.’</w:t>
      </w:r>
    </w:p>
    <w:p>
      <w:pPr>
        <w:spacing w:after="80"/>
      </w:pPr>
      <w:r>
        <w:rPr>
          <w:b w:val="0"/>
          <w:i w:val="0"/>
        </w:rPr>
        <w:t>‘Em có cả buổi sáng,’ Grace nói, trao cho anh trai một nụ cười trấn an.</w:t>
      </w:r>
    </w:p>
    <w:p>
      <w:pPr>
        <w:spacing w:after="80"/>
      </w:pPr>
      <w:r>
        <w:rPr>
          <w:b w:val="0"/>
          <w:i w:val="0"/>
        </w:rPr>
        <w:t>‘Tiếc là tôi thì không,’ William nói. ‘Tôi phải có mặt lại ở Yard lúc chín giờ để dự buổi tổng kết Trojan Horse. Nhưng tôi muốn hai người biết, trước khi tôi báo với chỉ huy, rằng tôi sẽ từ chức.’</w:t>
      </w:r>
    </w:p>
    <w:p>
      <w:pPr>
        <w:spacing w:after="80"/>
      </w:pPr>
      <w:r>
        <w:rPr>
          <w:b w:val="0"/>
          <w:i w:val="0"/>
        </w:rPr>
        <w:t>Julian không tỏ vẻ ngạc nhiên và chỉ nói, ‘Tôi lấy làm tiếc khi nghe điều đó.’</w:t>
      </w:r>
    </w:p>
    <w:p>
      <w:pPr>
        <w:spacing w:after="80"/>
      </w:pPr>
      <w:r>
        <w:rPr>
          <w:b w:val="0"/>
          <w:i w:val="0"/>
        </w:rPr>
        <w:t>‘Con tưởng cha sẽ mừng chứ,’ William nói. ‘Dù sao thì cha cũng chưa bao giờ muốn con gia nhập lực lượng cảnh sát ngay từ đầu.’</w:t>
      </w:r>
    </w:p>
    <w:p>
      <w:pPr>
        <w:spacing w:after="80"/>
      </w:pPr>
      <w:r>
        <w:rPr>
          <w:b w:val="0"/>
          <w:i w:val="0"/>
        </w:rPr>
        <w:t>‘Đúng vậy, nhưng kể từ đó đã có biết bao chuyện xảy ra rồi.’</w:t>
      </w:r>
    </w:p>
    <w:p>
      <w:pPr>
        <w:spacing w:after="80"/>
      </w:pPr>
      <w:r>
        <w:rPr>
          <w:b w:val="0"/>
          <w:i w:val="0"/>
        </w:rPr>
        <w:t>‘Không kể đến chiến thắng của anh với tư cách là một thành viên chủ chốt của đội Trojan Horse,’ Grace gợi ý. ‘Và có tin đồn rằng anh sắp trở thành thanh tra trẻ nhất trong lực lượng.’</w:t>
      </w:r>
    </w:p>
    <w:p>
      <w:pPr>
        <w:spacing w:after="80"/>
      </w:pPr>
      <w:r>
        <w:rPr>
          <w:b w:val="0"/>
          <w:i w:val="0"/>
        </w:rPr>
        <w:t>‘Chính cái thứ gọi là chiến thắng đó lại là nguyên nhân khiến tôi rơi vào tình thế tiến thoái lưỡng nan hiện nay.’</w:t>
      </w:r>
    </w:p>
    <w:p>
      <w:pPr>
        <w:spacing w:after="80"/>
      </w:pPr>
      <w:r>
        <w:rPr>
          <w:b w:val="0"/>
          <w:i w:val="0"/>
        </w:rPr>
        <w:t>‘Ý anh là sao?’ Grace hỏi.</w:t>
      </w:r>
    </w:p>
    <w:p>
      <w:pPr>
        <w:spacing w:after="80"/>
      </w:pPr>
      <w:r>
        <w:rPr>
          <w:b w:val="0"/>
          <w:i w:val="0"/>
        </w:rPr>
        <w:t>‘Một trong những sĩ quan cấp cao tham gia chiến dịch đó hóa ra lại gian xảo chẳng kém gì lũ tội phạm mà tôi đang cố gắng tống vào tù.’</w:t>
      </w:r>
    </w:p>
    <w:p>
      <w:pPr>
        <w:spacing w:after="80"/>
      </w:pPr>
      <w:r>
        <w:rPr>
          <w:b w:val="0"/>
          <w:i w:val="0"/>
        </w:rPr>
        <w:t>‘Tôi đã suy nghĩ rất nhiều về vấn đề này kể từ khi chúng ta bàn bạc vào cuối tuần trước,’ Julian nói, ‘và đành miễn cưỡng đi đến kết luận rằng anh sẽ phải vạch trần ông ta.’</w:t>
      </w:r>
    </w:p>
    <w:p>
      <w:pPr>
        <w:spacing w:after="80"/>
      </w:pPr>
      <w:r>
        <w:rPr>
          <w:b w:val="0"/>
          <w:i w:val="0"/>
        </w:rPr>
        <w:t>‘Tôi đồng ý với anh,’ William nói, ‘nhưng tôi sẽ không ngạc nhiên nếu ông ta quyết định mặt dày chịu đựng cho đến khi đến kỳ nghỉ hưu sau mười tám tháng nữa.’</w:t>
      </w:r>
    </w:p>
    <w:p>
      <w:pPr>
        <w:spacing w:after="80"/>
      </w:pPr>
      <w:r>
        <w:rPr>
          <w:b w:val="0"/>
          <w:i w:val="0"/>
        </w:rPr>
        <w:t>‘Trong hoàn cảnh này,’ Ngài Julian gợi ý, ‘có lẽ Chim Ưng sẽ thấy khôn ngoan hơn nếu chuyển ông ta sang một bộ phận ít nổi bật hơn trước khi ông ta nghỉ hưu.’</w:t>
      </w:r>
    </w:p>
    <w:p>
      <w:pPr>
        <w:spacing w:after="80"/>
      </w:pPr>
      <w:r>
        <w:rPr>
          <w:b w:val="0"/>
          <w:i w:val="0"/>
        </w:rPr>
        <w:t>‘Chẳng hạn như bộ phận điều tra trộm cắp chăng?’ William nói, câu đó ít nhất cũng khiến cha anh nở một nụ cười.</w:t>
      </w:r>
    </w:p>
    <w:p>
      <w:pPr>
        <w:spacing w:after="80"/>
      </w:pPr>
      <w:r>
        <w:rPr>
          <w:b w:val="0"/>
          <w:i w:val="0"/>
        </w:rPr>
        <w:t>‘Vậy anh định làm gì thay vào đó?’ Grace hỏi. ‘Vì anh vẫn còn đủ trẻ để nghĩ đến một sự nghiệp mới.’</w:t>
      </w:r>
    </w:p>
    <w:p>
      <w:pPr>
        <w:spacing w:after="80"/>
      </w:pPr>
      <w:r>
        <w:rPr>
          <w:b w:val="0"/>
          <w:i w:val="0"/>
        </w:rPr>
        <w:t>‘Tôi sẽ làm điều mà cha luôn mong muốn tôi làm. Nộp đơn xin một suất tại King’s College London để học luật. Dù thời điểm này không lý tưởng lắm khi cặp song sinh sắp chào đời . . .’</w:t>
      </w:r>
    </w:p>
    <w:p>
      <w:pPr>
        <w:spacing w:after="80"/>
      </w:pPr>
      <w:r>
        <w:rPr>
          <w:b w:val="0"/>
          <w:i w:val="0"/>
        </w:rPr>
        <w:t>‘Đừng lo về chuyện tiền bạc,’ cha anh trấn an.</w:t>
      </w:r>
    </w:p>
    <w:p>
      <w:pPr>
        <w:spacing w:after="80"/>
      </w:pPr>
      <w:r>
        <w:rPr>
          <w:b w:val="0"/>
          <w:i w:val="0"/>
        </w:rPr>
        <w:t>‘Và khi anh tốt nghiệp,’ Grace nói, ‘anh có thể gia nhập văn phòng luật của chúng ta.’</w:t>
      </w:r>
    </w:p>
    <w:p>
      <w:pPr>
        <w:spacing w:after="80"/>
      </w:pPr>
      <w:r>
        <w:rPr>
          <w:b w:val="0"/>
          <w:i w:val="0"/>
        </w:rPr>
        <w:t>‘Chỉ khi nào, giống như chị gái anh, anh được trao bằng danh dự loại xuất sắc,’ Julian nói. ‘Tôi không tin vào chuyện kéo người nhà vào, nên sẽ không có chuyện “Bob’s your uncle” trong văn phòng này đâu.’</w:t>
      </w:r>
    </w:p>
    <w:p>
      <w:pPr>
        <w:spacing w:after="80"/>
      </w:pPr>
      <w:r>
        <w:rPr>
          <w:b w:val="0"/>
          <w:i w:val="0"/>
        </w:rPr>
        <w:t>‘Nhắc lại cho con nhớ đi, cha,’ William nói, chơi lại một trò đã bắt đầu từ hồi còn trong nhà trẻ.</w:t>
      </w:r>
    </w:p>
    <w:p>
      <w:pPr>
        <w:spacing w:after="80"/>
      </w:pPr>
      <w:r>
        <w:rPr>
          <w:b w:val="0"/>
          <w:i w:val="0"/>
        </w:rPr>
        <w:t>‘Câu nói này bắt nguồn từ thời Robert Cecil, sau này là Lãnh chúa Salisbury, làm thủ tướng và đưa cháu trai mình vào nội các. Vì thế mới có câu Bob’s your uncle. Nhưng con có thể nói cho cha biết tên của người cháu trai sau đó cũng trở thành thủ tướng không?’</w:t>
      </w:r>
    </w:p>
    <w:p>
      <w:pPr>
        <w:spacing w:after="80"/>
      </w:pPr>
      <w:r>
        <w:rPr>
          <w:b w:val="0"/>
          <w:i w:val="0"/>
        </w:rPr>
        <w:t>‘Ngài Arthur Balfour,’ Grace đáp.</w:t>
      </w:r>
    </w:p>
    <w:p>
      <w:pPr>
        <w:spacing w:after="80"/>
      </w:pPr>
      <w:r>
        <w:rPr>
          <w:b w:val="0"/>
          <w:i w:val="0"/>
        </w:rPr>
        <w:t>‘Chính xác,’ Julian nói. ‘Nhưng vì con đang vội quay về Yard, cha có thể đề nghị chúng ta bàn kỹ hơn về tương lai của con khi con và Beth đến ăn trưa vào Chủ nhật không?’</w:t>
      </w:r>
    </w:p>
    <w:p>
      <w:pPr>
        <w:spacing w:after="80"/>
      </w:pPr>
      <w:r>
        <w:rPr>
          <w:b w:val="0"/>
          <w:i w:val="0"/>
        </w:rPr>
        <w:t>‘Đến lúc đó thì tôi đã từ chức rồi,’ William nói, vừa đứng dậy khỏi chỗ ngồi.</w:t>
      </w:r>
    </w:p>
    <w:p>
      <w:pPr>
        <w:spacing w:after="80"/>
      </w:pPr>
      <w:r>
        <w:rPr>
          <w:b w:val="0"/>
          <w:i w:val="0"/>
        </w:rPr>
        <w:t>‘Vậy thì cậu sẽ cần nộp đơn vào King’s College khá nhanh nếu muốn gia nhập khoa luật vào tháng Chín.’</w:t>
      </w:r>
    </w:p>
    <w:p>
      <w:pPr>
        <w:spacing w:after="80"/>
      </w:pPr>
      <w:r>
        <w:rPr>
          <w:b w:val="0"/>
          <w:i w:val="0"/>
        </w:rPr>
        <w:t>‘Mình đã điền xong đơn đăng ký rồi,’ William nói. ‘Giờ mình chỉ cần nộp nó thôi.’</w:t>
      </w:r>
    </w:p>
    <w:p>
      <w:pPr>
        <w:spacing w:after="80"/>
      </w:pPr>
      <w:r>
        <w:rPr>
          <w:b w:val="0"/>
          <w:i w:val="0"/>
        </w:rPr>
        <w:t>‘Anh có muốn em nói chuyện với Ron Maudsley, giáo sư luật ở King’s không? Bọn em từng học cùng thời ở Brasenose và—’</w:t>
      </w:r>
    </w:p>
    <w:p>
      <w:pPr>
        <w:spacing w:after="80"/>
      </w:pPr>
      <w:r>
        <w:rPr>
          <w:b w:val="0"/>
          <w:i w:val="0"/>
        </w:rPr>
        <w:t>‘Nếu bố làm thế, con sẽ đến Battersea Polytechnic và học đan lát.’ Cậu đã đóng cửa lại trước khi Julian kịp đáp lời.</w:t>
      </w:r>
    </w:p>
    <w:p>
      <w:pPr>
        <w:spacing w:after="80"/>
      </w:pPr>
      <w:r>
        <w:rPr>
          <w:b w:val="0"/>
          <w:i w:val="0"/>
        </w:rPr>
        <w:t>‘Thật đáng thất vọng,’ Grace nói. ‘Con đồng ý với Cha. Ngay từ đầu ông ấy đã chọn đúng.’</w:t>
      </w:r>
    </w:p>
    <w:p>
      <w:pPr>
        <w:spacing w:after="80"/>
      </w:pPr>
      <w:r>
        <w:rPr>
          <w:b w:val="0"/>
          <w:i w:val="0"/>
        </w:rPr>
        <w:t>‘Nhưng không phải là không có chút an ủi. Nó sẽ trở thành một luật sư giỏi, và tất cả những kiến thức có được khi làm cảnh sát sẽ có ích cho nó mỗi khi nó đối mặt với một tên tội phạm cứng đầu trên ghế nhân chứng.’</w:t>
      </w:r>
    </w:p>
    <w:p>
      <w:pPr>
        <w:spacing w:after="80"/>
      </w:pPr>
      <w:r>
        <w:rPr>
          <w:b w:val="0"/>
          <w:i w:val="0"/>
        </w:rPr>
        <w:t>‘Hay nói cách khác là một cảnh sát. Nhưng tôi vẫn nghĩ anh ta nên ở lại lực lượng và tiếp tục bắt nhốt tội phạm thay vì gia nhập với chúng ta và cố gắng giúp chúng được thả ra.’</w:t>
      </w:r>
    </w:p>
    <w:p>
      <w:pPr>
        <w:spacing w:after="80"/>
      </w:pPr>
      <w:r>
        <w:rPr>
          <w:b w:val="0"/>
          <w:i w:val="0"/>
        </w:rPr>
        <w:t>‘Đừng bao giờ nói với anh ấy nhé, nhưng tôi đồng ý với bạn, và sẽ thử khuyên anh ấy từ bỏ ý định đó vào Chủ nhật.’</w:t>
      </w:r>
    </w:p>
    <w:p>
      <w:pPr>
        <w:spacing w:after="80"/>
      </w:pPr>
      <w:r>
        <w:rPr>
          <w:b w:val="0"/>
          <w:i w:val="0"/>
        </w:rPr>
        <w:t>‘Đến lúc đó có thể đã quá muộn rồi.’</w:t>
      </w:r>
    </w:p>
    <w:p>
      <w:pPr>
        <w:jc w:val="center"/>
      </w:pPr>
      <w:r>
        <w:drawing>
          <wp:inline xmlns:a="http://schemas.openxmlformats.org/drawingml/2006/main" xmlns:pic="http://schemas.openxmlformats.org/drawingml/2006/picture">
            <wp:extent cx="752475" cy="161925"/>
            <wp:docPr id="83" name="Picture 83"/>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Tim Knox nhấc điện thoại lên.</w:t>
      </w:r>
    </w:p>
    <w:p>
      <w:pPr>
        <w:spacing w:after="80"/>
      </w:pPr>
      <w:r>
        <w:rPr>
          <w:b w:val="0"/>
          <w:i w:val="0"/>
        </w:rPr>
        <w:t>‘Có một ông Drummond từ Christie’s đang ở dưới nhà,’ cô thư ký nói. ‘Ông ấy bảo là anh đang chờ ông ta.’</w:t>
      </w:r>
    </w:p>
    <w:p>
      <w:pPr>
        <w:spacing w:after="80"/>
      </w:pPr>
      <w:r>
        <w:rPr>
          <w:b w:val="0"/>
          <w:i w:val="0"/>
        </w:rPr>
        <w:t>Knox liếc nhìn đồng hồ. ‘Anh ta đến sớm thật, nhưng nếu tôi là người đi nhận một kiệt tác trị giá vài triệu thì tôi cũng vậy thôi. Bảo với anh ta là tôi đang tới, và làm ơn gọi Beth đến cùng nhé.’</w:t>
      </w:r>
    </w:p>
    <w:p>
      <w:pPr>
        <w:spacing w:after="80"/>
      </w:pPr>
      <w:r>
        <w:rPr>
          <w:b w:val="0"/>
          <w:i w:val="0"/>
        </w:rPr>
        <w:t>Vị giám đốc miễn cưỡng rời khỏi văn phòng, chậm rãi bước xuống cầu thang đá cẩm thạch rộng lớn để xuống tầng trệt, nơi ông nhìn thấy một người đàn ông ăn mặc bảnh bao đang mang theo một chiếc túi lớn màu xanh dương của Christie's.</w:t>
      </w:r>
    </w:p>
    <w:p>
      <w:pPr>
        <w:spacing w:after="80"/>
      </w:pPr>
      <w:r>
        <w:rPr>
          <w:b w:val="0"/>
          <w:i w:val="0"/>
        </w:rPr>
        <w:t xml:space="preserve">‘Chào buổi sáng, Tiến sĩ Knox,’ người đàn ông nói khi họ bắt tay. ‘Alex Drummond. Ông Davage nhờ tôi thay ông ấy vì ông đang ở New York cho đợt bán hàng mùa thu, nhưng ông ấy nói sẽ gọi ngay khi thức dậy,’ anh ta nói thêm, đưa cho giám đốc tấm danh thiếp của mình. ‘Có lẽ ông không nhớ, nhưng chúng ta đã gặp nhau ở bữa tiệc mùa hè của Christie’s năm ngoái. Ông đã hỏi tôi xem tôi nghĩ bức </w:t>
      </w:r>
      <w:r>
        <w:rPr>
          <w:b w:val="0"/>
          <w:i/>
        </w:rPr>
        <w:t>Night and Day</w:t>
      </w:r>
      <w:r>
        <w:rPr>
          <w:b w:val="0"/>
          <w:i w:val="0"/>
        </w:rPr>
        <w:t xml:space="preserve"> của Teniers có thể bán được giá bao nhiêu.’</w:t>
      </w:r>
    </w:p>
    <w:p>
      <w:pPr>
        <w:spacing w:after="80"/>
      </w:pPr>
      <w:r>
        <w:rPr>
          <w:b w:val="0"/>
          <w:i w:val="0"/>
        </w:rPr>
        <w:t>‘Và nhắc tôi nhớ,’ Tim nói, ‘giá gõ búa là bao nhiêu ấy nhỉ?’</w:t>
      </w:r>
    </w:p>
    <w:p>
      <w:pPr>
        <w:spacing w:after="80"/>
      </w:pPr>
      <w:r>
        <w:rPr>
          <w:b w:val="0"/>
          <w:i w:val="0"/>
        </w:rPr>
        <w:t>‘Chỉ hơn một triệu thôi.’</w:t>
      </w:r>
    </w:p>
    <w:p>
      <w:pPr>
        <w:spacing w:after="80"/>
      </w:pPr>
      <w:r>
        <w:rPr>
          <w:b w:val="0"/>
          <w:i w:val="0"/>
        </w:rPr>
        <w:t>‘Vượt xa khả năng của chúng ta, đúng như tôi lo. Vậy nó đã về đâu?’</w:t>
      </w:r>
    </w:p>
    <w:p>
      <w:pPr>
        <w:spacing w:after="80"/>
      </w:pPr>
      <w:r>
        <w:rPr>
          <w:b w:val="0"/>
          <w:i w:val="0"/>
        </w:rPr>
        <w:t>‘Bảo tàng Getty ở California.’</w:t>
      </w:r>
    </w:p>
    <w:p>
      <w:pPr>
        <w:spacing w:after="80"/>
      </w:pPr>
      <w:r>
        <w:rPr>
          <w:b w:val="0"/>
          <w:i w:val="0"/>
        </w:rPr>
        <w:t>‘Với họ thì chỉ là tiền lẻ thôi,’ Tim nói với vẻ chua chát, khi Beth bước vào cùng họ, trên tay đeo một đôi găng tay vải trắng. ‘Đây là Beth, phó quản lý tranh của phòng trưng bày.’</w:t>
      </w:r>
    </w:p>
    <w:p>
      <w:pPr>
        <w:spacing w:after="80"/>
      </w:pPr>
      <w:r>
        <w:rPr>
          <w:b w:val="0"/>
          <w:i w:val="0"/>
        </w:rPr>
        <w:t>‘Một chức danh thật không may, trong hoàn cảnh này,’ Beth nói.</w:t>
      </w:r>
    </w:p>
    <w:p>
      <w:pPr>
        <w:spacing w:after="80"/>
      </w:pPr>
      <w:r>
        <w:rPr>
          <w:b w:val="0"/>
          <w:i w:val="0"/>
        </w:rPr>
        <w:t>‘Rất vui được gặp bà Warwick,’ Drummond nói.</w:t>
      </w:r>
    </w:p>
    <w:p>
      <w:pPr>
        <w:spacing w:after="80"/>
      </w:pPr>
      <w:r>
        <w:rPr>
          <w:b w:val="0"/>
          <w:i w:val="0"/>
        </w:rPr>
        <w:t>‘Vậy thì, ta bắt tay vào việc luôn nhé?’ Tim nói. ‘Tôi muốn xong việc này trước khi mở cửa phòng trưng bày cho công chúng.’</w:t>
      </w:r>
    </w:p>
    <w:p>
      <w:pPr>
        <w:spacing w:after="80"/>
      </w:pPr>
      <w:r>
        <w:rPr>
          <w:b w:val="0"/>
          <w:i w:val="0"/>
        </w:rPr>
        <w:t>Beth cẩn thận nhấc bức tranh khỏi móc treo rồi đưa cho giám đốc. Cùng lúc đó, Drummond lấy từ trong túi vải ra một chiếc hộp gỗ nhỏ, mở nắp để Beth đặt bức tranh vào trong.</w:t>
      </w:r>
    </w:p>
    <w:p>
      <w:pPr>
        <w:spacing w:after="80"/>
      </w:pPr>
      <w:r>
        <w:rPr>
          <w:b w:val="0"/>
          <w:i w:val="0"/>
        </w:rPr>
        <w:t>‘Vừa khít,’ cô nói.</w:t>
      </w:r>
    </w:p>
    <w:p>
      <w:pPr>
        <w:spacing w:after="80"/>
      </w:pPr>
      <w:r>
        <w:rPr>
          <w:b w:val="0"/>
          <w:i w:val="0"/>
        </w:rPr>
        <w:t>Drummond đậy nắp, bấm chốt khóa lại và nhét chiếc hộp trở lại vào túi.</w:t>
      </w:r>
    </w:p>
    <w:p>
      <w:pPr>
        <w:spacing w:after="80"/>
      </w:pPr>
      <w:r>
        <w:rPr>
          <w:b w:val="0"/>
          <w:i w:val="0"/>
        </w:rPr>
        <w:t>‘Ông dự đoán nó sẽ bán được bao nhiêu?’ Tim hỏi, sau khi đã ký vào giấy biên nhận.</w:t>
      </w:r>
    </w:p>
    <w:p>
      <w:pPr>
        <w:spacing w:after="80"/>
      </w:pPr>
      <w:r>
        <w:rPr>
          <w:b w:val="0"/>
          <w:i w:val="0"/>
        </w:rPr>
        <w:t>‘Giá ước tính thấp nhất là một triệu, nhưng ông Davage nghĩ nó có thể lên tới hai triệu.’</w:t>
      </w:r>
    </w:p>
    <w:p>
      <w:pPr>
        <w:spacing w:after="80"/>
      </w:pPr>
      <w:r>
        <w:rPr>
          <w:b w:val="0"/>
          <w:i w:val="0"/>
        </w:rPr>
        <w:t>‘Quá đủ để giải quyết mọi rắc rối của Christina,’ Beth lẩm bẩm.</w:t>
      </w:r>
    </w:p>
    <w:p>
      <w:pPr>
        <w:spacing w:after="80"/>
      </w:pPr>
      <w:r>
        <w:rPr>
          <w:b w:val="0"/>
          <w:i w:val="0"/>
        </w:rPr>
        <w:t>‘Ly hôn, cái chết và nợ nần,’ Drummond nói. ‘Ba người bạn thân nhất của người bán đấu giá. Lần này còn thêm phần trớ trêu là có lẽ chính chồng cũ của khách hàng chúng ta sẽ là người mua được nó. Ông Faulkner đã nói rõ rằng ông ta muốn lấy lại nó bằng bất cứ giá nào.’</w:t>
      </w:r>
    </w:p>
    <w:p>
      <w:pPr>
        <w:spacing w:after="80"/>
      </w:pPr>
      <w:r>
        <w:rPr>
          <w:b w:val="0"/>
          <w:i w:val="0"/>
        </w:rPr>
        <w:t>‘Vậy thì tôi hy vọng ông ta phải trả giá cao ngất trời vì nó,’ Beth nói đầy cảm xúc. ‘Dù tôi không hình dung nổi nhà tù có cho phép ông ta treo nó trong phòng giam không.’</w:t>
      </w:r>
    </w:p>
    <w:p>
      <w:pPr>
        <w:spacing w:after="80"/>
      </w:pPr>
      <w:r>
        <w:rPr>
          <w:b w:val="0"/>
          <w:i w:val="0"/>
        </w:rPr>
        <w:t>Drummond mỉm cười sau khi ký vào giấy biên nhận. ‘Nếu một trong hai người muốn tôi giữ cho một chỗ ngồi tại buổi đấu giá, cứ báo tôi.’</w:t>
      </w:r>
    </w:p>
    <w:p>
      <w:pPr>
        <w:spacing w:after="80"/>
      </w:pPr>
      <w:r>
        <w:rPr>
          <w:b w:val="0"/>
          <w:i w:val="0"/>
        </w:rPr>
        <w:t>‘Tôi không thể đối mặt được,’ Beth nói.</w:t>
      </w:r>
    </w:p>
    <w:p>
      <w:pPr>
        <w:spacing w:after="80"/>
      </w:pPr>
      <w:r>
        <w:rPr>
          <w:b w:val="0"/>
          <w:i w:val="0"/>
        </w:rPr>
        <w:t>‘Tôi cũng vậy,’ Tim nói. ‘Nhất là vì tôi biết quá rõ rằng chúng ta không đủ khả năng tham gia đấu giá.’</w:t>
      </w:r>
    </w:p>
    <w:p>
      <w:pPr>
        <w:spacing w:after="80"/>
      </w:pPr>
      <w:r>
        <w:rPr>
          <w:b w:val="0"/>
          <w:i w:val="0"/>
        </w:rPr>
        <w:t>‘Và nhân tiện nói đến đây, tôi xin phép rời đi,’ Drummond nói, bắt tay cả hai người trước khi cáo từ.</w:t>
      </w:r>
    </w:p>
    <w:p>
      <w:pPr>
        <w:spacing w:after="80"/>
      </w:pPr>
      <w:r>
        <w:rPr>
          <w:b w:val="0"/>
          <w:i w:val="0"/>
        </w:rPr>
        <w:t>‘Một ngày buồn cho phòng tranh,’ Tim nói, khi anh và Beth cùng nhau đi ngược lên cầu thang.</w:t>
      </w:r>
    </w:p>
    <w:p>
      <w:pPr>
        <w:spacing w:after="80"/>
      </w:pPr>
      <w:r>
        <w:rPr>
          <w:b w:val="0"/>
          <w:i w:val="0"/>
        </w:rPr>
        <w:t>‘Tôi cho là chuyện đó không thể tránh khỏi,’ Beth nói, ‘sau khi Faulkner đánh cắp tất cả những bức tranh khác của Christina. Nhưng ít nhất lần này cô ấy đã thắng được ông ta.’</w:t>
      </w:r>
    </w:p>
    <w:p>
      <w:pPr>
        <w:jc w:val="center"/>
      </w:pPr>
      <w:r>
        <w:drawing>
          <wp:inline xmlns:a="http://schemas.openxmlformats.org/drawingml/2006/main" xmlns:pic="http://schemas.openxmlformats.org/drawingml/2006/picture">
            <wp:extent cx="752475" cy="161925"/>
            <wp:docPr id="84" name="Picture 84"/>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Sau khi William rời văn phòng của cha mình ở Lincoln’s Inn Fields, anh đi dọc theo phố Strand và chần chừ một lát trước khi ghé vào King’s College.</w:t>
      </w:r>
    </w:p>
    <w:p>
      <w:pPr>
        <w:spacing w:after="80"/>
      </w:pPr>
      <w:r>
        <w:rPr>
          <w:b w:val="0"/>
          <w:i w:val="0"/>
        </w:rPr>
        <w:t>Anh nộp đơn xin gia nhập khoa luật vào tháng Chín cho người gác cổng chính ở nhà nghỉ. Vẻ mặt của người gác cổng cho thấy ông ấy nghĩ William trông hơi già để làm sinh viên đại học.</w:t>
      </w:r>
    </w:p>
    <w:p>
      <w:pPr>
        <w:spacing w:after="80"/>
      </w:pPr>
      <w:r>
        <w:rPr>
          <w:b w:val="0"/>
          <w:i w:val="0"/>
        </w:rPr>
        <w:t>William xem đồng hồ. Anh không cần phải đến muộn cuộc họp của viên chỉ huy, nơi anh định vạch trần Lamont.</w:t>
      </w:r>
    </w:p>
    <w:p>
      <w:pPr>
        <w:jc w:val="center"/>
      </w:pPr>
      <w:r>
        <w:drawing>
          <wp:inline xmlns:a="http://schemas.openxmlformats.org/drawingml/2006/main" xmlns:pic="http://schemas.openxmlformats.org/drawingml/2006/picture">
            <wp:extent cx="752475" cy="161925"/>
            <wp:docPr id="85" name="Picture 85"/>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Trở về văn phòng, Tim Knox bắt đầu xem thư từ buổi sáng. Quá nhiều hóa đơn và không đủ tiền quyên góp. Vấn đề muôn thuở của một giám đốc bảo tàng, anh nghĩ, khi chiếc điện thoại trên bàn bắt đầu đổ chuông.</w:t>
      </w:r>
    </w:p>
    <w:p>
      <w:pPr>
        <w:spacing w:after="80"/>
      </w:pPr>
      <w:r>
        <w:rPr>
          <w:b w:val="0"/>
          <w:i w:val="0"/>
        </w:rPr>
        <w:t>‘Có một ông Davage đang đợi ngài ở quầy lễ tân.’</w:t>
      </w:r>
    </w:p>
    <w:p>
      <w:pPr>
        <w:spacing w:after="80"/>
      </w:pPr>
      <w:r>
        <w:rPr>
          <w:b w:val="0"/>
          <w:i w:val="0"/>
        </w:rPr>
        <w:t>‘Cái gì? Tôi tưởng ông ấy đang ở New York chứ,’ Tim nói. Anh lập tức gọi cho Beth và nhờ cô cùng xuống, và lần này cả hai cùng chạy xuống cầu thang.</w:t>
      </w:r>
    </w:p>
    <w:p>
      <w:pPr>
        <w:spacing w:after="80"/>
      </w:pPr>
      <w:r>
        <w:rPr>
          <w:b w:val="0"/>
          <w:i w:val="0"/>
        </w:rPr>
        <w:t>‘Chào buổi sáng,’ Davage nói sau khi họ đã lấy lại hơi. ‘Mặc dù tôi e rằng đây không phải là một buổi sáng đặc biệt tốt lành cho các vị, đó là lý do tôi quyết định đến tận nơi lấy bức tranh.’</w:t>
      </w:r>
    </w:p>
    <w:p>
      <w:pPr>
        <w:spacing w:after="80"/>
      </w:pPr>
      <w:r>
        <w:rPr>
          <w:b w:val="0"/>
          <w:i w:val="0"/>
        </w:rPr>
        <w:t>‘Nhưng một đồng nghiệp của ông đã lấy nó rồi,’ Tim nói, chỉ vào một khoảng trống trên tường.</w:t>
      </w:r>
    </w:p>
    <w:p>
      <w:pPr>
        <w:spacing w:after="80"/>
      </w:pPr>
      <w:r>
        <w:rPr>
          <w:b w:val="0"/>
          <w:i w:val="0"/>
        </w:rPr>
        <w:t>‘Một đồng nghiệp của tôi? Ông đang nói gì vậy?’</w:t>
      </w:r>
    </w:p>
    <w:p>
      <w:pPr>
        <w:spacing w:after="80"/>
      </w:pPr>
      <w:r>
        <w:rPr>
          <w:b w:val="0"/>
          <w:i w:val="0"/>
        </w:rPr>
        <w:t>‘Alex Drummond,’ Tim nói đầy lo lắng. ‘Ông ấy nói ông đang ở New York.’</w:t>
      </w:r>
    </w:p>
    <w:p>
      <w:pPr>
        <w:spacing w:after="80"/>
      </w:pPr>
      <w:r>
        <w:rPr>
          <w:b w:val="0"/>
          <w:i w:val="0"/>
        </w:rPr>
        <w:t>‘Đúng là tôi đã ở đó, nhưng tôi bắt chuyến bay đêm, và đến thẳng phòng tranh từ sân bay. Và tôi có thể đảm bảo với ông rằng, không có ai ở Christie’s tên là Alex Drummond cả.’</w:t>
      </w:r>
    </w:p>
    <w:p>
      <w:pPr>
        <w:spacing w:after="80"/>
      </w:pPr>
      <w:r>
        <w:rPr>
          <w:b w:val="0"/>
          <w:i w:val="0"/>
        </w:rPr>
        <w:t>Một sự im lặng ngượng ngùng bao trùm, rồi Beth bình tĩnh nói: "Faulkner lại làm được rồi. Và lần này ông ta thậm chí còn không cần phải đấu giá bức tranh." Sau một lúc ngừng, cô nói thêm: "Lẽ ra tôi nên hỏi ông ta làm sao ông ta biết..."</w:t>
      </w:r>
    </w:p>
    <w:p>
      <w:pPr>
        <w:spacing w:after="80"/>
      </w:pPr>
      <w:r>
        <w:rPr>
          <w:b w:val="0"/>
          <w:i w:val="0"/>
        </w:rPr>
        <w:t>"Biết cái gì?" viên giám đốc hỏi dồn.</w:t>
      </w:r>
    </w:p>
    <w:p>
      <w:pPr>
        <w:spacing w:after="80"/>
      </w:pPr>
      <w:r>
        <w:rPr>
          <w:b w:val="0"/>
          <w:i w:val="0"/>
        </w:rPr>
        <w:t>"Rằng tôi là bà Warwick, khi ông giới thiệu tôi là Beth."</w:t>
      </w:r>
    </w:p>
    <w:p>
      <w:pPr>
        <w:spacing w:after="80"/>
      </w:pPr>
      <w:r>
        <w:rPr>
          <w:b w:val="0"/>
          <w:i w:val="0"/>
        </w:rPr>
        <w:t>"Và cái hộp ông ta mang theo bên mình," Knox nói, đập tay vào đùi vì tức giận. "Bức tranh vừa khít một cách gọn gàng."</w:t>
      </w:r>
    </w:p>
    <w:p>
      <w:pPr>
        <w:spacing w:after="80"/>
      </w:pPr>
      <w:r>
        <w:rPr>
          <w:b w:val="0"/>
          <w:i w:val="0"/>
        </w:rPr>
        <w:t>"Quá gọn gàng," Beth nói. "Nhưng mà nó được cung cấp bởi chủ sở hữu trước đó."</w:t>
      </w:r>
    </w:p>
    <w:p>
      <w:pPr>
        <w:spacing w:after="80"/>
      </w:pPr>
      <w:r>
        <w:rPr>
          <w:b w:val="0"/>
          <w:i w:val="0"/>
        </w:rPr>
        <w:t>"Nhưng Faulkner đang ở trong tù," Davage nói.</w:t>
      </w:r>
    </w:p>
    <w:p>
      <w:pPr>
        <w:spacing w:after="80"/>
      </w:pPr>
      <w:r>
        <w:rPr>
          <w:b w:val="0"/>
          <w:i w:val="0"/>
        </w:rPr>
        <w:t>"Điều đó không ngăn được ông ta ra lệnh cho đám tay sai bên ngoài," Beth nói. "Như cái kẻ được gọi là Alex Drummond ấy."</w:t>
      </w:r>
    </w:p>
    <w:p>
      <w:pPr>
        <w:spacing w:after="80"/>
      </w:pPr>
      <w:r>
        <w:rPr>
          <w:b w:val="0"/>
          <w:i w:val="0"/>
        </w:rPr>
        <w:t>"Đây không phải lúc đứng quanh tán gẫu về việc chúng ta đã tự biến mình thành những kẻ ngốc thế nào," Tim nói. "Beth, cô nên gọi cho chồng cô ngay lập tức, và kể cho anh ấy nghe chuyện gì đã xảy ra."</w:t>
      </w:r>
    </w:p>
    <w:p>
      <w:pPr>
        <w:spacing w:after="80"/>
      </w:pPr>
      <w:r>
        <w:rPr>
          <w:b w:val="0"/>
          <w:i w:val="0"/>
        </w:rPr>
        <w:t xml:space="preserve">Beth chậm rãi bước về văn phòng của mình, bám chặt vào tay vịn cầu thang. Cô sợ rằng người phụ nữ trong </w:t>
      </w:r>
      <w:r>
        <w:rPr>
          <w:b w:val="0"/>
          <w:i/>
        </w:rPr>
        <w:t>The White Lace Collar</w:t>
      </w:r>
      <w:r>
        <w:rPr>
          <w:b w:val="0"/>
          <w:i w:val="0"/>
        </w:rPr>
        <w:t xml:space="preserve"> đã nằm trong vòng tay của kẻ khác rồi.</w:t>
      </w:r>
    </w:p>
    <w:p>
      <w:pPr>
        <w:pStyle w:val="Heading2"/>
      </w:pPr>
      <w:r>
        <w:rPr>
          <w:rFonts w:ascii="Calibri" w:hAnsi="Calibri"/>
          <w:b/>
          <w:i w:val="0"/>
          <w:sz w:val="32"/>
        </w:rPr>
        <w:t>28</w:t>
      </w:r>
    </w:p>
    <w:p>
      <w:pPr>
        <w:spacing w:after="80"/>
      </w:pPr>
      <w:r>
        <w:rPr>
          <w:b w:val="0"/>
          <w:i w:val="0"/>
        </w:rPr>
        <w:t xml:space="preserve">NÉM CHÌA KHÓA ĐI, tiêu đề lớn trên trang nhất của tờ </w:t>
      </w:r>
      <w:r>
        <w:rPr>
          <w:b w:val="0"/>
          <w:i/>
        </w:rPr>
        <w:t>Sun</w:t>
      </w:r>
      <w:r>
        <w:rPr>
          <w:b w:val="0"/>
          <w:i w:val="0"/>
        </w:rPr>
        <w:t xml:space="preserve"> gào lên.</w:t>
      </w:r>
    </w:p>
    <w:p>
      <w:pPr>
        <w:spacing w:after="80"/>
      </w:pPr>
      <w:r>
        <w:rPr>
          <w:b w:val="0"/>
          <w:i w:val="0"/>
        </w:rPr>
        <w:t xml:space="preserve">Cả đội ngồi quanh bàn trong văn phòng của chỉ huy, chăm chú đọc báo buổi sáng. William đã chọn tờ </w:t>
      </w:r>
      <w:r>
        <w:rPr>
          <w:b w:val="0"/>
          <w:i/>
        </w:rPr>
        <w:t>Sun</w:t>
      </w:r>
      <w:r>
        <w:rPr>
          <w:b w:val="0"/>
          <w:i w:val="0"/>
        </w:rPr>
        <w:t xml:space="preserve"> vì Beth không cho phép anh ta mang nó vào nhà. Nửa triệu bảng tiền mặt, ba mươi vụ bắt giữ và năm ký cocaine được phát hiện trong một ổ buôn ma túy ở Brixton. Beth hẳn sẽ chỉ ra rằng Brixton là từ duy nhất trong bài báo chính xác.</w:t>
      </w:r>
    </w:p>
    <w:p>
      <w:pPr>
        <w:spacing w:after="80"/>
      </w:pPr>
      <w:r>
        <w:rPr>
          <w:b w:val="0"/>
          <w:i w:val="0"/>
        </w:rPr>
        <w:t xml:space="preserve">Jackie đang đọc tờ </w:t>
      </w:r>
      <w:r>
        <w:rPr>
          <w:b w:val="0"/>
          <w:i/>
        </w:rPr>
        <w:t>Daily Mail</w:t>
      </w:r>
      <w:r>
        <w:rPr>
          <w:b w:val="0"/>
          <w:i w:val="0"/>
        </w:rPr>
        <w:t>. CẢNH SÁT BẮT GIỮ TRÙM MA TÚY TRONG CUỘC ĐỘT KÍCH LÚC NỬA ĐÊM. Một bức ảnh đẹp của viên chỉ huy tô điểm trang nhất. Chân dung, trang mười sáu.</w:t>
      </w:r>
    </w:p>
    <w:p>
      <w:pPr>
        <w:spacing w:after="80"/>
      </w:pPr>
      <w:r>
        <w:rPr>
          <w:b w:val="0"/>
          <w:i w:val="0"/>
        </w:rPr>
        <w:t xml:space="preserve">Lamont chọn tờ </w:t>
      </w:r>
      <w:r>
        <w:rPr>
          <w:b w:val="0"/>
          <w:i/>
        </w:rPr>
        <w:t>Express</w:t>
      </w:r>
      <w:r>
        <w:rPr>
          <w:b w:val="0"/>
          <w:i w:val="0"/>
        </w:rPr>
        <w:t>. MỘT CON RẮN ĐỘC BỊ MẮC BẪY TRONG TỔ CỦA NÓ! tiêu đề chạy, phía trên là bức ảnh Rashidi bị hai cảnh sát có vũ trang lôi ra khỏi tòa nhà.</w:t>
      </w:r>
    </w:p>
    <w:p>
      <w:pPr>
        <w:spacing w:after="80"/>
      </w:pPr>
      <w:r>
        <w:rPr>
          <w:b w:val="0"/>
          <w:i w:val="0"/>
        </w:rPr>
        <w:t xml:space="preserve">The Hawk đang đọc bài xã luận của tờ </w:t>
      </w:r>
      <w:r>
        <w:rPr>
          <w:b w:val="0"/>
          <w:i/>
        </w:rPr>
        <w:t>Guardian</w:t>
      </w:r>
      <w:r>
        <w:rPr>
          <w:b w:val="0"/>
          <w:i w:val="0"/>
        </w:rPr>
        <w:t>, "Cuộc chiến chống ma túy", trong khi Paul là người duy nhất có vẻ không thích thú với tin tức báo chí buổi sáng.</w:t>
      </w:r>
    </w:p>
    <w:p>
      <w:pPr>
        <w:spacing w:after="80"/>
      </w:pPr>
      <w:r>
        <w:rPr>
          <w:b w:val="0"/>
          <w:i w:val="0"/>
        </w:rPr>
        <w:t>"Thế là đủ cho việc tự sướng một ngày rồi," The Hawk cuối cùng nói. "Đến lúc phải tiến lên."</w:t>
      </w:r>
    </w:p>
    <w:p>
      <w:pPr>
        <w:spacing w:after="80"/>
      </w:pPr>
      <w:r>
        <w:rPr>
          <w:b w:val="0"/>
          <w:i w:val="0"/>
        </w:rPr>
        <w:t xml:space="preserve">‘Phủ sóng tốt đấy chứ,’ Lamont nói, ném tờ </w:t>
      </w:r>
      <w:r>
        <w:rPr>
          <w:b w:val="0"/>
          <w:i/>
        </w:rPr>
        <w:t>Express</w:t>
      </w:r>
      <w:r>
        <w:rPr>
          <w:b w:val="0"/>
          <w:i w:val="0"/>
        </w:rPr>
        <w:t xml:space="preserve"> trở lại đống báo giữa bàn. ‘Dù tôi có tìm cách nào đi nữa, tôi cũng không tìm thấy một lần nào nhắc đến DC Adaja và vai trò then chốt của anh ta trong toàn bộ chiến dịch.’</w:t>
      </w:r>
    </w:p>
    <w:p>
      <w:pPr>
        <w:spacing w:after="80"/>
      </w:pPr>
      <w:r>
        <w:rPr>
          <w:b w:val="0"/>
          <w:i w:val="0"/>
        </w:rPr>
        <w:t>‘Chắc chắn nó nằm đâu đó trong phần chữ nhỏ,’ viên chỉ huy nói, giấu đi nụ cười, ‘nếu người ta có thời gian để tìm.’</w:t>
      </w:r>
    </w:p>
    <w:p>
      <w:pPr>
        <w:spacing w:after="80"/>
      </w:pPr>
      <w:r>
        <w:rPr>
          <w:b w:val="0"/>
          <w:i w:val="0"/>
        </w:rPr>
        <w:t>Paul cúi đầu và không cố gắng đáp lại.</w:t>
      </w:r>
    </w:p>
    <w:p>
      <w:pPr>
        <w:spacing w:after="80"/>
      </w:pPr>
      <w:r>
        <w:rPr>
          <w:b w:val="0"/>
          <w:i w:val="0"/>
        </w:rPr>
        <w:t>‘Anh có chứng kiến sự việc đáng buồn đó không, DS Warwick?’</w:t>
      </w:r>
    </w:p>
    <w:p>
      <w:pPr>
        <w:spacing w:after="80"/>
      </w:pPr>
      <w:r>
        <w:rPr>
          <w:b w:val="0"/>
          <w:i w:val="0"/>
        </w:rPr>
        <w:t>‘Không, thưa sếp,’ William nói. ‘Lần cuối tôi thấy DC Adaja, anh ta vẫn còn trên xe buýt.’</w:t>
      </w:r>
    </w:p>
    <w:p>
      <w:pPr>
        <w:spacing w:after="80"/>
      </w:pPr>
      <w:r>
        <w:rPr>
          <w:b w:val="0"/>
          <w:i w:val="0"/>
        </w:rPr>
        <w:t>‘Đó là nơi anh ta lẽ ra phải ở lại,’ Lamont nói.</w:t>
      </w:r>
    </w:p>
    <w:p>
      <w:pPr>
        <w:spacing w:after="80"/>
      </w:pPr>
      <w:r>
        <w:rPr>
          <w:b w:val="0"/>
          <w:i w:val="0"/>
        </w:rPr>
        <w:t>‘Còn cô thì sao, Jackie?’</w:t>
      </w:r>
    </w:p>
    <w:p>
      <w:pPr>
        <w:spacing w:after="80"/>
      </w:pPr>
      <w:r>
        <w:rPr>
          <w:b w:val="0"/>
          <w:i w:val="0"/>
        </w:rPr>
        <w:t>‘Toàn bộ sự việc bi thảm diễn ra ngay trước mắt tôi, thưa sếp. DC Adaja nhảy khỏi xe buýt trước khi nó kịp dừng hẳn. Anh ta tiếp đất và chạy ngay, nhưng không may bị vấp và ngã. May mắn thay, tôi kéo được anh ta sang một bên để anh ta không bị giẫm đạp trong cơn hỗn loạn sau đó. Tôi hét lên “Có cảnh sát bị thương!” và một xe cứu thương xuất hiện trong vài phút, lập tức đưa anh ta đến khoa Cấp cứu (A&amp;E) tại St Thomas’s.’</w:t>
      </w:r>
    </w:p>
    <w:p>
      <w:pPr>
        <w:spacing w:after="80"/>
      </w:pPr>
      <w:r>
        <w:rPr>
          <w:b w:val="0"/>
          <w:i w:val="0"/>
        </w:rPr>
        <w:t>‘Và sau khi họ khám cho bệnh nhân, chẩn đoán là gì?’ viên chỉ huy hỏi, gần như không giữ nổi vẻ mặt nghiêm túc.</w:t>
      </w:r>
    </w:p>
    <w:p>
      <w:pPr>
        <w:spacing w:after="80"/>
      </w:pPr>
      <w:r>
        <w:rPr>
          <w:b w:val="0"/>
          <w:i w:val="0"/>
        </w:rPr>
        <w:t>Tất cả đều quay sang nhìn Paul.</w:t>
      </w:r>
    </w:p>
    <w:p>
      <w:pPr>
        <w:spacing w:after="80"/>
      </w:pPr>
      <w:r>
        <w:rPr>
          <w:b w:val="0"/>
          <w:i w:val="0"/>
        </w:rPr>
        <w:t>‘Bong gân mắt cá chân,’ cuối cùng anh ta nói được. ‘Thật ra, tôi hoàn toàn không đóng góp gì vào thành công của chiến dịch.’</w:t>
      </w:r>
    </w:p>
    <w:p>
      <w:pPr>
        <w:spacing w:after="80"/>
      </w:pPr>
      <w:r>
        <w:rPr>
          <w:b w:val="0"/>
          <w:i w:val="0"/>
        </w:rPr>
        <w:t>‘Anh chắc chắn có đóng góp,’ Chim Ưng (the Hawk) nói. ‘Đừng quên những giờ anh bỏ ra để theo dõi Rashidi. Và thẳng thắn mà nói, không có đóng góp của anh thì toàn bộ chiến dịch có thể đã không bao giờ khởi động được.’</w:t>
      </w:r>
    </w:p>
    <w:p>
      <w:pPr>
        <w:spacing w:after="80"/>
      </w:pPr>
      <w:r>
        <w:rPr>
          <w:b w:val="0"/>
          <w:i w:val="0"/>
        </w:rPr>
        <w:t>Cả đội bắt đầu đập tay xuống bàn để ghi nhận vai trò của Paul, và chỉ trong khoảnh khắc, nụ cười quen thuộc lại xuất hiện trên mặt anh ta.</w:t>
      </w:r>
    </w:p>
    <w:p>
      <w:pPr>
        <w:spacing w:after="80"/>
      </w:pPr>
      <w:r>
        <w:rPr>
          <w:b w:val="0"/>
          <w:i w:val="0"/>
        </w:rPr>
        <w:t>Chim Ưng quay sang William. ‘DS Warwick, tôi thắc mắc không biết anh bị mắt bầm thế nào.’</w:t>
      </w:r>
    </w:p>
    <w:p>
      <w:pPr>
        <w:spacing w:after="80"/>
      </w:pPr>
      <w:r>
        <w:rPr>
          <w:b w:val="0"/>
          <w:i w:val="0"/>
        </w:rPr>
        <w:t>‘Một trong những tên tay sai của Rashidi đấm tôi trong lúc giao chiến,’ William nói đầy tự hào. ‘Nhưng đáng lắm, vì tôi đã bắt và buộc tội tên khốn nhỏ đó.’</w:t>
      </w:r>
    </w:p>
    <w:p>
      <w:pPr>
        <w:spacing w:after="80"/>
      </w:pPr>
      <w:r>
        <w:rPr>
          <w:b w:val="0"/>
          <w:i w:val="0"/>
        </w:rPr>
        <w:t>‘Đúng là đáng lắm,’ Chim Ưng nói. ‘Thật ra, tên khốn nhỏ đặc biệt đó chính là Marlboro Man.’</w:t>
      </w:r>
    </w:p>
    <w:p>
      <w:pPr>
        <w:spacing w:after="80"/>
      </w:pPr>
      <w:r>
        <w:rPr>
          <w:b w:val="0"/>
          <w:i w:val="0"/>
        </w:rPr>
        <w:t>William thoáng sững sờ, nhưng nhanh chóng lấy lại bình tĩnh. 'Cậu đang nói với tôi rằng UCO của cậu đã ở trong vụ thảm sát suốt thời gian qua sao?'</w:t>
      </w:r>
    </w:p>
    <w:p>
      <w:pPr>
        <w:spacing w:after="80"/>
      </w:pPr>
      <w:r>
        <w:rPr>
          <w:b w:val="0"/>
          <w:i w:val="0"/>
        </w:rPr>
        <w:t>'Suốt thời gian qua. Thực ra, khi anh bắt giữ anh ta, anh ta đang cố cho anh biết ai là Rashidi.'</w:t>
      </w:r>
    </w:p>
    <w:p>
      <w:pPr>
        <w:spacing w:after="80"/>
      </w:pPr>
      <w:r>
        <w:rPr>
          <w:b w:val="0"/>
          <w:i w:val="0"/>
        </w:rPr>
        <w:t>'Vậy thì tôi vừa mù lại vừa ngu,' William nói. 'Vậy giờ anh ta ở đâu?'</w:t>
      </w:r>
    </w:p>
    <w:p>
      <w:pPr>
        <w:spacing w:after="80"/>
      </w:pPr>
      <w:r>
        <w:rPr>
          <w:b w:val="0"/>
          <w:i w:val="0"/>
        </w:rPr>
        <w:t>'Pentonville, nơi anh ta sẽ ở lại trong vài tuần tới trong khi chờ xét xử.'</w:t>
      </w:r>
    </w:p>
    <w:p>
      <w:pPr>
        <w:spacing w:after="80"/>
      </w:pPr>
      <w:r>
        <w:rPr>
          <w:b w:val="0"/>
          <w:i w:val="0"/>
        </w:rPr>
        <w:t>'Thế thì hơi khắc nghiệt, phải không?'</w:t>
      </w:r>
    </w:p>
    <w:p>
      <w:pPr>
        <w:spacing w:after="80"/>
      </w:pPr>
      <w:r>
        <w:rPr>
          <w:b w:val="0"/>
          <w:i w:val="0"/>
        </w:rPr>
        <w:t>'Không khắc nghiệt khi anh ta vẫn còn việc phải làm, đó là lý do anh ta ở cùng khu với Rashidi.'</w:t>
      </w:r>
    </w:p>
    <w:p>
      <w:pPr>
        <w:spacing w:after="80"/>
      </w:pPr>
      <w:r>
        <w:rPr>
          <w:b w:val="0"/>
          <w:i w:val="0"/>
        </w:rPr>
        <w:t>'Nhưng nếu Rashidi phát hiện ra anh ta thì sao . . .'</w:t>
      </w:r>
    </w:p>
    <w:p>
      <w:pPr>
        <w:spacing w:after="80"/>
      </w:pPr>
      <w:r>
        <w:rPr>
          <w:b w:val="0"/>
          <w:i w:val="0"/>
        </w:rPr>
        <w:t>'Sao anh ta phải phát hiện chứ? Anh ta chỉ biết MM là một thuộc hạ trung thành đã cố giúp anh ta trốn thoát. Chúng tôi khá hy vọng rằng khi ở bên trong, anh ta sẽ thu thập đủ bằng chứng để chúng tôi tóm gọn nốt lũ khốn còn lại.'</w:t>
      </w:r>
    </w:p>
    <w:p>
      <w:pPr>
        <w:spacing w:after="80"/>
      </w:pPr>
      <w:r>
        <w:rPr>
          <w:b w:val="0"/>
          <w:i w:val="0"/>
        </w:rPr>
        <w:t>'Nhưng chẳng phải sẽ trông đáng ngờ khi anh ta được tuyên vô tội sao?'</w:t>
      </w:r>
    </w:p>
    <w:p>
      <w:pPr>
        <w:spacing w:after="80"/>
      </w:pPr>
      <w:r>
        <w:rPr>
          <w:b w:val="0"/>
          <w:i w:val="0"/>
        </w:rPr>
        <w:t>'Anh ta sẽ không được vô tội đâu. Anh ta sẽ bị kết tội tàng trữ vài điếu cần sa, bị kết án sáu tháng, và bị đưa trở lại Pentonville.'</w:t>
      </w:r>
    </w:p>
    <w:p>
      <w:pPr>
        <w:spacing w:after="80"/>
      </w:pPr>
      <w:r>
        <w:rPr>
          <w:b w:val="0"/>
          <w:i w:val="0"/>
        </w:rPr>
        <w:t>'Còn tội gây thương tích thực sự thì sao?' William nói, chỉ vào con mắt bầm tím của mình.</w:t>
      </w:r>
    </w:p>
    <w:p>
      <w:pPr>
        <w:spacing w:after="80"/>
      </w:pPr>
      <w:r>
        <w:rPr>
          <w:b w:val="0"/>
          <w:i w:val="0"/>
        </w:rPr>
        <w:t>'Có lẽ anh ta sẽ được giảm vài tháng vì tội đó,' the Hawk nói. DC Adaja bật cười. 'Không. MM sẽ được chuyển đến một nhà tù mở sau vài tuần, và được thả ngay sau đó để anh ta có thể quay lại làm việc. Nhưng không phải trước khi anh ta được đi nghỉ ở một nơi nào đó ấm áp.'</w:t>
      </w:r>
    </w:p>
    <w:p>
      <w:pPr>
        <w:spacing w:after="80"/>
      </w:pPr>
      <w:r>
        <w:rPr>
          <w:b w:val="0"/>
          <w:i w:val="0"/>
        </w:rPr>
        <w:t>Jackie mỉm cười. Cô thậm chí còn biết đó là nơi nào.</w:t>
      </w:r>
    </w:p>
    <w:p>
      <w:pPr>
        <w:spacing w:after="80"/>
      </w:pPr>
      <w:r>
        <w:rPr>
          <w:b w:val="0"/>
          <w:i w:val="0"/>
        </w:rPr>
        <w:t>'Hoàn toàn đúng,' Lamont nói. 'Không hơn những gì anh ta xứng đáng.'</w:t>
      </w:r>
    </w:p>
    <w:p>
      <w:pPr>
        <w:spacing w:after="80"/>
      </w:pPr>
      <w:r>
        <w:rPr>
          <w:b w:val="0"/>
          <w:i w:val="0"/>
        </w:rPr>
        <w:t>'Đồng ý,' the Hawk nói. 'Giờ, để tôi cập nhật cho các bạn sau cuộc gặp với ủy viên.'</w:t>
      </w:r>
    </w:p>
    <w:p>
      <w:pPr>
        <w:jc w:val="center"/>
      </w:pPr>
      <w:r>
        <w:drawing>
          <wp:inline xmlns:a="http://schemas.openxmlformats.org/drawingml/2006/main" xmlns:pic="http://schemas.openxmlformats.org/drawingml/2006/picture">
            <wp:extent cx="752475" cy="161925"/>
            <wp:docPr id="86" name="Picture 86"/>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'TRO TÀN KHÓI LẠNH,' vị linh mục ngân nga.</w:t>
      </w:r>
    </w:p>
    <w:p>
      <w:pPr>
        <w:spacing w:after="80"/>
      </w:pPr>
      <w:r>
        <w:rPr>
          <w:b w:val="0"/>
          <w:i w:val="0"/>
        </w:rPr>
        <w:t>Miles Faulkner tỏ ra chẳng mấy quan tâm khi thi thể mẹ anh được hạ xuống mộ. Suy cho cùng, anh đã không nói chuyện với bà đàn bà chết tiệt đó suốt bao năm trời, và trong đầu anh còn bao nhiêu chuyện quan trọng hơn. Christina đã giữ đúng phần mình trong thỏa thuận sau khi ký vào bản hợp đồng hậu hôn nhân, như cách Booth Watson gọi. Cô ta sẽ nhận một ngàn bảng mỗi tuần miễn là không tìm cách liên lạc với anh, và cô ta cũng biết rõ rằng các khoản thanh toán sẽ chấm dứt nếu cô ta chỉ cần bén mảng tới gần anh.</w:t>
      </w:r>
    </w:p>
    <w:p>
      <w:pPr>
        <w:spacing w:after="80"/>
      </w:pPr>
      <w:r>
        <w:rPr>
          <w:b w:val="0"/>
          <w:i w:val="0"/>
        </w:rPr>
        <w:t>Miles chưa bao giờ kể với bạn bè hay đối tác làm ăn rằng anh là con trai của một người khuân vác ở ga tàu, người may mắn qua đời trước khi anh giành được học bổng vào Harrow, và rằng mẹ anh là thợ làm tóc ở Chelmsford thuộc Essex, một quận mà anh chưa từng đặt chân tới kể từ khi rời ghế nhà trường. Mặc dù thực ra lý do duy nhất khiến anh được trao học bổng vào ngôi trường cũ của Winston Churchill là nhờ xuất thân của anh, Harrow cố xoa dịu một chính phủ Lao động vừa mới được bầu.</w:t>
      </w:r>
    </w:p>
    <w:p>
      <w:pPr>
        <w:spacing w:after="80"/>
      </w:pPr>
      <w:r>
        <w:rPr>
          <w:b w:val="0"/>
          <w:i w:val="0"/>
        </w:rPr>
        <w:t>Anh nhìn quanh nhóm người nhỏ bé đứng quây quanh ngôi mộ. Miles không nhận ra ai trong số họ, dù mỗi người trong bọn họ đều biết anh.</w:t>
      </w:r>
    </w:p>
    <w:p>
      <w:pPr>
        <w:spacing w:after="80"/>
      </w:pPr>
      <w:r>
        <w:rPr>
          <w:b w:val="0"/>
          <w:i w:val="0"/>
        </w:rPr>
        <w:t>Trong suốt lễ tang, ba cai ngục ngồi ở hàng ghế phía sau anh trong khi một người khác được bố trí đứng cạnh cửa nhà thờ. Họ đã tháo còng tay cho anh ngay trước khi hộ tống anh vào nhà thờ, việc này không hề rẻ chút nào. Họ cố hết sức hòa mình vào đám đông khi anh cùng những người đưa tang khác chứng kiến lễ an táng. Các cai ngục mặc vest tối màu, thắt cà vạt đen và khoác những chiếc áo mưa cũng chẳng vừa vặn gì hơn, nên tất cả người đưa tang đều biết họ là ai. Ít nhất thì họ cũng có chút lịch sự khi đứng lùi lại vài bước trong lúc lễ an táng diễn ra. Một chiếc trực thăng cảnh sát lượn lờ phía trên, gần như át cả tiếng của vị mục sư.</w:t>
      </w:r>
    </w:p>
    <w:p>
      <w:pPr>
        <w:spacing w:after="80"/>
      </w:pPr>
      <w:r>
        <w:rPr>
          <w:b w:val="0"/>
          <w:i w:val="0"/>
        </w:rPr>
        <w:t>"Tro về với tro..."</w:t>
      </w:r>
    </w:p>
    <w:p>
      <w:pPr>
        <w:spacing w:after="80"/>
      </w:pPr>
      <w:r>
        <w:rPr>
          <w:b w:val="0"/>
          <w:i w:val="0"/>
        </w:rPr>
        <w:t>Vị linh mục đang đọc lời chúc phúc cuối cùng thì một chiếc xe van Transit màu trắng chầm chậm chạy qua cổng chính ở tận cùng nghĩa trang. Một trong các cai ngục nhìn kỹ chiếc xe van hơn khi nó lăn bánh chậm rãi ngang qua họ rồi dừng lại cách đó chừng năm mươi thước. Một dòng chữ lớn màu đen trên hông xe van ghi:</w:t>
      </w:r>
    </w:p>
    <w:p>
      <w:pPr>
        <w:spacing w:after="80"/>
        <w:jc w:val="center"/>
      </w:pPr>
      <w:r>
        <w:rPr>
          <w:b w:val="0"/>
          <w:i w:val="0"/>
        </w:rPr>
        <w:t>Desmond Leach &amp; Sons</w:t>
      </w:r>
    </w:p>
    <w:p>
      <w:pPr>
        <w:spacing w:after="80"/>
        <w:jc w:val="center"/>
      </w:pPr>
      <w:r>
        <w:rPr>
          <w:b w:val="0"/>
          <w:i w:val="0"/>
        </w:rPr>
        <w:t>Thợ Đá và Thợ Khắc Chữ</w:t>
      </w:r>
    </w:p>
    <w:p>
      <w:pPr>
        <w:spacing w:after="80"/>
        <w:jc w:val="center"/>
      </w:pPr>
      <w:r>
        <w:rPr>
          <w:b w:val="0"/>
          <w:i w:val="0"/>
        </w:rPr>
        <w:t>Thành lập năm 1963</w:t>
      </w:r>
    </w:p>
    <w:p>
      <w:pPr>
        <w:spacing w:after="80"/>
      </w:pPr>
      <w:r>
        <w:rPr>
          <w:b w:val="0"/>
          <w:i w:val="0"/>
        </w:rPr>
        <w:t>Vị cai ngục lớn tuổi càng chú ý hơn khi người tài xế nhảy xuống khỏi ghế lái, đi ra phía sau xe van và mở khóa cửa. Giây lát sau, một người đàn ông trẻ hơn đến bên anh ta và leo vào trong khoang sau. Cả bốn cai ngục lúc này đều đang quan sát cẩn thận cho đến khi họ thấy người đàn ông trẻ hơn lôi ra khỏi xe van một tấm bia mộ, người lớn tuổi hơn đỡ lấy rồi cả hai cùng khiêng nó đi về phía xa của nghĩa trang.</w:t>
      </w:r>
    </w:p>
    <w:p>
      <w:pPr>
        <w:spacing w:after="80"/>
      </w:pPr>
      <w:r>
        <w:rPr>
          <w:b w:val="0"/>
          <w:i w:val="0"/>
        </w:rPr>
        <w:t>Họ quay lại chú ý tới Miles Faulkner, người vẫn cúi đầu khi cỗ quan tài được hạ xuống lòng đất. Vị linh mục làm dấu thánh giá, và đúng lúc xẻng đất đầu tiên được ném lên quan tài thì ba chiếc mô tô Norton 750cc màu đen phóng ra từ phía sau xe van. Vài giây sau, chúng trượt bánh dừng lại bên cạnh mộ, động cơ vẫn nổ.</w:t>
      </w:r>
    </w:p>
    <w:p>
      <w:pPr>
        <w:spacing w:after="80"/>
      </w:pPr>
      <w:r>
        <w:rPr>
          <w:b w:val="0"/>
          <w:i w:val="0"/>
        </w:rPr>
        <w:t>Vị cai ngục lớn tuổi không nhúc nhích, nhưng ông ta biết điều gì sắp xảy ra trong ba mươi giây tới. Tên tù nhân quay người và bắt đầu chạy về phía chiếc xe ở giữa, chiếc duy nhất không có người ngồi sau. Cả ba tay lái đều mặc bộ đồ da đen giống hệt nhau và đội mũ bảo hiểm đen, kính che mặt kéo xuống. Hai người ngồi sau, đang ngồi ở yên sau của chiếc thứ nhất và thứ ba, mặc vest xám đậm, áo sơ mi trắng và thắt cà vạt đen, y hệt bộ đồ Faulkner đang mặc.</w:t>
      </w:r>
    </w:p>
    <w:p>
      <w:pPr>
        <w:spacing w:after="80"/>
      </w:pPr>
      <w:r>
        <w:rPr>
          <w:b w:val="0"/>
          <w:i w:val="0"/>
        </w:rPr>
        <w:t>Faulkner nhảy lên yên sau chiếc xe ở giữa, một tay chộp lấy chiếc mũ bảo hiểm được đưa tới, tay kia ôm lấy eo người lái. Anh hét lên: "Đi!" Một trong những cai ngục trẻ lao tới chỗ họ khi chiếc xe phóng đi, nhưng chậm mất một nhịp. Anh ta lăn lộn mấy vòng, suýt nữa thì rơi xuống mộ.</w:t>
      </w:r>
    </w:p>
    <w:p>
      <w:pPr>
        <w:spacing w:after="80"/>
      </w:pPr>
      <w:r>
        <w:rPr>
          <w:b w:val="0"/>
          <w:i w:val="0"/>
        </w:rPr>
        <w:t>Vị cai ngục lớn tuổi nén một tiếng cười khi những chiếc mô tô luồn lách qua các bia mộ tiến về phía một lối đi bộ bị che khuất một phần, dẫn ra một con phố đông đúc. Sau đó ông ta bước nhanh, nhưng không quá nhanh, trở về xe mình, leo vào và quát một mệnh lệnh. Người tài xế của ông ta phóng về phía cổng chính nhưng ông ta biết đó sẽ là một nhiệm vụ vô vọng, bởi khi họ ra tới đường lớn thì những chiếc xe đã đi được dặm đầu tiên rồi. Tuy nhiên, hai sĩ quan trên trực thăng đã chứng kiến chính xác những gì diễn ra bên dưới họ. Vị cai ngục đã thông đồng trước đó đã cảnh báo Faulkner rằng ông ta không kiểm soát được họ.</w:t>
      </w:r>
    </w:p>
    <w:p>
      <w:pPr>
        <w:spacing w:after="80"/>
      </w:pPr>
      <w:r>
        <w:rPr>
          <w:b w:val="0"/>
          <w:i w:val="0"/>
        </w:rPr>
        <w:t>Viên phi công nghiêng cánh và lao xuống phía ba chiếc xe, bám sát đường đi của chúng, trong khi đồng nghiệp của anh ta gọi điện về trung tâm chỉ huy ở New Scotland Yard để báo cáo chuyện gì đã xảy ra. Giây lát sau, mọi xe tuần tra trong bán kính năm dặm đều được báo động và bắt đầu lắng nghe chỉ dẫn từ trực thăng – một điều nữa mà ba tay lái mô tô đã lường trước.</w:t>
      </w:r>
    </w:p>
    <w:p>
      <w:pPr>
        <w:spacing w:after="80"/>
      </w:pPr>
      <w:r>
        <w:rPr>
          <w:b w:val="0"/>
          <w:i w:val="0"/>
        </w:rPr>
        <w:t>Khi tới ngã tư lớn, những chiếc xe bắt đầu một màn điều phối được gọi là "trò ba lá bài". Cứ vài giây chúng lại đổi vị trí cho nhau, cho đến khi viên phi công trên trực thăng không còn chắc chắn được Faulkner đang ngồi trên chiếc mô tô nào nữa.</w:t>
      </w:r>
    </w:p>
    <w:p>
      <w:pPr>
        <w:spacing w:after="80"/>
      </w:pPr>
      <w:r>
        <w:rPr>
          <w:b w:val="0"/>
          <w:i w:val="0"/>
        </w:rPr>
        <w:t>Khi ba chiếc xe máy đến ngã rẽ tiếp theo, người dẫn đầu rẽ trái, người thứ hai rẽ phải, trong khi người thứ ba đi thẳng.</w:t>
      </w:r>
    </w:p>
    <w:p>
      <w:pPr>
        <w:spacing w:after="80"/>
      </w:pPr>
      <w:r>
        <w:rPr>
          <w:b w:val="0"/>
          <w:i w:val="0"/>
        </w:rPr>
        <w:t>Viên phi công quyết định bám theo chiếc đang hướng về phía đường cao tốc, đồng thời báo cho Scotland Yard vị trí chính xác của hai chiếc còn lại cùng hướng di chuyển của chúng. Cảnh sát gặp may. Chiếc xe tuần tra đầu tiên phát hiện chiếc xe máy đi thẳng đang lao về phía họ. Người lái bật còi hú, quay đầu và đuổi theo kẻ tình nghi, người mà trước sự ngạc nhiên của họ, đã giảm tốc độ và dừng lại bên lề đường. Hai viên cảnh sát bước ra khỏi xe và thận trọng tiến lại gần kẻ tình nghi.</w:t>
      </w:r>
    </w:p>
    <w:p>
      <w:pPr>
        <w:spacing w:after="80"/>
      </w:pPr>
      <w:r>
        <w:rPr>
          <w:b w:val="0"/>
          <w:i w:val="0"/>
        </w:rPr>
        <w:t>Người lái xe đã tháo mũ bảo hiểm từ lâu trước khi hai viên cảnh sát đến gần, nhưng họ chỉ quan tâm đến người ngồi sau. Cô từ từ tháo mũ bảo hiểm và mỉm cười thân thiện với các viên cảnh sát. "Tôi có thể giúp gì cho các anh không?" cô hỏi một cách ngây thơ.</w:t>
      </w:r>
    </w:p>
    <w:p>
      <w:pPr>
        <w:spacing w:after="80"/>
      </w:pPr>
      <w:r>
        <w:rPr>
          <w:b w:val="0"/>
          <w:i w:val="0"/>
        </w:rPr>
        <w:t>Khi chiếc xe máy thứ hai đến đường cao tốc, nó chuyển sang làn ngoài cùng và nhanh chóng tăng tốc, đạt tốc độ vượt xa một trăm dặm một giờ, trong khi chiếc trực thăng vẫn bám theo. Khi người lái nghe thấy tiếng còi hú, anh liếc vào gương chiếu hậu và thấy một chiếc xe cảnh sát đang lao về phía họ. Anh giảm tốc độ, chuyển sang làn trong cùng và rẽ vào lối ra tiếp theo của đường cao tốc, chỉ để đối mặt với ba chiếc xe cảnh sát chặn ngay lối ra.</w:t>
      </w:r>
    </w:p>
    <w:p>
      <w:pPr>
        <w:spacing w:after="80"/>
      </w:pPr>
      <w:r>
        <w:rPr>
          <w:b w:val="0"/>
          <w:i w:val="0"/>
        </w:rPr>
        <w:t>Lần này chiếc xe máy bị bao vây bởi hàng chục viên cảnh sát, trong đó có hai người được trang bị vũ khí. Người lái tháo mũ bảo hiểm và nói: "Tôi không nghĩ mình đã vượt quá tốc độ cho phép đâu, thưa anh."</w:t>
      </w:r>
    </w:p>
    <w:p>
      <w:pPr>
        <w:spacing w:after="80"/>
      </w:pPr>
      <w:r>
        <w:rPr>
          <w:b w:val="0"/>
          <w:i w:val="0"/>
        </w:rPr>
        <w:t>"Chúng tôi không quan tâm đến anh," một viên cảnh sát quát, đẩy tấm kính chắn của người ngồi sau lên và bắt gặp một cô gái tuổi teen, người nở với anh một nụ cười rạng rỡ.</w:t>
      </w:r>
    </w:p>
    <w:p>
      <w:pPr>
        <w:spacing w:after="80"/>
      </w:pPr>
      <w:r>
        <w:rPr>
          <w:b w:val="0"/>
          <w:i w:val="0"/>
        </w:rPr>
        <w:t>"Đúng là có đấy, bố ạ, nhưng đáng lắm."</w:t>
      </w:r>
    </w:p>
    <w:p>
      <w:pPr>
        <w:spacing w:after="80"/>
      </w:pPr>
      <w:r>
        <w:rPr>
          <w:b w:val="0"/>
          <w:i w:val="0"/>
        </w:rPr>
        <w:t>Người lái xe máy thứ ba giảm tốc độ khi đến gần một đường hầm chui. Khi chiếc xe khuất khỏi tầm nhìn, nó phanh gấp và dừng lại, trong khi một chiếc thứ tư lao đi như một vận động viên chạy tiếp sức không chút ngắt quãng, xuất hiện từ đường hầm chỉ vài giây sau đó. Người lái rẽ trái ở ngã rẽ tiếp theo và phóng đi theo hướng ngược lại với chiếc trực thăng. Chỉ dẫn của anh ta không thể rõ ràng hơn: hãy dẫn dụ họ đi lòng vòng càng lâu càng tốt.</w:t>
      </w:r>
    </w:p>
    <w:p>
      <w:pPr>
        <w:spacing w:after="80"/>
      </w:pPr>
      <w:r>
        <w:rPr>
          <w:b w:val="0"/>
          <w:i w:val="0"/>
        </w:rPr>
        <w:t>Miles bước xuống từ yên sau chiếc xe máy và đưa mũ bảo hiểm cho người lái.</w:t>
      </w:r>
    </w:p>
    <w:p>
      <w:pPr>
        <w:spacing w:after="80"/>
      </w:pPr>
      <w:r>
        <w:rPr>
          <w:b w:val="0"/>
          <w:i w:val="0"/>
        </w:rPr>
        <w:t>"Đợi ở đây khoảng mười lăm phút, rồi lái xe từ từ quay lại theo đúng đường anh đã đến," anh nói, khi một chiếc Ford Escort tiến vào đường hầm chui và dừng lại bên cạnh họ.</w:t>
      </w:r>
    </w:p>
    <w:p>
      <w:pPr>
        <w:spacing w:after="80"/>
      </w:pPr>
      <w:r>
        <w:rPr>
          <w:b w:val="0"/>
          <w:i w:val="0"/>
        </w:rPr>
        <w:t>Người lái bước ra và nói: "Chào buổi sáng, thưa ngài," cứ như thể anh ta đang đón sếp của mình từ văn phòng.</w:t>
      </w:r>
    </w:p>
    <w:p>
      <w:pPr>
        <w:spacing w:after="80"/>
      </w:pPr>
      <w:r>
        <w:rPr>
          <w:b w:val="0"/>
          <w:i w:val="0"/>
        </w:rPr>
        <w:t>"Chào buổi sáng, Eddie," Faulkner đáp, khi người tài xế riêng mở cửa trước và ông bước vào trong.</w:t>
      </w:r>
    </w:p>
    <w:p>
      <w:pPr>
        <w:spacing w:after="80"/>
      </w:pPr>
      <w:r>
        <w:rPr>
          <w:b w:val="0"/>
          <w:i w:val="0"/>
        </w:rPr>
        <w:t>Chiếc Ford Escort xuất hiện từ đường hầm chui vài giây sau đó, và khi đến ngã rẽ, Eddie rẽ phải. Miles nhìn ra cửa sổ sau và thấy chiếc trực thăng đang bay theo hướng ngược lại.</w:t>
      </w:r>
    </w:p>
    <w:p>
      <w:pPr>
        <w:jc w:val="center"/>
      </w:pPr>
      <w:r>
        <w:drawing>
          <wp:inline xmlns:a="http://schemas.openxmlformats.org/drawingml/2006/main" xmlns:pic="http://schemas.openxmlformats.org/drawingml/2006/picture">
            <wp:extent cx="752475" cy="161925"/>
            <wp:docPr id="87" name="Picture 87"/>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Vị chỉ huy mở tập hồ sơ dày trước mặt. "Đầu tiên, và quan trọng nhất, Assem Rashidi, như các anh biết, đang bị giam giữ an toàn tại Pentonville. Các anh cũng sẽ vui mừng khi biết hắn đã bị từ chối bảo lãnh, nên hắn sẽ phải ngồi tù khoảng sáu tháng tới, chờ ngày xét xử. Cho đến lúc đó, luật sư của hắn là người duy nhất được phép đến thăm hắn."</w:t>
      </w:r>
    </w:p>
    <w:p>
      <w:pPr>
        <w:spacing w:after="80"/>
      </w:pPr>
      <w:r>
        <w:rPr>
          <w:b w:val="0"/>
          <w:i w:val="0"/>
        </w:rPr>
        <w:t>"Lần này chúng ta có nhân chứng đáng tin cậy không?" Lamont hỏi.</w:t>
      </w:r>
    </w:p>
    <w:p>
      <w:pPr>
        <w:spacing w:after="80"/>
      </w:pPr>
      <w:r>
        <w:rPr>
          <w:b w:val="0"/>
          <w:i w:val="0"/>
        </w:rPr>
        <w:t>"Bên công tố sẽ đưa ra một bác sĩ đã nằm trong chương trình bảo vệ nhân chứng và sẽ cung cấp bằng chứng chi tiết về những gì Rashidi đã làm để đổi lấy một bản án nhẹ hơn."</w:t>
      </w:r>
    </w:p>
    <w:p>
      <w:pPr>
        <w:spacing w:after="80"/>
      </w:pPr>
      <w:r>
        <w:rPr>
          <w:b w:val="0"/>
          <w:i w:val="0"/>
        </w:rPr>
        <w:t>‘Đó là tin tốt,’ Lamont nói. ‘Chúng ta không cần thêm một Adrian Heath nữa.’</w:t>
      </w:r>
    </w:p>
    <w:p>
      <w:pPr>
        <w:spacing w:after="80"/>
      </w:pPr>
      <w:r>
        <w:rPr>
          <w:b w:val="0"/>
          <w:i w:val="0"/>
        </w:rPr>
        <w:t>‘Tôi có thể đảm bảo với anh,’ Chim Ưng nói, ‘rằng người này sẽ được bảo vệ còn kỹ hơn cả Hoàng gia. Và kể cả nếu anh ta đổi ý vào phút chót, chúng ta vẫn còn hai nhân chứng tiềm năng khác dự phòng, mà luật sư của họ cũng đang cố thương lượng với CPS.’</w:t>
      </w:r>
    </w:p>
    <w:p>
      <w:pPr>
        <w:spacing w:after="80"/>
      </w:pPr>
      <w:r>
        <w:rPr>
          <w:b w:val="0"/>
          <w:i w:val="0"/>
        </w:rPr>
        <w:t>‘Còn mẹ của Rashidi thì sao?’ William hỏi.</w:t>
      </w:r>
    </w:p>
    <w:p>
      <w:pPr>
        <w:spacing w:after="80"/>
      </w:pPr>
      <w:r>
        <w:rPr>
          <w:b w:val="0"/>
          <w:i w:val="0"/>
        </w:rPr>
        <w:t>‘Bà ấy khóa mình trong nhà ở The Boltons,’ Jackie nói, ‘và không mở cửa cho bất kỳ ai.’</w:t>
      </w:r>
    </w:p>
    <w:p>
      <w:pPr>
        <w:spacing w:after="80"/>
      </w:pPr>
      <w:r>
        <w:rPr>
          <w:b w:val="0"/>
          <w:i w:val="0"/>
        </w:rPr>
        <w:t>‘Và ai trách bà ấy được chứ?’ William nói. ‘Hẳn là một cú sốc khủng khiếp khi phát hiện đứa con trai duy nhất của mình là một kẻ buôn ma túy khét tiếng, chứ không phải vị chủ tịch đáng kính của một công ty trà làm ăn phát đạt.’</w:t>
      </w:r>
    </w:p>
    <w:p>
      <w:pPr>
        <w:spacing w:after="80"/>
      </w:pPr>
      <w:r>
        <w:rPr>
          <w:b w:val="0"/>
          <w:i w:val="0"/>
        </w:rPr>
        <w:t>‘Đúng là trớ trêu,’ viên chỉ huy nói. ‘Nếu anh ta không ôm mẹ mình ngay trước cửa nhà vào tối thứ Sáu hôm đó, có lẽ chúng ta đã không bao giờ nhận ra được anh ta.’</w:t>
      </w:r>
    </w:p>
    <w:p>
      <w:pPr>
        <w:spacing w:after="80"/>
      </w:pPr>
      <w:r>
        <w:rPr>
          <w:b w:val="0"/>
          <w:i w:val="0"/>
        </w:rPr>
        <w:t>‘Bà ấy đã phản bội đứa con trai duy nhất của mình,’ William nói. ‘Nhưng khác với Judas, bà ấy không cố ý.’</w:t>
      </w:r>
    </w:p>
    <w:p>
      <w:pPr>
        <w:spacing w:after="80"/>
      </w:pPr>
      <w:r>
        <w:rPr>
          <w:b w:val="0"/>
          <w:i w:val="0"/>
        </w:rPr>
        <w:t>Viên chỉ huy lật sang trang. ‘Tổng cộng có hai mươi bảy nghi phạm khác đã bị bắt và buộc tội, bao gồm Marlboro Man và bốn cộng sự thân cận nhất của Rashidi. Một trong số đó, như tôi đã nói, đang khai như hót. Một phần thưởng thêm, Jackie đã bắt được một kẻ chạy hàng khác xuất hiện sau khi cuộc đột kích kết thúc, mang theo đủ số gói cocaine để đảm bảo hắn sẽ cùng các chiến hữu của mình vào Pentonville.’</w:t>
      </w:r>
    </w:p>
    <w:p>
      <w:pPr>
        <w:spacing w:after="80"/>
      </w:pPr>
      <w:r>
        <w:rPr>
          <w:b w:val="0"/>
          <w:i w:val="0"/>
        </w:rPr>
        <w:t>‘Có ai trốn thoát được không?’ William hỏi.</w:t>
      </w:r>
    </w:p>
    <w:p>
      <w:pPr>
        <w:spacing w:after="80"/>
      </w:pPr>
      <w:r>
        <w:rPr>
          <w:b w:val="0"/>
          <w:i w:val="0"/>
        </w:rPr>
        <w:t>‘Nhờ anh thợ mộc và các sĩ quan chống khủng bố, có vẻ khó xảy ra. Nhưng ba trong số những người bị bắt đã được tại ngoại và giờ đang dọa kiện cảnh sát.’</w:t>
      </w:r>
    </w:p>
    <w:p>
      <w:pPr>
        <w:spacing w:after="80"/>
      </w:pPr>
      <w:r>
        <w:rPr>
          <w:b w:val="0"/>
          <w:i w:val="0"/>
        </w:rPr>
        <w:t>‘Để tôi đoán nhé,’ William nói. ‘Ba trong số các tay canh gác?’</w:t>
      </w:r>
    </w:p>
    <w:p>
      <w:pPr>
        <w:spacing w:after="80"/>
      </w:pPr>
      <w:r>
        <w:rPr>
          <w:b w:val="0"/>
          <w:i w:val="0"/>
        </w:rPr>
        <w:t>‘Vậy câu chuyện của họ là gì?’ Lamont hỏi.</w:t>
      </w:r>
    </w:p>
    <w:p>
      <w:pPr>
        <w:spacing w:after="80"/>
      </w:pPr>
      <w:r>
        <w:rPr>
          <w:b w:val="0"/>
          <w:i w:val="0"/>
        </w:rPr>
        <w:t>‘Họ khai rằng họ đang đi bộ về nhà một cách yên bình sau khi nhậu ở quán gần nhà thì bị cảnh sát tấn công vô cớ. Luật sư của họ đang dọa chúng ta về tội bắt giữ trái phép và bạo lực của cảnh sát.’</w:t>
      </w:r>
    </w:p>
    <w:p>
      <w:pPr>
        <w:spacing w:after="80"/>
      </w:pPr>
      <w:r>
        <w:rPr>
          <w:b w:val="0"/>
          <w:i w:val="0"/>
        </w:rPr>
        <w:t>‘Tha cho tôi đi,’ Lamont nói.</w:t>
      </w:r>
    </w:p>
    <w:p>
      <w:pPr>
        <w:spacing w:after="80"/>
      </w:pPr>
      <w:r>
        <w:rPr>
          <w:b w:val="0"/>
          <w:i w:val="0"/>
        </w:rPr>
        <w:t>‘Nhưng nếu chúng ta rút đơn buộc tội, họ sẽ không đưa vụ việc đi xa hơn.’</w:t>
      </w:r>
    </w:p>
    <w:p>
      <w:pPr>
        <w:spacing w:after="80"/>
      </w:pPr>
      <w:r>
        <w:rPr>
          <w:b w:val="0"/>
          <w:i w:val="0"/>
        </w:rPr>
        <w:t>‘Nghĩa là họ hẳn phải có tiền án dài như cả cánh tay,’ Jackie nói.</w:t>
      </w:r>
    </w:p>
    <w:p>
      <w:pPr>
        <w:spacing w:after="80"/>
      </w:pPr>
      <w:r>
        <w:rPr>
          <w:b w:val="0"/>
          <w:i w:val="0"/>
        </w:rPr>
        <w:t>‘Anh nói đúng,’ Chim Ưng đáp. ‘Nhưng thẳng thắn mà nói, bọn chúng chỉ ở tầng thấp trong chuỗi thức ăn thôi. Lần này ta đã bắt được cá mập, nên tôi nghĩ có thể để vài con cá nhỏ trốn thoát.’</w:t>
      </w:r>
    </w:p>
    <w:p>
      <w:pPr>
        <w:spacing w:after="80"/>
      </w:pPr>
      <w:r>
        <w:rPr>
          <w:b w:val="0"/>
          <w:i w:val="0"/>
        </w:rPr>
        <w:t>‘Còn người gác thứ tư thì sao?’ Lamont hỏi.</w:t>
      </w:r>
    </w:p>
    <w:p>
      <w:pPr>
        <w:spacing w:after="80"/>
      </w:pPr>
      <w:r>
        <w:rPr>
          <w:b w:val="0"/>
          <w:i w:val="0"/>
        </w:rPr>
        <w:t>‘Cậu ta phê thuốc đến mất trí rồi,’ viên chỉ huy nói. ‘Cậu ta nên nằm trong bệnh viện, chứ không phải trong phòng giam.’</w:t>
      </w:r>
    </w:p>
    <w:p>
      <w:pPr>
        <w:spacing w:after="80"/>
      </w:pPr>
      <w:r>
        <w:rPr>
          <w:b w:val="0"/>
          <w:i w:val="0"/>
        </w:rPr>
        <w:t>‘Còn Donoghue?’ William hỏi.</w:t>
      </w:r>
    </w:p>
    <w:p>
      <w:pPr>
        <w:spacing w:after="80"/>
      </w:pPr>
      <w:r>
        <w:rPr>
          <w:b w:val="0"/>
          <w:i w:val="0"/>
        </w:rPr>
        <w:t>‘Hắn bị buộc tội hành hung cảnh sát. Hắn bị từ chối cho tại ngoại, và với tiền án của mình, hắn đang đối mặt với ít nhất bốn đến sáu năm tù.’</w:t>
      </w:r>
    </w:p>
    <w:p>
      <w:pPr>
        <w:spacing w:after="80"/>
      </w:pPr>
      <w:r>
        <w:rPr>
          <w:b w:val="0"/>
          <w:i w:val="0"/>
        </w:rPr>
        <w:t>Tiếng đập lòng bàn tay xuống bàn kéo dài một lúc.</w:t>
      </w:r>
    </w:p>
    <w:p>
      <w:pPr>
        <w:spacing w:after="80"/>
      </w:pPr>
      <w:r>
        <w:rPr>
          <w:b w:val="0"/>
          <w:i w:val="0"/>
        </w:rPr>
        <w:t>‘Tuy nhiên, tôi có một tin buồn cần báo cáo,’ Chim Ưng tiếp tục. ‘Cậu thanh niên suýt chặn được Donoghue, nhưng kịp giật lấy bộ đàm của hắn – mang lại cho chúng ta bốn mươi hai giây quý giá đó – đã bị thương nặng, và có thể phải ngồi xe lăn suốt phần đời còn lại.’</w:t>
      </w:r>
    </w:p>
    <w:p>
      <w:pPr>
        <w:spacing w:after="80"/>
      </w:pPr>
      <w:r>
        <w:rPr>
          <w:b w:val="0"/>
          <w:i w:val="0"/>
        </w:rPr>
        <w:t>‘Với mức lương hưu của một cảnh viên,’ William nói. ‘Rồi cuối cùng chỉ là một con số thống kê trong bản báo cáo nội bộ và bị công chúng lãng quên trong vài ngày. Cậu ấy đáng được nhận một trong ba chiếc túi đầy tiền mặt đó. Đó là điều tối thiểu cậu ấy xứng đáng.’</w:t>
      </w:r>
    </w:p>
    <w:p>
      <w:pPr>
        <w:spacing w:after="80"/>
      </w:pPr>
      <w:r>
        <w:rPr>
          <w:b w:val="0"/>
          <w:i w:val="0"/>
        </w:rPr>
        <w:t>‘Hai chiếc túi,’ Lamont nói. ‘Chiếc thứ ba trống rỗng, chắc là để chờ đựng phần còn lại của số tiền kiếm được đêm đó.’</w:t>
      </w:r>
    </w:p>
    <w:p>
      <w:pPr>
        <w:spacing w:after="80"/>
      </w:pPr>
      <w:r>
        <w:rPr>
          <w:b w:val="0"/>
          <w:i w:val="0"/>
        </w:rPr>
        <w:t>‘Tôi không mở cả ba chiếc,’ William nói, nhìn thẳng vào Lamont, ‘nhưng tôi có nhấc chiếc thứ ba lên, và có thể thề rằng nó nặng y như hai chiếc kia.’</w:t>
      </w:r>
    </w:p>
    <w:p>
      <w:pPr>
        <w:spacing w:after="80"/>
      </w:pPr>
      <w:r>
        <w:rPr>
          <w:b w:val="0"/>
          <w:i w:val="0"/>
        </w:rPr>
        <w:t>Một sự im lặng khó chịu bao trùm quanh bàn.</w:t>
      </w:r>
    </w:p>
    <w:p>
      <w:pPr>
        <w:spacing w:after="80"/>
      </w:pPr>
      <w:r>
        <w:rPr>
          <w:b w:val="0"/>
          <w:i w:val="0"/>
        </w:rPr>
        <w:t>‘Anh nhầm rồi, DS Warwick,’ Lamont nói dứt khoát. ‘Nó trống rỗng, DC Roycroft sẽ xác nhận điều đó.’</w:t>
      </w:r>
    </w:p>
    <w:p>
      <w:pPr>
        <w:spacing w:after="80"/>
      </w:pPr>
      <w:r>
        <w:rPr>
          <w:b w:val="0"/>
          <w:i w:val="0"/>
        </w:rPr>
        <w:t>Jackie gật đầu chiếu lệ, nhưng không nói gì.</w:t>
      </w:r>
    </w:p>
    <w:p>
      <w:pPr>
        <w:spacing w:after="80"/>
      </w:pPr>
      <w:r>
        <w:rPr>
          <w:b w:val="0"/>
          <w:i w:val="0"/>
        </w:rPr>
        <w:t>‘Có lẽ Marlboro Man không phải là người duy nhất mong được tận hưởng một kỳ nghỉ dài ở nơi nào đó ấm áp,’ William nói, không thể kìm nén thêm được nữa.</w:t>
      </w:r>
    </w:p>
    <w:p>
      <w:pPr>
        <w:spacing w:after="80"/>
      </w:pPr>
      <w:r>
        <w:rPr>
          <w:b w:val="0"/>
          <w:i w:val="0"/>
        </w:rPr>
        <w:t>‘Cẩn thận cái miệng đấy, cậu nhóc!’ Lamont quát. ‘Tôi đã nói với anh rồi, chiếc túi thứ ba không có gì cả, nên cứ để yên chuyện đó đi.’</w:t>
      </w:r>
    </w:p>
    <w:p>
      <w:pPr>
        <w:spacing w:after="80"/>
      </w:pPr>
      <w:r>
        <w:rPr>
          <w:b w:val="0"/>
          <w:i w:val="0"/>
        </w:rPr>
        <w:t>‘Các quý ông, các quý ông,’ viên chỉ huy nói. ‘Đây không phải là cách đồng nghiệp nên cư xử sau một chiến thắng như vậy.’</w:t>
      </w:r>
    </w:p>
    <w:p>
      <w:pPr>
        <w:spacing w:after="80"/>
      </w:pPr>
      <w:r>
        <w:rPr>
          <w:b w:val="0"/>
          <w:i w:val="0"/>
        </w:rPr>
        <w:t>‘Trừ khi một trong chúng ta đã hành xử tệ như bọn tội phạm,’ William nói, nhìn thẳng vào Lamont.</w:t>
      </w:r>
    </w:p>
    <w:p>
      <w:pPr>
        <w:spacing w:after="80"/>
      </w:pPr>
      <w:r>
        <w:rPr>
          <w:b w:val="0"/>
          <w:i w:val="0"/>
        </w:rPr>
        <w:t>Vị giám đốc đứng dậy khỏi chỗ ngồi, nắm chặt tay và nghiêng người qua bàn đầy vẻ đe dọa, đúng lúc có tiếng gõ cửa, và thư ký của Hawk vội vã bước vào.</w:t>
      </w:r>
    </w:p>
    <w:p>
      <w:pPr>
        <w:spacing w:after="80"/>
      </w:pPr>
      <w:r>
        <w:rPr>
          <w:b w:val="0"/>
          <w:i w:val="0"/>
        </w:rPr>
        <w:t>‘Bây giờ không phải lúc thích hợp đâu, Angela,’ vị chỉ huy nói.</w:t>
      </w:r>
    </w:p>
    <w:p>
      <w:pPr>
        <w:spacing w:after="80"/>
      </w:pPr>
      <w:r>
        <w:rPr>
          <w:b w:val="0"/>
          <w:i w:val="0"/>
        </w:rPr>
        <w:t>‘Chỉ là có một ông Knox gọi từ Fitzmolean báo rằng vợ của DS Warwick đã được đưa gấp vào bệnh viện.’</w:t>
      </w:r>
    </w:p>
    <w:p>
      <w:pPr>
        <w:spacing w:after="80"/>
      </w:pPr>
      <w:r>
        <w:rPr>
          <w:b w:val="0"/>
          <w:i w:val="0"/>
        </w:rPr>
        <w:t>William bật dậy. ‘Bệnh viện nào?’</w:t>
      </w:r>
    </w:p>
    <w:p>
      <w:pPr>
        <w:spacing w:after="80"/>
      </w:pPr>
      <w:r>
        <w:rPr>
          <w:b w:val="0"/>
          <w:i w:val="0"/>
        </w:rPr>
        <w:t>‘Chelsea và Westminster.’</w:t>
      </w:r>
    </w:p>
    <w:p>
      <w:pPr>
        <w:spacing w:after="80"/>
      </w:pPr>
      <w:r>
        <w:rPr>
          <w:b w:val="0"/>
          <w:i w:val="0"/>
        </w:rPr>
        <w:t>‘Và còn một cuộc gọi nữa mà tôi nghĩ mọi người đều muốn biết . . .’ Nhưng William đã rời khỏi văn phòng trước khi Angela kịp chuyển lời.</w:t>
      </w:r>
    </w:p>
    <w:p>
      <w:pPr>
        <w:spacing w:after="80"/>
      </w:pPr>
      <w:r>
        <w:rPr>
          <w:b w:val="0"/>
          <w:i w:val="0"/>
        </w:rPr>
        <w:t>Anh chạy dọc hành lang, xuống cầu thang và ra phố, nơi anh vẫy chiếc taxi đầu tiên nhìn thấy.</w:t>
      </w:r>
    </w:p>
    <w:p>
      <w:pPr>
        <w:jc w:val="center"/>
      </w:pPr>
      <w:r>
        <w:drawing>
          <wp:inline xmlns:a="http://schemas.openxmlformats.org/drawingml/2006/main" xmlns:pic="http://schemas.openxmlformats.org/drawingml/2006/picture">
            <wp:extent cx="752475" cy="161925"/>
            <wp:docPr id="88" name="Picture 88"/>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Đèn pha của một chiếc xe quét qua mặt nước, nhưng chỉ trong chốc lát trước khi chúng tắt đi.</w:t>
      </w:r>
    </w:p>
    <w:p>
      <w:pPr>
        <w:spacing w:after="80"/>
      </w:pPr>
      <w:r>
        <w:rPr>
          <w:b w:val="0"/>
          <w:i w:val="0"/>
        </w:rPr>
        <w:t>Vị thuyền trưởng ra lệnh hạ chiếc RIB xuống. Giây lát sau, ông và một thủy thủ trẻ leo vào chiếc xuồng máy đang nhấp nhô. Họ bắt đầu chạy máy về phía bờ, người hoa tiêu dẫn đường cho họ hướng tới một vịnh nhỏ hẹp – không phải lần đầu tiên – trong khi vị thuyền trưởng quan sát mặt nước để phát hiện bất cứ thứ gì không nên có ở đó. Vài con hải âu kêu quang quác phía trên họ, rõ ràng là thích thú với sự đồng hành của họ, trong khi một đàn cừu trên ngọn đồi gần đó tỏ ra chẳng mấy quan tâm.</w:t>
      </w:r>
    </w:p>
    <w:p>
      <w:pPr>
        <w:spacing w:after="80"/>
      </w:pPr>
      <w:r>
        <w:rPr>
          <w:b w:val="0"/>
          <w:i w:val="0"/>
        </w:rPr>
        <w:t>Và rồi ông nhìn thấy anh ta đứng trên bãi biển.</w:t>
      </w:r>
    </w:p>
    <w:p>
      <w:pPr>
        <w:spacing w:after="80"/>
      </w:pPr>
      <w:r>
        <w:rPr>
          <w:b w:val="0"/>
          <w:i w:val="0"/>
        </w:rPr>
        <w:t>Vị thuyền trưởng đổi hướng và tiến về phía bờ.</w:t>
      </w:r>
    </w:p>
    <w:p>
      <w:pPr>
        <w:jc w:val="center"/>
      </w:pPr>
      <w:r>
        <w:drawing>
          <wp:inline xmlns:a="http://schemas.openxmlformats.org/drawingml/2006/main" xmlns:pic="http://schemas.openxmlformats.org/drawingml/2006/picture">
            <wp:extent cx="752475" cy="161925"/>
            <wp:docPr id="89" name="Picture 89"/>
            <wp:cNvGraphicFramePr>
              <a:graphicFrameLocks noChangeAspect="1"/>
            </wp:cNvGraphicFramePr>
            <a:graphic>
              <a:graphicData uri="http://schemas.openxmlformats.org/drawingml/2006/picture">
                <pic:pic>
                  <pic:nvPicPr>
                    <pic:cNvPr id="0" name="orn.jpg"/>
                    <pic:cNvPicPr/>
                  </pic:nvPicPr>
                  <pic:blipFill>
                    <a:blip r:embed="rId11"/>
                    <a:stretch>
                      <a:fillRect/>
                    </a:stretch>
                  </pic:blipFill>
                  <pic:spPr>
                    <a:xfrm>
                      <a:off x="0" y="0"/>
                      <a:ext cx="752475" cy="161925"/>
                    </a:xfrm>
                    <a:prstGeom prst="rect"/>
                  </pic:spPr>
                </pic:pic>
              </a:graphicData>
            </a:graphic>
          </wp:inline>
        </w:drawing>
      </w:r>
    </w:p>
    <w:p>
      <w:pPr>
        <w:spacing w:after="80"/>
      </w:pPr>
      <w:r>
        <w:rPr>
          <w:b w:val="0"/>
          <w:i w:val="0"/>
        </w:rPr>
        <w:t>‘Đi đâu vậy, ông chủ?’</w:t>
      </w:r>
    </w:p>
    <w:p>
      <w:pPr>
        <w:spacing w:after="80"/>
      </w:pPr>
      <w:r>
        <w:rPr>
          <w:b w:val="0"/>
          <w:i w:val="0"/>
        </w:rPr>
        <w:t>‘Bệnh viện Chelsea và Westminster,’ William nói. ‘Và tôi đã trễ rồi.’</w:t>
      </w:r>
    </w:p>
    <w:p>
      <w:pPr>
        <w:spacing w:after="80"/>
      </w:pPr>
      <w:r>
        <w:rPr>
          <w:b w:val="0"/>
          <w:i w:val="0"/>
        </w:rPr>
        <w:t>Ngay cả Danny cũng sẽ phải ấn tượng với những con phố nhỏ và lối tắt mà bác tài taxi đã chọn để đưa hành khách đến bệnh viện trong thời gian ngắn nhất có thể.</w:t>
      </w:r>
    </w:p>
    <w:p>
      <w:pPr>
        <w:spacing w:after="80"/>
      </w:pPr>
      <w:r>
        <w:rPr>
          <w:b w:val="0"/>
          <w:i w:val="0"/>
        </w:rPr>
        <w:t>‘Sắp có em bé hả?’ bác tài taxi hỏi, khi William đưa cho ông tờ năm bảng.</w:t>
      </w:r>
    </w:p>
    <w:p>
      <w:pPr>
        <w:spacing w:after="80"/>
      </w:pPr>
      <w:r>
        <w:rPr>
          <w:b w:val="0"/>
          <w:i w:val="0"/>
        </w:rPr>
        <w:t>‘Thực ra là hai đứa. Sao anh đoán được vậy?’</w:t>
      </w:r>
    </w:p>
    <w:p>
      <w:pPr>
        <w:spacing w:after="80"/>
      </w:pPr>
      <w:r>
        <w:rPr>
          <w:b w:val="0"/>
          <w:i w:val="0"/>
        </w:rPr>
        <w:t>‘“Tôi đã trễ rồi” là manh mối đầu tiên, và rồi vẻ mặt của anh đã xác nhận điều đó.’</w:t>
      </w:r>
    </w:p>
    <w:p>
      <w:pPr>
        <w:spacing w:after="80"/>
      </w:pPr>
      <w:r>
        <w:rPr>
          <w:b w:val="0"/>
          <w:i w:val="0"/>
        </w:rPr>
        <w:t>William định nói ‘khỏi thối lại’ thì bác tài đưa tờ tiền lại cho anh và bảo, ‘Chuyến này cháu cứ để bác trả, cậu ạ. Và nếu cậu biết ai đã góp công bắt lũ khốn đó tối qua, nhắn giúp bác lời chúc mừng nhé.’</w:t>
      </w:r>
    </w:p>
    <w:p>
      <w:pPr>
        <w:spacing w:after="80"/>
      </w:pPr>
      <w:r>
        <w:rPr>
          <w:b w:val="0"/>
          <w:i w:val="0"/>
        </w:rPr>
        <w:t>‘Cháu sẽ nhắn,’ William đáp, rồi lao vào bệnh viện và đi thẳng tới quầy lễ tân.</w:t>
      </w:r>
    </w:p>
    <w:p>
      <w:pPr>
        <w:spacing w:after="80"/>
      </w:pPr>
      <w:r>
        <w:rPr>
          <w:b w:val="0"/>
          <w:i w:val="0"/>
        </w:rPr>
        <w:t>‘Warwick, Beth Warwick,’ anh nói với người phụ nữ ngồi sau quầy. ‘Tôi là chồng cô ấy.’</w:t>
      </w:r>
    </w:p>
    <w:p>
      <w:pPr>
        <w:spacing w:after="80"/>
      </w:pPr>
      <w:r>
        <w:rPr>
          <w:b w:val="0"/>
          <w:i w:val="0"/>
        </w:rPr>
        <w:t>Cô ấy kiểm tra màn hình trước mặt rồi nói, ‘Khu Cavell, tầng bốn, phòng ba. Chúc may mắn nhé!’</w:t>
      </w:r>
    </w:p>
    <w:p>
      <w:pPr>
        <w:spacing w:after="80"/>
      </w:pPr>
      <w:r>
        <w:rPr>
          <w:b w:val="0"/>
          <w:i w:val="0"/>
        </w:rPr>
        <w:t>William tránh nhóm người đang chờ thang máy, vì anh biết thang máy bệnh viện vốn được thiết kế để chạy chậm. Thay vào đó, anh leo cầu thang, mỗi lần hai bậc. Đến khi lên tới tầng bốn, anh thở không ra hơi. Một y tá đang đợi anh ở hành lang, tay cầm bảng kẹp giấy.</w:t>
      </w:r>
    </w:p>
    <w:p>
      <w:pPr>
        <w:spacing w:after="80"/>
      </w:pPr>
      <w:r>
        <w:rPr>
          <w:b w:val="0"/>
          <w:i w:val="0"/>
        </w:rPr>
        <w:t>‘Tôi chỉ có thể hy vọng là anh bị giữ lại vì việc gì đó quan trọng, anh Warwick ạ,’ cô nói. ‘Bởi vì vợ anh vừa sinh đôi xong.’</w:t>
      </w:r>
    </w:p>
    <w:p>
      <w:pPr>
        <w:spacing w:after="80"/>
      </w:pPr>
      <w:r>
        <w:rPr>
          <w:b w:val="0"/>
          <w:i w:val="0"/>
        </w:rPr>
        <w:t>William bắt đầu nhảy cẫng lên. ‘Con trai? Con gái? Mỗi thứ một đứa?’ anh hỏi sau khi đã hạ cánh trở lại mặt đất.</w:t>
      </w:r>
    </w:p>
    <w:p>
      <w:pPr>
        <w:spacing w:after="80"/>
      </w:pPr>
      <w:r>
        <w:rPr>
          <w:b w:val="0"/>
          <w:i w:val="0"/>
        </w:rPr>
        <w:t>‘Một bé gái, nặng sáu pound ba ounce – bé ra trước – và một bé trai, sáu pound một ounce, ra sau, đúng như tôi dự đoán là cậu bé sẽ làm vậy suốt cả cuộc đời,’ cô y tá nói với nụ cười toe toét.</w:t>
      </w:r>
    </w:p>
    <w:p>
      <w:pPr>
        <w:spacing w:after="80"/>
      </w:pPr>
      <w:r>
        <w:rPr>
          <w:b w:val="0"/>
          <w:i w:val="0"/>
        </w:rPr>
        <w:t>‘Còn Beth, cô ấy thế nào?’</w:t>
      </w:r>
    </w:p>
    <w:p>
      <w:pPr>
        <w:spacing w:after="80"/>
      </w:pPr>
      <w:r>
        <w:rPr>
          <w:b w:val="0"/>
          <w:i w:val="0"/>
        </w:rPr>
        <w:t>‘Đi theo tôi là anh tự thấy được. Nhưng anh không được ở lại quá lâu đâu, anh Warwick. Vợ anh đã kiệt sức rồi, cần được nghỉ ngơi.’</w:t>
      </w:r>
    </w:p>
    <w:p>
      <w:pPr>
        <w:spacing w:after="80"/>
      </w:pPr>
      <w:r>
        <w:rPr>
          <w:b w:val="0"/>
          <w:i w:val="0"/>
        </w:rPr>
        <w:t>Cô dẫn William vào một khu bệnh phòng, nơi Beth đang ngồi dậy trên giường, mỗi tay ôm một đứa bé.</w:t>
      </w:r>
    </w:p>
    <w:p>
      <w:pPr>
        <w:spacing w:after="80"/>
      </w:pPr>
      <w:r>
        <w:rPr>
          <w:b w:val="0"/>
          <w:i w:val="0"/>
        </w:rPr>
        <w:t>‘Anh đến trễ,’ cô nói.</w:t>
      </w:r>
    </w:p>
    <w:p>
      <w:pPr>
        <w:spacing w:after="80"/>
      </w:pPr>
      <w:r>
        <w:rPr>
          <w:b w:val="0"/>
          <w:i w:val="0"/>
        </w:rPr>
        <w:t>‘Còn em thì đến sớm,’ William đáp.</w:t>
      </w:r>
    </w:p>
    <w:p>
      <w:pPr>
        <w:spacing w:after="80"/>
      </w:pPr>
      <w:r>
        <w:rPr>
          <w:b w:val="0"/>
          <w:i w:val="0"/>
        </w:rPr>
        <w:t>‘Xin lỗi vì chuyện đó. Nhưng cuối cùng thì hai đứa cũng khá vội vã muốn chui ra. Chắc là giống anh đấy. Đây là bố đây,’ cô nói, nhìn hai đứa sinh đôi đầy trìu mến, ‘người đã bỏ lỡ màn chính rồi. Anh ấy tin rằng mình được sinh ra trên đời để cứu thế giới, một siêu nhân thời hiện đại, và đó cũng là lý do anh ấy bỏ lỡ luôn quyết định lớn thứ hai trong cuộc đời các con.’</w:t>
      </w:r>
    </w:p>
    <w:p>
      <w:pPr>
        <w:spacing w:after="80"/>
      </w:pPr>
      <w:r>
        <w:rPr>
          <w:b w:val="0"/>
          <w:i w:val="0"/>
        </w:rPr>
        <w:t>‘Vậy đó là gì hả, siêu nhân?’ William hỏi, vòng tay ôm cả ba người.</w:t>
      </w:r>
    </w:p>
    <w:p>
      <w:pPr>
        <w:spacing w:after="80"/>
      </w:pPr>
      <w:r>
        <w:rPr>
          <w:b w:val="0"/>
          <w:i w:val="0"/>
        </w:rPr>
        <w:t>‘Bọn mình đã bàn bạc nghiêm túc về chuyện đặt tên rồi,’ Beth nói, trao một trong hai đứa bé cho William.</w:t>
      </w:r>
    </w:p>
    <w:p>
      <w:pPr>
        <w:spacing w:after="80"/>
      </w:pPr>
      <w:r>
        <w:rPr>
          <w:b w:val="0"/>
          <w:i w:val="0"/>
        </w:rPr>
        <w:t>‘Thế ba người đã quyết định đặt tên gì trong lúc bố vắng nhà?’</w:t>
      </w:r>
    </w:p>
    <w:p>
      <w:pPr>
        <w:spacing w:after="80"/>
      </w:pPr>
      <w:r>
        <w:rPr>
          <w:b w:val="0"/>
          <w:i w:val="0"/>
        </w:rPr>
        <w:t>‘Con trai của bố, bọn mình chốt là Peter Paul.’</w:t>
      </w:r>
    </w:p>
    <w:p>
      <w:pPr>
        <w:spacing w:after="80"/>
      </w:pPr>
      <w:r>
        <w:rPr>
          <w:b w:val="0"/>
          <w:i w:val="0"/>
        </w:rPr>
        <w:t>‘Rubens,’ William nói. ‘Bố đồng ý. Nhưng thằng bé sẽ thành họa sĩ hay nhà ngoại giao đây?’</w:t>
      </w:r>
    </w:p>
    <w:p>
      <w:pPr>
        <w:spacing w:after="80"/>
      </w:pPr>
      <w:r>
        <w:rPr>
          <w:b w:val="0"/>
          <w:i w:val="0"/>
        </w:rPr>
        <w:t>‘Miễn là nó không làm cảnh sát, mẹ không quan tâm.’</w:t>
      </w:r>
    </w:p>
    <w:p>
      <w:pPr>
        <w:spacing w:after="80"/>
      </w:pPr>
      <w:r>
        <w:rPr>
          <w:b w:val="0"/>
          <w:i w:val="0"/>
        </w:rPr>
        <w:t>‘Còn em gái nó?’</w:t>
      </w:r>
    </w:p>
    <w:p>
      <w:pPr>
        <w:spacing w:after="80"/>
      </w:pPr>
      <w:r>
        <w:rPr>
          <w:b w:val="0"/>
          <w:i w:val="0"/>
        </w:rPr>
        <w:t>‘Artemisia.’</w:t>
      </w:r>
    </w:p>
    <w:p>
      <w:pPr>
        <w:spacing w:after="80"/>
      </w:pPr>
      <w:r>
        <w:rPr>
          <w:b w:val="0"/>
          <w:i w:val="0"/>
        </w:rPr>
        <w:t>‘Gentileschi? Một thiên tài, đi trước thời đại rất xa.’</w:t>
      </w:r>
    </w:p>
    <w:p>
      <w:pPr>
        <w:spacing w:after="80"/>
      </w:pPr>
      <w:r>
        <w:rPr>
          <w:b w:val="0"/>
          <w:i w:val="0"/>
        </w:rPr>
        <w:t>‘Và quan trọng hơn, cô ấy có một người cha công nhận tài năng của con, và khuyến khích con phát huy. Nên bố liệu hồn đấy.’</w:t>
      </w:r>
    </w:p>
    <w:p>
      <w:pPr>
        <w:spacing w:after="80"/>
      </w:pPr>
      <w:r>
        <w:rPr>
          <w:b w:val="0"/>
          <w:i w:val="0"/>
        </w:rPr>
        <w:t>‘Chào Artemisia,’ William thì thầm, vuốt nhẹ mũi con bé.</w:t>
      </w:r>
    </w:p>
    <w:p>
      <w:pPr>
        <w:spacing w:after="80"/>
      </w:pPr>
      <w:r>
        <w:rPr>
          <w:b w:val="0"/>
          <w:i w:val="0"/>
        </w:rPr>
        <w:t>‘Cố gắng lắm, nhưng đó là Peter Paul, thằng bé rất muốn biết bố đã nghĩ thêm gì về việc nộp đơn xin việc ở Fitzmolean chưa? Đơn ứng tuyển đóng vào cuối tuần này, giám đốc đã nhắc mẹ đấy.’</w:t>
      </w:r>
    </w:p>
    <w:p>
      <w:pPr>
        <w:spacing w:after="80"/>
      </w:pPr>
      <w:r>
        <w:rPr>
          <w:b w:val="0"/>
          <w:i w:val="0"/>
        </w:rPr>
        <w:t>‘Con có thể nói với Tim là dạo gần đây bố đang suy nghĩ nghiêm túc về ý tưởng đó,’ William nói khẽ.</w:t>
      </w:r>
    </w:p>
    <w:p>
      <w:pPr>
        <w:spacing w:after="80"/>
      </w:pPr>
      <w:r>
        <w:rPr>
          <w:b w:val="0"/>
          <w:i w:val="0"/>
        </w:rPr>
        <w:t>Vẻ mặt bối rối hiện lên trên mặt Beth. ‘Sao lại dạo gần đây?’</w:t>
      </w:r>
    </w:p>
    <w:p>
      <w:pPr>
        <w:spacing w:after="80"/>
      </w:pPr>
      <w:r>
        <w:rPr>
          <w:b w:val="0"/>
          <w:i w:val="0"/>
        </w:rPr>
        <w:t>‘Đội của bố có một gã cảnh sát tham nhũng, và một trong hai người bọn bố sẽ phải ra đi.’</w:t>
      </w:r>
    </w:p>
    <w:p>
      <w:pPr>
        <w:spacing w:after="80"/>
      </w:pPr>
      <w:r>
        <w:rPr>
          <w:b w:val="0"/>
          <w:i w:val="0"/>
        </w:rPr>
        <w:t>‘Nhưng sao lại là bố? Bố có làm gì sai đâu.’</w:t>
      </w:r>
    </w:p>
    <w:p>
      <w:pPr>
        <w:spacing w:after="80"/>
      </w:pPr>
      <w:r>
        <w:rPr>
          <w:b w:val="0"/>
          <w:i w:val="0"/>
        </w:rPr>
        <w:t>‘Bởi vì tôi không muốn nhắm mắt làm ngơ, mà đó chính là điều tôi sẽ phải làm nếu quyết định ở lại lực lượng.’</w:t>
      </w:r>
    </w:p>
    <w:p>
      <w:pPr>
        <w:spacing w:after="80"/>
      </w:pPr>
      <w:r>
        <w:rPr>
          <w:b w:val="0"/>
          <w:i w:val="0"/>
        </w:rPr>
        <w:t>‘Buồn thật đấy,’ Beth nói, gần như tự nói với chính mình.</w:t>
      </w:r>
    </w:p>
    <w:p>
      <w:pPr>
        <w:spacing w:after="80"/>
      </w:pPr>
      <w:r>
        <w:rPr>
          <w:b w:val="0"/>
          <w:i w:val="0"/>
        </w:rPr>
        <w:t>‘Tôi tưởng em sẽ mừng khi biết anh đang nghĩ đến chuyện bỏ nghề chứ.’</w:t>
      </w:r>
    </w:p>
    <w:p>
      <w:pPr>
        <w:spacing w:after="80"/>
      </w:pPr>
      <w:r>
        <w:rPr>
          <w:b w:val="0"/>
          <w:i w:val="0"/>
        </w:rPr>
        <w:t>‘Em mừng chứ. Nhưng em không muốn mỗi sáng thức dậy lại thấy bên cạnh mình một gã người hang động cau có, nhất là khi báo chí đang nói anh sắp trở thành thanh tra cảnh sát trẻ nhất trong lịch sử Met!’</w:t>
      </w:r>
    </w:p>
    <w:p>
      <w:pPr>
        <w:spacing w:after="80"/>
      </w:pPr>
      <w:r>
        <w:rPr>
          <w:b w:val="0"/>
          <w:i w:val="0"/>
        </w:rPr>
        <w:t>‘Nhưng với cái giá nào chứ?’</w:t>
      </w:r>
    </w:p>
    <w:p>
      <w:pPr>
        <w:spacing w:after="80"/>
      </w:pPr>
      <w:r>
        <w:rPr>
          <w:b w:val="0"/>
          <w:i w:val="0"/>
        </w:rPr>
        <w:t>‘Có lẽ anh nên bàn bạc với bố trước khi đưa ra một quyết định mà sau này anh sẽ hối hận.’</w:t>
      </w:r>
    </w:p>
    <w:p>
      <w:pPr>
        <w:spacing w:after="80"/>
      </w:pPr>
      <w:r>
        <w:rPr>
          <w:b w:val="0"/>
          <w:i w:val="0"/>
        </w:rPr>
        <w:t>‘Gần như đúng y nguyên lời ông ấy. Nhưng anh không nghĩ ra được điều gì có thể khiến anh đổi ý.’</w:t>
      </w:r>
    </w:p>
    <w:p>
      <w:pPr>
        <w:spacing w:after="80"/>
      </w:pPr>
      <w:r>
        <w:rPr>
          <w:b w:val="0"/>
          <w:i w:val="0"/>
        </w:rPr>
        <w:t>Artemisia bắt đầu khóc, ngay sau đó là Peter Paul.</w:t>
      </w:r>
    </w:p>
    <w:p>
      <w:pPr>
        <w:spacing w:after="80"/>
      </w:pPr>
      <w:r>
        <w:rPr>
          <w:b w:val="0"/>
          <w:i w:val="0"/>
        </w:rPr>
        <w:t>‘Rõ ràng là hai đứa sẽ phối hợp ăn ý để thu hút sự chú ý của chúng ta,’ Beth nói.</w:t>
      </w:r>
    </w:p>
    <w:p>
      <w:pPr>
        <w:spacing w:after="80"/>
      </w:pPr>
      <w:r>
        <w:rPr>
          <w:b w:val="0"/>
          <w:i w:val="0"/>
        </w:rPr>
        <w:t>Cô và William trao cặp song sinh cho bà đỡ, người nhanh chóng dỗ chúng nín rồi nhẹ nhàng đặt chúng vào nôi. ‘Có lẽ đã đến lúc vợ anh cần nghỉ ngơi rồi,’ bà gợi ý trước khi rời khỏi phòng.</w:t>
      </w:r>
    </w:p>
    <w:p>
      <w:pPr>
        <w:spacing w:after="80"/>
      </w:pPr>
      <w:r>
        <w:rPr>
          <w:b w:val="0"/>
          <w:i w:val="0"/>
        </w:rPr>
        <w:t>‘Nhưng chưa phải trước khi chúng ta kiểm tra xem anh đã thành tin cũ của ngày hôm qua chưa,’ Beth nói, bật tivi lên và thấy một chiếc xe buýt hai tầng màu đỏ đang biến mất khỏi một bên màn hình.</w:t>
      </w:r>
    </w:p>
    <w:p>
      <w:pPr>
        <w:spacing w:after="80"/>
      </w:pPr>
      <w:r>
        <w:rPr>
          <w:b w:val="0"/>
          <w:i w:val="0"/>
        </w:rPr>
        <w:t>‘Chà, tôi đoán đó là lần cuối cùng chúng ta được thấy anh,’ cô thở dài. Cô định tắt tivi thì người đọc tin nói: ‘Vừa có tin nóng hổi. Một tù nhân đã trốn thoát khỏi nhà tù Pentonville.’</w:t>
      </w:r>
    </w:p>
    <w:p>
      <w:pPr>
        <w:spacing w:after="80"/>
      </w:pPr>
      <w:r>
        <w:rPr>
          <w:b w:val="0"/>
          <w:i w:val="0"/>
        </w:rPr>
        <w:t>Khuôn mặt Miles Faulkner tràn ngập màn hình.</w:t>
      </w:r>
    </w:p>
    <w:p>
      <w:pPr>
        <w:pStyle w:val="Heading4"/>
      </w:pPr>
      <w:r>
        <w:rPr>
          <w:rFonts w:ascii="Calibri" w:hAnsi="Calibri"/>
          <w:b/>
          <w:i w:val="0"/>
          <w:sz w:val="23"/>
        </w:rPr>
        <w:t>CÁC TÁC PHẨM KHÁC CỦA JEFFREY ARCHER</w:t>
      </w:r>
    </w:p>
    <w:p>
      <w:pPr>
        <w:spacing w:after="80"/>
        <w:jc w:val="center"/>
      </w:pPr>
      <w:r>
        <w:rPr>
          <w:b w:val="0"/>
          <w:i w:val="0"/>
        </w:rPr>
        <w:t>CÁC TIỂU THUYẾT VỀ WILLIAM WARWICK</w:t>
      </w:r>
    </w:p>
    <w:p>
      <w:pPr>
        <w:spacing w:after="80"/>
        <w:jc w:val="center"/>
      </w:pPr>
      <w:r>
        <w:rPr>
          <w:b w:val="0"/>
          <w:i w:val="0"/>
        </w:rPr>
        <w:t>Nothing Ventured</w:t>
      </w:r>
    </w:p>
    <w:p>
      <w:pPr>
        <w:spacing w:after="80"/>
        <w:jc w:val="center"/>
      </w:pPr>
      <w:r>
        <w:rPr>
          <w:b w:val="0"/>
          <w:i w:val="0"/>
        </w:rPr>
        <w:t>BIÊN NIÊN SỬ CLIFTON</w:t>
      </w:r>
    </w:p>
    <w:p>
      <w:pPr>
        <w:spacing w:after="80"/>
        <w:jc w:val="center"/>
      </w:pPr>
      <w:r>
        <w:rPr>
          <w:b w:val="0"/>
          <w:i w:val="0"/>
        </w:rPr>
        <w:t>Chỉ Thời Gian Mới Trả Lời Tội Lỗi Của Người Cha</w:t>
      </w:r>
    </w:p>
    <w:p>
      <w:pPr>
        <w:spacing w:after="80"/>
        <w:jc w:val="center"/>
      </w:pPr>
      <w:r>
        <w:rPr>
          <w:b w:val="0"/>
          <w:i w:val="0"/>
        </w:rPr>
        <w:t>Bí Mật Được Giữ Kín Nhất Hãy Cẩn Thận Với Điều Bạn Ước</w:t>
      </w:r>
    </w:p>
    <w:p>
      <w:pPr>
        <w:spacing w:after="80"/>
        <w:jc w:val="center"/>
      </w:pPr>
      <w:r>
        <w:rPr>
          <w:b w:val="0"/>
          <w:i w:val="0"/>
        </w:rPr>
        <w:t>Mạnh Hơn Thanh Gươm Giờ Đã Điểm Này Là Một Người Đàn Ông</w:t>
      </w:r>
    </w:p>
    <w:p>
      <w:pPr>
        <w:spacing w:after="80"/>
        <w:jc w:val="center"/>
      </w:pPr>
      <w:r>
        <w:rPr>
          <w:b w:val="0"/>
          <w:i w:val="0"/>
        </w:rPr>
        <w:t>TIỂU THUYẾT</w:t>
      </w:r>
    </w:p>
    <w:p>
      <w:pPr>
        <w:spacing w:after="80"/>
        <w:jc w:val="center"/>
      </w:pPr>
      <w:r>
        <w:rPr>
          <w:b w:val="0"/>
          <w:i w:val="0"/>
        </w:rPr>
        <w:t>Không Một Xu Nhiều Hơn, Không Một Xu Ít Hơn</w:t>
      </w:r>
    </w:p>
    <w:p>
      <w:pPr>
        <w:spacing w:after="80"/>
        <w:jc w:val="center"/>
      </w:pPr>
      <w:r>
        <w:rPr>
          <w:b w:val="0"/>
          <w:i w:val="0"/>
        </w:rPr>
        <w:t>Ta Có Nên Nói Cho Tổng Thống Biết? Kane và Abel</w:t>
      </w:r>
    </w:p>
    <w:p>
      <w:pPr>
        <w:spacing w:after="80"/>
        <w:jc w:val="center"/>
      </w:pPr>
      <w:r>
        <w:rPr>
          <w:b w:val="0"/>
          <w:i w:val="0"/>
        </w:rPr>
        <w:t>Đứa Con Hoang Đàng Đứng Đầu Trong Những Kẻ Ngang Hàng</w:t>
      </w:r>
    </w:p>
    <w:p>
      <w:pPr>
        <w:spacing w:after="80"/>
        <w:jc w:val="center"/>
      </w:pPr>
      <w:r>
        <w:rPr>
          <w:b w:val="0"/>
          <w:i w:val="0"/>
        </w:rPr>
        <w:t>Một Vấn Đề Danh Dự Khi Con Quạ Bay Danh Dự Giữa Bọn Trộm Cắp</w:t>
      </w:r>
    </w:p>
    <w:p>
      <w:pPr>
        <w:spacing w:after="80"/>
        <w:jc w:val="center"/>
      </w:pPr>
      <w:r>
        <w:rPr>
          <w:b w:val="0"/>
          <w:i w:val="0"/>
        </w:rPr>
        <w:t>Đẳng Cấp Thứ Tư Điều Răn Thứ Mười Một</w:t>
      </w:r>
    </w:p>
    <w:p>
      <w:pPr>
        <w:spacing w:after="80"/>
        <w:jc w:val="center"/>
      </w:pPr>
      <w:r>
        <w:rPr>
          <w:b w:val="0"/>
          <w:i w:val="0"/>
        </w:rPr>
        <w:t>Những Đứa Con Của Vận May Ấn Tượng Giả Dối</w:t>
      </w:r>
    </w:p>
    <w:p>
      <w:pPr>
        <w:spacing w:after="80"/>
        <w:jc w:val="center"/>
      </w:pPr>
      <w:r>
        <w:rPr>
          <w:b w:val="0"/>
          <w:i w:val="0"/>
        </w:rPr>
        <w:t>Phúc Âm Theo Giu-đa</w:t>
      </w:r>
    </w:p>
    <w:p>
      <w:pPr>
        <w:spacing w:after="80"/>
        <w:jc w:val="center"/>
      </w:pPr>
      <w:r>
        <w:rPr>
          <w:b w:val="0"/>
          <w:i w:val="0"/>
        </w:rPr>
        <w:t>(</w:t>
      </w:r>
      <w:r>
        <w:rPr>
          <w:b w:val="0"/>
          <w:i/>
        </w:rPr>
        <w:t>với sự trợ giúp của Giáo sư Francis J. Moloney</w:t>
      </w:r>
      <w:r>
        <w:rPr>
          <w:b w:val="0"/>
          <w:i w:val="0"/>
        </w:rPr>
        <w:t>)</w:t>
      </w:r>
    </w:p>
    <w:p>
      <w:pPr>
        <w:spacing w:after="80"/>
        <w:jc w:val="center"/>
      </w:pPr>
      <w:r>
        <w:rPr>
          <w:b w:val="0"/>
          <w:i w:val="0"/>
        </w:rPr>
        <w:t>Tù Nhân Của Ngày Sinh Những Con Đường Vinh Quang Ngửa Mặt Hay Úp Mặt Bạn Thắng</w:t>
      </w:r>
    </w:p>
    <w:p>
      <w:pPr>
        <w:spacing w:after="80"/>
        <w:jc w:val="center"/>
      </w:pPr>
      <w:r>
        <w:rPr>
          <w:b w:val="0"/>
          <w:i w:val="0"/>
        </w:rPr>
        <w:t>TRUYỆN NGẮN</w:t>
      </w:r>
    </w:p>
    <w:p>
      <w:pPr>
        <w:spacing w:after="80"/>
        <w:jc w:val="center"/>
      </w:pPr>
      <w:r>
        <w:rPr>
          <w:b w:val="0"/>
          <w:i w:val="0"/>
        </w:rPr>
        <w:t>Một Bao Đầy Tên Một Khúc Quanh Trong Câu Chuyện</w:t>
      </w:r>
    </w:p>
    <w:p>
      <w:pPr>
        <w:spacing w:after="80"/>
        <w:jc w:val="center"/>
      </w:pPr>
      <w:r>
        <w:rPr>
          <w:b w:val="0"/>
          <w:i w:val="0"/>
        </w:rPr>
        <w:t>Mười hai manh mối giả Tuyển tập truyện ngắn</w:t>
      </w:r>
    </w:p>
    <w:p>
      <w:pPr>
        <w:spacing w:after="80"/>
        <w:jc w:val="center"/>
      </w:pPr>
      <w:r>
        <w:rPr>
          <w:b w:val="0"/>
          <w:i w:val="0"/>
        </w:rPr>
        <w:t>Kể vắn tắt một câu chuyện dài Chín kiểu mèo</w:t>
      </w:r>
    </w:p>
    <w:p>
      <w:pPr>
        <w:spacing w:after="80"/>
        <w:jc w:val="center"/>
      </w:pPr>
      <w:r>
        <w:rPr>
          <w:b w:val="0"/>
          <w:i w:val="0"/>
        </w:rPr>
        <w:t>Và thế là thành chuyện Kể chuyện</w:t>
      </w:r>
    </w:p>
    <w:p>
      <w:pPr>
        <w:spacing w:after="80"/>
        <w:jc w:val="center"/>
      </w:pPr>
      <w:r>
        <w:rPr>
          <w:b w:val="0"/>
          <w:i w:val="0"/>
        </w:rPr>
        <w:t>Ngắn, dài và cao</w:t>
      </w:r>
    </w:p>
    <w:p>
      <w:pPr>
        <w:spacing w:after="80"/>
        <w:jc w:val="center"/>
      </w:pPr>
      <w:r>
        <w:rPr>
          <w:b w:val="0"/>
          <w:i w:val="0"/>
        </w:rPr>
        <w:t>KỊCH BẢN SÂN KHẤU</w:t>
      </w:r>
    </w:p>
    <w:p>
      <w:pPr>
        <w:spacing w:after="80"/>
        <w:jc w:val="center"/>
      </w:pPr>
      <w:r>
        <w:rPr>
          <w:b w:val="0"/>
          <w:i w:val="0"/>
        </w:rPr>
        <w:t>Vượt trên nghi ngờ hợp lý Độc quyền Bị cáo</w:t>
      </w:r>
    </w:p>
    <w:p>
      <w:pPr>
        <w:spacing w:after="80"/>
        <w:jc w:val="center"/>
      </w:pPr>
      <w:r>
        <w:rPr>
          <w:b w:val="0"/>
          <w:i w:val="0"/>
        </w:rPr>
        <w:t>Lời thú tội Ai đã giết Thị trưởng?</w:t>
      </w:r>
    </w:p>
    <w:p>
      <w:pPr>
        <w:spacing w:after="80"/>
        <w:jc w:val="center"/>
      </w:pPr>
      <w:r>
        <w:rPr>
          <w:b w:val="0"/>
          <w:i w:val="0"/>
        </w:rPr>
        <w:t>NHẬT KÝ TÙ</w:t>
      </w:r>
    </w:p>
    <w:p>
      <w:pPr>
        <w:spacing w:after="80"/>
        <w:jc w:val="center"/>
      </w:pPr>
      <w:r>
        <w:rPr>
          <w:b w:val="0"/>
          <w:i w:val="0"/>
        </w:rPr>
        <w:t>Tập Một – Belmarsh: Địa ngục</w:t>
      </w:r>
    </w:p>
    <w:p>
      <w:pPr>
        <w:spacing w:after="80"/>
        <w:jc w:val="center"/>
      </w:pPr>
      <w:r>
        <w:rPr>
          <w:b w:val="0"/>
          <w:i w:val="0"/>
        </w:rPr>
        <w:t>Tập Hai – Wayland: Luyện ngục</w:t>
      </w:r>
    </w:p>
    <w:p>
      <w:pPr>
        <w:spacing w:after="80"/>
        <w:jc w:val="center"/>
      </w:pPr>
      <w:r>
        <w:rPr>
          <w:b w:val="0"/>
          <w:i w:val="0"/>
        </w:rPr>
        <w:t>Tập Ba – Trại North Sea: Thiên đường</w:t>
      </w:r>
    </w:p>
    <w:p>
      <w:pPr>
        <w:spacing w:after="80"/>
        <w:jc w:val="center"/>
      </w:pPr>
      <w:r>
        <w:rPr>
          <w:b w:val="0"/>
          <w:i w:val="0"/>
        </w:rPr>
        <w:t>KỊCH BẢN ĐIỆN ẢNH</w:t>
      </w:r>
    </w:p>
    <w:p>
      <w:pPr>
        <w:spacing w:after="80"/>
        <w:jc w:val="center"/>
      </w:pPr>
      <w:r>
        <w:rPr>
          <w:b w:val="0"/>
          <w:i w:val="0"/>
        </w:rPr>
        <w:t>Mallory: Bước ra khỏi bản đồ Ấn tượng giả</w:t>
      </w:r>
    </w:p>
    <w:p>
      <w:pPr>
        <w:jc w:val="center"/>
      </w:pPr>
      <w:r>
        <w:drawing>
          <wp:inline xmlns:a="http://schemas.openxmlformats.org/drawingml/2006/main" xmlns:pic="http://schemas.openxmlformats.org/drawingml/2006/picture">
            <wp:extent cx="904875" cy="790575"/>
            <wp:docPr id="90" name="Picture 90"/>
            <wp:cNvGraphicFramePr>
              <a:graphicFrameLocks noChangeAspect="1"/>
            </wp:cNvGraphicFramePr>
            <a:graphic>
              <a:graphicData uri="http://schemas.openxmlformats.org/drawingml/2006/picture">
                <pic:pic>
                  <pic:nvPicPr>
                    <pic:cNvPr id="0" name="copy.jpg"/>
                    <pic:cNvPicPr/>
                  </pic:nvPicPr>
                  <pic:blipFill>
                    <a:blip r:embed="rId12"/>
                    <a:stretch>
                      <a:fillRect/>
                    </a:stretch>
                  </pic:blipFill>
                  <pic:spPr>
                    <a:xfrm>
                      <a:off x="0" y="0"/>
                      <a:ext cx="904875" cy="790575"/>
                    </a:xfrm>
                    <a:prstGeom prst="rect"/>
                  </pic:spPr>
                </pic:pic>
              </a:graphicData>
            </a:graphic>
          </wp:inline>
        </w:drawing>
      </w:r>
    </w:p>
    <w:p>
      <w:pPr>
        <w:spacing w:after="80"/>
        <w:jc w:val="center"/>
      </w:pPr>
      <w:r>
        <w:rPr>
          <w:b w:val="0"/>
          <w:i w:val="0"/>
        </w:rPr>
        <w:t>Xuất bản lần đầu năm 2020 bởi Macmillan</w:t>
      </w:r>
    </w:p>
    <w:p>
      <w:pPr>
        <w:spacing w:after="80"/>
        <w:jc w:val="center"/>
      </w:pPr>
      <w:r>
        <w:rPr>
          <w:b w:val="0"/>
          <w:i w:val="0"/>
        </w:rPr>
        <w:t>Ấn bản điện tử này xuất bản năm 2020 bởi Macmillan</w:t>
      </w:r>
    </w:p>
    <w:p>
      <w:pPr>
        <w:spacing w:after="80"/>
        <w:jc w:val="center"/>
      </w:pPr>
      <w:r>
        <w:rPr>
          <w:b w:val="0"/>
          <w:i w:val="0"/>
        </w:rPr>
        <w:t>một nhánh của Pan Macmillan</w:t>
      </w:r>
    </w:p>
    <w:p>
      <w:pPr>
        <w:spacing w:after="80"/>
        <w:jc w:val="center"/>
      </w:pPr>
      <w:r>
        <w:rPr>
          <w:b w:val="0"/>
          <w:i w:val="0"/>
        </w:rPr>
        <w:t>The Smithson, 6 Briset Street, London EC1M 5NR</w:t>
      </w:r>
    </w:p>
    <w:p>
      <w:pPr>
        <w:spacing w:after="80"/>
        <w:jc w:val="center"/>
      </w:pPr>
      <w:r>
        <w:rPr>
          <w:b w:val="0"/>
          <w:i w:val="0"/>
        </w:rPr>
        <w:t>Các công ty liên kết trên khắp thế giới</w:t>
      </w:r>
    </w:p>
    <w:p>
      <w:pPr>
        <w:spacing w:after="80"/>
        <w:jc w:val="center"/>
      </w:pPr>
      <w:r>
        <w:rPr>
          <w:b w:val="0"/>
          <w:i w:val="0"/>
        </w:rPr>
        <w:t>www.panmacmillan.com</w:t>
      </w:r>
    </w:p>
    <w:p>
      <w:pPr>
        <w:spacing w:after="80"/>
        <w:jc w:val="center"/>
      </w:pPr>
      <w:r>
        <w:rPr>
          <w:b w:val="0"/>
          <w:i w:val="0"/>
        </w:rPr>
        <w:t>ISBN 978-1-5098-5135-5</w:t>
      </w:r>
    </w:p>
    <w:p>
      <w:pPr>
        <w:spacing w:after="80"/>
        <w:jc w:val="center"/>
      </w:pPr>
      <w:r>
        <w:rPr>
          <w:b w:val="0"/>
          <w:i w:val="0"/>
        </w:rPr>
        <w:t>Bản quyền © Jeffrey Archer 2020</w:t>
      </w:r>
    </w:p>
    <w:p>
      <w:pPr>
        <w:spacing w:after="80"/>
        <w:jc w:val="center"/>
      </w:pPr>
      <w:r>
        <w:rPr>
          <w:b w:val="0"/>
          <w:i w:val="0"/>
        </w:rPr>
        <w:t>Hình bìa: nền: © Michael Lidgley; nhân vật nam: © Arcangel Images;</w:t>
      </w:r>
    </w:p>
    <w:p>
      <w:pPr>
        <w:spacing w:after="80"/>
        <w:jc w:val="center"/>
      </w:pPr>
      <w:r>
        <w:rPr>
          <w:b w:val="0"/>
          <w:i w:val="0"/>
        </w:rPr>
        <w:t>nhân vật nữ: © Mark Owen/Trevillion Images.</w:t>
      </w:r>
    </w:p>
    <w:p>
      <w:pPr>
        <w:spacing w:after="80"/>
        <w:jc w:val="center"/>
      </w:pPr>
      <w:r>
        <w:rPr>
          <w:b w:val="0"/>
          <w:i w:val="0"/>
        </w:rPr>
        <w:t>Quyền của Jeffrey Archer được công nhận là tác giả của tác phẩm này đã được ông khẳng định theo Đạo luật Bản quyền, Thiết kế và Sáng chế năm 1988.</w:t>
      </w:r>
    </w:p>
    <w:p>
      <w:pPr>
        <w:spacing w:after="80"/>
        <w:jc w:val="center"/>
      </w:pPr>
      <w:r>
        <w:rPr>
          <w:b w:val="0"/>
          <w:i w:val="0"/>
        </w:rPr>
        <w:t>Bạn không được sao chép, lưu trữ, phân phối, truyền tải, tái bản hoặc bằng bất kỳ cách nào khác cung cấp ấn phẩm này (hoặc bất kỳ phần nào của nó) dưới bất kỳ hình thức nào, hoặc bằng bất kỳ phương tiện nào (điện tử, kỹ thuật số, quang học, cơ học, sao chụp, ghi âm hoặc cách khác), mà không có sự cho phép trước bằng văn bản của nhà xuất bản. Bất kỳ ai thực hiện hành vi trái phép nào liên quan đến ấn phẩm này đều có thể bị truy tố hình sự và bị kiện dân sự đòi bồi thường thiệt hại.</w:t>
      </w:r>
    </w:p>
    <w:p>
      <w:pPr>
        <w:spacing w:after="80"/>
        <w:jc w:val="center"/>
      </w:pPr>
      <w:r>
        <w:rPr>
          <w:b w:val="0"/>
          <w:i w:val="0"/>
        </w:rPr>
        <w:t>Hồ sơ danh mục CIP của cuốn sách này có sẵn tại Thư viện Anh.</w:t>
      </w:r>
    </w:p>
    <w:p>
      <w:pPr>
        <w:spacing w:after="80"/>
        <w:jc w:val="center"/>
      </w:pPr>
      <w:r>
        <w:rPr>
          <w:b w:val="0"/>
          <w:i w:val="0"/>
        </w:rPr>
        <w:t xml:space="preserve">Truy cập </w:t>
      </w:r>
      <w:r>
        <w:rPr>
          <w:b/>
          <w:i w:val="0"/>
        </w:rPr>
        <w:t>www.panmacmillan.com</w:t>
      </w:r>
      <w:r>
        <w:rPr>
          <w:b w:val="0"/>
          <w:i w:val="0"/>
        </w:rPr>
        <w:t xml:space="preserve"> để đọc thêm về tất cả sách của chúng tôi và mua chúng. Bạn cũng sẽ tìm thấy các tính năng, phỏng vấn tác giả và tin tức về các sự kiện của tác giả, và bạn có thể đăng ký nhận bản tin điện tử để luôn là người đầu tiên biết về những ấn phẩm mới của chúng tôi.</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