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50066" cy="8229600"/>
            <wp:docPr id="1" name="Picture 1"/>
            <wp:cNvGraphicFramePr>
              <a:graphicFrameLocks noChangeAspect="1"/>
            </wp:cNvGraphicFramePr>
            <a:graphic>
              <a:graphicData uri="http://schemas.openxmlformats.org/drawingml/2006/picture">
                <pic:pic>
                  <pic:nvPicPr>
                    <pic:cNvPr id="0" name="00008.jpeg"/>
                    <pic:cNvPicPr/>
                  </pic:nvPicPr>
                  <pic:blipFill>
                    <a:blip r:embed="rId9"/>
                    <a:stretch>
                      <a:fillRect/>
                    </a:stretch>
                  </pic:blipFill>
                  <pic:spPr>
                    <a:xfrm>
                      <a:off x="0" y="0"/>
                      <a:ext cx="5450066" cy="8229600"/>
                    </a:xfrm>
                    <a:prstGeom prst="rect"/>
                  </pic:spPr>
                </pic:pic>
              </a:graphicData>
            </a:graphic>
          </wp:inline>
        </w:drawing>
      </w:r>
    </w:p>
    <w:p>
      <w:pPr>
        <w:jc w:val="center"/>
      </w:pPr>
      <w:r>
        <w:drawing>
          <wp:inline xmlns:a="http://schemas.openxmlformats.org/drawingml/2006/main" xmlns:pic="http://schemas.openxmlformats.org/drawingml/2006/picture">
            <wp:extent cx="3632780" cy="8229599"/>
            <wp:docPr id="2" name="Picture 2"/>
            <wp:cNvGraphicFramePr>
              <a:graphicFrameLocks noChangeAspect="1"/>
            </wp:cNvGraphicFramePr>
            <a:graphic>
              <a:graphicData uri="http://schemas.openxmlformats.org/drawingml/2006/picture">
                <pic:pic>
                  <pic:nvPicPr>
                    <pic:cNvPr id="0" name="00001.jpeg"/>
                    <pic:cNvPicPr/>
                  </pic:nvPicPr>
                  <pic:blipFill>
                    <a:blip r:embed="rId10"/>
                    <a:stretch>
                      <a:fillRect/>
                    </a:stretch>
                  </pic:blipFill>
                  <pic:spPr>
                    <a:xfrm>
                      <a:off x="0" y="0"/>
                      <a:ext cx="3632780" cy="8229599"/>
                    </a:xfrm>
                    <a:prstGeom prst="rect"/>
                  </pic:spPr>
                </pic:pic>
              </a:graphicData>
            </a:graphic>
          </wp:inline>
        </w:drawing>
      </w:r>
    </w:p>
    <w:p>
      <w:pPr>
        <w:jc w:val="center"/>
      </w:pPr>
      <w:r>
        <w:drawing>
          <wp:inline xmlns:a="http://schemas.openxmlformats.org/drawingml/2006/main" xmlns:pic="http://schemas.openxmlformats.org/drawingml/2006/picture">
            <wp:extent cx="952500" cy="1438272"/>
            <wp:docPr id="3" name="Picture 3"/>
            <wp:cNvGraphicFramePr>
              <a:graphicFrameLocks noChangeAspect="1"/>
            </wp:cNvGraphicFramePr>
            <a:graphic>
              <a:graphicData uri="http://schemas.openxmlformats.org/drawingml/2006/picture">
                <pic:pic>
                  <pic:nvPicPr>
                    <pic:cNvPr id="0" name="00002.jpeg"/>
                    <pic:cNvPicPr/>
                  </pic:nvPicPr>
                  <pic:blipFill>
                    <a:blip r:embed="rId11"/>
                    <a:stretch>
                      <a:fillRect/>
                    </a:stretch>
                  </pic:blipFill>
                  <pic:spPr>
                    <a:xfrm>
                      <a:off x="0" y="0"/>
                      <a:ext cx="952500" cy="1438272"/>
                    </a:xfrm>
                    <a:prstGeom prst="rect"/>
                  </pic:spPr>
                </pic:pic>
              </a:graphicData>
            </a:graphic>
          </wp:inline>
        </w:drawing>
      </w:r>
    </w:p>
    <w:p>
      <w:pPr>
        <w:spacing w:after="80"/>
        <w:jc w:val="center"/>
      </w:pPr>
      <w:r>
        <w:rPr>
          <w:b w:val="0"/>
          <w:i w:val="0"/>
        </w:rPr>
        <w:t>Bắt đầu đọc</w:t>
      </w:r>
    </w:p>
    <w:p>
      <w:pPr>
        <w:spacing w:after="80"/>
        <w:jc w:val="center"/>
      </w:pPr>
      <w:r>
        <w:rPr>
          <w:b w:val="0"/>
          <w:i w:val="0"/>
        </w:rPr>
        <w:t>Mục lục</w:t>
      </w:r>
    </w:p>
    <w:p>
      <w:pPr>
        <w:spacing w:after="80"/>
        <w:jc w:val="center"/>
      </w:pPr>
      <w:r>
        <w:rPr>
          <w:b w:val="0"/>
          <w:i w:val="0"/>
        </w:rPr>
        <w:t>Bản tin</w:t>
      </w:r>
    </w:p>
    <w:p>
      <w:pPr>
        <w:spacing w:after="80"/>
        <w:jc w:val="center"/>
      </w:pPr>
      <w:r>
        <w:rPr>
          <w:b w:val="0"/>
          <w:i w:val="0"/>
        </w:rPr>
        <w:t>Trang bản quyền</w:t>
      </w:r>
    </w:p>
    <w:p>
      <w:pPr>
        <w:spacing w:after="80"/>
        <w:jc w:val="center"/>
      </w:pPr>
      <w:r>
        <w:rPr>
          <w:b w:val="0"/>
          <w:i w:val="0"/>
        </w:rPr>
        <w:t>Theo Đạo luật Bản quyền Hoa Kỳ năm 1976, việc quét, tải lên và chia sẻ điện tử bất kỳ phần nào của cuốn sách này mà không có sự cho phép của nhà xuất bản đều cấu thành hành vi vi phạm bản quyền bất hợp pháp và đánh cắp tài sản trí tuệ của tác giả. Nếu bạn muốn sử dụng tài liệu từ cuốn sách này (ngoài mục đích đánh giá), bạn phải xin phép bằng văn bản trước bằng cách liên hệ với nhà xuất bản tại permissions@hbgusa.com. Cảm ơn bạn đã ủng hộ quyền của tác giả.</w:t>
      </w:r>
    </w:p>
    <w:p>
      <w:pPr>
        <w:spacing w:after="80"/>
      </w:pPr>
      <w:r>
        <w:rPr>
          <w:b w:val="0"/>
          <w:i/>
        </w:rPr>
        <w:t>Cuốn sách này được dành tặng cho Collin Sewell. Mỗi tháng trong suốt hai năm, tôi đã trả lời một câu hỏi tuyệt vời mà bạn gửi cho tôi. Khi hướng dẫn bạn từ xa, tôi đã chứng kiến bạn trưởng thành từ một nhà lãnh đạo giỏi thành một nhà lãnh đạo xuất sắc. Giờ đây tôi vui mừng được hướng dẫn bạn trực tiếp và hân hạnh coi bạn là một người bạn.</w:t>
      </w:r>
    </w:p>
    <w:p>
      <w:pPr>
        <w:pStyle w:val="Heading1"/>
      </w:pPr>
      <w:r>
        <w:rPr>
          <w:rFonts w:ascii="Calibri" w:hAnsi="Calibri"/>
          <w:b/>
          <w:i w:val="0"/>
          <w:sz w:val="40"/>
        </w:rPr>
        <w:t>Lời cảm ơn</w:t>
      </w:r>
    </w:p>
    <w:p>
      <w:pPr>
        <w:spacing w:after="80"/>
        <w:jc w:val="center"/>
      </w:pPr>
      <w:r>
        <w:rPr>
          <w:b w:val="0"/>
          <w:i w:val="0"/>
        </w:rPr>
        <w:t>Xin cảm ơn:</w:t>
      </w:r>
    </w:p>
    <w:p>
      <w:pPr>
        <w:spacing w:after="80"/>
        <w:jc w:val="center"/>
      </w:pPr>
      <w:r>
        <w:rPr>
          <w:b w:val="0"/>
          <w:i w:val="0"/>
        </w:rPr>
        <w:t>Charlie Wetzel, người viết của tôi;</w:t>
      </w:r>
    </w:p>
    <w:p>
      <w:pPr>
        <w:spacing w:after="80"/>
        <w:jc w:val="center"/>
      </w:pPr>
      <w:r>
        <w:rPr>
          <w:b w:val="0"/>
          <w:i w:val="0"/>
        </w:rPr>
        <w:t>Stephanie Wetzel, vì đã biên tập bản thảo đầu tiên và quản lý mạng xã hội của tôi;</w:t>
      </w:r>
    </w:p>
    <w:p>
      <w:pPr>
        <w:spacing w:after="80"/>
        <w:jc w:val="center"/>
      </w:pPr>
      <w:r>
        <w:rPr>
          <w:b w:val="0"/>
          <w:i w:val="0"/>
        </w:rPr>
        <w:t>Audrey Moralez, vì đã hỗ trợ nghiên cứu;</w:t>
      </w:r>
    </w:p>
    <w:p>
      <w:pPr>
        <w:spacing w:after="80"/>
        <w:jc w:val="center"/>
      </w:pPr>
      <w:r>
        <w:rPr>
          <w:b w:val="0"/>
          <w:i w:val="0"/>
        </w:rPr>
        <w:t>Carolyn Kokinda, vì đã đánh máy bản thảo đầu tiên; và</w:t>
      </w:r>
    </w:p>
    <w:p>
      <w:pPr>
        <w:spacing w:after="80"/>
        <w:jc w:val="center"/>
      </w:pPr>
      <w:r>
        <w:rPr>
          <w:b w:val="0"/>
          <w:i w:val="0"/>
        </w:rPr>
        <w:t>Linda Eggers, trợ lý điều hành của tôi.</w:t>
      </w:r>
    </w:p>
    <w:p>
      <w:pPr>
        <w:pStyle w:val="Heading1"/>
      </w:pPr>
      <w:r>
        <w:rPr>
          <w:rFonts w:ascii="Calibri" w:hAnsi="Calibri"/>
          <w:b/>
          <w:i w:val="0"/>
          <w:sz w:val="40"/>
        </w:rPr>
        <w:t>PHẦN I</w:t>
      </w:r>
    </w:p>
    <w:p>
      <w:pPr>
        <w:pStyle w:val="Heading1"/>
      </w:pPr>
      <w:r>
        <w:rPr>
          <w:rFonts w:ascii="Calibri" w:hAnsi="Calibri"/>
          <w:b/>
          <w:i w:val="0"/>
          <w:sz w:val="40"/>
        </w:rPr>
        <w:t>Những câu hỏi tôi tự hỏi</w:t>
      </w:r>
    </w:p>
    <w:p>
      <w:pPr>
        <w:jc w:val="center"/>
      </w:pPr>
      <w:r>
        <w:drawing>
          <wp:inline xmlns:a="http://schemas.openxmlformats.org/drawingml/2006/main" xmlns:pic="http://schemas.openxmlformats.org/drawingml/2006/picture">
            <wp:extent cx="695325" cy="19050"/>
            <wp:docPr id="4" name="Picture 4"/>
            <wp:cNvGraphicFramePr>
              <a:graphicFrameLocks noChangeAspect="1"/>
            </wp:cNvGraphicFramePr>
            <a:graphic>
              <a:graphicData uri="http://schemas.openxmlformats.org/drawingml/2006/picture">
                <pic:pic>
                  <pic:nvPicPr>
                    <pic:cNvPr id="0" name="00003.jpeg"/>
                    <pic:cNvPicPr/>
                  </pic:nvPicPr>
                  <pic:blipFill>
                    <a:blip r:embed="rId12"/>
                    <a:stretch>
                      <a:fillRect/>
                    </a:stretch>
                  </pic:blipFill>
                  <pic:spPr>
                    <a:xfrm>
                      <a:off x="0" y="0"/>
                      <a:ext cx="695325" cy="19050"/>
                    </a:xfrm>
                    <a:prstGeom prst="rect"/>
                  </pic:spPr>
                </pic:pic>
              </a:graphicData>
            </a:graphic>
          </wp:inline>
        </w:drawing>
      </w:r>
    </w:p>
    <w:p>
      <w:pPr>
        <w:pStyle w:val="Heading1"/>
      </w:pPr>
      <w:r>
        <w:rPr>
          <w:rFonts w:ascii="Calibri" w:hAnsi="Calibri"/>
          <w:b/>
          <w:i w:val="0"/>
          <w:sz w:val="40"/>
        </w:rPr>
        <w:t>1</w:t>
      </w:r>
    </w:p>
    <w:p>
      <w:pPr>
        <w:jc w:val="center"/>
      </w:pPr>
      <w:r>
        <w:drawing>
          <wp:inline xmlns:a="http://schemas.openxmlformats.org/drawingml/2006/main" xmlns:pic="http://schemas.openxmlformats.org/drawingml/2006/picture">
            <wp:extent cx="695325" cy="19050"/>
            <wp:docPr id="5" name="Picture 5"/>
            <wp:cNvGraphicFramePr>
              <a:graphicFrameLocks noChangeAspect="1"/>
            </wp:cNvGraphicFramePr>
            <a:graphic>
              <a:graphicData uri="http://schemas.openxmlformats.org/drawingml/2006/picture">
                <pic:pic>
                  <pic:nvPicPr>
                    <pic:cNvPr id="0" name="00003.jpeg"/>
                    <pic:cNvPicPr/>
                  </pic:nvPicPr>
                  <pic:blipFill>
                    <a:blip r:embed="rId12"/>
                    <a:stretch>
                      <a:fillRect/>
                    </a:stretch>
                  </pic:blipFill>
                  <pic:spPr>
                    <a:xfrm>
                      <a:off x="0" y="0"/>
                      <a:ext cx="695325" cy="19050"/>
                    </a:xfrm>
                    <a:prstGeom prst="rect"/>
                  </pic:spPr>
                </pic:pic>
              </a:graphicData>
            </a:graphic>
          </wp:inline>
        </w:drawing>
      </w:r>
    </w:p>
    <w:p>
      <w:pPr>
        <w:pStyle w:val="Heading1"/>
      </w:pPr>
      <w:r>
        <w:rPr>
          <w:rFonts w:ascii="Calibri" w:hAnsi="Calibri"/>
          <w:b/>
          <w:i w:val="0"/>
          <w:sz w:val="40"/>
        </w:rPr>
        <w:t>Tại sao Câu hỏi lại Quan trọng đến Thế?</w:t>
      </w:r>
    </w:p>
    <w:p>
      <w:pPr>
        <w:spacing w:after="80"/>
      </w:pPr>
      <w:r>
        <w:rPr>
          <w:b w:val="0"/>
          <w:i w:val="0"/>
        </w:rPr>
        <w:t>Câu hỏi—suốt bốn mươi năm tôi đã đặt câu hỏi về chủ đề lãnh đạo. Bạn có thể nghĩ rằng khi thời gian trôi qua, và tôi đã nhận được hàng ngàn câu trả lời, thì câu hỏi đã trở nên ít quan trọng hơn với tôi. Nhưng điều ngược lại mới đúng. Càng đặt nhiều câu hỏi, tôi càng nhận ra chúng quý giá biết bao. Không có những lời khuyên khôn ngoan và những câu trả lời sâu sắc mà tôi nhận được từ các câu hỏi trong những thập kỷ qua, tôi tự hỏi hôm nay mình sẽ ở đâu. Chắc chắn tôi đã không thể trưởng thành nhiều hay đi xa đến thế. Những người đã quan tâm đủ để trao cho tôi sự hướng dẫn và lời khuyên khi tôi đặt câu hỏi đã tạo nên sự khác biệt to lớn trong hành trình lãnh đạo của tôi.</w:t>
      </w:r>
    </w:p>
    <w:p>
      <w:pPr>
        <w:spacing w:after="80"/>
      </w:pPr>
      <w:r>
        <w:rPr>
          <w:b w:val="0"/>
          <w:i w:val="0"/>
        </w:rPr>
        <w:t>Giờ đây khi tôi đã bước vào nửa sau cuộc đời, mọi người ngày càng đặt nhiều câu hỏi cho tôi. Tôi nghĩ là vì họ đã dần xem tôi như một người cha trong lĩnh vực lãnh đạo. Một phần là do tuổi tác của tôi. Nhưng cũng bởi vì mọi người cảm nhận được khát khao mang lại giá trị cho họ của tôi, và những ai khao khát học hỏi thường tìm đến tôi.</w:t>
      </w:r>
    </w:p>
    <w:p>
      <w:pPr>
        <w:spacing w:after="80"/>
      </w:pPr>
      <w:r>
        <w:rPr>
          <w:b w:val="0"/>
          <w:i w:val="0"/>
        </w:rPr>
        <w:t>Khi mới bắt đầu giảng dạy về lãnh đạo, tôi dành gần như toàn bộ thời gian để thuyết trình. Ngày nay, ở gần như mọi buổi nói chuyện, mọi người đều muốn có thời gian để đặt câu hỏi cho tôi về lãnh đạo, và tôi luôn hoan nghênh điều đó. Tôi không chỉ thích chia sẻ những gì mình đã học được, mà việc trả lời câu hỏi còn cho tôi cơ hội để nói từ trái tim. Khi mọi người chia sẻ những vấn đề và mối quan tâm của họ một cách cởi mở, tôi cố gắng chia sẻ những trải nghiệm của mình một cách minh bạch. Tôi luôn muốn giúp đỡ những người muốn tạo nên sự khác biệt.</w:t>
      </w:r>
    </w:p>
    <w:p>
      <w:pPr>
        <w:spacing w:after="80"/>
      </w:pPr>
      <w:r>
        <w:rPr>
          <w:b w:val="0"/>
          <w:i w:val="0"/>
        </w:rPr>
        <w:t>Tôi đã yêu thích và trân trọng trải nghiệm này đến mức muốn viết nên cuốn sách này. Tôi mong muốn cho thấy tác động mà những câu hỏi đã mang lại cho cuộc đời tôi, chia sẻ những câu hỏi về lãnh đạo mà tôi tự hỏi mình và hỏi người khác, và trả lời những câu hỏi từ mọi người thuộc nhiều quốc gia, hoàn cảnh và ngành nghề khác nhau.</w:t>
      </w:r>
    </w:p>
    <w:p>
      <w:pPr>
        <w:pStyle w:val="Heading2"/>
      </w:pPr>
      <w:r>
        <w:rPr>
          <w:rFonts w:ascii="Calibri" w:hAnsi="Calibri"/>
          <w:b/>
          <w:i w:val="0"/>
          <w:sz w:val="32"/>
        </w:rPr>
        <w:t>Giá trị của Câu hỏi</w:t>
      </w:r>
    </w:p>
    <w:p>
      <w:pPr>
        <w:spacing w:after="80"/>
      </w:pPr>
      <w:r>
        <w:rPr>
          <w:b w:val="0"/>
          <w:i w:val="0"/>
        </w:rPr>
        <w:t>Nếu bạn muốn thành công và đạt được tiềm năng lãnh đạo của mình, bạn cần xem việc đặt câu hỏi như một lối sống. Đây là lý do:</w:t>
      </w:r>
    </w:p>
    <w:p>
      <w:pPr>
        <w:pStyle w:val="Heading3"/>
      </w:pPr>
      <w:r>
        <w:rPr>
          <w:rFonts w:ascii="Calibri" w:hAnsi="Calibri"/>
          <w:b/>
          <w:i w:val="0"/>
          <w:sz w:val="26"/>
        </w:rPr>
        <w:t>1. Bạn Chỉ Nhận Được Câu trả lời cho Những Câu hỏi Bạn Đặt ra</w:t>
      </w:r>
    </w:p>
    <w:p>
      <w:pPr>
        <w:spacing w:after="80"/>
      </w:pPr>
      <w:r>
        <w:rPr>
          <w:b w:val="0"/>
          <w:i w:val="0"/>
        </w:rPr>
        <w:t>Bạn đã bao giờ không dám đặt một câu hỏi vì nghĩ rằng nó có thể ngớ ngẩn chưa? Tôi thì có rồi! Đã quá nhiều lần tôi để cho mong muốn không trông có vẻ ngốc nghếch ngăn cản mình tiếp thu kiến thức mà mình cần. Richard Thalheimer, người sáng lập Sharper Image, từng khẳng định: "Thà trông thiếu hiểu biết còn hơn là thực sự thiếu hiểu biết." Vì lý do đó, chúng ta cần kiềm chế cái tôi của mình và đặt câu hỏi, ngay cả khi có nguy cơ trông ngốc nghếch.</w:t>
      </w:r>
    </w:p>
    <w:p>
      <w:pPr>
        <w:spacing w:after="80"/>
      </w:pPr>
      <w:r>
        <w:rPr>
          <w:b w:val="0"/>
          <w:i w:val="0"/>
        </w:rPr>
        <w:t xml:space="preserve">Nếu bạn lo lắng rằng đặt câu hỏi sẽ khiến bạn trông tệ, để tôi cho bạn một góc nhìn. Tôi thích đọc chuyên mục của Marilyn vos Savant trên tạp chí </w:t>
      </w:r>
      <w:r>
        <w:rPr>
          <w:b w:val="0"/>
          <w:i/>
        </w:rPr>
        <w:t>Parade</w:t>
      </w:r>
      <w:r>
        <w:rPr>
          <w:b w:val="0"/>
          <w:i w:val="0"/>
        </w:rPr>
        <w:t xml:space="preserve"> số ra ngày Chủ nhật. Được ghi danh trong </w:t>
      </w:r>
      <w:r>
        <w:rPr>
          <w:b w:val="0"/>
          <w:i/>
        </w:rPr>
        <w:t>Guinness World Records</w:t>
      </w:r>
      <w:r>
        <w:rPr>
          <w:b w:val="0"/>
          <w:i w:val="0"/>
        </w:rPr>
        <w:t xml:space="preserve"> với danh hiệu "Chỉ số IQ cao nhất", bà trả lời những câu hỏi khó và thường gây hoang mang từ độc giả. Trong chuyên mục ngày 29 tháng 7 năm 2007, bà quyết định chia sẻ những câu hỏi mà bà thấy khó trả lời, không phải vì chúng quá khó, mà vì—thôi, bạn cứ xem đi:</w:t>
      </w:r>
    </w:p>
    <w:p>
      <w:pPr>
        <w:spacing w:after="80"/>
        <w:ind w:left="360"/>
      </w:pPr>
      <w:r>
        <w:t xml:space="preserve">• </w:t>
      </w:r>
      <w:r>
        <w:rPr>
          <w:b w:val="0"/>
          <w:i w:val="0"/>
        </w:rPr>
        <w:t>"Tôi để ý thấy bà có cùng tên với Marilyn Monroe. Bà có họ hàng gì với bà ấy không?"</w:t>
      </w:r>
    </w:p>
    <w:p>
      <w:pPr>
        <w:spacing w:after="80"/>
        <w:ind w:left="360"/>
      </w:pPr>
      <w:r>
        <w:t xml:space="preserve">• </w:t>
      </w:r>
      <w:r>
        <w:rPr>
          <w:b w:val="0"/>
          <w:i w:val="0"/>
        </w:rPr>
        <w:t>"Bà có nghĩ rằng giờ tiết kiệm ánh sáng ban ngày có thể đang góp phần vào sự nóng lên toàn cầu không? Chúng ta càng có nhiều ánh sáng mặt trời thì bầu khí quyển càng bị đốt nóng nhiều hơn."</w:t>
      </w:r>
    </w:p>
    <w:p>
      <w:pPr>
        <w:spacing w:after="80"/>
        <w:ind w:left="360"/>
      </w:pPr>
      <w:r>
        <w:t xml:space="preserve">• </w:t>
      </w:r>
      <w:r>
        <w:rPr>
          <w:b w:val="0"/>
          <w:i w:val="0"/>
        </w:rPr>
        <w:t>"Đêm nào tôi cũng thấy những ngôi sao băng. Chúng dường như xuất hiện từ hư không. Đã bao giờ có ngôi sao nào rơi ra từ một chòm sao đã biết chưa?"</w:t>
      </w:r>
    </w:p>
    <w:p>
      <w:pPr>
        <w:spacing w:after="80"/>
        <w:ind w:left="360"/>
      </w:pPr>
      <w:r>
        <w:t xml:space="preserve">• </w:t>
      </w:r>
      <w:r>
        <w:rPr>
          <w:b w:val="0"/>
          <w:i w:val="0"/>
        </w:rPr>
        <w:t>"Khi tôi mơ, tại sao tôi không cần đeo kính mà vẫn nhìn thấy?"</w:t>
      </w:r>
    </w:p>
    <w:p>
      <w:pPr>
        <w:spacing w:after="80"/>
        <w:ind w:left="360"/>
      </w:pPr>
      <w:r>
        <w:t xml:space="preserve">• </w:t>
      </w:r>
      <w:r>
        <w:rPr>
          <w:b w:val="0"/>
          <w:i w:val="0"/>
        </w:rPr>
        <w:t>"Liệu một nghệ sĩ nói tiếng bụng có thể trò chuyện với nha sĩ của mình trong khi đang được chữa răng không?"</w:t>
      </w:r>
    </w:p>
    <w:p>
      <w:pPr>
        <w:spacing w:after="80"/>
        <w:ind w:left="360"/>
      </w:pPr>
      <w:r>
        <w:t xml:space="preserve">• </w:t>
      </w:r>
      <w:r>
        <w:rPr>
          <w:b w:val="0"/>
          <w:i w:val="0"/>
        </w:rPr>
        <w:t>"Tôi vừa quan sát một đàn ngỗng bay theo đội hình chữ 'V'. Đó có phải là chữ cái duy nhất mà chúng biết không?"</w:t>
      </w:r>
    </w:p>
    <w:p>
      <w:pPr>
        <w:spacing w:after="80"/>
      </w:pPr>
      <w:r>
        <w:rPr>
          <w:b w:val="0"/>
          <w:i w:val="0"/>
        </w:rPr>
        <w:t>Giờ thì bạn có thấy an tâm hơn về chất lượng những câu hỏi của mình không?</w:t>
      </w:r>
    </w:p>
    <w:p>
      <w:pPr>
        <w:spacing w:after="80"/>
      </w:pPr>
      <w:r>
        <w:rPr>
          <w:b w:val="0"/>
          <w:i w:val="0"/>
        </w:rPr>
        <w:t xml:space="preserve">Muốn có câu trả lời, bạn phải đặt câu hỏi. Không ai giúp tôi hiểu được giá trị của những câu hỏi nhiều hơn người bạn Bobb Biehl của tôi. Trong cuốn sách </w:t>
      </w:r>
      <w:r>
        <w:rPr>
          <w:b w:val="0"/>
          <w:i/>
        </w:rPr>
        <w:t>Asking Profound Questions</w:t>
      </w:r>
      <w:r>
        <w:rPr>
          <w:b w:val="0"/>
          <w:i w:val="0"/>
        </w:rPr>
        <w:t xml:space="preserve"> của mình, Bobb viết:</w:t>
      </w:r>
    </w:p>
    <w:p>
      <w:pPr>
        <w:spacing w:after="80"/>
      </w:pPr>
      <w:r>
        <w:rPr>
          <w:b w:val="0"/>
          <w:i w:val="0"/>
        </w:rPr>
        <w:t>Có một sự khác biệt khổng lồ giữa người không có câu hỏi nào để giúp mình xử lý các tình huống và người có sẵn những câu hỏi sâu sắc. Đây là một vài khác biệt:</w:t>
      </w:r>
    </w:p>
    <w:p>
      <w:pPr>
        <w:spacing w:after="80"/>
      </w:pPr>
      <w:r>
        <w:rPr>
          <w:b/>
          <w:i w:val="0"/>
        </w:rPr>
        <w:t>KHÔNG CÓ CÂU HỎI SÂU SẮC:</w:t>
      </w:r>
      <w:r>
        <w:rPr>
          <w:b w:val="0"/>
          <w:i w:val="0"/>
        </w:rPr>
        <w:t xml:space="preserve"> Câu trả lời hời hợt</w:t>
      </w:r>
    </w:p>
    <w:p>
      <w:pPr>
        <w:spacing w:after="80"/>
      </w:pPr>
      <w:r>
        <w:rPr>
          <w:b/>
          <w:i w:val="0"/>
        </w:rPr>
        <w:t>CÓ CÂU HỎI SÂU SẮC:</w:t>
      </w:r>
      <w:r>
        <w:rPr>
          <w:b w:val="0"/>
          <w:i w:val="0"/>
        </w:rPr>
        <w:t xml:space="preserve"> Câu trả lời sâu sắc</w:t>
      </w:r>
    </w:p>
    <w:p>
      <w:pPr>
        <w:spacing w:after="80"/>
      </w:pPr>
      <w:r>
        <w:rPr>
          <w:b/>
          <w:i w:val="0"/>
        </w:rPr>
        <w:t>KHÔNG CÓ CÂU HỎI SÂU SẮC:</w:t>
      </w:r>
      <w:r>
        <w:rPr>
          <w:b w:val="0"/>
          <w:i w:val="0"/>
        </w:rPr>
        <w:t xml:space="preserve"> Thiếu tự tin</w:t>
      </w:r>
    </w:p>
    <w:p>
      <w:pPr>
        <w:spacing w:after="80"/>
      </w:pPr>
      <w:r>
        <w:rPr>
          <w:b/>
          <w:i w:val="0"/>
        </w:rPr>
        <w:t>CÓ CÂU HỎI SÂU SẮC:</w:t>
      </w:r>
      <w:r>
        <w:rPr>
          <w:b w:val="0"/>
          <w:i w:val="0"/>
        </w:rPr>
        <w:t xml:space="preserve"> Tự tin trong cuộc sống</w:t>
      </w:r>
    </w:p>
    <w:p>
      <w:pPr>
        <w:spacing w:after="80"/>
      </w:pPr>
      <w:r>
        <w:rPr>
          <w:b/>
          <w:i w:val="0"/>
        </w:rPr>
        <w:t>KHÔNG CÓ CÂU HỎI SÂU SẮC:</w:t>
      </w:r>
      <w:r>
        <w:rPr>
          <w:b w:val="0"/>
          <w:i w:val="0"/>
        </w:rPr>
        <w:t xml:space="preserve"> Ra quyết định kém</w:t>
      </w:r>
    </w:p>
    <w:p>
      <w:pPr>
        <w:spacing w:after="80"/>
      </w:pPr>
      <w:r>
        <w:rPr>
          <w:b/>
          <w:i w:val="0"/>
        </w:rPr>
        <w:t>CÓ CÂU HỎI SÂU SẮC:</w:t>
      </w:r>
      <w:r>
        <w:rPr>
          <w:b w:val="0"/>
          <w:i w:val="0"/>
        </w:rPr>
        <w:t xml:space="preserve"> Ra quyết định khôn ngoan</w:t>
      </w:r>
    </w:p>
    <w:p>
      <w:pPr>
        <w:spacing w:after="80"/>
      </w:pPr>
      <w:r>
        <w:rPr>
          <w:b/>
          <w:i w:val="0"/>
        </w:rPr>
        <w:t>KHÔNG CÓ CÂU HỎI SÂU SẮC:</w:t>
      </w:r>
      <w:r>
        <w:rPr>
          <w:b w:val="0"/>
          <w:i w:val="0"/>
        </w:rPr>
        <w:t xml:space="preserve"> Sống trong màn sương mù trí tuệ</w:t>
      </w:r>
    </w:p>
    <w:p>
      <w:pPr>
        <w:spacing w:after="80"/>
      </w:pPr>
      <w:r>
        <w:rPr>
          <w:b/>
          <w:i w:val="0"/>
        </w:rPr>
        <w:t>CÓ CÂU HỎI SÂU SẮC:</w:t>
      </w:r>
      <w:r>
        <w:rPr>
          <w:b w:val="0"/>
          <w:i w:val="0"/>
        </w:rPr>
        <w:t xml:space="preserve"> Tập trung rõ ràng như pha lê trong cuộc sống</w:t>
      </w:r>
    </w:p>
    <w:p>
      <w:pPr>
        <w:spacing w:after="80"/>
      </w:pPr>
      <w:r>
        <w:rPr>
          <w:b/>
          <w:i w:val="0"/>
        </w:rPr>
        <w:t>KHÔNG CÓ CÂU HỎI SÂU SẮC:</w:t>
      </w:r>
      <w:r>
        <w:rPr>
          <w:b w:val="0"/>
          <w:i w:val="0"/>
        </w:rPr>
        <w:t xml:space="preserve"> Làm việc với những ưu tiên thấp</w:t>
      </w:r>
    </w:p>
    <w:p>
      <w:pPr>
        <w:spacing w:after="80"/>
      </w:pPr>
      <w:r>
        <w:rPr>
          <w:b/>
          <w:i w:val="0"/>
        </w:rPr>
        <w:t>CÓ CÂU HỎI SÂU SẮC:</w:t>
      </w:r>
      <w:r>
        <w:rPr>
          <w:b w:val="0"/>
          <w:i w:val="0"/>
        </w:rPr>
        <w:t xml:space="preserve"> Tập trung vào những ưu tiên cao</w:t>
      </w:r>
    </w:p>
    <w:p>
      <w:pPr>
        <w:spacing w:after="80"/>
      </w:pPr>
      <w:r>
        <w:rPr>
          <w:b/>
          <w:i w:val="0"/>
        </w:rPr>
        <w:t>KHÔNG CÓ CÂU HỎI SÂU SẮC:</w:t>
      </w:r>
      <w:r>
        <w:rPr>
          <w:b w:val="0"/>
          <w:i w:val="0"/>
        </w:rPr>
        <w:t xml:space="preserve"> Xử lý thiếu chín chắn</w:t>
      </w:r>
    </w:p>
    <w:p>
      <w:pPr>
        <w:spacing w:after="80"/>
      </w:pPr>
      <w:r>
        <w:rPr>
          <w:b/>
          <w:i w:val="0"/>
        </w:rPr>
        <w:t>CÓ CÂU HỎI SÂU SẮC:</w:t>
      </w:r>
      <w:r>
        <w:rPr>
          <w:b w:val="0"/>
          <w:i w:val="0"/>
        </w:rPr>
        <w:t xml:space="preserve"> Xử lý chín chắn</w:t>
      </w:r>
    </w:p>
    <w:p>
      <w:pPr>
        <w:spacing w:after="80"/>
      </w:pPr>
      <w:r>
        <w:rPr>
          <w:b w:val="0"/>
          <w:i w:val="0"/>
        </w:rPr>
        <w:t>Đặt đúng câu hỏi với đúng người vào đúng thời điểm là một sự kết hợp mạnh mẽ, bởi những câu trả lời bạn nhận được sẽ tạo đà cho thành công của bạn. Nhà sáng lập IBM Thomas J. Watson từng nói: "Khả năng đặt đúng câu hỏi đã là hơn một nửa trận chiến để tìm ra câu trả lời." Nhưng điều đó chỉ đúng nếu bạn sẵn lòng đặt câu hỏi.</w:t>
      </w:r>
    </w:p>
    <w:p>
      <w:pPr>
        <w:spacing w:after="80"/>
        <w:jc w:val="center"/>
      </w:pPr>
      <w:r>
        <w:rPr>
          <w:b/>
          <w:i w:val="0"/>
        </w:rPr>
        <w:t>“Khả năng đặt ra câu hỏi đúng đã là hơn một nửa trận chiến để tìm ra câu trả lời.”</w:t>
      </w:r>
    </w:p>
    <w:p>
      <w:pPr>
        <w:spacing w:after="80"/>
        <w:jc w:val="center"/>
      </w:pPr>
      <w:r>
        <w:rPr>
          <w:b/>
          <w:i/>
        </w:rPr>
        <w:t>—Thomas J. Watson</w:t>
      </w:r>
    </w:p>
    <w:p>
      <w:pPr>
        <w:pStyle w:val="Heading3"/>
      </w:pPr>
      <w:r>
        <w:rPr>
          <w:rFonts w:ascii="Calibri" w:hAnsi="Calibri"/>
          <w:b/>
          <w:i w:val="0"/>
          <w:sz w:val="26"/>
        </w:rPr>
        <w:t>2. Câu hỏi mở khóa và mở ra những cánh cửa mà nếu không thì vẫn đóng kín</w:t>
      </w:r>
    </w:p>
    <w:p>
      <w:pPr>
        <w:spacing w:after="80"/>
      </w:pPr>
      <w:r>
        <w:rPr>
          <w:b w:val="0"/>
          <w:i w:val="0"/>
        </w:rPr>
        <w:t xml:space="preserve">Khi lớn lên, tôi từng xem </w:t>
      </w:r>
      <w:r>
        <w:rPr>
          <w:b w:val="0"/>
          <w:i/>
        </w:rPr>
        <w:t>Let’s Make a Deal</w:t>
      </w:r>
      <w:r>
        <w:rPr>
          <w:b w:val="0"/>
          <w:i w:val="0"/>
        </w:rPr>
        <w:t>, chương trình truyền hình mà các thí sinh thường được chọn trong ba cánh cửa để cố giành giải thưởng lớn. Xem thì vui, nhưng đó hoàn toàn là may mắn. Có lúc người ta thắng được những thứ tuyệt vời. Có lúc họ chẳng được gì.</w:t>
      </w:r>
    </w:p>
    <w:p>
      <w:pPr>
        <w:spacing w:after="80"/>
      </w:pPr>
      <w:r>
        <w:rPr>
          <w:b w:val="0"/>
          <w:i w:val="0"/>
        </w:rPr>
        <w:t>Trên hành trình của cuộc đời, chúng ta đối mặt với nhiều cánh cửa. Ẩn sau chúng là đủ loại khả năng dẫn đến cơ hội, trải nghiệm và con người, nhưng những cánh cửa phải được mở ra trước khi ta có thể bước qua. Câu hỏi chính là chìa khóa để mở những cánh cửa này. Ví dụ, gần đây tôi có vinh dự được phỏng vấn cựu ngoại trưởng Condoleezza Rice tại Đại học Stanford cho sự kiện Leadercast. Biết rằng hơn 150,000 người sẽ theo dõi, tôi muốn đặt những câu hỏi hay cho người phụ nữ tuyệt vời này, người có kiến thức và trải nghiệm sống phi thường như vậy, để chúng ta có thể học hỏi từ bà. Tôi đã dành nhiều ngày để nghiên cứu, đọc sách của bà và trò chuyện với những người có thể cho tôi hiểu sâu hơn về bà.</w:t>
      </w:r>
    </w:p>
    <w:p>
      <w:pPr>
        <w:spacing w:after="80"/>
      </w:pPr>
      <w:r>
        <w:rPr>
          <w:b w:val="0"/>
          <w:i w:val="0"/>
        </w:rPr>
        <w:t>Khi cuối cùng gặp bà, tôi thấy bà thật thú vị và sâu sắc. Mỗi câu hỏi tôi đặt ra lại mở thêm những cánh cửa hiểu biết về những trải nghiệm của bà. Đến cuối buổi trò chuyện, tôi đã có thêm một người bạn tuyệt vời. Tôi học được rất nhiều, và tôi tin rằng phần còn lại của khán giả cũng vậy.</w:t>
      </w:r>
    </w:p>
    <w:p>
      <w:pPr>
        <w:pStyle w:val="Heading3"/>
      </w:pPr>
      <w:r>
        <w:rPr>
          <w:rFonts w:ascii="Calibri" w:hAnsi="Calibri"/>
          <w:b/>
          <w:i w:val="0"/>
          <w:sz w:val="26"/>
        </w:rPr>
        <w:t>Câu hỏi giải quyết vấn đề</w:t>
      </w:r>
    </w:p>
    <w:p>
      <w:pPr>
        <w:spacing w:after="80"/>
      </w:pPr>
      <w:r>
        <w:rPr>
          <w:b w:val="0"/>
          <w:i w:val="0"/>
        </w:rPr>
        <w:t>Với tư cách là một nhà lãnh đạo, bạn phải luôn nhìn về phía trước vì lợi ích của đội ngũ mình. Khi bạn đối mặt với một vấn đề và không biết cần thực hiện những bước nào để đưa đội tiến lên, hãy đặt những câu hỏi sau:</w:t>
      </w:r>
    </w:p>
    <w:p>
      <w:pPr>
        <w:spacing w:after="80"/>
        <w:ind w:left="360"/>
      </w:pPr>
      <w:r>
        <w:t xml:space="preserve">• </w:t>
      </w:r>
      <w:r>
        <w:rPr>
          <w:b w:val="0"/>
          <w:i w:val="0"/>
        </w:rPr>
        <w:t>Tại sao chúng ta lại có vấn đề này?</w:t>
      </w:r>
    </w:p>
    <w:p>
      <w:pPr>
        <w:spacing w:after="80"/>
        <w:ind w:left="360"/>
      </w:pPr>
      <w:r>
        <w:t xml:space="preserve">• </w:t>
      </w:r>
      <w:r>
        <w:rPr>
          <w:b w:val="0"/>
          <w:i w:val="0"/>
        </w:rPr>
        <w:t>Chúng ta giải quyết vấn đề này như thế nào?</w:t>
      </w:r>
    </w:p>
    <w:p>
      <w:pPr>
        <w:spacing w:after="80"/>
        <w:ind w:left="360"/>
      </w:pPr>
      <w:r>
        <w:t xml:space="preserve">• </w:t>
      </w:r>
      <w:r>
        <w:rPr>
          <w:b w:val="0"/>
          <w:i w:val="0"/>
        </w:rPr>
        <w:t>Chúng ta phải thực hiện những bước cụ thể nào để giải quyết vấn đề này?</w:t>
      </w:r>
    </w:p>
    <w:p>
      <w:pPr>
        <w:spacing w:after="80"/>
      </w:pPr>
      <w:r>
        <w:rPr>
          <w:b w:val="0"/>
          <w:i w:val="0"/>
        </w:rPr>
        <w:t>Chuyên gia quản lý Peter Drucker đã nói: “Điểm mạnh lớn nhất của tôi với tư cách là một nhà tư vấn là tôi dốt và biết đặt vài câu hỏi.” Ông biết bí quyết. Những nhà lãnh đạo thành công không ngừng đặt câu hỏi và có một khát khao không thể chữa khỏi là khai thác trí tuệ của những người họ gặp.</w:t>
      </w:r>
    </w:p>
    <w:p>
      <w:pPr>
        <w:pStyle w:val="Heading3"/>
      </w:pPr>
      <w:r>
        <w:rPr>
          <w:rFonts w:ascii="Calibri" w:hAnsi="Calibri"/>
          <w:b/>
          <w:i w:val="0"/>
          <w:sz w:val="26"/>
        </w:rPr>
        <w:t>3. Câu hỏi là phương tiện hiệu quả nhất để kết nối với mọi người</w:t>
      </w:r>
    </w:p>
    <w:p>
      <w:pPr>
        <w:spacing w:after="80"/>
      </w:pPr>
      <w:r>
        <w:rPr>
          <w:b w:val="0"/>
          <w:i w:val="0"/>
        </w:rPr>
        <w:t xml:space="preserve">Tôi thường thấy các diễn giả đứng trước khán giả và cố gắng xây dựng lập luận cho ý tưởng của mình. Họ sẽ thành công hơn nếu thay vào đó họ thử xây dựng một mối quan hệ với những người trong phòng. Từ </w:t>
      </w:r>
      <w:r>
        <w:rPr>
          <w:b w:val="0"/>
          <w:i/>
        </w:rPr>
        <w:t>communication</w:t>
      </w:r>
      <w:r>
        <w:rPr>
          <w:b w:val="0"/>
          <w:i w:val="0"/>
        </w:rPr>
        <w:t xml:space="preserve"> (giao tiếp) bắt nguồn từ từ tiếng Latin </w:t>
      </w:r>
      <w:r>
        <w:rPr>
          <w:b w:val="0"/>
          <w:i/>
        </w:rPr>
        <w:t>communis</w:t>
      </w:r>
      <w:r>
        <w:rPr>
          <w:b w:val="0"/>
          <w:i w:val="0"/>
        </w:rPr>
        <w:t xml:space="preserve">, nghĩa là “chung.” Trước khi có thể giao tiếp, chúng ta phải thiết lập sự tương đồng. Sự tương đồng càng lớn thì tiềm năng kết nối và giao tiếp càng cao. Mục tiêu của giao tiếp hiệu quả là khiến người ta nghĩ: </w:t>
      </w:r>
      <w:r>
        <w:rPr>
          <w:b w:val="0"/>
          <w:i/>
        </w:rPr>
        <w:t>Tôi cũng vậy!</w:t>
      </w:r>
      <w:r>
        <w:rPr>
          <w:b w:val="0"/>
          <w:i w:val="0"/>
        </w:rPr>
        <w:t xml:space="preserve"> Quá nhiều diễn giả dường như lại gợi ra suy nghĩ </w:t>
      </w:r>
      <w:r>
        <w:rPr>
          <w:b w:val="0"/>
          <w:i/>
        </w:rPr>
        <w:t>Thì sao chứ?</w:t>
      </w:r>
    </w:p>
    <w:p>
      <w:pPr>
        <w:spacing w:after="80"/>
      </w:pPr>
      <w:r>
        <w:rPr>
          <w:b w:val="0"/>
          <w:i w:val="0"/>
        </w:rPr>
        <w:t>Cách hiệu quả nhất để kết nối với người khác là đặt câu hỏi. Tất cả chúng ta đều đã từng trải qua sự quan tâm của người khác khi ta bị lạc và hỏi đường. Mọi người thường sẽ dừng việc đang làm để giúp người khác. Câu hỏi kết nối con người.</w:t>
      </w:r>
    </w:p>
    <w:p>
      <w:pPr>
        <w:spacing w:after="80"/>
      </w:pPr>
      <w:r>
        <w:rPr>
          <w:b w:val="0"/>
          <w:i w:val="0"/>
        </w:rPr>
        <w:t>Tất nhiên, bạn phải đặt đúng câu hỏi. Năm 2013, tôi được mời chơi trong giải AT&amp;T Pebble Beach National Pro-Am. Mọi tay golf đều mơ được chơi sân tuyệt vời này, nhưng được mời chơi nó cùng những tay golf giỏi nhất thế giới thì vượt xa giấc mơ của tôi! Trong sự kiện này, một tay nghiệp dư khác và tôi được ghép cặp với hai tay chuyên nghiệp: Steve LeBrun và Aaron Watkins. Chúng tôi đã có khoảng thời gian tuyệt vời. Nhưng để tôi kể bạn nghe một điều: suốt bốn ngày chơi golf với họ, những tay golf chuyên nghiệp không một lần hỏi tôi bất kỳ câu hỏi nào về golf. Không một lần nào họ nhờ tôi giúp họ căn đường putt hay cho lời khuyên nên dùng gậy nào. Tại sao? Đó không phải là những câu hỏi đúng để hỏi tôi. Tôi chẳng có gì giá trị để mang lại cho họ trong lĩnh vực đó của cuộc sống. Tôi là một tay nghiệp dư. Ngược lại, họ hỏi tôi rất nhiều câu hỏi về phát triển bản thân, lãnh đạo và viết sách. Thực tế, họ còn hỏi liệu tôi có ký tặng sách cho họ không.</w:t>
      </w:r>
    </w:p>
    <w:p>
      <w:pPr>
        <w:spacing w:after="80"/>
      </w:pPr>
      <w:r>
        <w:rPr>
          <w:b w:val="0"/>
          <w:i w:val="0"/>
        </w:rPr>
        <w:t>Điều bạn hỏi rất quan trọng. Cách bạn hỏi cũng vậy. Nếu muốn kết nối với mọi người, chúng ta có thể giống như anh nhân viên điều tra dân số đã lái xe nhiều dặm dọc con đường quê hẻo lánh để đến một căn nhà gỗ trên núi. Khi anh vừa dừng xe, một người phụ nữ ngồi trên hiên nhà hét lên với anh: "Chúng tôi không cần gì đâu. Chúng tôi không mua gì hết."</w:t>
      </w:r>
    </w:p>
    <w:p>
      <w:pPr>
        <w:spacing w:after="80"/>
      </w:pPr>
      <w:r>
        <w:rPr>
          <w:b w:val="0"/>
          <w:i w:val="0"/>
        </w:rPr>
        <w:t>"Tôi không bán gì cả," anh nhân viên điều tra dân số nói. "Tôi đến đây để kiểm tra dân số."</w:t>
      </w:r>
    </w:p>
    <w:p>
      <w:pPr>
        <w:spacing w:after="80"/>
      </w:pPr>
      <w:r>
        <w:rPr>
          <w:b w:val="0"/>
          <w:i w:val="0"/>
        </w:rPr>
        <w:t>"Chúng tôi không có ai cả," người phụ nữ nói.</w:t>
      </w:r>
    </w:p>
    <w:p>
      <w:pPr>
        <w:spacing w:after="80"/>
      </w:pPr>
      <w:r>
        <w:rPr>
          <w:b w:val="0"/>
          <w:i w:val="0"/>
        </w:rPr>
        <w:t>"Bà không hiểu rồi," anh nhân viên điều tra dân số nói. "Chúng tôi đang cố tìm xem có bao nhiêu người sống ở Hoa Kỳ."</w:t>
      </w:r>
    </w:p>
    <w:p>
      <w:pPr>
        <w:spacing w:after="80"/>
      </w:pPr>
      <w:r>
        <w:rPr>
          <w:b w:val="0"/>
          <w:i w:val="0"/>
        </w:rPr>
        <w:t>"Vậy à," bà nói, "chắc anh đã phí công lái xe đến đây hỏi tôi rồi, vì tôi chẳng có ý niệm gì cả."</w:t>
      </w:r>
    </w:p>
    <w:p>
      <w:pPr>
        <w:spacing w:after="80"/>
      </w:pPr>
      <w:r>
        <w:rPr>
          <w:b w:val="0"/>
          <w:i w:val="0"/>
        </w:rPr>
        <w:t>Như nhà viết kịch George Bernard Shaw đã nhận xét: "Vấn đề lớn nhất của giao tiếp là ảo tưởng rằng nó đã thành công."</w:t>
      </w:r>
    </w:p>
    <w:p>
      <w:pPr>
        <w:spacing w:after="80"/>
        <w:jc w:val="center"/>
      </w:pPr>
      <w:r>
        <w:rPr>
          <w:b/>
          <w:i w:val="0"/>
        </w:rPr>
        <w:t>"Vấn đề lớn nhất của giao tiếp là ảo tưởng rằng nó đã thành công."</w:t>
      </w:r>
    </w:p>
    <w:p>
      <w:pPr>
        <w:spacing w:after="80"/>
        <w:jc w:val="center"/>
      </w:pPr>
      <w:r>
        <w:rPr>
          <w:b/>
          <w:i/>
        </w:rPr>
        <w:t>—George Bernard Shaw</w:t>
      </w:r>
    </w:p>
    <w:p>
      <w:pPr>
        <w:pStyle w:val="Heading3"/>
      </w:pPr>
      <w:r>
        <w:rPr>
          <w:rFonts w:ascii="Calibri" w:hAnsi="Calibri"/>
          <w:b/>
          <w:i w:val="0"/>
          <w:sz w:val="26"/>
        </w:rPr>
        <w:t>4. Câu hỏi nuôi dưỡng sự khiêm nhường</w:t>
      </w:r>
    </w:p>
    <w:p>
      <w:pPr>
        <w:spacing w:after="80"/>
      </w:pPr>
      <w:r>
        <w:rPr>
          <w:b w:val="0"/>
          <w:i w:val="0"/>
        </w:rPr>
        <w:t>Thời đầu sự nghiệp, tôi không đặt nhiều câu hỏi. Tôi lầm tưởng rằng với tư cách một nhà lãnh đạo, tôi phải biết câu trả lời cho những thắc mắc của mọi người. Kết quả là tôi mang theo thái độ ngớ ngẩn "giả vờ cho đến khi thành thật" (fake it 'til you make it). Đáng tiếc thay, điều đó khiến tôi giả vờ rất nhiều mà thành thật được rất ít. Phải mất một thời gian tôi mới đủ trưởng thành để nói: "Tôi không biết" và "Tôi cần sự giúp đỡ của bạn."</w:t>
      </w:r>
    </w:p>
    <w:p>
      <w:pPr>
        <w:spacing w:after="80"/>
      </w:pPr>
      <w:r>
        <w:rPr>
          <w:b w:val="0"/>
          <w:i w:val="0"/>
        </w:rPr>
        <w:t>Giá mà tôi khôn ngoan hơn, tôi đã chú ý đến lời của Vua Solomon, người khôn ngoan nhất từng sống, khi ông nhìn vào trọng trách lãnh đạo to lớn của mình và nói: "Con chỉ là một đứa trẻ nhỏ, không biết cách chu toàn bổn phận của mình."</w:t>
      </w:r>
    </w:p>
    <w:p>
      <w:pPr>
        <w:spacing w:after="80"/>
      </w:pPr>
      <w:r>
        <w:rPr>
          <w:b w:val="0"/>
          <w:i w:val="0"/>
        </w:rPr>
        <w:t>Paul Martinelli, chủ tịch của John Maxwell Team, từng nói với tôi: "Mọi nỗi sợ đều bắt nguồn từ 'Tôi không đủ giỏi' hoặc 'Tôi không có đủ.'" Đó là một nhận định sắc sảo. Quá thường xuyên, nỗi sợ khiến chúng ta không dám tỏ ra yếu đuối và không đủ an tâm để đặt câu hỏi. Khi còn là một nhà lãnh đạo trẻ, tôi không cảm thấy mình đủ khôn ngoan, đủ mạnh mẽ, đủ trưởng thành, đủ năng lực, đủ tự tin hay đủ tư cách. Khi tôi bắt đầu thành thật với chính mình, để những điểm yếu khiến mình khiêm nhường, và tìm đến Chúa để cầu giúp đỡ, tôi bắt đầu thay đổi. Tôi trở nên cởi mở và chân thật hơn. Tôi sẵn lòng thừa nhận sai lầm và điểm yếu của mình. Tôi phát triển được sự khiêm nhường đúng mực, và tôi bắt đầu thay đổi và trưởng thành.</w:t>
      </w:r>
    </w:p>
    <w:p>
      <w:pPr>
        <w:spacing w:after="80"/>
      </w:pPr>
      <w:r>
        <w:rPr>
          <w:b w:val="0"/>
          <w:i w:val="0"/>
        </w:rPr>
        <w:t>Hành trình của tôi thời đó thật khó khăn và thường cô đơn. Tôi phải từ bỏ nhiều thói quen xấu. Tôi phải thay đổi những ưu tiên sai lầm. Tôi phải đón nhận những cách suy nghĩ mới. Tôi phải tự đặt cho mình những câu hỏi khó. Trước đây, tôi không chịu nhận mình sai, và kết quả là tôi không thể khám phá ra điều đúng. Thật lạ lùng làm sao khi chúng ta phải từ bỏ việc "mình đúng" để tìm ra điều đúng, khi sự khiêm nhường giúp chúng ta trở nên chân thật, dễ tổn thương, đáng tin cậy và gần gũi với người khác? Người ta mở lòng với những ai mở lòng với họ.</w:t>
      </w:r>
    </w:p>
    <w:p>
      <w:pPr>
        <w:pStyle w:val="Heading3"/>
      </w:pPr>
      <w:r>
        <w:rPr>
          <w:rFonts w:ascii="Calibri" w:hAnsi="Calibri"/>
          <w:b/>
          <w:i w:val="0"/>
          <w:sz w:val="26"/>
        </w:rPr>
        <w:t>5. Câu hỏi giúp bạn lôi cuốn người khác vào cuộc trò chuyện</w:t>
      </w:r>
    </w:p>
    <w:p>
      <w:pPr>
        <w:spacing w:after="80"/>
      </w:pPr>
      <w:r>
        <w:rPr>
          <w:b w:val="0"/>
          <w:i w:val="0"/>
        </w:rPr>
        <w:t>Larry King, người kiếm sống bằng việc trò chuyện với mọi người với tư cách người dẫn chương trình trò chuyện trên truyền hình, tin rằng đặt câu hỏi là bí quyết của một cuộc trò chuyện hay. Ông nói:</w:t>
      </w:r>
    </w:p>
    <w:p>
      <w:pPr>
        <w:spacing w:after="80"/>
      </w:pPr>
      <w:r>
        <w:rPr>
          <w:b w:val="0"/>
          <w:i w:val="0"/>
        </w:rPr>
        <w:t>Tôi tò mò về mọi thứ, và nếu tôi ở một bữa tiệc cocktail, tôi thường hỏi câu hỏi yêu thích của mình: "Tại sao?" Nếu một người đàn ông nói với tôi rằng anh ta và gia đình sắp chuyển đến thành phố khác: "Tại sao?" Một người phụ nữ đang đổi việc: "Tại sao?" Ai đó cổ vũ cho đội Mets: "Tại sao?"</w:t>
      </w:r>
    </w:p>
    <w:p>
      <w:pPr>
        <w:spacing w:after="80"/>
      </w:pPr>
      <w:r>
        <w:rPr>
          <w:b w:val="0"/>
          <w:i w:val="0"/>
        </w:rPr>
        <w:t>Trong chương trình truyền hình của mình, có lẽ tôi dùng từ này nhiều hơn bất kỳ từ nào khác. Đó là câu hỏi vĩ đại nhất từng được đặt ra, và sẽ luôn là như vậy. Và nó chắc chắn là cách chắc chắn nhất để giữ cho một cuộc trò chuyện luôn sôi nổi và thú vị.</w:t>
      </w:r>
    </w:p>
    <w:p>
      <w:pPr>
        <w:spacing w:after="80"/>
      </w:pPr>
      <w:r>
        <w:rPr>
          <w:b w:val="0"/>
          <w:i w:val="0"/>
        </w:rPr>
        <w:t>Mỗi khi chuẩn bị cho một cuộc gặp với ai đó, tôi dành thời gian xác định những câu hỏi mình muốn hỏi. Tôi làm vậy vì muốn tận dụng tối đa thời gian mình có, nhưng tôi cũng làm vậy để gắn kết với người kia. Tôi muốn mọi người biết rằng tôi trân trọng họ, và rằng, nếu có thể, tôi muốn mang lại giá trị cho họ. Để làm được điều đó, tôi tin mình phải hiểu rõ về họ. Điều đó đòi hỏi tôi phải đặt câu hỏi, họ nói, và tôi lắng nghe. Và nếu tôi mong nhận được giá trị từ mọi người, một lần nữa tôi cần đặt câu hỏi và lắng nghe. Bạn không thể làm được những điều này trừ khi bạn hiểu rõ về mọi người.</w:t>
      </w:r>
    </w:p>
    <w:p>
      <w:pPr>
        <w:spacing w:after="80"/>
      </w:pPr>
      <w:r>
        <w:rPr>
          <w:b w:val="0"/>
          <w:i w:val="0"/>
        </w:rPr>
        <w:t>Tôi khuyến khích việc dùng câu hỏi để gắn kết với người khác và học hỏi từ họ. Tôi tin bạn sẽ thấy đây là một trong những thói quen đáng giá nhất mà bạn từng xây dựng.</w:t>
      </w:r>
    </w:p>
    <w:p>
      <w:pPr>
        <w:pStyle w:val="Heading3"/>
      </w:pPr>
      <w:r>
        <w:rPr>
          <w:rFonts w:ascii="Calibri" w:hAnsi="Calibri"/>
          <w:b/>
          <w:i w:val="0"/>
          <w:sz w:val="26"/>
        </w:rPr>
        <w:t>6. Câu hỏi cho phép chúng ta xây dựng ý tưởng tốt hơn</w:t>
      </w:r>
    </w:p>
    <w:p>
      <w:pPr>
        <w:spacing w:after="80"/>
      </w:pPr>
      <w:r>
        <w:rPr>
          <w:b w:val="0"/>
          <w:i w:val="0"/>
        </w:rPr>
        <w:t xml:space="preserve">Tôi là người tin mạnh mẽ vào sức mạnh của ý tưởng và của tư duy chia sẻ. Bất kỳ ý tưởng nào cũng trở nên tốt hơn khi đúng người có cơ hội bổ sung và cải thiện nó. Và những ý tưởng hay có thể trở thành những ý tưởng tuyệt vời khi mọi người cùng nhau cải thiện chúng. Tôi tin điều này mạnh mẽ đến mức trong cuốn sách </w:t>
      </w:r>
      <w:r>
        <w:rPr>
          <w:b w:val="0"/>
          <w:i/>
        </w:rPr>
        <w:t>How Successful People Think</w:t>
      </w:r>
      <w:r>
        <w:rPr>
          <w:b w:val="0"/>
          <w:i w:val="0"/>
        </w:rPr>
        <w:t xml:space="preserve"> của mình, tôi đã viết một chương có tên "Benefit from Shared Thinking" (Hưởng lợi từ tư duy chia sẻ).</w:t>
      </w:r>
    </w:p>
    <w:p>
      <w:pPr>
        <w:pStyle w:val="Heading3"/>
      </w:pPr>
      <w:r>
        <w:rPr>
          <w:rFonts w:ascii="Calibri" w:hAnsi="Calibri"/>
          <w:b/>
          <w:i w:val="0"/>
          <w:sz w:val="26"/>
        </w:rPr>
        <w:t>Những câu hỏi để hỏi trong một buổi học hỏi</w:t>
      </w:r>
    </w:p>
    <w:p>
      <w:pPr>
        <w:spacing w:after="80"/>
      </w:pPr>
      <w:r>
        <w:rPr>
          <w:b w:val="0"/>
          <w:i w:val="0"/>
        </w:rPr>
        <w:t>Những cuộc gặp mà tôi mong chờ nhất là những bữa trưa học hỏi mà tôi sắp xếp mỗi tháng với những người có thể dạy tôi. Khi gặp gỡ, tôi đến với đầy câu hỏi. Nhiều câu hỏi dành riêng cho từng người tôi gặp. Nhưng có một số câu hỏi tôi cố gắng hỏi tất cả mọi người. Bạn cũng có thể muốn dùng chúng:</w:t>
      </w:r>
    </w:p>
    <w:p>
      <w:pPr>
        <w:spacing w:after="80"/>
      </w:pPr>
      <w:r>
        <w:rPr>
          <w:b/>
          <w:i w:val="0"/>
        </w:rPr>
        <w:t>Bài học lớn nhất mà bạn đã học được là gì?</w:t>
      </w:r>
      <w:r>
        <w:rPr>
          <w:b w:val="0"/>
          <w:i w:val="0"/>
        </w:rPr>
        <w:t xml:space="preserve"> Bằng cách hỏi câu này, tôi tìm kiếm sự khôn ngoan của họ.</w:t>
      </w:r>
    </w:p>
    <w:p>
      <w:pPr>
        <w:spacing w:after="80"/>
      </w:pPr>
      <w:r>
        <w:rPr>
          <w:b/>
          <w:i w:val="0"/>
        </w:rPr>
        <w:t>Hiện tại bạn đang học được điều gì?</w:t>
      </w:r>
      <w:r>
        <w:rPr>
          <w:b w:val="0"/>
          <w:i w:val="0"/>
        </w:rPr>
        <w:t xml:space="preserve"> Câu hỏi này cho phép tôi hưởng lợi từ niềm đam mê của họ.</w:t>
      </w:r>
    </w:p>
    <w:p>
      <w:pPr>
        <w:spacing w:after="80"/>
      </w:pPr>
      <w:r>
        <w:rPr>
          <w:b/>
          <w:i w:val="0"/>
        </w:rPr>
        <w:t>Thất bại đã định hình cuộc đời bạn như thế nào?</w:t>
      </w:r>
      <w:r>
        <w:rPr>
          <w:b w:val="0"/>
          <w:i w:val="0"/>
        </w:rPr>
        <w:t xml:space="preserve"> Câu hỏi này mang lại cái nhìn sâu sắc về thái độ của họ.</w:t>
      </w:r>
    </w:p>
    <w:p>
      <w:pPr>
        <w:spacing w:after="80"/>
      </w:pPr>
      <w:r>
        <w:rPr>
          <w:b/>
          <w:i w:val="0"/>
        </w:rPr>
        <w:t>Bạn biết ai mà tôi nên biết?</w:t>
      </w:r>
      <w:r>
        <w:rPr>
          <w:b w:val="0"/>
          <w:i w:val="0"/>
        </w:rPr>
        <w:t xml:space="preserve"> Điều này cho phép tôi kết nối với mạng lưới của họ.</w:t>
      </w:r>
    </w:p>
    <w:p>
      <w:pPr>
        <w:spacing w:after="80"/>
      </w:pPr>
      <w:r>
        <w:rPr>
          <w:b/>
          <w:i w:val="0"/>
        </w:rPr>
        <w:t>Bạn đã đọc gì mà tôi nên đọc?</w:t>
      </w:r>
      <w:r>
        <w:rPr>
          <w:b w:val="0"/>
          <w:i w:val="0"/>
        </w:rPr>
        <w:t xml:space="preserve"> Câu hỏi này định hướng sự phát triển cá nhân của tôi.</w:t>
      </w:r>
    </w:p>
    <w:p>
      <w:pPr>
        <w:spacing w:after="80"/>
      </w:pPr>
      <w:r>
        <w:rPr>
          <w:b/>
          <w:i w:val="0"/>
        </w:rPr>
        <w:t>Bạn đã làm gì mà tôi nên làm?</w:t>
      </w:r>
      <w:r>
        <w:rPr>
          <w:b w:val="0"/>
          <w:i w:val="0"/>
        </w:rPr>
        <w:t xml:space="preserve"> Điều này giúp tôi tìm kiếm những trải nghiệm mới.</w:t>
      </w:r>
    </w:p>
    <w:p>
      <w:pPr>
        <w:spacing w:after="80"/>
      </w:pPr>
      <w:r>
        <w:rPr>
          <w:b/>
          <w:i w:val="0"/>
        </w:rPr>
        <w:t>Tôi có thể mang lại giá trị gì cho bạn?</w:t>
      </w:r>
      <w:r>
        <w:rPr>
          <w:b w:val="0"/>
          <w:i w:val="0"/>
        </w:rPr>
        <w:t xml:space="preserve"> Điều này thể hiện lòng biết ơn và mong muốn mang lại giá trị cho họ của tôi.</w:t>
      </w:r>
    </w:p>
    <w:p>
      <w:pPr>
        <w:spacing w:after="80"/>
      </w:pPr>
      <w:r>
        <w:rPr>
          <w:b w:val="0"/>
          <w:i w:val="0"/>
        </w:rPr>
        <w:t>Chìa khóa của tư duy chia sẻ là gì? Đó là hỏi đúng người những câu hỏi đúng. Làm được điều đó mang lại sức mạnh to lớn. Như diễn giả Brian Tracy nói: "Một tác nhân kích thích lớn đối với tư duy sáng tạo là những câu hỏi có trọng tâm. Có điều gì đó ở một câu hỏi được diễn đạt khéo léo thường đi sâu vào cốt lõi vấn đề và khơi gợi những ý tưởng và hiểu biết mới."</w:t>
      </w:r>
    </w:p>
    <w:p>
      <w:pPr>
        <w:spacing w:after="80"/>
        <w:jc w:val="center"/>
      </w:pPr>
      <w:r>
        <w:rPr>
          <w:b/>
          <w:i w:val="0"/>
        </w:rPr>
        <w:t>"Một tác nhân kích thích lớn đối với tư duy sáng tạo là những câu hỏi có trọng tâm."</w:t>
      </w:r>
    </w:p>
    <w:p>
      <w:pPr>
        <w:spacing w:after="80"/>
        <w:jc w:val="center"/>
      </w:pPr>
      <w:r>
        <w:rPr>
          <w:b/>
          <w:i/>
        </w:rPr>
        <w:t>—Brian Tracy</w:t>
      </w:r>
    </w:p>
    <w:p>
      <w:pPr>
        <w:spacing w:after="80"/>
      </w:pPr>
      <w:r>
        <w:rPr>
          <w:b w:val="0"/>
          <w:i w:val="0"/>
        </w:rPr>
        <w:t>Những năm đầu làm mục sư, tôi tham dự một buổi trao đổi ý tưởng do các mục sư rất thành công dẫn dắt. Điều tuyệt vời của sự kiện này là những nhà lãnh đạo thành công chia sẻ những cách làm hay nhất của họ với người khác, và những người này có cơ hội đặt câu hỏi. Các mục sư trẻ đang trên đà phát triển cũng được chia sẻ ý tưởng mới mẻ của mình với những nhà lãnh đạo dày dạn kinh nghiệm hơn, và nhận được phản hồi từ họ. Bầu không khí của hội nghị tràn đầy hy vọng lan tỏa và tư duy sáng tạo, bởi vì toàn bộ trải nghiệm đều dựa trên những câu hỏi. Đó là nơi các ý tưởng được định hình lại thành những ý tưởng còn hay hơn nữa.</w:t>
      </w:r>
    </w:p>
    <w:p>
      <w:pPr>
        <w:spacing w:after="80"/>
      </w:pPr>
      <w:r>
        <w:rPr>
          <w:b w:val="0"/>
          <w:i w:val="0"/>
        </w:rPr>
        <w:t>Tôi chưa bao giờ quên trải nghiệm đó, và sau này nó chính là chất xúc tác cho một nhóm cố vấn hằng tháng có tên là the Table (Bàn Tròn), nơi những nhà lãnh đạo được tuyển chọn kỹ càng trò chuyện cùng tôi. Gần đây nhóm họp mặt tại một chiếc bàn tròn khổng lồ có một không hai ở Arthur M. Blank Family Foundation tại Atlanta. Đó là một ngày kỳ diệu với những con người tuyệt vời đặt ra những câu hỏi tuyệt vời và gia tăng giá trị cho nhau. Vì các thành viên của the Table đến từ khắp Bắc Mỹ, nên hầu hết các tháng chúng tôi họp qua điện thoại. Sự tương tác thật tuyệt vời khi chúng tôi thảo luận những vấn đề lãnh đạo hóc búa và mài giũa lẫn nhau.</w:t>
      </w:r>
    </w:p>
    <w:p>
      <w:pPr>
        <w:pStyle w:val="Heading3"/>
      </w:pPr>
      <w:r>
        <w:rPr>
          <w:rFonts w:ascii="Calibri" w:hAnsi="Calibri"/>
          <w:b/>
          <w:i w:val="0"/>
          <w:sz w:val="26"/>
        </w:rPr>
        <w:t>Nên mời ai đến Bàn Tròn của bạn</w:t>
      </w:r>
    </w:p>
    <w:p>
      <w:pPr>
        <w:spacing w:after="80"/>
      </w:pPr>
      <w:r>
        <w:rPr>
          <w:b w:val="0"/>
          <w:i w:val="0"/>
        </w:rPr>
        <w:t>Khi bạn mời mọi người đến bàn tròn của mình để chia sẻ ý tưởng, hãy chọn lọc kỹ người mà bạn chọn. Hãy chọn những người</w:t>
      </w:r>
    </w:p>
    <w:p>
      <w:pPr>
        <w:spacing w:after="80"/>
        <w:ind w:left="360"/>
      </w:pPr>
      <w:r>
        <w:t xml:space="preserve">• </w:t>
      </w:r>
      <w:r>
        <w:rPr>
          <w:b w:val="0"/>
          <w:i w:val="0"/>
        </w:rPr>
        <w:t>Hiểu được giá trị của những câu hỏi</w:t>
      </w:r>
    </w:p>
    <w:p>
      <w:pPr>
        <w:spacing w:after="80"/>
        <w:ind w:left="360"/>
      </w:pPr>
      <w:r>
        <w:t xml:space="preserve">• </w:t>
      </w:r>
      <w:r>
        <w:rPr>
          <w:b w:val="0"/>
          <w:i w:val="0"/>
        </w:rPr>
        <w:t>Mong muốn sự thành công của người khác</w:t>
      </w:r>
    </w:p>
    <w:p>
      <w:pPr>
        <w:spacing w:after="80"/>
        <w:ind w:left="360"/>
      </w:pPr>
      <w:r>
        <w:t xml:space="preserve">• </w:t>
      </w:r>
      <w:r>
        <w:rPr>
          <w:b w:val="0"/>
          <w:i w:val="0"/>
        </w:rPr>
        <w:t>Gia tăng giá trị cho suy nghĩ của người khác</w:t>
      </w:r>
    </w:p>
    <w:p>
      <w:pPr>
        <w:spacing w:after="80"/>
        <w:ind w:left="360"/>
      </w:pPr>
      <w:r>
        <w:t xml:space="preserve">• </w:t>
      </w:r>
      <w:r>
        <w:rPr>
          <w:b w:val="0"/>
          <w:i w:val="0"/>
        </w:rPr>
        <w:t>Không bị đe dọa bởi điểm mạnh của người khác</w:t>
      </w:r>
    </w:p>
    <w:p>
      <w:pPr>
        <w:spacing w:after="80"/>
        <w:ind w:left="360"/>
      </w:pPr>
      <w:r>
        <w:t xml:space="preserve">• </w:t>
      </w:r>
      <w:r>
        <w:rPr>
          <w:b w:val="0"/>
          <w:i w:val="0"/>
        </w:rPr>
        <w:t>Có thể xử lý cảm xúc khi cuộc trò chuyện thay đổi nhanh chóng</w:t>
      </w:r>
    </w:p>
    <w:p>
      <w:pPr>
        <w:spacing w:after="80"/>
        <w:ind w:left="360"/>
      </w:pPr>
      <w:r>
        <w:t xml:space="preserve">• </w:t>
      </w:r>
      <w:r>
        <w:rPr>
          <w:b w:val="0"/>
          <w:i w:val="0"/>
        </w:rPr>
        <w:t>Hiểu được vị trí giá trị của mình tại bàn tròn</w:t>
      </w:r>
    </w:p>
    <w:p>
      <w:pPr>
        <w:spacing w:after="80"/>
        <w:ind w:left="360"/>
      </w:pPr>
      <w:r>
        <w:t xml:space="preserve">• </w:t>
      </w:r>
      <w:r>
        <w:rPr>
          <w:b w:val="0"/>
          <w:i w:val="0"/>
        </w:rPr>
        <w:t>Khơi ra được tư duy tốt nhất ở những người xung quanh</w:t>
      </w:r>
    </w:p>
    <w:p>
      <w:pPr>
        <w:spacing w:after="80"/>
        <w:ind w:left="360"/>
      </w:pPr>
      <w:r>
        <w:t xml:space="preserve">• </w:t>
      </w:r>
      <w:r>
        <w:rPr>
          <w:b w:val="0"/>
          <w:i w:val="0"/>
        </w:rPr>
        <w:t>Đã từng trải nghiệm thành công trong lĩnh vực đang được thảo luận</w:t>
      </w:r>
    </w:p>
    <w:p>
      <w:pPr>
        <w:spacing w:after="80"/>
        <w:ind w:left="360"/>
      </w:pPr>
      <w:r>
        <w:t xml:space="preserve">• </w:t>
      </w:r>
      <w:r>
        <w:rPr>
          <w:b w:val="0"/>
          <w:i w:val="0"/>
        </w:rPr>
        <w:t>Rời bàn tròn với thái độ “chúng ta”, chứ không phải thái độ “tôi”</w:t>
      </w:r>
    </w:p>
    <w:p>
      <w:pPr>
        <w:spacing w:after="80"/>
      </w:pPr>
      <w:r>
        <w:rPr>
          <w:b w:val="0"/>
          <w:i w:val="0"/>
        </w:rPr>
        <w:t>Bất kỳ nhà lãnh đạo nào đặt đúng câu hỏi với đúng người đều có tiềm năng khám phá và phát triển những ý tưởng tuyệt vời. Nhà phát minh Thomas Edison đã nhận xét: “Những ý tưởng tôi dùng phần lớn là ý tưởng của những người không phát triển chúng.” Biến việc đặt đúng câu hỏi với đúng người thành một thói quen sẽ cho phép bạn phát triển ý tưởng lên một tầm cao hoàn toàn mới.</w:t>
      </w:r>
    </w:p>
    <w:p>
      <w:pPr>
        <w:spacing w:after="80"/>
        <w:jc w:val="center"/>
      </w:pPr>
      <w:r>
        <w:rPr>
          <w:b/>
          <w:i w:val="0"/>
        </w:rPr>
        <w:t>Bất kỳ nhà lãnh đạo nào đặt đúng câu hỏi với đúng người đều có tiềm năng khám phá và phát triển những ý tưởng tuyệt vời.</w:t>
      </w:r>
    </w:p>
    <w:p>
      <w:pPr>
        <w:pStyle w:val="Heading3"/>
      </w:pPr>
      <w:r>
        <w:rPr>
          <w:rFonts w:ascii="Calibri" w:hAnsi="Calibri"/>
          <w:b/>
          <w:i w:val="0"/>
          <w:sz w:val="26"/>
        </w:rPr>
        <w:t>7. Câu hỏi mang đến cho chúng ta một góc nhìn khác</w:t>
      </w:r>
    </w:p>
    <w:p>
      <w:pPr>
        <w:spacing w:after="80"/>
      </w:pPr>
      <w:r>
        <w:rPr>
          <w:b w:val="0"/>
          <w:i w:val="0"/>
        </w:rPr>
        <w:t>Thường thì, với tư cách là người lãnh đạo, chúng ta quá cố chấp vào quan điểm của riêng mình và dành thời gian để cố thuyết phục người khác theo ý kiến của mình thay vì tìm hiểu ý kiến của họ. Như tiểu thuyết gia và chính trị gia người Anh Edward George Earle Lytton Bulwer-Lytton đã khẳng định: "Tinh thần thực sự của cuộc trò chuyện nằm ở việc xây dựng dựa trên quan sát của người khác, chứ không phải lật đổ nó."</w:t>
      </w:r>
    </w:p>
    <w:p>
      <w:pPr>
        <w:spacing w:after="80"/>
      </w:pPr>
      <w:r>
        <w:rPr>
          <w:b w:val="0"/>
          <w:i w:val="0"/>
        </w:rPr>
        <w:t>Đó chính là lúc câu hỏi phát huy tác dụng. Bằng cách đặt câu hỏi và lắng nghe cẩn thận những câu trả lời, chúng ta có thể khám phá những góc nhìn quý giá khác ngoài góc nhìn của mình. Điều đó thật giá trị vì chúng ta thường đưa ra những giả định sai lầm về người khác:</w:t>
      </w:r>
    </w:p>
    <w:p>
      <w:pPr>
        <w:spacing w:after="80"/>
      </w:pPr>
      <w:r>
        <w:rPr>
          <w:b w:val="0"/>
          <w:i w:val="0"/>
        </w:rPr>
        <w:t>Chúng ta tin rằng người khác giỏi những việc mà chúng ta giỏi — thực tế không phải vậy.</w:t>
      </w:r>
    </w:p>
    <w:p>
      <w:pPr>
        <w:spacing w:after="80"/>
      </w:pPr>
      <w:r>
        <w:rPr>
          <w:b w:val="0"/>
          <w:i w:val="0"/>
        </w:rPr>
        <w:t>Chúng ta tin rằng người khác được tiếp thêm năng lượng bởi những điều tiếp thêm năng lượng cho chúng ta — thực tế không phải vậy.</w:t>
      </w:r>
    </w:p>
    <w:p>
      <w:pPr>
        <w:spacing w:after="80"/>
      </w:pPr>
      <w:r>
        <w:rPr>
          <w:b w:val="0"/>
          <w:i w:val="0"/>
        </w:rPr>
        <w:t>Chúng ta tin rằng người khác nhìn nhận bức tranh tổng thể giống như cách chúng ta nhìn — thực tế không phải vậy.</w:t>
      </w:r>
    </w:p>
    <w:p>
      <w:pPr>
        <w:spacing w:after="80"/>
      </w:pPr>
      <w:r>
        <w:rPr>
          <w:b w:val="0"/>
          <w:i w:val="0"/>
        </w:rPr>
        <w:t xml:space="preserve">Một nhà lãnh đạo khôn ngoan từng nói với tôi: "Trước khi bạn cố gắng </w:t>
      </w:r>
      <w:r>
        <w:rPr>
          <w:b w:val="0"/>
          <w:i/>
        </w:rPr>
        <w:t>sửa</w:t>
      </w:r>
      <w:r>
        <w:rPr>
          <w:b w:val="0"/>
          <w:i w:val="0"/>
        </w:rPr>
        <w:t xml:space="preserve"> mọi thứ cho đúng, hãy chắc rằng bạn </w:t>
      </w:r>
      <w:r>
        <w:rPr>
          <w:b w:val="0"/>
          <w:i/>
        </w:rPr>
        <w:t>nhìn</w:t>
      </w:r>
      <w:r>
        <w:rPr>
          <w:b w:val="0"/>
          <w:i w:val="0"/>
        </w:rPr>
        <w:t xml:space="preserve"> mọi thứ cho đúng." Lời khuyên đó giúp tôi hiểu rằng phần lớn sự giao tiếp hiểu lầm là kết quả của việc mọi người có những giả định khác nhau. Chúng ta có thể sửa chữa những giả định sai lầm đó và ngăn ngừa hiểu lầm trong giao tiếp bằng cách đặt câu hỏi.</w:t>
      </w:r>
    </w:p>
    <w:p>
      <w:pPr>
        <w:spacing w:after="80"/>
      </w:pPr>
      <w:r>
        <w:rPr>
          <w:b w:val="0"/>
          <w:i w:val="0"/>
        </w:rPr>
        <w:t>Khi tôi còn là mục sư chính tại Skyline ở San Diego, đội ngũ của chúng tôi đã thực hiện những cuộc phỏng vấn sâu với mọi người khi họ trở thành thành viên của nhà thờ. Một trong những câu hỏi chúng tôi luôn hỏi là "Điều chính yếu mà bạn muốn thay đổi ở nhà thờ là gì?" Câu hỏi đó đã mang lại lợi ích to lớn vì đôi mắt mới mẻ của họ nhìn thấy những điều mà chúng tôi không thấy. Tôi ước tính rằng 80 phần trăm những thay đổi tích cực chúng tôi thực hiện là nhờ những gì mọi người nói với chúng tôi để trả lời những câu hỏi đó.</w:t>
      </w:r>
    </w:p>
    <w:p>
      <w:pPr>
        <w:pStyle w:val="Heading3"/>
      </w:pPr>
      <w:r>
        <w:rPr>
          <w:rFonts w:ascii="Calibri" w:hAnsi="Calibri"/>
          <w:b/>
          <w:i w:val="0"/>
          <w:sz w:val="26"/>
        </w:rPr>
        <w:t>8. Câu hỏi thách thức tư duy và giúp bạn thoát khỏi lối mòn</w:t>
      </w:r>
    </w:p>
    <w:p>
      <w:pPr>
        <w:spacing w:after="80"/>
      </w:pPr>
      <w:r>
        <w:rPr>
          <w:b w:val="0"/>
          <w:i w:val="0"/>
        </w:rPr>
        <w:t>Quá nhiều người đã trì trệ về mặt tinh thần. Họ trở nên ỳ lại. Làm thế nào để bạn chống lại điều đó? Bằng cách hỏi câu hỏi mà người bạn Bill của tôi từng hỏi tôi: "Lần cuối cùng bạn có một ý tưởng hay lần đầu tiên là khi nào?"</w:t>
      </w:r>
    </w:p>
    <w:p>
      <w:pPr>
        <w:spacing w:after="80"/>
      </w:pPr>
      <w:r>
        <w:rPr>
          <w:b w:val="0"/>
          <w:i w:val="0"/>
        </w:rPr>
        <w:t>Đặt câu hỏi là một cách tuyệt vời để ngăn chặn sự lười biếng tinh thần và đưa chúng ta thoát khỏi lối mòn. Nếu bạn bắt đầu một công việc với những điều chắc chắn, có lẽ bạn sẽ kết thúc bằng những nghi ngờ. Nhưng nếu bạn sẵn sàng bắt đầu bằng những nghi ngờ, có lẽ bạn sẽ kết thúc bằng những điều chắc chắn. Có lẽ đó là lý do ai đó từng nói: "Tương lai thuộc về những người tò mò. Những người không ngại thử nó, khám phá nó, chọc vào nó, đặt câu hỏi về nó và lật ngược nó từ trong ra ngoài."</w:t>
      </w:r>
    </w:p>
    <w:p>
      <w:pPr>
        <w:spacing w:after="80"/>
        <w:jc w:val="center"/>
      </w:pPr>
      <w:r>
        <w:rPr>
          <w:b/>
          <w:i w:val="0"/>
        </w:rPr>
        <w:t>Tương lai thuộc về những người tò mò.</w:t>
      </w:r>
    </w:p>
    <w:p>
      <w:pPr>
        <w:spacing w:after="80"/>
      </w:pPr>
      <w:r>
        <w:rPr>
          <w:b w:val="0"/>
          <w:i w:val="0"/>
        </w:rPr>
        <w:t xml:space="preserve">Tác giả và nhà đào tạo về lãnh đạo Mark Miller đang xem các bài thuyết trình TED năm 2012 thì nhận thấy hầu hết đều có chung một đặc điểm: các bài nói đều được khơi gợi từ một câu hỏi bắt đầu bằng </w:t>
      </w:r>
      <w:r>
        <w:rPr>
          <w:b w:val="0"/>
          <w:i/>
        </w:rPr>
        <w:t>tại sao</w:t>
      </w:r>
      <w:r>
        <w:rPr>
          <w:b w:val="0"/>
          <w:i w:val="0"/>
        </w:rPr>
        <w:t>.</w:t>
      </w:r>
    </w:p>
    <w:p>
      <w:pPr>
        <w:spacing w:after="80"/>
        <w:ind w:left="360"/>
      </w:pPr>
      <w:r>
        <w:t xml:space="preserve">• </w:t>
      </w:r>
      <w:r>
        <w:rPr>
          <w:b w:val="0"/>
          <w:i w:val="0"/>
        </w:rPr>
        <w:t>"Tại sao trẻ em mắc bệnh hiếm gặp lại phải chịu đựng?"—Jimmy Lin, nhà di truyền học máy tính</w:t>
      </w:r>
    </w:p>
    <w:p>
      <w:pPr>
        <w:spacing w:after="80"/>
        <w:ind w:left="360"/>
      </w:pPr>
      <w:r>
        <w:t xml:space="preserve">• </w:t>
      </w:r>
      <w:r>
        <w:rPr>
          <w:b w:val="0"/>
          <w:i w:val="0"/>
        </w:rPr>
        <w:t>"Tại sao chúng ta không thể tìm kiếm các di chỉ khảo cổ cổ đại từ vệ tinh?"—Sarah Parck, nhà khảo cổ học</w:t>
      </w:r>
    </w:p>
    <w:p>
      <w:pPr>
        <w:spacing w:after="80"/>
        <w:ind w:left="360"/>
      </w:pPr>
      <w:r>
        <w:t xml:space="preserve">• </w:t>
      </w:r>
      <w:r>
        <w:rPr>
          <w:b w:val="0"/>
          <w:i w:val="0"/>
        </w:rPr>
        <w:t>"Tại sao người trẻ không muốn học khoa học thần kinh?"—Greg Gage, nhà khoa học thần kinh</w:t>
      </w:r>
    </w:p>
    <w:p>
      <w:pPr>
        <w:spacing w:after="80"/>
      </w:pPr>
      <w:r>
        <w:rPr>
          <w:b w:val="0"/>
          <w:i w:val="0"/>
        </w:rPr>
        <w:t>Nếu bạn muốn tạo ra những khám phá, nếu bạn muốn phá vỡ hiện trạng, nếu bạn muốn tiến bộ và tìm ra những cách suy nghĩ và hành động mới, bạn cần đặt câu hỏi. Câu hỏi chính là mắt xích đầu tiên trong chuỗi khám phá và đổi mới.</w:t>
      </w:r>
    </w:p>
    <w:p>
      <w:pPr>
        <w:pStyle w:val="Heading2"/>
      </w:pPr>
      <w:r>
        <w:rPr>
          <w:rFonts w:ascii="Calibri" w:hAnsi="Calibri"/>
          <w:b/>
          <w:i w:val="0"/>
          <w:sz w:val="32"/>
        </w:rPr>
        <w:t>Thay Đổi Cuộc Đời</w:t>
      </w:r>
    </w:p>
    <w:p>
      <w:pPr>
        <w:spacing w:after="80"/>
      </w:pPr>
      <w:r>
        <w:rPr>
          <w:b w:val="0"/>
          <w:i w:val="0"/>
        </w:rPr>
        <w:t>Diễn giả Anthony Robbins nhận xét: "Những câu hỏi chất lượng tạo nên một cuộc sống chất lượng. Người thành công đặt những câu hỏi hay hơn, và nhờ đó, họ nhận được những câu trả lời hay hơn." Tôi thấy điều đó hoàn toàn đúng. Thật ra, tôi nghĩ sẽ không quá lời khi nói rằng những câu hỏi đã thay đổi cuộc đời tôi và trở thành những dấu mốc của những sự kiện quan trọng.</w:t>
      </w:r>
    </w:p>
    <w:p>
      <w:pPr>
        <w:spacing w:after="80"/>
        <w:jc w:val="center"/>
      </w:pPr>
      <w:r>
        <w:rPr>
          <w:b/>
          <w:i w:val="0"/>
        </w:rPr>
        <w:t>"Những câu hỏi chất lượng tạo nên một cuộc sống chất lượng. Người thành công đặt những câu hỏi hay hơn, và nhờ đó, họ nhận được những câu trả lời hay hơn."</w:t>
      </w:r>
    </w:p>
    <w:p>
      <w:pPr>
        <w:spacing w:after="80"/>
        <w:jc w:val="center"/>
      </w:pPr>
      <w:r>
        <w:rPr>
          <w:b/>
          <w:i/>
        </w:rPr>
        <w:t>—Anthony Robbins</w:t>
      </w:r>
    </w:p>
    <w:p>
      <w:pPr>
        <w:spacing w:after="80"/>
      </w:pPr>
      <w:r>
        <w:rPr>
          <w:b w:val="0"/>
          <w:i w:val="0"/>
        </w:rPr>
        <w:t xml:space="preserve">Cuộc sống là một hành trình, một hành trình mà trong đó chúng ta tìm cách tìm ra con đường của mình và tạo nên sự khác biệt. Những câu hỏi giúp chúng ta thực hiện hành trình đó. Thật vậy, từ </w:t>
      </w:r>
      <w:r>
        <w:rPr>
          <w:b w:val="0"/>
          <w:i/>
        </w:rPr>
        <w:t>question</w:t>
      </w:r>
      <w:r>
        <w:rPr>
          <w:b w:val="0"/>
          <w:i w:val="0"/>
        </w:rPr>
        <w:t xml:space="preserve"> (câu hỏi) bắt nguồn từ gốc Latinh </w:t>
      </w:r>
      <w:r>
        <w:rPr>
          <w:b w:val="0"/>
          <w:i/>
        </w:rPr>
        <w:t>quaerere</w:t>
      </w:r>
      <w:r>
        <w:rPr>
          <w:b w:val="0"/>
          <w:i w:val="0"/>
        </w:rPr>
        <w:t xml:space="preserve"> nghĩa là "hỏi" hay "tìm kiếm". Nó có cùng gốc với từ </w:t>
      </w:r>
      <w:r>
        <w:rPr>
          <w:b w:val="0"/>
          <w:i/>
        </w:rPr>
        <w:t>quest</w:t>
      </w:r>
      <w:r>
        <w:rPr>
          <w:b w:val="0"/>
          <w:i w:val="0"/>
        </w:rPr>
        <w:t xml:space="preserve"> (hành trình tìm kiếm). Đôi khi những câu hỏi đến từ người khác. Đôi khi những câu hỏi là do chính chúng ta đặt ra. Dù thế nào đi nữa, những câu trả lời đều để lại dấu ấn trong ta.</w:t>
      </w:r>
    </w:p>
    <w:p>
      <w:pPr>
        <w:pStyle w:val="Heading3"/>
      </w:pPr>
      <w:r>
        <w:rPr>
          <w:rFonts w:ascii="Calibri" w:hAnsi="Calibri"/>
          <w:b/>
          <w:i w:val="0"/>
          <w:sz w:val="26"/>
        </w:rPr>
        <w:t>Những Câu Hỏi Thay Đổi Cuộc Đời Mà Người Khác Đã Hỏi Tôi</w:t>
      </w:r>
    </w:p>
    <w:p>
      <w:pPr>
        <w:spacing w:after="80"/>
      </w:pPr>
      <w:r>
        <w:rPr>
          <w:b w:val="0"/>
          <w:i w:val="0"/>
        </w:rPr>
        <w:t>Nhiều người khôn ngoan và hào phóng đã hỏi tôi những câu hỏi có ảnh hưởng tích cực đến cuộc đời tôi. Dù tôi có thể liệt kê hàng trăm, thậm chí hàng nghìn câu hỏi mà người khác đã hỏi để giúp tôi, tôi muốn chia sẻ với bạn mười câu hỏi hàng đầu:</w:t>
      </w:r>
    </w:p>
    <w:p>
      <w:pPr>
        <w:pStyle w:val="Heading4"/>
      </w:pPr>
      <w:r>
        <w:rPr>
          <w:rFonts w:ascii="Calibri" w:hAnsi="Calibri"/>
          <w:b/>
          <w:i/>
          <w:sz w:val="23"/>
        </w:rPr>
        <w:t>1. "Con muốn làm gì với cuộc đời mình?"—Bố</w:t>
      </w:r>
    </w:p>
    <w:p>
      <w:pPr>
        <w:spacing w:after="80"/>
      </w:pPr>
      <w:r>
        <w:rPr>
          <w:b w:val="0"/>
          <w:i w:val="0"/>
        </w:rPr>
        <w:t>Hơn bất kỳ ai trên đời, bố tôi đã ảnh hưởng đến tôi. Ông đã dẫn dắt hành trình thuở ban đầu của tôi bằng sự khôn ngoan và mạnh mẽ. Ông không chỉ hỏi tôi câu hỏi này, mà còn giúp tôi tìm ra câu trả lời. Ông gợi ý rằng tôi có kỹ năng giao tiếp tốt với mọi người và rằng cuộc đời tôi nên bao gồm việc kết nối và giúp đỡ người khác. Suốt cả cuộc đời, tôi đã cố gắng mang lại giá trị cho mọi người bởi vì ông đã hỏi tôi câu hỏi này.</w:t>
      </w:r>
    </w:p>
    <w:p>
      <w:pPr>
        <w:pStyle w:val="Heading4"/>
      </w:pPr>
      <w:r>
        <w:rPr>
          <w:rFonts w:ascii="Calibri" w:hAnsi="Calibri"/>
          <w:b/>
          <w:i/>
          <w:sz w:val="23"/>
        </w:rPr>
        <w:t>2. "Em có biết mình là một nhà lãnh đạo không?"—Thầy Horton</w:t>
      </w:r>
    </w:p>
    <w:p>
      <w:pPr>
        <w:spacing w:after="80"/>
      </w:pPr>
      <w:r>
        <w:rPr>
          <w:b w:val="0"/>
          <w:i w:val="0"/>
        </w:rPr>
        <w:t>Tôi đã chịu ảnh hưởng từ nhiều người thầy. Thầy Horton dạy tôi năm lớp năm. Khi tôi được các bạn cùng lớp bầu làm "trọng tài" và thầy thấy rằng tôi luôn là người chọn đội trong giờ ra chơi, thầy đã nhận ra hành vi lãnh đạo của tôi. Thầy hiểu rằng lãnh đạo chính là sự ảnh hưởng. Thầy không chỉ quan sát hành vi lãnh đạo của tôi mà còn chỉ ra điều đó cho tôi và khởi đầu hành trình lãnh đạo của tôi.</w:t>
      </w:r>
    </w:p>
    <w:p>
      <w:pPr>
        <w:pStyle w:val="Heading4"/>
      </w:pPr>
      <w:r>
        <w:rPr>
          <w:rFonts w:ascii="Calibri" w:hAnsi="Calibri"/>
          <w:b/>
          <w:i/>
          <w:sz w:val="23"/>
        </w:rPr>
        <w:t>3. "Bạn có kế hoạch cho sự phát triển cá nhân của mình chưa?"—Curt Kampmeier</w:t>
      </w:r>
    </w:p>
    <w:p>
      <w:pPr>
        <w:spacing w:after="80"/>
      </w:pPr>
      <w:r>
        <w:rPr>
          <w:b w:val="0"/>
          <w:i w:val="0"/>
        </w:rPr>
        <w:t>Làm sao tôi có thể biết rằng một buổi ăn sáng với một giảng viên hội thảo lại là khởi đầu cho hành trình phát triển cá nhân suốt đời của tôi? Câu hỏi của Curt đã khiến tôi tự soi xét bản thân và nhận ra mình còn thiếu sót. Đó chính là chất xúc tác cho sự phát triển của tôi. Và vì tôi biết sức mạnh của câu hỏi đó, tôi đã hỏi nó trong hàng trăm hội nghị với hàng chục nghìn người. Ngày nay, nhiều người thành công cũng có thể chỉ ra câu hỏi đó là khởi đầu cho hành trình phát triển của chính họ.</w:t>
      </w:r>
    </w:p>
    <w:p>
      <w:pPr>
        <w:pStyle w:val="Heading4"/>
      </w:pPr>
      <w:r>
        <w:rPr>
          <w:rFonts w:ascii="Calibri" w:hAnsi="Calibri"/>
          <w:b/>
          <w:i/>
          <w:sz w:val="23"/>
        </w:rPr>
        <w:t>4. "Tôi có thể giúp bạn khởi nghiệp kinh doanh không?"—Tom Phillippe</w:t>
      </w:r>
    </w:p>
    <w:p>
      <w:pPr>
        <w:spacing w:after="80"/>
      </w:pPr>
      <w:r>
        <w:rPr>
          <w:b w:val="0"/>
          <w:i w:val="0"/>
        </w:rPr>
        <w:t>Tôi khởi đầu sự nghiệp trong ngành mục vụ, nhưng tôi luôn có một tư duy đổi mới, một kiểu tinh thần khởi nghiệp. Tom là một người bạn suốt đời, người muốn giúp tôi phát triển về tài chính và đã cho tôi cơ hội đầu tư vào tương lai của mình. Tôi đã vay số tiền cần thiết cho khoản đầu tư đó và Tom đảm bảo nó an toàn và thành công. Thật lòng mà nói, tôi nghĩ tiền bạc được đánh giá quá cao trong văn hóa của chúng ta, nhưng nó thực sự mang lại cho một người những lựa chọn, và vì điều đó tôi biết ơn. Câu hỏi của Tom và sự sẵn lòng hưởng ứng của tôi đã mang lại một lợi ích tuyệt vời cho cuộc đời tôi.</w:t>
      </w:r>
    </w:p>
    <w:p>
      <w:pPr>
        <w:pStyle w:val="Heading4"/>
      </w:pPr>
      <w:r>
        <w:rPr>
          <w:rFonts w:ascii="Calibri" w:hAnsi="Calibri"/>
          <w:b/>
          <w:i/>
          <w:sz w:val="23"/>
        </w:rPr>
        <w:t>5. “Làm sao để chúng tôi có thể nhận được khóa đào tạo thường xuyên, liên tục từ ông?”—Ba mươi mốt người tham dự một hội nghị lãnh đạo</w:t>
      </w:r>
    </w:p>
    <w:p>
      <w:pPr>
        <w:spacing w:after="80"/>
      </w:pPr>
      <w:r>
        <w:rPr>
          <w:b w:val="0"/>
          <w:i w:val="0"/>
        </w:rPr>
        <w:t>Sau khi tôi dành một ngày giảng dạy về lãnh đạo tại một khách sạn Holiday Inn ở Jackson, Mississippi, một trong những người tham dự hội nghị đã hỏi tôi câu đó, và những người khác cũng hưởng ứng theo. Họ muốn nhận được đào tạo lãnh đạo liên tục sau hội nghị. Sau khi suy nghĩ nhanh một chút, tôi nói: “Nếu tôi ghi âm một bài học lãnh đạo hằng tháng và gửi cho các bạn với giá năm đô-la một tháng thì sao?” Cả ba mươi mốt người đều đăng ký và đưa tôi thông tin liên hệ của họ, rồi tôi về nhà và tìm cách thực hiện. Tôi giảng một bài học lãnh đạo cho đội ngũ của mình, ghi âm lại, và gửi băng cho những người đăng ký. Đó là khởi đầu của thứ ngày nay được gọi là Maximum Impact Club. Danh sách đăng ký đó nhanh chóng tăng lên hơn mười nghìn người và đã tiếp tục đào tạo các nhà lãnh đạo trong ba mươi năm qua. Đó cũng là khởi đầu cho việc tôi phát triển các nguồn tài liệu đào tạo, và cho thứ cuối cùng trở thành The John Maxwell Company.</w:t>
      </w:r>
    </w:p>
    <w:p>
      <w:pPr>
        <w:pStyle w:val="Heading4"/>
      </w:pPr>
      <w:r>
        <w:rPr>
          <w:rFonts w:ascii="Calibri" w:hAnsi="Calibri"/>
          <w:b/>
          <w:i/>
          <w:sz w:val="23"/>
        </w:rPr>
        <w:t>6. “Chúng ta có thể làm gì để tạo ra sự khác biệt?”—Larry Maxwell</w:t>
      </w:r>
    </w:p>
    <w:p>
      <w:pPr>
        <w:spacing w:after="80"/>
      </w:pPr>
      <w:r>
        <w:rPr>
          <w:b w:val="0"/>
          <w:i w:val="0"/>
        </w:rPr>
        <w:t>Anh trai tôi là người có ảnh hưởng lớn trong cuộc đời tôi từ khi chúng tôi còn nhỏ. Không ai thách thức tôi nhiều hơn anh ấy. Anh ấy hỏi tôi câu này vào năm 1995, và nó trở thành chất xúc tác cho việc thành lập EQUIP, tổ chức đào tạo lãnh đạo lớn nhất thế giới. Hàng triệu nhà lãnh đạo được đào tạo tại hơn 175 quốc gia đã được hưởng lợi nhờ Larry đã hỏi câu đó.</w:t>
      </w:r>
    </w:p>
    <w:p>
      <w:pPr>
        <w:pStyle w:val="Heading4"/>
      </w:pPr>
      <w:r>
        <w:rPr>
          <w:rFonts w:ascii="Calibri" w:hAnsi="Calibri"/>
          <w:b/>
          <w:i/>
          <w:sz w:val="23"/>
        </w:rPr>
        <w:t>7. “Bạn sẽ làm gì với nửa sau cuộc đời mình?”—Bob Buford</w:t>
      </w:r>
    </w:p>
    <w:p>
      <w:pPr>
        <w:spacing w:after="80"/>
      </w:pPr>
      <w:r>
        <w:rPr>
          <w:b w:val="0"/>
          <w:i w:val="0"/>
        </w:rPr>
        <w:t xml:space="preserve">Bob là một người bạn, nhưng tôi đã đối diện với câu hỏi này khi đọc cuốn sách </w:t>
      </w:r>
      <w:r>
        <w:rPr>
          <w:b w:val="0"/>
          <w:i/>
        </w:rPr>
        <w:t>Half Time</w:t>
      </w:r>
      <w:r>
        <w:rPr>
          <w:b w:val="0"/>
          <w:i w:val="0"/>
        </w:rPr>
        <w:t xml:space="preserve"> của ông ấy. Đây là đoạn đã thu hút sự chú ý của tôi:</w:t>
      </w:r>
    </w:p>
    <w:p>
      <w:pPr>
        <w:spacing w:after="80"/>
      </w:pPr>
      <w:r>
        <w:rPr>
          <w:b w:val="0"/>
          <w:i w:val="0"/>
        </w:rPr>
        <w:t>Bạn sẽ không đi được xa lắm trong nửa sau cuộc đời nếu không biết sứ mệnh sống của mình. Bạn có thể phát biểu sứ mệnh đó trong một hai câu không? Một cách tốt để bắt đầu hình thành nó là bằng vài câu hỏi (và những câu trả lời trần trụi, thành thật). Niềm đam mê của bạn là gì? Bạn đã đạt được những gì? Bạn đã làm điều gì xuất sắc một cách khác thường? Bạn được “lập trình” như thế nào? Bạn thuộc về nơi đâu? Những “lẽ nên” nào đã theo đuổi bạn trong suốt nửa đầu cuộc đời? Những câu hỏi này và những câu hỏi tương tự sẽ hướng bạn về phía con người mà trái tim bạn khao khát; chúng sẽ giúp bạn khám phá ra nhiệm vụ mà bạn được tạo ra một cách đặc biệt để làm.</w:t>
      </w:r>
    </w:p>
    <w:p>
      <w:pPr>
        <w:spacing w:after="80"/>
      </w:pPr>
      <w:r>
        <w:rPr>
          <w:b w:val="0"/>
          <w:i w:val="0"/>
        </w:rPr>
        <w:t>Trong hai mươi năm qua, nhờ câu hỏi của Bob, những nỗ lực của tôi đã tập trung vào việc gia tăng giá trị cho những nhà lãnh đạo, những người lại nhân lên giá trị cho người khác.</w:t>
      </w:r>
    </w:p>
    <w:p>
      <w:pPr>
        <w:pStyle w:val="Heading4"/>
      </w:pPr>
      <w:r>
        <w:rPr>
          <w:rFonts w:ascii="Calibri" w:hAnsi="Calibri"/>
          <w:b/>
          <w:i/>
          <w:sz w:val="23"/>
        </w:rPr>
        <w:t>8. “Ông sẽ gọi cho tôi bất cứ khi nào cần giúp đỡ chứ?”—John Bright Cage</w:t>
      </w:r>
    </w:p>
    <w:p>
      <w:pPr>
        <w:spacing w:after="80"/>
      </w:pPr>
      <w:r>
        <w:rPr>
          <w:b w:val="0"/>
          <w:i w:val="0"/>
        </w:rPr>
        <w:t>John là một bác sĩ tim mạch, người đã lén đưa tôi tấm danh thiếp của ông ấy vào năm 1998 trong một bữa trưa. Ông ấy viết số di động của mình lên đó, nói với tôi rằng tôi không khỏe và là ứng viên cho một cơn đau tim. Sáu tháng sau, tại bữa tiệc Giáng sinh của công ty chúng tôi, tôi bị đúng cơn đau tim mà ông ấy đã cảnh báo. Một cuộc gọi của trợ lý Linda Eggers của tôi đến ông ấy vào giữa đêm đã dẫn đến một loạt hành động cứu sống tôi. Tôi ghi công những gì mình đã đạt được trong mười lăm năm kể từ đó cho nỗ lực của ông ấy và phần còn lại của đội ngũ y tế.</w:t>
      </w:r>
    </w:p>
    <w:p>
      <w:pPr>
        <w:pStyle w:val="Heading4"/>
      </w:pPr>
      <w:r>
        <w:rPr>
          <w:rFonts w:ascii="Calibri" w:hAnsi="Calibri"/>
          <w:b/>
          <w:i/>
          <w:sz w:val="23"/>
        </w:rPr>
        <w:t>9. “Ông có muốn thành lập một công ty huấn luyện không?”—Paul Martinelli và Scott M. Fay</w:t>
      </w:r>
    </w:p>
    <w:p>
      <w:pPr>
        <w:spacing w:after="80"/>
      </w:pPr>
      <w:r>
        <w:rPr>
          <w:b w:val="0"/>
          <w:i w:val="0"/>
        </w:rPr>
        <w:t>Tôi khi đó sáu mươi ba tuổi và đang khép lại một sự nghiệp thành công thì Scott và Paul đến gặp tôi, nói rằng họ có một ý tưởng tuyệt vời: ba chúng tôi nên thành lập một công ty huấn luyện. Tôi không cần cũng không muốn thêm một trách nhiệm nào nữa, nên ban đầu tôi nói không. May thay, họ kiên trì và không ngừng hỏi câu đó. Sau nhiều cuộc trò chuyện trong khoảng thời gian mười tám tháng, cuối cùng tôi đồng ý. Ngày nay tôi biết ơn câu hỏi và sự kiên trì của họ, bởi hàng nghìn huấn luyện viên của John Maxwell Team đã được đào tạo và tung ra khắp thế giới là nguồn vui không ngừng đối với tôi. Chúng tôi đang cùng nhau trải nghiệm những ký ức thay đổi cuộc đời.</w:t>
      </w:r>
    </w:p>
    <w:p>
      <w:pPr>
        <w:pStyle w:val="Heading4"/>
      </w:pPr>
      <w:r>
        <w:rPr>
          <w:rFonts w:ascii="Calibri" w:hAnsi="Calibri"/>
          <w:b/>
          <w:i/>
          <w:sz w:val="23"/>
        </w:rPr>
        <w:t>10. “Con có tin cậy Ta với cuộc đời con không?”—Thượng Đế</w:t>
      </w:r>
    </w:p>
    <w:p>
      <w:pPr>
        <w:spacing w:after="80"/>
      </w:pPr>
      <w:r>
        <w:rPr>
          <w:b w:val="0"/>
          <w:i w:val="0"/>
        </w:rPr>
        <w:t>Tôi biết bạn có thể không phải là người có đức tin, nên câu hỏi này có thể không có ý nghĩa với bạn. Nhưng tôi sẽ là người thiếu sót nếu không chia sẻ nó với bạn. Khi còn là một chàng trai mười bảy tuổi, tôi đã dâng cuộc đời mình cho Thượng Đế. Đó là quyết định vĩ đại nhất trong cuộc đời tôi! Tôi đồng ý với Ralph Waldo Emerson, người đã viết: “Tất cả những gì tôi đã thấy dạy tôi tin cậy Đấng Tạo Hóa cho tất cả những gì tôi chưa thấy.” Tôi càng sống lâu, tôi càng tin cậy Ngài nhiều hơn. Nhân đây, khi Thượng Đế hỏi bạn một câu hỏi, đó không phải vì lợi ích của Ngài. Mà là vì lợi ích của bạn.</w:t>
      </w:r>
    </w:p>
    <w:p>
      <w:pPr>
        <w:pStyle w:val="Heading2"/>
      </w:pPr>
      <w:r>
        <w:rPr>
          <w:rFonts w:ascii="Calibri" w:hAnsi="Calibri"/>
          <w:b/>
          <w:i w:val="0"/>
          <w:sz w:val="32"/>
        </w:rPr>
        <w:t>Những câu hỏi tôi đã hỏi mà đã thay đổi cuộc đời tôi</w:t>
      </w:r>
    </w:p>
    <w:p>
      <w:pPr>
        <w:spacing w:after="80"/>
      </w:pPr>
      <w:r>
        <w:rPr>
          <w:b w:val="0"/>
          <w:i w:val="0"/>
        </w:rPr>
        <w:t>Những câu hỏi then chốt do người khác đặt ra chắc chắn đã in dấu lên tôi. Tuy nhiên, cũng có tác động không kém là một số câu hỏi then chốt mà tôi đã hỏi người khác, bắt đầu từ khi tôi còn là một đứa trẻ. Đây là mười câu hỏi—và câu trả lời—đã tạo ảnh hưởng lớn nhất đến cuộc đời tôi:</w:t>
      </w:r>
    </w:p>
    <w:p>
      <w:pPr>
        <w:pStyle w:val="Heading3"/>
      </w:pPr>
      <w:r>
        <w:rPr>
          <w:rFonts w:ascii="Calibri" w:hAnsi="Calibri"/>
          <w:b/>
          <w:i w:val="0"/>
          <w:sz w:val="26"/>
        </w:rPr>
        <w:t>1. "Mẹ ơi, mẹ yêu con nhiều đến mức nào?"</w:t>
      </w:r>
    </w:p>
    <w:p>
      <w:pPr>
        <w:spacing w:after="80"/>
      </w:pPr>
      <w:r>
        <w:rPr>
          <w:b w:val="0"/>
          <w:i w:val="0"/>
        </w:rPr>
        <w:t>Hồi nhỏ tôi hỏi mẹ câu này hết lần này đến lần khác. Không phải vì tôi nghi ngờ câu trả lời; mà vì tôi thích thú với nó. Câu trả lời của mẹ luôn giống nhau: "Bằng cả trái tim, vô điều kiện." Và mẹ thường giải thích thêm rằng tình yêu vô điều kiện của mẹ nghĩa là mẹ sẽ luôn yêu tôi dù tôi có làm gì đi nữa.</w:t>
      </w:r>
    </w:p>
    <w:p>
      <w:pPr>
        <w:spacing w:after="80"/>
      </w:pPr>
      <w:r>
        <w:rPr>
          <w:b w:val="0"/>
          <w:i w:val="0"/>
        </w:rPr>
        <w:t>Mẹ từng nói với tôi rằng tôi lúc nào cũng có thể nói chuyện với mẹ và mẹ sẽ luôn lắng nghe và thấu hiểu. Và điều đó là thật. Mẹ sống đúng những lời đó không chỉ khi tôi còn nhỏ, mà cả khi tôi đã trưởng thành. Suốt sáu mươi ba năm tôi sống trong sự an toàn của tình yêu mẹ. Mẹ hiểu tôi rõ và yêu tôi bất chấp chính bản thân tôi. Khi mẹ qua đời, mẹ để lại một khoảng trống trong trái tim tôi mà không ai khác có thể lấp đầy. Tôi ghi nhận phần lớn thành công và sự sẵn sàng chấp nhận rủi ro của mình là nhờ tình yêu vô điều kiện mà mẹ luôn dành cho tôi.</w:t>
      </w:r>
    </w:p>
    <w:p>
      <w:pPr>
        <w:pStyle w:val="Heading3"/>
      </w:pPr>
      <w:r>
        <w:rPr>
          <w:rFonts w:ascii="Calibri" w:hAnsi="Calibri"/>
          <w:b/>
          <w:i w:val="0"/>
          <w:sz w:val="26"/>
        </w:rPr>
        <w:t>2. "Margaret, em có lấy anh không?"</w:t>
      </w:r>
    </w:p>
    <w:p>
      <w:pPr>
        <w:spacing w:after="80"/>
      </w:pPr>
      <w:r>
        <w:rPr>
          <w:b w:val="0"/>
          <w:i w:val="0"/>
        </w:rPr>
        <w:t>Một mùa hè ở trại thanh niên, tôi đang hẹn hò với một cô gái tên Marsha. Khi cô ấy giới thiệu tôi với một người bạn tên Margaret, tôi sững sờ. Ngay khoảnh khắc nhìn thấy Margaret, tôi tự nhủ: "Mình đang nắm tay nhầm cô gái rồi." Tôi lập tức bắt đầu theo đuổi Margaret. Chúng tôi hẹn hò suốt thời trung học và đại học, và sau màn chào hàng tuyệt vời nhất trong lịch sử nhân loại, cô ấy đã lấy tôi.</w:t>
      </w:r>
    </w:p>
    <w:p>
      <w:pPr>
        <w:spacing w:after="80"/>
      </w:pPr>
      <w:r>
        <w:rPr>
          <w:b w:val="0"/>
          <w:i w:val="0"/>
        </w:rPr>
        <w:t>Margaret là tình yêu của đời tôi và là cố vấn đáng tin cậy nhất của tôi. Cô ấy là phần quan trọng trong mọi quyết định mà chúng tôi đã đưa ra suốt hơn bốn mươi năm hôn nhân. Những năm đầu, cô ấy giúp gánh vác khối lượng công việc nặng nề và giải phóng tôi để theo đuổi tiếng gọi của mình với sự tận tâm trọn vẹn. Ngày nay niềm vui lớn nhất của tôi là được ở bên cô ấy.</w:t>
      </w:r>
    </w:p>
    <w:p>
      <w:pPr>
        <w:pStyle w:val="Heading3"/>
      </w:pPr>
      <w:r>
        <w:rPr>
          <w:rFonts w:ascii="Calibri" w:hAnsi="Calibri"/>
          <w:b/>
          <w:i w:val="0"/>
          <w:sz w:val="26"/>
        </w:rPr>
        <w:t>3. "Mục sư ơi, làm sao ông xây dựng được một hội thánh vĩ đại?"</w:t>
      </w:r>
    </w:p>
    <w:p>
      <w:pPr>
        <w:spacing w:after="80"/>
      </w:pPr>
      <w:r>
        <w:rPr>
          <w:b w:val="0"/>
          <w:i w:val="0"/>
        </w:rPr>
        <w:t>Khi còn là một mục sư trẻ, tôi chịu ảnh hưởng từ những cuốn sách của Elmer Towns, người viết rất nhiều về sự phát triển hội thánh. Ông nêu bật những hội thánh vĩ đại của nước Mỹ và những mục sư lãnh đạo họ, điều đó khơi dậy trong tôi khát khao xây dựng một hội thánh lớn.</w:t>
      </w:r>
    </w:p>
    <w:p>
      <w:pPr>
        <w:spacing w:after="80"/>
      </w:pPr>
      <w:r>
        <w:rPr>
          <w:b w:val="0"/>
          <w:i w:val="0"/>
        </w:rPr>
        <w:t>Được truyền cảm hứng từ những câu chuyện tôi đọc về mười hội thánh hàng đầu cả nước, tôi bắt đầu gọi cho các nhà lãnh đạo của họ và xin mỗi người một cuộc hẹn để tôi có thể đặt câu hỏi. Vì họ không biết tôi và tôi muốn việc đó đáng giá với họ, tôi đề nghị trả một trăm đô-la cho ba mươi phút thời gian của họ (khoảng bằng một tuần lương năm của tôi). Một vài người đồng ý.</w:t>
      </w:r>
    </w:p>
    <w:p>
      <w:pPr>
        <w:spacing w:after="80"/>
      </w:pPr>
      <w:r>
        <w:rPr>
          <w:b w:val="0"/>
          <w:i w:val="0"/>
        </w:rPr>
        <w:t>Trong bốn năm tiếp theo, tôi đến thăm các hội thánh của những nhà lãnh đạo đã đồng ý gặp tôi, và tôi hỏi họ những câu hỏi về thành công của họ. Khi hoàn thành dự án này, tôi đi đến kết luận: "Mọi thứ thịnh hay suy đều nhờ vào khả năng lãnh đạo." Chân lý đó đã trở thành tâm điểm trong hành trình lãnh đạo của tôi, và thôi thúc tôi dạy người khác lãnh đạo suốt phần đời còn lại.</w:t>
      </w:r>
    </w:p>
    <w:p>
      <w:pPr>
        <w:pStyle w:val="Heading3"/>
      </w:pPr>
      <w:r>
        <w:rPr>
          <w:rFonts w:ascii="Calibri" w:hAnsi="Calibri"/>
          <w:b/>
          <w:i w:val="0"/>
          <w:sz w:val="26"/>
        </w:rPr>
        <w:t>4. "Les, tại sao anh viết sách?"</w:t>
      </w:r>
    </w:p>
    <w:p>
      <w:pPr>
        <w:spacing w:after="80"/>
      </w:pPr>
      <w:r>
        <w:rPr>
          <w:b w:val="0"/>
          <w:i w:val="0"/>
        </w:rPr>
        <w:t>Tôi chưa bao giờ có ý định trở thành tác giả. Tôi thích đọc sách, nhưng chưa bao giờ có mong muốn viết lách—cho đến khi tôi hỏi người bạn tác giả Les Parrott của mình lý do anh ấy viết. Câu trả lời của anh đã thay đổi cuộc đời tôi. Anh nói: "Tôi viết sách để gây ảnh hưởng đến những người tôi sẽ không bao giờ gặp. Sách mở rộng khán giả và thông điệp của tôi."</w:t>
      </w:r>
    </w:p>
    <w:p>
      <w:pPr>
        <w:spacing w:after="80"/>
      </w:pPr>
      <w:r>
        <w:rPr>
          <w:b w:val="0"/>
          <w:i w:val="0"/>
        </w:rPr>
        <w:t>Ngay khi nghe điều đó, tôi quyết định mình cần phải viết. Ý tưởng tạo ra tác động đến những người tôi sẽ không bao giờ gặp đã tiếp thêm ngọn lửa cho niềm đam mê mà tôi vốn đã có với những gì mình giảng dạy. Nơi tôi từng không có mong muốn viết lách, chính khát khao gây ảnh hưởng đến nhiều người hơn đã khiến tôi muốn viết. Ngày nay, với hai mươi lăm triệu cuốn sách đã bán ra, giấc mơ của tôi đã thành hiện thực.</w:t>
      </w:r>
    </w:p>
    <w:p>
      <w:pPr>
        <w:pStyle w:val="Heading3"/>
      </w:pPr>
      <w:r>
        <w:rPr>
          <w:rFonts w:ascii="Calibri" w:hAnsi="Calibri"/>
          <w:b/>
          <w:i w:val="0"/>
          <w:sz w:val="26"/>
        </w:rPr>
        <w:t>5. "Bố ơi, con có thể xin phép bố rời khỏi tổ chức này không?"</w:t>
      </w:r>
    </w:p>
    <w:p>
      <w:pPr>
        <w:spacing w:after="80"/>
      </w:pPr>
      <w:r>
        <w:rPr>
          <w:b w:val="0"/>
          <w:i w:val="0"/>
        </w:rPr>
        <w:t>Đây là câu hỏi khó nhất mà tôi từng hỏi. Tại sao ư? Bố tôi là một nhà lãnh đạo của tổ chức mà tôi muốn rời đi, và ông đã dành cả cuộc đời mình để đầu tư vào những con người trong đó. Tôi lớn lên trong tổ chức ấy và đó là tất cả những gì tôi biết. Bạn bè tôi ở đó. Quá khứ của tôi ở đó. Nơi đó an toàn.</w:t>
      </w:r>
    </w:p>
    <w:p>
      <w:pPr>
        <w:spacing w:after="80"/>
      </w:pPr>
      <w:r>
        <w:rPr>
          <w:b w:val="0"/>
          <w:i w:val="0"/>
        </w:rPr>
        <w:t>Nhưng tôi cũng hiểu rằng tương lai của tôi không thể ở đó. Nếu tôi muốn tiếp tục phát triển và theo đuổi điều tôi tin là tiếng gọi của mình, tôi biết mình sẽ phải mở ra vùng đất mới. Tôi sẽ phải rời bỏ tất cả những gì mình biết để học những gì mình chưa biết. Với những giọt nước mắt, bố đã ban phước cho tôi. Câu hỏi đó—và câu trả lời đầy ân cần, vị tha của ông—đã mở ra cánh cửa và cho phép tôi bước về phía một tương lai không giới hạn.</w:t>
      </w:r>
    </w:p>
    <w:p>
      <w:pPr>
        <w:pStyle w:val="Heading3"/>
      </w:pPr>
      <w:r>
        <w:rPr>
          <w:rFonts w:ascii="Calibri" w:hAnsi="Calibri"/>
          <w:b/>
          <w:i w:val="0"/>
          <w:sz w:val="26"/>
        </w:rPr>
        <w:t>6. “Thưa các nhà lãnh đạo, điều gì tôi bắt buộc phải làm mà không ai khác ngoài tôi có thể làm được?”</w:t>
      </w:r>
    </w:p>
    <w:p>
      <w:pPr>
        <w:spacing w:after="80"/>
      </w:pPr>
      <w:r>
        <w:rPr>
          <w:b w:val="0"/>
          <w:i w:val="0"/>
        </w:rPr>
        <w:t>Buổi phỏng vấn đã kéo dài và tôi đã trả lời hàng chục câu hỏi do các nhà lãnh đạo của ủy ban tuyển chọn Hội thánh Skyline đặt ra. Họ đang mời tôi trở thành người lãnh đạo hội thánh Wesley có ảnh hưởng nhất trên thế giới. Đó là một đặc ân lớn lao. Tôi sẽ kế nhiệm Orval Butcher, vị mục sư sáng lập đã dẫn dắt họ suốt hai mươi bảy năm. Ông đã làm mọi thứ cho hội thánh và được vô cùng kính trọng và yêu mến. Nhưng tôi cũng biết đó sẽ là một thách thức lớn. Tôi biết mình sẽ không thể lấp đầy đôi giày của ông hay đáp ứng kỳ vọng của ủy ban tuyển chọn.</w:t>
      </w:r>
    </w:p>
    <w:p>
      <w:pPr>
        <w:spacing w:after="80"/>
      </w:pPr>
      <w:r>
        <w:rPr>
          <w:b w:val="0"/>
          <w:i w:val="0"/>
        </w:rPr>
        <w:t>Khi họ hỏi xong mọi câu hỏi của mình, tôi đặt câu hỏi của tôi. Tôi muốn biết những trách nhiệm mà chỉ mình tôi có thể đảm nhận. Câu hỏi đó đã dẫn đến một cuộc trò chuyện kéo dài hai giờ đồng hồ và tạo nền tảng để tôi có thể dẫn dắt.</w:t>
      </w:r>
    </w:p>
    <w:p>
      <w:pPr>
        <w:spacing w:after="80"/>
      </w:pPr>
      <w:r>
        <w:rPr>
          <w:b w:val="0"/>
          <w:i w:val="0"/>
        </w:rPr>
        <w:t>Tôi đã dành mười bốn năm cuộc đời mình cho hội chúng, và Skyline được vinh danh là một trong mười hội thánh có ảnh hưởng nhất nước Mỹ trong thời gian tôi ở đó. Được phục vụ tại đó là một đặc ân tuyệt vời và là một trong những trải nghiệm tuyệt nhất trong đời tôi.</w:t>
      </w:r>
    </w:p>
    <w:p>
      <w:pPr>
        <w:pStyle w:val="Heading3"/>
      </w:pPr>
      <w:r>
        <w:rPr>
          <w:rFonts w:ascii="Calibri" w:hAnsi="Calibri"/>
          <w:b/>
          <w:i w:val="0"/>
          <w:sz w:val="26"/>
        </w:rPr>
        <w:t>7. “Charlie, anh sẽ giúp tôi viết sách chứ?”</w:t>
      </w:r>
    </w:p>
    <w:p>
      <w:pPr>
        <w:spacing w:after="80"/>
      </w:pPr>
      <w:r>
        <w:rPr>
          <w:b w:val="0"/>
          <w:i w:val="0"/>
        </w:rPr>
        <w:t xml:space="preserve">Học viết đối với tôi không phải là việc dễ dàng. Trong lúc viết cuốn sách đầu tiên, có một đêm tôi làm việc bốn tiếng đồng hồ trong phòng khách sạn mà chỉ cho ra được một đoạn văn viết dở. Nhưng tôi kiên trì. Và sau nhiều tháng nỗ lực, tôi hoàn thành </w:t>
      </w:r>
      <w:r>
        <w:rPr>
          <w:b w:val="0"/>
          <w:i/>
        </w:rPr>
        <w:t>Think on These Things</w:t>
      </w:r>
      <w:r>
        <w:rPr>
          <w:b w:val="0"/>
          <w:i w:val="0"/>
        </w:rPr>
        <w:t>. Cuốn sách gồm ba mươi ba chương, mỗi chương chỉ dài ba đến bốn trang, nhưng đó là một khởi đầu.</w:t>
      </w:r>
    </w:p>
    <w:p>
      <w:pPr>
        <w:spacing w:after="80"/>
      </w:pPr>
      <w:r>
        <w:rPr>
          <w:b w:val="0"/>
          <w:i w:val="0"/>
        </w:rPr>
        <w:t>Trong mười bốn năm tiếp theo, tôi đã viết tổng cộng chín cuốn sách, nhưng tôi khao khát làm được nhiều hơn. Đó là lúc tôi nhờ Charlie Wetzel giúp tôi. Chúng tôi bắt đầu viết cùng nhau vào năm 1994. Trong hai mươi năm kể từ đó, chúng tôi đã cùng nhau viết hơn sáu mươi lăm cuốn sách và bán được hơn 24 triệu bản. Trong tất cả những người trong vòng thân cận của tôi, anh ấy đã tác động đến nhiều người hơn bất kỳ ai khác.</w:t>
      </w:r>
    </w:p>
    <w:p>
      <w:pPr>
        <w:pStyle w:val="Heading3"/>
      </w:pPr>
      <w:r>
        <w:rPr>
          <w:rFonts w:ascii="Calibri" w:hAnsi="Calibri"/>
          <w:b/>
          <w:i w:val="0"/>
          <w:sz w:val="26"/>
        </w:rPr>
        <w:t>8. “Kevin, tôi có thể hướng dẫn (mentor) cậu không?”</w:t>
      </w:r>
    </w:p>
    <w:p>
      <w:pPr>
        <w:spacing w:after="80"/>
      </w:pPr>
      <w:r>
        <w:rPr>
          <w:b w:val="0"/>
          <w:i w:val="0"/>
        </w:rPr>
        <w:t>Năm 1995, tôi quyết định rằng mình muốn hướng dẫn mười người một cách liên tục. Tôi làm vậy vì tôi biết rằng gia tăng giá trị cho những người có tiềm năng cao và khao khát phát triển là một trong những khoản đầu tư tốt nhất mà một nhà lãnh đạo có thể thực hiện. Tôi đã tiếp tục làm điều đó mỗi năm kể từ đó.</w:t>
      </w:r>
    </w:p>
    <w:p>
      <w:pPr>
        <w:spacing w:after="80"/>
      </w:pPr>
      <w:r>
        <w:rPr>
          <w:b w:val="0"/>
          <w:i w:val="0"/>
        </w:rPr>
        <w:t>Qua nhiều năm, danh sách những người tôi hướng dẫn liên tục thay đổi, nhưng tôi luôn tự tay chọn những người mình đầu tư vào. Không ai mang lại lợi ích lớn hơn cho thời gian tôi bỏ ra bằng Kevin Myers. Hội thánh anh ấy sáng lập, 12Stone, hiện là một trong những hội chúng phát triển nhanh nhất và có ảnh hưởng nhất nước Mỹ. Tôi đã chứng kiến anh ấy nở rộ từ một nhà lãnh đạo giỏi thành một nhà lãnh đạo tuyệt vời.</w:t>
      </w:r>
    </w:p>
    <w:p>
      <w:pPr>
        <w:spacing w:after="80"/>
      </w:pPr>
      <w:r>
        <w:rPr>
          <w:b w:val="0"/>
          <w:i w:val="0"/>
        </w:rPr>
        <w:t>Vài năm trước, anh ấy nói với tôi rằng anh dự định xây dựng một trung tâm lãnh đạo để đào tạo các nhà lãnh đạo từ khắp nơi trên thế giới, và anh hỏi liệu có thể đặt tên trung tâm ấy theo tên tôi không. Tôi sững sờ trước lời đề nghị đó. Đã từng có lúc tôi ấp ủ giấc mơ làm điều mà anh ấy đang làm, và điều này giống như một giấc mơ đã mất nay được thành hiện thực.</w:t>
      </w:r>
    </w:p>
    <w:p>
      <w:pPr>
        <w:spacing w:after="80"/>
      </w:pPr>
      <w:r>
        <w:rPr>
          <w:b w:val="0"/>
          <w:i w:val="0"/>
        </w:rPr>
        <w:t>“Đó sẽ là vinh dự của tôi,” tôi đáp. “Vậy tôi có nghĩa vụ gì?”</w:t>
      </w:r>
    </w:p>
    <w:p>
      <w:pPr>
        <w:spacing w:after="80"/>
      </w:pPr>
      <w:r>
        <w:rPr>
          <w:b w:val="0"/>
          <w:i w:val="0"/>
        </w:rPr>
        <w:t>“Chỉ cần dùng cơ sở này để truyền cảm hứng và đào tạo các nhà lãnh đạo,” Kevin trả lời. “Chỉ vậy thôi.”</w:t>
      </w:r>
    </w:p>
    <w:p>
      <w:pPr>
        <w:spacing w:after="80"/>
      </w:pPr>
      <w:r>
        <w:rPr>
          <w:b w:val="0"/>
          <w:i w:val="0"/>
        </w:rPr>
        <w:t>Câu trả lời của Kevin khiến tôi choáng ngợp. Ngày nay, Trung tâm Lãnh đạo John Maxwell được đặt ở vị trí chiến lược gần Atlanta, Georgia, và đang đào tạo các nhà lãnh đạo khắp nơi trên thế giới. Tôi tin rằng nó sẽ tạo nên một di sản lãnh đạo còn tồn tại lâu hơn tôi. Và tất cả bắt đầu từ việc tôi đặt một câu hỏi cho một mục sư trẻ với tiềm năng vô hạn.</w:t>
      </w:r>
    </w:p>
    <w:p>
      <w:pPr>
        <w:pStyle w:val="Heading3"/>
      </w:pPr>
      <w:r>
        <w:rPr>
          <w:rFonts w:ascii="Calibri" w:hAnsi="Calibri"/>
          <w:b/>
          <w:i w:val="0"/>
          <w:sz w:val="26"/>
        </w:rPr>
        <w:t>9. “Jeff, anh biết những ai mà tôi nên biết?”</w:t>
      </w:r>
    </w:p>
    <w:p>
      <w:pPr>
        <w:spacing w:after="80"/>
      </w:pPr>
      <w:r>
        <w:rPr>
          <w:b w:val="0"/>
          <w:i w:val="0"/>
        </w:rPr>
        <w:t>Nhiều năm trước, tôi bắt đầu tạo thói quen đặt câu hỏi này mỗi khi gặp ai đó lần đầu. Đôi khi nó chẳng mang lại kết quả nào. Thường thì nó dẫn tôi đến việc gặp gỡ một người hữu ích hoặc thú vị. Nhưng khi tôi hỏi Jeff Brown câu này, nó đã thay đổi cuộc đời tôi. Tại sao ư? Vì Jeff đã giới thiệu tôi với John Wooden, một trong những huấn luyện viên và người thầy vĩ đại nhất của thời đại chúng ta.</w:t>
      </w:r>
    </w:p>
    <w:p>
      <w:pPr>
        <w:spacing w:after="80"/>
      </w:pPr>
      <w:r>
        <w:rPr>
          <w:b w:val="0"/>
          <w:i w:val="0"/>
        </w:rPr>
        <w:t xml:space="preserve">Thường thì tôi hay kể về Huấn luyện viên Wooden cùng những chỉ dẫn và sự khôn ngoan mà ông đã truyền cho cuộc đời tôi. Sau lời giới thiệu của Jeff, Huấn luyện viên Wooden và tôi trở thành bạn bè, và ông trở thành người thầy dẫn dắt tôi. Ông đã dạy tôi nhiều hơn bất kỳ ai khác và truyền cảm hứng để tôi viết những cuốn sách </w:t>
      </w:r>
      <w:r>
        <w:rPr>
          <w:b w:val="0"/>
          <w:i/>
        </w:rPr>
        <w:t>Today Matters</w:t>
      </w:r>
      <w:r>
        <w:rPr>
          <w:b w:val="0"/>
          <w:i w:val="0"/>
        </w:rPr>
        <w:t xml:space="preserve"> và </w:t>
      </w:r>
      <w:r>
        <w:rPr>
          <w:b w:val="0"/>
          <w:i/>
        </w:rPr>
        <w:t>Sometimes You Win—Sometimes You Learn</w:t>
      </w:r>
      <w:r>
        <w:rPr>
          <w:b w:val="0"/>
          <w:i w:val="0"/>
        </w:rPr>
        <w:t>.</w:t>
      </w:r>
    </w:p>
    <w:p>
      <w:pPr>
        <w:spacing w:after="80"/>
      </w:pPr>
      <w:r>
        <w:rPr>
          <w:b w:val="0"/>
          <w:i w:val="0"/>
        </w:rPr>
        <w:t>Tôi muốn khích lệ bạn. Khi bạn gặp những người thú vị, khả năng cao là họ cũng biết những người thú vị khác. Câu nói xưa vẫn đúng: ngưu tầm ngưu, mã tầm mã. Hãy đặt câu hỏi và tôi tin rằng nó sẽ mở ra cánh cửa dẫn đến những người bạn mới tuyệt vời và những cơ hội thú vị.</w:t>
      </w:r>
    </w:p>
    <w:p>
      <w:pPr>
        <w:pStyle w:val="Heading3"/>
      </w:pPr>
      <w:r>
        <w:rPr>
          <w:rFonts w:ascii="Calibri" w:hAnsi="Calibri"/>
          <w:b/>
          <w:i w:val="0"/>
          <w:sz w:val="26"/>
        </w:rPr>
        <w:t>10. "Này người đọc, tôi có thể mang lại giá trị gì cho bạn?"</w:t>
      </w:r>
    </w:p>
    <w:p>
      <w:pPr>
        <w:spacing w:after="80"/>
      </w:pPr>
      <w:r>
        <w:rPr>
          <w:b w:val="0"/>
          <w:i w:val="0"/>
        </w:rPr>
        <w:t>Nhiều năm trước, tôi được một tác giả khác thử thách khi ông ấy nói: "Khi viết, tôi luôn tự hỏi: 'Liệu người đọc có lật sang trang tiếp theo không?'" Tôi bắt đầu đặt câu hỏi tương tự khi bắt tay viết sách. Tôi tin câu trả lời sẽ là có, miễn là trên mỗi trang tôi có thể mang lại giá trị cho bạn. Đó chắc chắn là mong muốn của tôi cho cuốn sách này. Với tôi, mang lại giá trị không chỉ là lời nói suông. Đó là một khái niệm định hình cuộc đời tôi. Và chừng nào tôi còn có thể đặt câu hỏi đó và tin rằng câu trả lời sẽ là có, tôi sẽ tiếp tục viết sách để cố gắng giúp bạn và những độc giả tiềm năng khác.</w:t>
      </w:r>
    </w:p>
    <w:p>
      <w:pPr>
        <w:spacing w:after="80"/>
      </w:pPr>
      <w:r>
        <w:rPr>
          <w:b w:val="0"/>
          <w:i w:val="0"/>
        </w:rPr>
        <w:t>Nhà chính khách kiêm nhà từ thiện Bernard Baruch đã nói: "Hàng triệu người thấy quả táo rơi, nhưng Newton là người duy nhất hỏi tại sao." Chính vì Newton dành thời gian đặt câu hỏi mà thế giới được hưởng lợi từ thuyết vạn vật hấp dẫn của ông.</w:t>
      </w:r>
    </w:p>
    <w:p>
      <w:pPr>
        <w:spacing w:after="80"/>
        <w:jc w:val="center"/>
      </w:pPr>
      <w:r>
        <w:rPr>
          <w:b/>
          <w:i w:val="0"/>
        </w:rPr>
        <w:t>"Hàng triệu người thấy quả táo rơi, nhưng Newton là người duy nhất hỏi tại sao."</w:t>
      </w:r>
    </w:p>
    <w:p>
      <w:pPr>
        <w:spacing w:after="80"/>
        <w:jc w:val="center"/>
      </w:pPr>
      <w:r>
        <w:rPr>
          <w:b/>
          <w:i/>
        </w:rPr>
        <w:t>—Bernard Baruch</w:t>
      </w:r>
    </w:p>
    <w:p>
      <w:pPr>
        <w:spacing w:after="80"/>
      </w:pPr>
      <w:r>
        <w:rPr>
          <w:b w:val="0"/>
          <w:i w:val="0"/>
        </w:rPr>
        <w:t>Câu hỏi có sức mạnh. Khi nhìn lại chặng đường phát triển của cuộc đời mình, tôi có thể thấy rằng những câu hỏi đã đánh dấu con đường trưởng thành của tôi, thúc đẩy những thay đổi hướng đi tích cực và dẫn đến nhiều thành công. Dù nhiều người trong chúng ta cố tỏ ra thông minh bằng cách đưa ra những câu trả lời khéo léo, chúng ta sẽ khá hơn nhiều nếu tập trung chú ý vào việc đặt câu hỏi. Nếu chúng ta đặt những câu hỏi hay với đúng người, chúng ta sẽ nhận được lợi ích tuyệt vời cho cuộc đời mình. Đừng bao giờ quên: câu hỏi hay cung cấp thông tin; câu hỏi tuyệt vời tạo nên chuyển hóa!</w:t>
      </w:r>
    </w:p>
    <w:p>
      <w:pPr>
        <w:spacing w:after="80"/>
        <w:jc w:val="center"/>
      </w:pPr>
      <w:r>
        <w:rPr>
          <w:b/>
          <w:i w:val="0"/>
        </w:rPr>
        <w:t>Câu hỏi hay cung cấp thông tin; câu hỏi tuyệt vời tạo nên chuyển hóa.</w:t>
      </w:r>
    </w:p>
    <w:p>
      <w:pPr>
        <w:spacing w:after="80"/>
      </w:pPr>
      <w:r>
        <w:rPr>
          <w:b w:val="0"/>
          <w:i w:val="0"/>
        </w:rPr>
        <w:t>Những câu hỏi nào người khác đã hỏi bạn mà tạo nên sự khác biệt tích cực trong cuộc đời bạn? Những câu hỏi nào bạn đã hỏi người khác mà vẫn đang giúp bạn cho đến tận hôm nay? Từ giờ phút này, hãy chủ động trở thành người đặt câu hỏi. Bạn thậm chí nên đặt câu hỏi với chính mình. Tôi thì có. Thực tế, đó chính là trọng tâm của chương tiếp theo.</w:t>
      </w:r>
    </w:p>
    <w:p>
      <w:pPr>
        <w:jc w:val="center"/>
      </w:pPr>
      <w:r>
        <w:drawing>
          <wp:inline xmlns:a="http://schemas.openxmlformats.org/drawingml/2006/main" xmlns:pic="http://schemas.openxmlformats.org/drawingml/2006/picture">
            <wp:extent cx="695325" cy="19050"/>
            <wp:docPr id="6" name="Picture 6"/>
            <wp:cNvGraphicFramePr>
              <a:graphicFrameLocks noChangeAspect="1"/>
            </wp:cNvGraphicFramePr>
            <a:graphic>
              <a:graphicData uri="http://schemas.openxmlformats.org/drawingml/2006/picture">
                <pic:pic>
                  <pic:nvPicPr>
                    <pic:cNvPr id="0" name="00003.jpeg"/>
                    <pic:cNvPicPr/>
                  </pic:nvPicPr>
                  <pic:blipFill>
                    <a:blip r:embed="rId12"/>
                    <a:stretch>
                      <a:fillRect/>
                    </a:stretch>
                  </pic:blipFill>
                  <pic:spPr>
                    <a:xfrm>
                      <a:off x="0" y="0"/>
                      <a:ext cx="695325" cy="19050"/>
                    </a:xfrm>
                    <a:prstGeom prst="rect"/>
                  </pic:spPr>
                </pic:pic>
              </a:graphicData>
            </a:graphic>
          </wp:inline>
        </w:drawing>
      </w:r>
    </w:p>
    <w:p>
      <w:pPr>
        <w:pStyle w:val="Heading1"/>
      </w:pPr>
      <w:r>
        <w:rPr>
          <w:rFonts w:ascii="Calibri" w:hAnsi="Calibri"/>
          <w:b/>
          <w:i w:val="0"/>
          <w:sz w:val="40"/>
        </w:rPr>
        <w:t>2</w:t>
      </w:r>
    </w:p>
    <w:p>
      <w:pPr>
        <w:jc w:val="center"/>
      </w:pPr>
      <w:r>
        <w:drawing>
          <wp:inline xmlns:a="http://schemas.openxmlformats.org/drawingml/2006/main" xmlns:pic="http://schemas.openxmlformats.org/drawingml/2006/picture">
            <wp:extent cx="695325" cy="19050"/>
            <wp:docPr id="7" name="Picture 7"/>
            <wp:cNvGraphicFramePr>
              <a:graphicFrameLocks noChangeAspect="1"/>
            </wp:cNvGraphicFramePr>
            <a:graphic>
              <a:graphicData uri="http://schemas.openxmlformats.org/drawingml/2006/picture">
                <pic:pic>
                  <pic:nvPicPr>
                    <pic:cNvPr id="0" name="00003.jpeg"/>
                    <pic:cNvPicPr/>
                  </pic:nvPicPr>
                  <pic:blipFill>
                    <a:blip r:embed="rId12"/>
                    <a:stretch>
                      <a:fillRect/>
                    </a:stretch>
                  </pic:blipFill>
                  <pic:spPr>
                    <a:xfrm>
                      <a:off x="0" y="0"/>
                      <a:ext cx="695325" cy="19050"/>
                    </a:xfrm>
                    <a:prstGeom prst="rect"/>
                  </pic:spPr>
                </pic:pic>
              </a:graphicData>
            </a:graphic>
          </wp:inline>
        </w:drawing>
      </w:r>
    </w:p>
    <w:p>
      <w:pPr>
        <w:pStyle w:val="Heading1"/>
      </w:pPr>
      <w:r>
        <w:rPr>
          <w:rFonts w:ascii="Calibri" w:hAnsi="Calibri"/>
          <w:b/>
          <w:i w:val="0"/>
          <w:sz w:val="40"/>
        </w:rPr>
        <w:t>Tôi đặt những câu hỏi nào cho chính mình với tư cách một nhà lãnh đạo?</w:t>
      </w:r>
    </w:p>
    <w:p>
      <w:pPr>
        <w:spacing w:after="80"/>
      </w:pPr>
      <w:r>
        <w:rPr>
          <w:b w:val="0"/>
          <w:i w:val="0"/>
        </w:rPr>
        <w:t>Khi còn là một nhà lãnh đạo trẻ mới khởi nghiệp, tôi luôn vội vã. Tràn đầy đam mê và tầm nhìn, tôi có một chương trình nghị sự cấp bách để theo đuổi, điều đó khiến tôi cố gắng tranh thủ sự đồng thuận của người khác. Vì thế, tôi đưa ra rất nhiều chỉ dẫn mà hỏi được rất ít câu hỏi. Kết quả là tôi thường sai nhưng hiếm khi hoài nghi.</w:t>
      </w:r>
    </w:p>
    <w:p>
      <w:pPr>
        <w:spacing w:after="80"/>
      </w:pPr>
      <w:r>
        <w:rPr>
          <w:b w:val="0"/>
          <w:i w:val="0"/>
        </w:rPr>
        <w:t xml:space="preserve">Thái độ của tôi thay đổi khi tôi đưa ra một quyết định sai lầm ảnh hưởng đến nhiều người trong tổ chức của mình. Đó là lúc tôi nhận ra rằng khi một nhà lãnh đạo đưa ra quyết định tồi, nó không chỉ ảnh hưởng đến anh ta mà còn đến nhiều người khác. Điều đó khiến tôi dừng lại suy nghĩ. Trong khi sự trưởng thành cá nhân có thể nghĩa là biết nhìn </w:t>
      </w:r>
      <w:r>
        <w:rPr>
          <w:b w:val="0"/>
          <w:i/>
        </w:rPr>
        <w:t>vượt ra ngoài</w:t>
      </w:r>
      <w:r>
        <w:rPr>
          <w:b w:val="0"/>
          <w:i w:val="0"/>
        </w:rPr>
        <w:t xml:space="preserve"> bản thân, thì sự trưởng thành trong lãnh đạo nghĩa là biết nghĩ đến người khác </w:t>
      </w:r>
      <w:r>
        <w:rPr>
          <w:b w:val="0"/>
          <w:i/>
        </w:rPr>
        <w:t>trước</w:t>
      </w:r>
      <w:r>
        <w:rPr>
          <w:b w:val="0"/>
          <w:i w:val="0"/>
        </w:rPr>
        <w:t xml:space="preserve"> bản thân. Tôi nhận ra mình không thể tiếp tục là một Lone Ranger, làm việc của riêng mình và bảo người khác làm theo ý mình. Tôi cần suy nghĩ trước và quan tâm đến người khác.</w:t>
      </w:r>
    </w:p>
    <w:p>
      <w:pPr>
        <w:spacing w:after="80"/>
        <w:jc w:val="center"/>
      </w:pPr>
      <w:r>
        <w:rPr>
          <w:b/>
          <w:i w:val="0"/>
        </w:rPr>
        <w:t xml:space="preserve">Trong khi sự trưởng thành cá nhân có thể nghĩa là biết nhìn </w:t>
      </w:r>
      <w:r>
        <w:rPr>
          <w:b/>
          <w:i/>
        </w:rPr>
        <w:t>vượt ra ngoài</w:t>
      </w:r>
      <w:r>
        <w:rPr>
          <w:b/>
          <w:i w:val="0"/>
        </w:rPr>
        <w:t xml:space="preserve"> bản thân, thì sự trưởng thành trong lãnh đạo nghĩa là biết nghĩ đến người khác trước bản thân.</w:t>
      </w:r>
    </w:p>
    <w:p>
      <w:pPr>
        <w:spacing w:after="80"/>
      </w:pPr>
      <w:r>
        <w:rPr>
          <w:b w:val="0"/>
          <w:i w:val="0"/>
        </w:rPr>
        <w:t>Tôi bắt đầu làm điều đó bằng cách đặt câu hỏi. Tôi đã giải thích trong chương một rằng câu hỏi quan trọng đến nhường nào. Câu hỏi là nền tảng của việc học. Nhưng chúng cũng là nền tảng cho việc lãnh đạo tốt hơn. Tôi nhận ra điều đó trong một cuộc trò chuyện với một trong những người thầy của mình, Huấn luyện viên John Wooden, cựu huấn luyện viên bóng rổ của đội UCLA Bruins. Chúng tôi đang ăn trưa. Như thường lệ với những buổi gặp này, tôi đã chuẩn bị hàng giờ và có một danh sách câu hỏi trên một tập giấy ghi chú. Điều ông nói thậm chí không phải để trả lời một trong những câu hỏi của tôi. Ông chỉ tiện thể nhắc đến, nhưng nó đã thu hút sự chú ý của tôi. Huấn luyện viên nói: "John này, có một câu hỏi tôi tự hỏi mình mỗi ngày."</w:t>
      </w:r>
    </w:p>
    <w:p>
      <w:pPr>
        <w:spacing w:after="80"/>
      </w:pPr>
      <w:r>
        <w:rPr>
          <w:b w:val="0"/>
          <w:i w:val="0"/>
        </w:rPr>
        <w:t xml:space="preserve">Tim tôi như nhảy múa vì háo hức khi chờ đợi được nghe một điều sâu sắc từ vị huấn luyện viên cực kỳ thành công này, người nổi tiếng với trí tuệ tuyệt vời. Tôi sẽ chia sẻ với bạn câu hỏi thực sự là gì ở phần sau của chương này. Dù nó có giá trị, nhưng bài thực hành mà ông ấy chia sẻ còn giá trị hơn nhiều. Khoảnh khắc đó tôi nhận ra rằng những nhà lãnh đạo giỏi biết đặt câu hỏi cho </w:t>
      </w:r>
      <w:r>
        <w:rPr>
          <w:b w:val="0"/>
          <w:i/>
        </w:rPr>
        <w:t>chính mình</w:t>
      </w:r>
      <w:r>
        <w:rPr>
          <w:b w:val="0"/>
          <w:i w:val="0"/>
        </w:rPr>
        <w:t>.</w:t>
      </w:r>
    </w:p>
    <w:p>
      <w:pPr>
        <w:spacing w:after="80"/>
      </w:pPr>
      <w:r>
        <w:rPr>
          <w:b w:val="0"/>
          <w:i w:val="0"/>
        </w:rPr>
        <w:t>Sau buổi làm việc với vị huấn luyện viên, tôi không thể chờ được về nhà, dành chút thời gian ngồi trên chiếc ghế suy nghĩ của mình, và viết ra những câu hỏi mà tôi nên tự hỏi bản thân mỗi ngày với tư cách một nhà lãnh đạo. Những câu hỏi tôi khám phá ra chính là điều tôi sẽ chia sẻ với bạn trong chương này.</w:t>
      </w:r>
    </w:p>
    <w:p>
      <w:pPr>
        <w:pStyle w:val="Heading2"/>
      </w:pPr>
      <w:r>
        <w:rPr>
          <w:rFonts w:ascii="Calibri" w:hAnsi="Calibri"/>
          <w:b/>
          <w:i w:val="0"/>
          <w:sz w:val="32"/>
        </w:rPr>
        <w:t>Những Điều Bạn Cần Tự Hỏi</w:t>
      </w:r>
    </w:p>
    <w:p>
      <w:pPr>
        <w:spacing w:after="80"/>
      </w:pPr>
      <w:r>
        <w:rPr>
          <w:b w:val="0"/>
          <w:i w:val="0"/>
        </w:rPr>
        <w:t>Nếu bạn là một nhà lãnh đạo, bạn hiểu rằng câu hỏi luôn là một phần trong cuộc sống của người lãnh đạo. Vấn đề là ở chỗ: ai là người đặt câu hỏi? Với tư cách một nhà lãnh đạo, tôi có thể để người khác hỏi tôi những câu hỏi khó và quan trọng, hoặc tôi có thể tự chịu trách nhiệm, chủ động, và tự hỏi bản thân những câu hỏi đó. Tôi đã đi đến nhận thức rằng nhờ tự hỏi mình những câu hỏi khó, tôi có thể giữ vững chính trực, gia tăng năng lượng, và cải thiện năng lực lãnh đạo của mình.</w:t>
      </w:r>
    </w:p>
    <w:p>
      <w:pPr>
        <w:spacing w:after="80"/>
      </w:pPr>
      <w:r>
        <w:rPr>
          <w:b w:val="0"/>
          <w:i w:val="0"/>
        </w:rPr>
        <w:t>Kể từ khi viết ra những câu hỏi tôi tự hỏi mình với tư cách một nhà lãnh đạo, tôi đã xem lại và suy ngẫm về chúng hàng trăm lần. Nhiều câu hỏi trong số này mang tính cá nhân, nhưng tôi tin chúng cũng có thể giúp bạn nhiều như đã giúp tôi. Tôi trao chúng cho bạn như một bản hướng dẫn, kèm theo gợi ý rằng bạn hãy tự xây dựng danh sách của riêng mình.</w:t>
      </w:r>
    </w:p>
    <w:p>
      <w:pPr>
        <w:pStyle w:val="Heading3"/>
      </w:pPr>
      <w:r>
        <w:rPr>
          <w:rFonts w:ascii="Calibri" w:hAnsi="Calibri"/>
          <w:b/>
          <w:i w:val="0"/>
          <w:sz w:val="26"/>
        </w:rPr>
        <w:t>1. Tôi Có Đang Đầu Tư Vào Chính Mình Không? Một Câu Hỏi Về Phát Triển Cá Nhân</w:t>
      </w:r>
    </w:p>
    <w:p>
      <w:pPr>
        <w:spacing w:after="80"/>
      </w:pPr>
      <w:r>
        <w:rPr>
          <w:b w:val="0"/>
          <w:i w:val="0"/>
        </w:rPr>
        <w:t>Khoản đầu tư quan trọng nhất mà bạn và tôi sẽ từng thực hiện chính là đầu tư vào bản thân. Khoản đầu tư đó sẽ quyết định phần lợi tức mà chúng ta nhận được từ cuộc sống. Người thầy của Jim Rohn, John Earl Shoaff, đã nói với ông: "Jim, nếu anh muốn giàu có và hạnh phúc, hãy học kỹ bài học này: hãy học cách làm việc chăm chỉ hơn với chính mình so với công việc của mình." Jim đã học bài học đó rất kỹ. Như ông từng chỉ ra: "Cuốn sách bạn không đọc thì không thể giúp bạn; buổi hội thảo bạn không tham dự thì không thể thay đổi cuộc đời bạn. Công việc kinh doanh trở nên tốt hơn khi bạn trở nên tốt hơn. Đừng bao giờ ước nó dễ dàng hơn, hãy ước bạn giỏi hơn."</w:t>
      </w:r>
    </w:p>
    <w:p>
      <w:pPr>
        <w:spacing w:after="80"/>
      </w:pPr>
      <w:r>
        <w:rPr>
          <w:b w:val="0"/>
          <w:i w:val="0"/>
        </w:rPr>
        <w:t>Từ năm 1974, tôi đã chủ động đầu tư vào bản thân, và gần như suốt thời gian đó tôi cũng khuyến khích người khác làm điều tương tự. Một số người làm; những người khác thì không. Vì sao vậy? Tôi tin có ba yếu tố chính tác động vào việc này. Chúng sẽ quyết định liệu bạn có đầu tư vào bản thân hay không, và đầu tư như thế nào:</w:t>
      </w:r>
    </w:p>
    <w:p>
      <w:pPr>
        <w:pStyle w:val="Heading4"/>
      </w:pPr>
      <w:r>
        <w:rPr>
          <w:rFonts w:ascii="Calibri" w:hAnsi="Calibri"/>
          <w:b/>
          <w:i/>
          <w:sz w:val="23"/>
        </w:rPr>
        <w:t>Hình Ảnh Bản Thân Của Bạn: Bạn Nhìn Nhận Chính Mình Như Thế Nào</w:t>
      </w:r>
    </w:p>
    <w:p>
      <w:pPr>
        <w:spacing w:after="80"/>
      </w:pPr>
      <w:r>
        <w:rPr>
          <w:b w:val="0"/>
          <w:i w:val="0"/>
        </w:rPr>
        <w:t>Bạn cảm thấy thế nào về bản thân với tư cách một con người? Bạn tích cực chứ? Bạn tiêu cực chứ? Trên thang điểm từ 1 đến 10, bạn sẽ dùng con số nào để mô tả cảm nhận của bạn về chính mình? Hãy dành một chút thời gian và tự đánh giá bản thân.</w:t>
      </w:r>
    </w:p>
    <w:p>
      <w:pPr>
        <w:spacing w:after="80"/>
      </w:pPr>
      <w:r>
        <w:rPr>
          <w:b w:val="0"/>
          <w:i w:val="0"/>
        </w:rPr>
        <w:t>Con số nào bạn chọn để mô tả hình ảnh bản thân cũng chính là con số mô tả mức độ sẵn lòng đầu tư vào chính mình của bạn. Ví dụ, nếu bạn tự đánh giá hình ảnh bản thân ở mức 5, bạn sẽ sẵn lòng đầu tư vào bản thân đến mức 5, nhưng không hơn. Đó là lý do những người có hình ảnh bản thân thấp không đầu tư lớn vào chính mình. Không phải bạn là ai khiến bạn ngừng đầu tư vào bản thân; mà là điều bạn nghĩ mình là—hoặc không là. Bạn sẽ không bao giờ có thể đặt cược vào chính mình trừ khi bạn tin vào chính mình.</w:t>
      </w:r>
    </w:p>
    <w:p>
      <w:pPr>
        <w:spacing w:after="80"/>
        <w:jc w:val="center"/>
      </w:pPr>
      <w:r>
        <w:rPr>
          <w:b/>
          <w:i w:val="0"/>
        </w:rPr>
        <w:t>Bạn sẽ không bao giờ có thể đặt cược vào chính mình trừ khi bạn tin vào chính mình.</w:t>
      </w:r>
    </w:p>
    <w:p>
      <w:pPr>
        <w:spacing w:after="80"/>
      </w:pPr>
      <w:r>
        <w:rPr>
          <w:b w:val="0"/>
          <w:i w:val="0"/>
        </w:rPr>
        <w:t xml:space="preserve">Nhiều người thấy mình suy nghĩ giống như Snoopy, chú chó beagle trong bộ truyện tranh </w:t>
      </w:r>
      <w:r>
        <w:rPr>
          <w:b w:val="0"/>
          <w:i/>
        </w:rPr>
        <w:t>Peanuts</w:t>
      </w:r>
      <w:r>
        <w:rPr>
          <w:b w:val="0"/>
          <w:i w:val="0"/>
        </w:rPr>
        <w:t>, kẻ nghĩ rằng: "Hôm qua tôi là một con chó. Hôm nay tôi là một con chó. Ngày mai có lẽ tôi vẫn là một con chó. Haizz. Thật ít hy vọng để tiến bộ!" Làm như vậy là tự hạ thấp bản thân. Con người không bị mắc kẹt trong những tình huống bế tắc khi nói đến tiềm năng của mình. Chúng ta có khả năng tạo ra những bước tiến vượt bậc. Nhưng trước tiên chúng ta phải tin vào chính mình.</w:t>
      </w:r>
    </w:p>
    <w:p>
      <w:pPr>
        <w:pStyle w:val="Heading4"/>
      </w:pPr>
      <w:r>
        <w:rPr>
          <w:rFonts w:ascii="Calibri" w:hAnsi="Calibri"/>
          <w:b/>
          <w:i/>
          <w:sz w:val="23"/>
        </w:rPr>
        <w:t>Ước Mơ Của Bạn: Bạn Nhìn Nhận Tương Lai Của Mình Như Thế Nào</w:t>
      </w:r>
    </w:p>
    <w:p>
      <w:pPr>
        <w:spacing w:after="80"/>
      </w:pPr>
      <w:r>
        <w:rPr>
          <w:b w:val="0"/>
          <w:i w:val="0"/>
        </w:rPr>
        <w:t xml:space="preserve">Khi tôi ngồi xuống viết cuốn </w:t>
      </w:r>
      <w:r>
        <w:rPr>
          <w:b w:val="0"/>
          <w:i/>
        </w:rPr>
        <w:t>Put Your Dream to the Test</w:t>
      </w:r>
      <w:r>
        <w:rPr>
          <w:b w:val="0"/>
          <w:i w:val="0"/>
        </w:rPr>
        <w:t>, mong muốn của tôi là giúp mọi người tiến những bước lớn hướng tới ước mơ của họ. Điều tôi không nhận ra cho đến khi cuốn sách được viết xong và tôi bắt đầu nói về nó là nhiều người không có ước mơ. Tôi đã bị sốc. Cuộc đời tôi tràn đầy những hy vọng, ước mơ và khát vọng. Vì thế, tôi cho rằng ai cũng có ít nhất một ước mơ. Tôi đã nhầm. Vì sao điều đó lại quan trọng? Bởi vì quy mô ước mơ của bạn quyết định quy mô khoản đầu tư của bạn. Nếu ước mơ của bạn lớn, bạn sẽ đầu tư vào bản thân để đạt được nó. Nếu bạn không có ước mơ, bạn có thể sẽ chẳng đầu tư vào bản thân chút nào.</w:t>
      </w:r>
    </w:p>
    <w:p>
      <w:pPr>
        <w:spacing w:after="80"/>
      </w:pPr>
      <w:r>
        <w:rPr>
          <w:b w:val="0"/>
          <w:i w:val="0"/>
        </w:rPr>
        <w:t>Khởi đầu lãnh đạo của tôi rất khiêm tốn. Tôi lãnh đạo một nhà thờ nông thôn cũ kỹ với vài người nông dân tham dự. Nhưng niềm đam mê giúp đỡ mọi người của tôi thì rất lớn. Nó tràn đầy năng lượng trong tôi. Ước mơ của tôi là xây dựng một nhà thờ vĩ đại.</w:t>
      </w:r>
    </w:p>
    <w:p>
      <w:pPr>
        <w:spacing w:after="80"/>
      </w:pPr>
      <w:r>
        <w:rPr>
          <w:b w:val="0"/>
          <w:i w:val="0"/>
        </w:rPr>
        <w:t>Hồi đó chúng tôi kiếm được rất ít tiền. Tôi được trả tám mươi đô-la một tuần, còn Margaret làm bán thời gian với vai trò giáo viên mẫu giáo. Chúng tôi chỉ vừa đủ sống qua ngày. Nhưng vì tôi có những ước mơ lớn, tôi luôn tìm cách cải thiện bản thân và khả năng lãnh đạo của mình. Mỗi lần ghé vào hiệu sách, tôi cứ như đang đón Giáng sinh. Tôi về nhà với một đống sách giúp mình phát triển. Và tôi luôn để mắt tìm những hội nghị có thể giúp ích cho mình. Margaret sẽ nhăn mặt vì điều đó gây áp lực lên ngân sách của chúng tôi, nhưng cô ấy luôn xoay xở được. Cô ấy tin vào tôi nhiều như chính tôi tin vào bản thân mình. Những ước mơ chúng tôi chia sẻ về tương lai lớn hơn hoàn cảnh hay môi trường xung quanh, và thắp lên trong chúng tôi khát khao phát triển.</w:t>
      </w:r>
    </w:p>
    <w:p>
      <w:pPr>
        <w:pStyle w:val="Heading4"/>
      </w:pPr>
      <w:r>
        <w:rPr>
          <w:rFonts w:ascii="Calibri" w:hAnsi="Calibri"/>
          <w:b/>
          <w:i/>
          <w:sz w:val="23"/>
        </w:rPr>
        <w:t>Bạn bè của bạn: Người khác nhìn bạn thế nào</w:t>
      </w:r>
    </w:p>
    <w:p>
      <w:pPr>
        <w:spacing w:after="80"/>
      </w:pPr>
      <w:r>
        <w:rPr>
          <w:b w:val="0"/>
          <w:i w:val="0"/>
        </w:rPr>
        <w:t>Diễn giả truyền cảm hứng Joe Larson từng nói: "Bạn bè tôi không tin tôi có thể trở thành một diễn giả thành công, nên tôi đã làm một việc gì đó. Tôi ra ngoài và tìm những người bạn mới." Nghe có vẻ gay gắt, nhưng đó chính là điều cần thiết cho bất kỳ ai bị bao quanh bởi những người không tin vào họ.</w:t>
      </w:r>
    </w:p>
    <w:p>
      <w:pPr>
        <w:spacing w:after="80"/>
      </w:pPr>
      <w:r>
        <w:rPr>
          <w:b w:val="0"/>
          <w:i w:val="0"/>
        </w:rPr>
        <w:t>Một trong những quyết định phát triển quan trọng nhất của tôi là mở rộng chân trời và tìm những người khác có cùng khát khao phát triển bản thân và giúp đỡ người khác giống như tôi. Lúc đó tôi mới ba mươi ba tuổi, và tôi rời bỏ mọi thứ quen thuộc cùng tất cả những người tôi biết. Quyết định đó cần sự can đảm. Tuy nhiên, nếu tôi cứ ở lại chỗ cũ, tôi sẽ không bao giờ vươn lên được cấp độ tiếp theo.</w:t>
      </w:r>
    </w:p>
    <w:p>
      <w:pPr>
        <w:spacing w:after="80"/>
      </w:pPr>
      <w:r>
        <w:rPr>
          <w:b w:val="0"/>
          <w:i w:val="0"/>
        </w:rPr>
        <w:t>Con người cần người khác giúp họ giữ được cảm hứng và tiếp tục phát triển. Bác sĩ truyền giáo Albert Schweitzer khẳng định: "Trong đời mỗi người, có lúc ngọn lửa bên trong chúng ta lụi tàn. Rồi nó lại bùng cháy lên nhờ một cuộc gặp gỡ với một con người khác. Tất cả chúng ta nên biết ơn những người thắp lại tinh thần bên trong ấy." Nếu bạn có những người bạn thắp lên ngọn lửa bên trong bạn, bạn rất may mắn; họ sẽ khiến bạn muốn tiếp tục đầu tư vào bản thân và phát triển. Nếu chưa có, hãy tìm lấy, vì không gì quan trọng hơn đối với tiềm năng lãnh đạo của bạn bằng sự phát triển cá nhân mỗi ngày.</w:t>
      </w:r>
    </w:p>
    <w:p>
      <w:pPr>
        <w:pStyle w:val="Heading3"/>
      </w:pPr>
      <w:r>
        <w:rPr>
          <w:rFonts w:ascii="Calibri" w:hAnsi="Calibri"/>
          <w:b/>
          <w:i w:val="0"/>
          <w:sz w:val="26"/>
        </w:rPr>
        <w:t>2. Tôi có thực sự quan tâm đến người khác không? Một câu hỏi về động cơ</w:t>
      </w:r>
    </w:p>
    <w:p>
      <w:pPr>
        <w:spacing w:after="80"/>
      </w:pPr>
      <w:r>
        <w:rPr>
          <w:b w:val="0"/>
          <w:i w:val="0"/>
        </w:rPr>
        <w:t>Có người từng nói: "Người ta có hai lý do để làm bất cứ việc gì — một lý do tốt và một lý do thật." Để trở thành một nhà lãnh đạo giỏi khi làm việc với con người, lý do tốt phải trùng với lý do thật. Động cơ của bạn rất quan trọng.</w:t>
      </w:r>
    </w:p>
    <w:p>
      <w:pPr>
        <w:spacing w:after="80"/>
      </w:pPr>
      <w:r>
        <w:rPr>
          <w:b w:val="0"/>
          <w:i w:val="0"/>
        </w:rPr>
        <w:t>Nếu bạn là một nhà lãnh đạo — hoặc muốn trở thành một nhà lãnh đạo — bạn cần tự hỏi mình vì sao. Có sự khác biệt lớn giữa những người muốn lãnh đạo vì họ thực sự quan tâm đến người khác và mong muốn giúp đỡ họ, với những người chỉ nhảy vào để giúp chính mình. Những người lãnh đạo vì lý do ích kỷ thường theo đuổi…</w:t>
      </w:r>
    </w:p>
    <w:p>
      <w:pPr>
        <w:spacing w:after="80"/>
        <w:ind w:left="360"/>
      </w:pPr>
      <w:r>
        <w:t xml:space="preserve">• </w:t>
      </w:r>
      <w:r>
        <w:rPr>
          <w:b/>
          <w:i w:val="0"/>
        </w:rPr>
        <w:t>Quyền lực:</w:t>
      </w:r>
      <w:r>
        <w:rPr>
          <w:b w:val="0"/>
          <w:i w:val="0"/>
        </w:rPr>
        <w:t xml:space="preserve"> Họ yêu thích sự kiểm soát và sẽ tiếp tục nâng cao giá trị bản thân bằng cách hạ thấp giá trị của người khác.</w:t>
      </w:r>
    </w:p>
    <w:p>
      <w:pPr>
        <w:spacing w:after="80"/>
        <w:ind w:left="360"/>
      </w:pPr>
      <w:r>
        <w:t xml:space="preserve">• </w:t>
      </w:r>
      <w:r>
        <w:rPr>
          <w:b/>
          <w:i w:val="0"/>
        </w:rPr>
        <w:t>Địa vị:</w:t>
      </w:r>
      <w:r>
        <w:rPr>
          <w:b w:val="0"/>
          <w:i w:val="0"/>
        </w:rPr>
        <w:t xml:space="preserve"> Chức danh là món ăn nuôi dưỡng cái tôi của họ. Họ liên tục đảm bảo rằng người khác cảm nhận được quyền uy của họ và biết rõ các quyền của họ với tư cách một nhà lãnh đạo.</w:t>
      </w:r>
    </w:p>
    <w:p>
      <w:pPr>
        <w:spacing w:after="80"/>
        <w:ind w:left="360"/>
      </w:pPr>
      <w:r>
        <w:t xml:space="preserve">• </w:t>
      </w:r>
      <w:r>
        <w:rPr>
          <w:b/>
          <w:i w:val="0"/>
        </w:rPr>
        <w:t>Tiền bạc:</w:t>
      </w:r>
      <w:r>
        <w:rPr>
          <w:b w:val="0"/>
          <w:i w:val="0"/>
        </w:rPr>
        <w:t xml:space="preserve"> Họ sẽ lợi dụng người khác và bán rẻ chính mình để đổi lấy lợi ích tài chính.</w:t>
      </w:r>
    </w:p>
    <w:p>
      <w:pPr>
        <w:spacing w:after="80"/>
        <w:ind w:left="360"/>
      </w:pPr>
      <w:r>
        <w:t xml:space="preserve">• </w:t>
      </w:r>
      <w:r>
        <w:rPr>
          <w:b/>
          <w:i w:val="0"/>
        </w:rPr>
        <w:t>Uy tín:</w:t>
      </w:r>
      <w:r>
        <w:rPr>
          <w:b w:val="0"/>
          <w:i w:val="0"/>
        </w:rPr>
        <w:t xml:space="preserve"> Việc trông có vẻ tốt đẹp quan trọng với họ hơn việc thực sự tốt đẹp và làm điều tốt.</w:t>
      </w:r>
    </w:p>
    <w:p>
      <w:pPr>
        <w:spacing w:after="80"/>
      </w:pPr>
      <w:r>
        <w:rPr>
          <w:b w:val="0"/>
          <w:i w:val="0"/>
        </w:rPr>
        <w:t>Một nhà lãnh đạo rất dễ mất tập trung. Đó là lý do tôi cần kiểm tra động cơ của mình mỗi ngày. Tôi không bao giờ muốn đặt vai trò lãnh đạo của mình lên trên những người mà tôi dẫn dắt.</w:t>
      </w:r>
    </w:p>
    <w:p>
      <w:pPr>
        <w:spacing w:after="80"/>
      </w:pPr>
      <w:r>
        <w:rPr>
          <w:b w:val="0"/>
          <w:i w:val="0"/>
        </w:rPr>
        <w:t>Những nhà lãnh đạo có năng khiếu bẩm sinh sở hữu những khả năng mà họ có thể dễ dàng dùng để mưu lợi cá nhân. Họ nhìn thấy mọi việc trước người khác, và thường nhìn thấy nhiều hơn người khác. Nhờ vậy, họ có lợi thế về thời điểm và tầm nhìn bao quát. Điều đó đặt họ vào vị thế tận dụng tối đa các cơ hội.</w:t>
      </w:r>
    </w:p>
    <w:p>
      <w:pPr>
        <w:spacing w:after="80"/>
      </w:pPr>
      <w:r>
        <w:rPr>
          <w:b w:val="0"/>
          <w:i w:val="0"/>
        </w:rPr>
        <w:t>Nếu tôi nhìn thấy điều gì đó trước bạn, tôi có thể bắt đầu trước bạn, và điều đó thường đảm bảo một chiến thắng. Nếu tôi nhìn thấy nhiều hơn bạn, các quyết định của tôi có khả năng tốt hơn của bạn. Tôi lại thắng! Vậy nên câu hỏi không phải là "Nhà lãnh đạo có lợi thế hơn người khác không?" Câu trả lời cho câu hỏi đó là có. Câu hỏi là "Nhà lãnh đạo sẽ dùng lợi thế đó để mưu lợi cá nhân hay vì lợi ích của mọi người trong đội?" Đó là lý do tôi cần tự hỏi mình có thực sự quan tâm đến người khác không. Điều đó giúp kiềm chế tính ích kỷ bẩm sinh của tôi và thanh lọc động cơ của tôi.</w:t>
      </w:r>
    </w:p>
    <w:p>
      <w:pPr>
        <w:spacing w:after="80"/>
      </w:pPr>
      <w:r>
        <w:rPr>
          <w:b w:val="0"/>
          <w:i w:val="0"/>
        </w:rPr>
        <w:t>Những nhà lãnh đạo luôn đối mặt với nguy cơ lạm dụng quyền lực của mình. Đó là lý do khi phát biểu trước các nhà lãnh đạo tại Liên Hợp Quốc, tôi đã nói về chủ đề "Ba câu hỏi mà mọi người đặt ra cho nhà lãnh đạo của họ." Những câu hỏi đó là:</w:t>
      </w:r>
    </w:p>
    <w:p>
      <w:pPr>
        <w:spacing w:after="80"/>
      </w:pPr>
      <w:r>
        <w:rPr>
          <w:b/>
          <w:i w:val="0"/>
        </w:rPr>
        <w:t>Bạn có thể giúp tôi không?</w:t>
      </w:r>
      <w:r>
        <w:rPr>
          <w:b w:val="0"/>
          <w:i w:val="0"/>
        </w:rPr>
        <w:t xml:space="preserve"> Đó là câu hỏi về năng lực.</w:t>
      </w:r>
    </w:p>
    <w:p>
      <w:pPr>
        <w:spacing w:after="80"/>
      </w:pPr>
      <w:r>
        <w:rPr>
          <w:b/>
          <w:i w:val="0"/>
        </w:rPr>
        <w:t>Bạn có quan tâm đến tôi không?</w:t>
      </w:r>
      <w:r>
        <w:rPr>
          <w:b w:val="0"/>
          <w:i w:val="0"/>
        </w:rPr>
        <w:t xml:space="preserve"> Đó là câu hỏi về lòng trắc ẩn.</w:t>
      </w:r>
    </w:p>
    <w:p>
      <w:pPr>
        <w:spacing w:after="80"/>
      </w:pPr>
      <w:r>
        <w:rPr>
          <w:b/>
          <w:i w:val="0"/>
        </w:rPr>
        <w:t>Tôi có thể tin bạn không?</w:t>
      </w:r>
      <w:r>
        <w:rPr>
          <w:b w:val="0"/>
          <w:i w:val="0"/>
        </w:rPr>
        <w:t xml:space="preserve"> Đó là câu hỏi về phẩm chất.</w:t>
      </w:r>
    </w:p>
    <w:p>
      <w:pPr>
        <w:spacing w:after="80"/>
      </w:pPr>
      <w:r>
        <w:rPr>
          <w:b w:val="0"/>
          <w:i w:val="0"/>
        </w:rPr>
        <w:t>Lưu ý rằng hai trong số những câu hỏi đó liên quan đến động cơ của người lãnh đạo. Nếu những người đi theo quan tâm đến động cơ của người lãnh đạo, thì bản thân người lãnh đạo cũng nên quan tâm.</w:t>
      </w:r>
    </w:p>
    <w:p>
      <w:pPr>
        <w:spacing w:after="80"/>
      </w:pPr>
      <w:r>
        <w:rPr>
          <w:b w:val="0"/>
          <w:i w:val="0"/>
        </w:rPr>
        <w:t>Để tôi nói thêm một điều về chủ đề này: đặt câu hỏi về động cơ của bạn không giống như đặt câu hỏi về phẩm chất của bạn. Nếu bạn có phẩm chất kém, động cơ của bạn có lẽ cũng sẽ xấu. Nhưng nếu bạn có phẩm chất vững vàng, bạn vẫn có thể trở thành nạn nhân của những động cơ xấu. Động cơ thường gắn liền với những tình huống hoặc hành động cụ thể. Phẩm chất dựa trên các giá trị. Nếu bạn có động cơ sai lầm trong một tình huống cụ thể, nhưng giá trị của bạn tốt và phẩm chất của bạn mạnh mẽ, bạn có lẽ sẽ phát hiện ra mình đang sai ở đâu và có cơ hội sửa chữa.</w:t>
      </w:r>
    </w:p>
    <w:p>
      <w:pPr>
        <w:spacing w:after="80"/>
      </w:pPr>
      <w:r>
        <w:rPr>
          <w:b w:val="0"/>
          <w:i w:val="0"/>
        </w:rPr>
        <w:t>Đây là lý do chúng tôi đã bắt đầu dạy về các giá trị cho người lãnh đạo thông qua tổ chức phi lợi nhuận EQUIP của tôi. Khi người lãnh đạo học hỏi và sống theo những giá trị tốt đẹp, họ làm cho bản thân trở nên có giá trị hơn và nâng cao giá trị của người khác. Đó là nền tảng của sự lãnh đạo tích cực.</w:t>
      </w:r>
    </w:p>
    <w:p>
      <w:pPr>
        <w:spacing w:after="80"/>
        <w:jc w:val="center"/>
      </w:pPr>
      <w:r>
        <w:rPr>
          <w:b/>
          <w:i w:val="0"/>
        </w:rPr>
        <w:t>Khi người lãnh đạo học hỏi và sống theo những giá trị tốt đẹp, họ làm cho bản thân trở nên có giá trị hơn và nâng cao giá trị của người khác.</w:t>
      </w:r>
    </w:p>
    <w:p>
      <w:pPr>
        <w:pStyle w:val="Heading3"/>
      </w:pPr>
      <w:r>
        <w:rPr>
          <w:rFonts w:ascii="Calibri" w:hAnsi="Calibri"/>
          <w:b/>
          <w:i w:val="0"/>
          <w:sz w:val="26"/>
        </w:rPr>
        <w:t>3. Tôi có vững vàng với tư cách là một người lãnh đạo không? Một câu hỏi về sự ổn định</w:t>
      </w:r>
    </w:p>
    <w:p>
      <w:pPr>
        <w:spacing w:after="80"/>
      </w:pPr>
      <w:r>
        <w:rPr>
          <w:b w:val="0"/>
          <w:i w:val="0"/>
        </w:rPr>
        <w:t>Cũng giống như người lãnh đạo dễ bị tổn thương khi hành động vì lợi ích cá nhân, họ cũng dễ có cảm giác tự cao quá mức về tầm quan trọng của bản thân. Đó là lý do tại sao họ cần giữ mình vững vàng. Ý tôi là gì khi nói điều đó? Người lãnh đạo giỏi cần thể hiện ba phẩm chất quan trọng:</w:t>
      </w:r>
    </w:p>
    <w:p>
      <w:pPr>
        <w:pStyle w:val="Heading4"/>
      </w:pPr>
      <w:r>
        <w:rPr>
          <w:rFonts w:ascii="Calibri" w:hAnsi="Calibri"/>
          <w:b/>
          <w:i/>
          <w:sz w:val="23"/>
        </w:rPr>
        <w:t>Khiêm tốn: Hiểu vị trí của bạn trong bối cảnh lớn hơn</w:t>
      </w:r>
    </w:p>
    <w:p>
      <w:pPr>
        <w:spacing w:after="80"/>
      </w:pPr>
      <w:r>
        <w:rPr>
          <w:b w:val="0"/>
          <w:i w:val="0"/>
        </w:rPr>
        <w:t xml:space="preserve">Tôi từng đọc rằng vào thời kỳ đỉnh cao của Đế chế La Mã, một số tướng lĩnh được vinh danh bằng một </w:t>
      </w:r>
      <w:r>
        <w:rPr>
          <w:b w:val="0"/>
          <w:i/>
        </w:rPr>
        <w:t>lễ khải hoàn</w:t>
      </w:r>
      <w:r>
        <w:rPr>
          <w:b w:val="0"/>
          <w:i w:val="0"/>
        </w:rPr>
        <w:t xml:space="preserve"> (triumph), một cuộc diễu hành danh dự qua thành phố Rome, trong đó vị tướng đi trước là các quân đoàn đang hành quân, những người truyền tin thổi kèn, và những kẻ thù đã bị đánh bại và bắt giữ trong chiến thắng. Khi vị tướng cưỡi trên cỗ xe ngựa và được gần như mọi người trong thành phố reo hò, một nô lệ giữ vòng nguyệt quế trên đầu ông để biểu thị chiến thắng của ông. Nhưng khi cuộc diễu hành tiếp tục, người nô lệ có thêm một trách nhiệm nữa. Anh ta phải thì thầm những lời sau vào tai vị tướng: "Hominem te memento," nghĩa là, "Hãy nhớ rằng bạn chỉ là một con người."</w:t>
      </w:r>
    </w:p>
    <w:p>
      <w:pPr>
        <w:spacing w:after="80"/>
      </w:pPr>
      <w:r>
        <w:rPr>
          <w:b w:val="0"/>
          <w:i w:val="0"/>
        </w:rPr>
        <w:t>Người lãnh đạo có thể bắt đầu nghĩ rằng mọi thứ đều xoay quanh họ—đặc biệt là khi đội nhóm hoặc tổ chức của họ đang thắng lợi. Thành tựu càng lớn, nhu cầu kiểm tra cái tôi của họ càng lớn. Đó là lý do tại sao việc họ giữ mình vững vàng lại quan trọng đến vậy. Phẩm chất quan trọng nhất của một người vững vàng là sự khiêm tốn.</w:t>
      </w:r>
    </w:p>
    <w:p>
      <w:pPr>
        <w:spacing w:after="80"/>
      </w:pPr>
      <w:r>
        <w:rPr>
          <w:b w:val="0"/>
          <w:i w:val="0"/>
        </w:rPr>
        <w:t>Khiêm tốn là gì? Người bạn của tôi, Rick Warren, nói: "Khiêm tốn không phải là phủ nhận điểm mạnh của bạn. Khiêm tốn là trung thực về điểm yếu của bạn. Tất cả chúng ta đều là một tập hợp của cả những điểm mạnh lẫn những điểm yếu lớn, và khiêm tốn là khả năng trung thực về cả hai." Tôi tin rằng khiêm tốn là một lựa chọn mỗi ngày để ghi nhận công ơn với Chúa vì những phước lành của chúng ta và với người khác vì những thành công của chúng ta.</w:t>
      </w:r>
    </w:p>
    <w:p>
      <w:pPr>
        <w:spacing w:after="80"/>
        <w:jc w:val="center"/>
      </w:pPr>
      <w:r>
        <w:rPr>
          <w:b/>
          <w:i w:val="0"/>
        </w:rPr>
        <w:t>"Khiêm tốn không phải là phủ nhận điểm mạnh của bạn. Khiêm tốn là trung thực về điểm yếu của bạn."</w:t>
      </w:r>
    </w:p>
    <w:p>
      <w:pPr>
        <w:spacing w:after="80"/>
        <w:jc w:val="center"/>
      </w:pPr>
      <w:r>
        <w:rPr>
          <w:b/>
          <w:i/>
        </w:rPr>
        <w:t>—Rick Warren</w:t>
      </w:r>
    </w:p>
    <w:p>
      <w:pPr>
        <w:spacing w:after="80"/>
      </w:pPr>
      <w:r>
        <w:rPr>
          <w:b w:val="0"/>
          <w:i w:val="0"/>
        </w:rPr>
        <w:t>Người lãnh đạo khiêm tốn thoải mái với con người của mình và không cảm thấy cần phải thu hút sự chú ý về bản thân. Họ vui mừng trước những thành tựu của người khác, trao quyền cho người khác để họ tỏa sáng, và để người khác được tỏa sáng. Điều đó không có nghĩa là người lãnh đạo cần phải hòa mình vào cảnh vật. Nó chỉ có nghĩa là có góc nhìn đúng đắn. Tác giả về lãnh đạo Patrick Lencioni nói rằng người lãnh đạo giỏi có thể thúc đẩy người khác và đồng thời khiêm tốn. Ông viết: "Tôi đã định nghĩa khiêm tốn là nhận thức rằng một người lãnh đạo vốn dĩ không giỏi hơn những người mà họ lãnh đạo, và sức hút (charisma) là nhận thức rằng hành động của người lãnh đạo quan trọng hơn hành động của những người mà họ lãnh đạo. Với tư cách là người lãnh đạo, chúng ta phải nỗ lực để đón nhận cả sự khiêm tốn lẫn sức hút."</w:t>
      </w:r>
    </w:p>
    <w:p>
      <w:pPr>
        <w:spacing w:after="80"/>
      </w:pPr>
      <w:r>
        <w:rPr>
          <w:b w:val="0"/>
          <w:i w:val="0"/>
        </w:rPr>
        <w:t>Gần đây tôi đọc được một câu chuyện về một nhà lãnh đạo tiêu biểu cho sự khiêm nhường đầy sức hút: Angela Ahrendts. Trong bảy năm, bà là CEO của Burberry, một hãng thời trang xa xỉ có trụ sở tại London. Trong thời gian lãnh đạo công ty, bà đã làm mới thương hiệu, nâng cao danh tiếng toàn cầu và hơn gấp ba lần doanh số hằng năm cùng giá trị của công ty.</w:t>
      </w:r>
    </w:p>
    <w:p>
      <w:pPr>
        <w:spacing w:after="80"/>
      </w:pPr>
      <w:r>
        <w:rPr>
          <w:b w:val="0"/>
          <w:i w:val="0"/>
        </w:rPr>
        <w:t>Ahrendts được biết đến như một nhà đổi mới, nhưng bà cũng nổi tiếng là kiểu nhà lãnh đạo thúc đẩy sự hợp tác, nuôi dưỡng tinh thần đồng đội và xây dựng lòng tin. Bí quyết ư? Ahrendts nói: "Đó là lòng trắc ẩn. Đó là sự khiêm nhường. Đó là nói lời cảm ơn."</w:t>
      </w:r>
    </w:p>
    <w:p>
      <w:pPr>
        <w:spacing w:after="80"/>
      </w:pPr>
      <w:r>
        <w:rPr>
          <w:b w:val="0"/>
          <w:i w:val="0"/>
        </w:rPr>
        <w:t>Ở tuổi chỉ năm mươi ba, Ahrendts đã ổn định tại Burberry và có thể tiếp tục ở đó cho đến khi quyết định nghỉ hưu. Thay vào đó, bà làm một việc khiến nhiều người bất ngờ. Bà chọn từ chức CEO tại công ty đó để trở thành phó chủ tịch cấp cao của Apple. Như nhà văn Jeff Chu đã hỏi: "Tại sao một CEO lại đi làm cấp dưới cho người khác?" Bởi vì một nhà lãnh đạo vững vàng và khiêm nhường sẵn sàng đón nhận thử thách mới, dù điều đó nghĩa là chấp nhận rủi ro, từ bỏ quyền lực và mất đi một mức độ tự chủ.</w:t>
      </w:r>
    </w:p>
    <w:p>
      <w:pPr>
        <w:pStyle w:val="Heading4"/>
      </w:pPr>
      <w:r>
        <w:rPr>
          <w:rFonts w:ascii="Calibri" w:hAnsi="Calibri"/>
          <w:b/>
          <w:i/>
          <w:sz w:val="23"/>
        </w:rPr>
        <w:t>Chân thực: Thoải mái trong chính làn da của mình</w:t>
      </w:r>
    </w:p>
    <w:p>
      <w:pPr>
        <w:spacing w:after="80"/>
      </w:pPr>
      <w:r>
        <w:rPr>
          <w:b w:val="0"/>
          <w:i w:val="0"/>
        </w:rPr>
        <w:t>Những nhà lãnh đạo thành công thường được người ta đặt lên bệ cao. Để giữ được sự thật và vững vàng, nhà lãnh đạo cần bước xuống khỏi bệ đó và ở lại cùng mọi người. Họ làm điều đó bằng cách sống trung thực và chân thực. Có lẽ vì thế mà Mark Batterson, một tác giả và là mục sư chính của National Community Church ở Washington, D.C., xác định sự chân thực là quyền uy mới trong lãnh đạo.</w:t>
      </w:r>
    </w:p>
    <w:p>
      <w:pPr>
        <w:spacing w:after="80"/>
      </w:pPr>
      <w:r>
        <w:rPr>
          <w:b w:val="0"/>
          <w:i w:val="0"/>
        </w:rPr>
        <w:t>Nếu bạn là nhà lãnh đạo, mục tiêu của bạn là nâng đỡ mọi người, chứ không phải để họ nâng đỡ bạn. Nếu bạn cho phép người khác đặt bạn lên bệ cao, hoặc nếu bạn thu nhỏ khuyết điểm và phóng đại thành công của mình, bạn tạo ra thứ mà tôi gọi là Khoảng cách Thành công (Success Gap). Đó là khoảng cách được cảm nhận giữa những người thành công và những người kém thành công hơn. Những người không chân thực thích khoảng cách đó, bảo vệ hình ảnh của mình, cố gắng giữ mình cao hơn đám đông và, nếu có thể, còn làm khoảng cách trông lớn hơn nữa.</w:t>
      </w:r>
    </w:p>
    <w:p>
      <w:pPr>
        <w:spacing w:after="80"/>
      </w:pPr>
      <w:r>
        <w:rPr>
          <w:b w:val="0"/>
          <w:i w:val="0"/>
        </w:rPr>
        <w:t>Ngược lại, những nhà lãnh đạo chân thực làm việc chăm chỉ để thu hẹp khoảng cách đó. Bằng cách nào? Họ cởi mở về thất bại và thiếu sót của mình. Họ dùng khiếu hài hước tự trào và biết cười vào chính mình. Khi được mời phát biểu, họ thích những lời giới thiệu đơn giản, và họ đi lại giữa mọi người, kết nối với họ trước và sau thời gian trên sân khấu. Họ làm mọi thứ có thể để là chính mình mà không giả tạo.</w:t>
      </w:r>
    </w:p>
    <w:p>
      <w:pPr>
        <w:pStyle w:val="Heading4"/>
      </w:pPr>
      <w:r>
        <w:rPr>
          <w:rFonts w:ascii="Calibri" w:hAnsi="Calibri"/>
          <w:b/>
          <w:i/>
          <w:sz w:val="23"/>
        </w:rPr>
        <w:t>Sứ mệnh: Có một mục đích lớn hơn chính bạn</w:t>
      </w:r>
    </w:p>
    <w:p>
      <w:pPr>
        <w:spacing w:after="80"/>
      </w:pPr>
      <w:r>
        <w:rPr>
          <w:b w:val="0"/>
          <w:i w:val="0"/>
        </w:rPr>
        <w:t xml:space="preserve">Điều thứ ba có thể giúp nhà lãnh đạo giữ được sự vững vàng là sứ mệnh của họ. Gần đây, trong một buổi hỏi đáp, tôi được hỏi về sự khác biệt giữa một giấc mơ và một sứ mệnh. Câu trả lời của tôi là giấc mơ là điều bạn thực sự </w:t>
      </w:r>
      <w:r>
        <w:rPr>
          <w:b w:val="0"/>
          <w:i/>
        </w:rPr>
        <w:t>muốn</w:t>
      </w:r>
      <w:r>
        <w:rPr>
          <w:b w:val="0"/>
          <w:i w:val="0"/>
        </w:rPr>
        <w:t xml:space="preserve"> làm, còn sứ mệnh là điều bạn </w:t>
      </w:r>
      <w:r>
        <w:rPr>
          <w:b w:val="0"/>
          <w:i/>
        </w:rPr>
        <w:t>phải</w:t>
      </w:r>
      <w:r>
        <w:rPr>
          <w:b w:val="0"/>
          <w:i w:val="0"/>
        </w:rPr>
        <w:t xml:space="preserve"> làm. Hãy nhìn vào cuộc đời của những người như Thomas Edison, Henry Ford, Mother Teresa, Martin Luther King Jr. và Steve Jobs. Họ là những người cảm thấy bị thôi thúc phải làm công việc của đời mình.</w:t>
      </w:r>
    </w:p>
    <w:p>
      <w:pPr>
        <w:spacing w:after="80"/>
        <w:jc w:val="center"/>
      </w:pPr>
      <w:r>
        <w:rPr>
          <w:b/>
          <w:i w:val="0"/>
        </w:rPr>
        <w:t xml:space="preserve">Giấc mơ là điều bạn thực sự </w:t>
      </w:r>
      <w:r>
        <w:rPr>
          <w:b/>
          <w:i/>
        </w:rPr>
        <w:t>muốn</w:t>
      </w:r>
      <w:r>
        <w:rPr>
          <w:b/>
          <w:i w:val="0"/>
        </w:rPr>
        <w:t xml:space="preserve"> làm, còn sứ mệnh là điều bạn </w:t>
      </w:r>
      <w:r>
        <w:rPr>
          <w:b/>
          <w:i/>
        </w:rPr>
        <w:t>phải</w:t>
      </w:r>
      <w:r>
        <w:rPr>
          <w:b/>
          <w:i w:val="0"/>
        </w:rPr>
        <w:t xml:space="preserve"> làm.</w:t>
      </w:r>
    </w:p>
    <w:p>
      <w:pPr>
        <w:spacing w:after="80"/>
      </w:pPr>
      <w:r>
        <w:rPr>
          <w:b w:val="0"/>
          <w:i w:val="0"/>
        </w:rPr>
        <w:t>Mỗi ngày tôi thức dậy với ý thức rằng sứ mệnh của tôi là gia tăng giá trị cho các nhà lãnh đạo để họ có thể nhân lên giá trị cho người khác. Đây là điều tôi đã làm trong bốn mươi năm qua. Đó là con người tôi. Đó là điều tôi biết. Đó là điều tôi muốn và yêu thích làm. Đó không phải là công việc. Như câu nói xưa, công việc không phải là công việc trừ khi bạn thà làm việc khác còn hơn. Tôi không muốn làm bất cứ điều gì khác.</w:t>
      </w:r>
    </w:p>
    <w:p>
      <w:pPr>
        <w:spacing w:after="80"/>
        <w:jc w:val="center"/>
      </w:pPr>
      <w:r>
        <w:rPr>
          <w:b/>
          <w:i w:val="0"/>
        </w:rPr>
        <w:t>Công việc không phải là công việc trừ khi bạn thà làm việc khác còn hơn.</w:t>
      </w:r>
    </w:p>
    <w:p>
      <w:pPr>
        <w:spacing w:after="80"/>
      </w:pPr>
      <w:r>
        <w:rPr>
          <w:b w:val="0"/>
          <w:i w:val="0"/>
        </w:rPr>
        <w:t>Tác giả và chuyên gia tiếp thị Seth Godin khuyên rằng: "Thay vì tự hỏi kỳ nghỉ tiếp theo của mình là gì, có lẽ bạn nên thiết lập một cuộc sống mà bạn không cần phải trốn chạy khỏi nó." Tôi nghĩ đó là điều mà ai cũng nên hướng tới. Không có gì sánh bằng việc làm điều mà bạn được tạo ra để làm. Tôi biết điều đó với chính mình…</w:t>
      </w:r>
    </w:p>
    <w:p>
      <w:pPr>
        <w:spacing w:after="80"/>
      </w:pPr>
      <w:r>
        <w:rPr>
          <w:b w:val="0"/>
          <w:i w:val="0"/>
        </w:rPr>
        <w:t>Khi tôi tìm thấy lý do của mình, tôi tìm thấy con đường của mình.</w:t>
      </w:r>
    </w:p>
    <w:p>
      <w:pPr>
        <w:spacing w:after="80"/>
      </w:pPr>
      <w:r>
        <w:rPr>
          <w:b w:val="0"/>
          <w:i w:val="0"/>
        </w:rPr>
        <w:t>Khi tôi tìm thấy lý do của mình, tôi tìm thấy ý chí của mình.</w:t>
      </w:r>
    </w:p>
    <w:p>
      <w:pPr>
        <w:spacing w:after="80"/>
      </w:pPr>
      <w:r>
        <w:rPr>
          <w:b w:val="0"/>
          <w:i w:val="0"/>
        </w:rPr>
        <w:t>Khi tôi tìm thấy lý do của mình, tôi tìm thấy đôi cánh của mình.</w:t>
      </w:r>
    </w:p>
    <w:p>
      <w:pPr>
        <w:spacing w:after="80"/>
      </w:pPr>
      <w:r>
        <w:rPr>
          <w:b w:val="0"/>
          <w:i w:val="0"/>
        </w:rPr>
        <w:t>Tôi không bao giờ muốn trở thành một người lãnh đạo quá tự cao tự đại đến mức không thể hoàn thành mục đích của mình. Những nhà lãnh đạo như vậy sẽ trở nên bất ổn. Đó là lý do tôi luôn tự kiểm điểm bản thân để chắc rằng mình vẫn giữ được sự vững vàng. Nếu tôi giữ được sự khiêm nhường, thể hiện sự chân thật và trung thành với sứ mệnh của mình, thì khả năng cao là tôi sẽ giữ được đôi chân trên mặt đất.</w:t>
      </w:r>
    </w:p>
    <w:p>
      <w:pPr>
        <w:pStyle w:val="Heading3"/>
      </w:pPr>
      <w:r>
        <w:rPr>
          <w:rFonts w:ascii="Calibri" w:hAnsi="Calibri"/>
          <w:b/>
          <w:i w:val="0"/>
          <w:sz w:val="26"/>
        </w:rPr>
        <w:t>4. Tôi có đang gia tăng giá trị cho đội của mình không? Một câu hỏi về tinh thần đồng đội</w:t>
      </w:r>
    </w:p>
    <w:p>
      <w:pPr>
        <w:spacing w:after="80"/>
      </w:pPr>
      <w:r>
        <w:rPr>
          <w:b w:val="0"/>
          <w:i w:val="0"/>
        </w:rPr>
        <w:t>Tôi đã chia sẻ với bạn ở đầu chương rằng John Wooden đã nói với tôi trong một buổi cố vấn: "Có một câu hỏi tôi tự hỏi mình mỗi ngày." Đây là điều ông ấy nói: "Mỗi ngày tôi tự hỏi mình, làm sao để đội của mình tốt hơn?" Câu hỏi đó không chỉ truyền cảm hứng để tôi tạo ra danh sách câu hỏi của riêng mình để tự hỏi với tư cách một nhà lãnh đạo, mà vì nó hay đến vậy nên nó cũng có mặt trong danh sách của tôi.</w:t>
      </w:r>
    </w:p>
    <w:p>
      <w:pPr>
        <w:spacing w:after="80"/>
      </w:pPr>
      <w:r>
        <w:rPr>
          <w:b w:val="0"/>
          <w:i w:val="0"/>
        </w:rPr>
        <w:t>Với tư cách một nhà lãnh đạo, tôi cần tìm ra điều mình có thể làm để đội của mình tốt hơn, để gia tăng giá trị cho các thành viên và thúc đẩy tinh thần đồng đội. Dưới đây là những gợi ý của tôi về việc gia tăng giá trị, dựa trên những gì tôi học được từ Huấn luyện viên Wooden. Mỗi ngày, tôi cố gắng làm những điều sau:</w:t>
      </w:r>
    </w:p>
    <w:p>
      <w:pPr>
        <w:pStyle w:val="Heading4"/>
      </w:pPr>
      <w:r>
        <w:rPr>
          <w:rFonts w:ascii="Calibri" w:hAnsi="Calibri"/>
          <w:b/>
          <w:i/>
          <w:sz w:val="23"/>
        </w:rPr>
        <w:t>Thúc đẩy sự cam kết trọn vẹn</w:t>
      </w:r>
    </w:p>
    <w:p>
      <w:pPr>
        <w:spacing w:after="80"/>
      </w:pPr>
      <w:r>
        <w:rPr>
          <w:b w:val="0"/>
          <w:i w:val="0"/>
        </w:rPr>
        <w:t>Huấn luyện viên diễn thuyết cho lãnh đạo Patricia Fripp nói: "Một đội là một nhóm người có thể không bằng nhau về kinh nghiệm, tài năng hay học vấn, nhưng bằng nhau về sự cam kết." Một đội mà các thành viên không cam kết thì chắc chắn sẽ thi đấu chệch choạc khi gặp áp lực. Sự cam kết đó phải bắt đầu từ người lãnh đạo và lan tỏa đến toàn đội.</w:t>
      </w:r>
    </w:p>
    <w:p>
      <w:pPr>
        <w:spacing w:after="80"/>
        <w:jc w:val="center"/>
      </w:pPr>
      <w:r>
        <w:rPr>
          <w:b/>
          <w:i w:val="0"/>
        </w:rPr>
        <w:t>"Một đội là một nhóm người có thể không bằng nhau về kinh nghiệm, tài năng hay học vấn, nhưng bằng nhau về sự cam kết."</w:t>
      </w:r>
    </w:p>
    <w:p>
      <w:pPr>
        <w:spacing w:after="80"/>
        <w:jc w:val="center"/>
      </w:pPr>
      <w:r>
        <w:rPr>
          <w:b/>
          <w:i/>
        </w:rPr>
        <w:t>—Patricia Fripp</w:t>
      </w:r>
    </w:p>
    <w:p>
      <w:pPr>
        <w:spacing w:after="80"/>
      </w:pPr>
      <w:r>
        <w:rPr>
          <w:b w:val="0"/>
          <w:i w:val="0"/>
        </w:rPr>
        <w:t>Khi Huấn luyện viên Wooden nhận thấy một cầu thủ không cống hiến 100 phần trăm trong buổi tập, ông sẽ kéo người đó ra riêng và nói: "Tôi biết bạn nghĩ mình có thể bù đắp vào ngày mai cho những gì không làm hôm nay, nhưng điều đó là không thể. Nếu hôm nay bạn chỉ cống hiến 50 phần trăm, thì ngày mai bạn không thể cống hiến 150 phần trăm được! Bạn không bao giờ có thể cống hiến hơn 100 phần trăm."</w:t>
      </w:r>
    </w:p>
    <w:p>
      <w:pPr>
        <w:spacing w:after="80"/>
      </w:pPr>
      <w:r>
        <w:rPr>
          <w:b w:val="0"/>
          <w:i w:val="0"/>
        </w:rPr>
        <w:t>Nếu bạn là một nhà lãnh đạo, thước đo thực sự cho thành công của bạn không phải là khiến người ta làm việc. Cũng không phải là khiến người ta làm việc chăm chỉ. Mà là khiến người ta làm việc chăm chỉ cùng nhau. Điều đó đòi hỏi sự cam kết.</w:t>
      </w:r>
    </w:p>
    <w:p>
      <w:pPr>
        <w:pStyle w:val="Heading4"/>
      </w:pPr>
      <w:r>
        <w:rPr>
          <w:rFonts w:ascii="Calibri" w:hAnsi="Calibri"/>
          <w:b/>
          <w:i/>
          <w:sz w:val="23"/>
        </w:rPr>
        <w:t>Tạo ra một môi trường khích lệ và hỗ trợ</w:t>
      </w:r>
    </w:p>
    <w:p>
      <w:pPr>
        <w:spacing w:after="80"/>
      </w:pPr>
      <w:r>
        <w:rPr>
          <w:b w:val="0"/>
          <w:i w:val="0"/>
        </w:rPr>
        <w:t>Một trong những điều tuyệt vời nhất của tinh thần đồng đội là bạn luôn có người khác ở bên cạnh mình. Đó là cùng nhau kéo lại, chứ không phải kéo ra. Đó là nhiều tiếng nói, một trái tim. Nhưng điều đó thường không xảy ra trừ khi có một môi trường khích lệ và hỗ trợ. Nhà lãnh đạo cần có trách nhiệm nỗ lực tạo ra môi trường đó.</w:t>
      </w:r>
    </w:p>
    <w:p>
      <w:pPr>
        <w:spacing w:after="80"/>
      </w:pPr>
      <w:r>
        <w:rPr>
          <w:b w:val="0"/>
          <w:i w:val="0"/>
        </w:rPr>
        <w:t>Một trong những cách Huấn luyện viên Wooden từng làm điều đó là yêu cầu các cầu thủ của mình ghi nhận kỹ năng và đóng góp của người khác. Ông nói với từng cầu thủ rằng nếu một đồng đội có đường chuyền tuyệt vời hoặc chắn người (set a pick) giúp anh ta ghi điểm, thì anh ta nên ghi nhận đồng đội đó trên đường chạy về phần sân nhà. Có lần một cầu thủ hỏi: "Thưa Huấn luyện viên, nếu chúng em làm vậy, lỡ người đồng đội đã kiến tạo đó không nhìn thì sao?" Huấn luyện viên Wooden đáp: "Cậu ấy sẽ luôn nhìn." Huấn luyện viên biết rằng người ta luôn tìm kiếm và phát triển nhờ sự ghi nhận và trân trọng.</w:t>
      </w:r>
    </w:p>
    <w:p>
      <w:pPr>
        <w:pStyle w:val="Heading4"/>
      </w:pPr>
      <w:r>
        <w:rPr>
          <w:rFonts w:ascii="Calibri" w:hAnsi="Calibri"/>
          <w:b/>
          <w:i/>
          <w:sz w:val="23"/>
        </w:rPr>
        <w:t>Xem nghịch cảnh là cơ hội để rèn luyện phẩm cách</w:t>
      </w:r>
    </w:p>
    <w:p>
      <w:pPr>
        <w:spacing w:after="80"/>
      </w:pPr>
      <w:r>
        <w:rPr>
          <w:b w:val="0"/>
          <w:i w:val="0"/>
        </w:rPr>
        <w:t>Tinh thần đồng đội không bao giờ được thử thách trong lúc thuận lợi. Bạn biết đội của mình giỏi đến đâu khi nghịch cảnh ập đến. Nó giúp bạn hiểu chính mình, và nó hé lộ nơi bạn mạnh và nơi bạn yếu. Chúng ta thường không thích điều đó, nhưng thực tế là những thất bại có thể trở thành những bài học nếu thái độ của bạn đúng đắn. Tác giả và nhà biện giáo C. S. Lewis đã đẩy ý tưởng đó xa hơn một bước. Ông viết: "Chúa cho phép chúng ta trải qua những điểm thấp nhất của cuộc đời để dạy chúng ta những bài học mà chúng ta không thể học được bằng bất kỳ cách nào khác."</w:t>
      </w:r>
    </w:p>
    <w:p>
      <w:pPr>
        <w:spacing w:after="80"/>
      </w:pPr>
      <w:r>
        <w:rPr>
          <w:b w:val="0"/>
          <w:i w:val="0"/>
        </w:rPr>
        <w:t>Huấn luyện viên Wooden kể với tôi rằng trong những năm đầu huấn luyện, đội của ông không có sân bóng rổ riêng, nên mọi trận đấu của đội đều diễn ra trên sân của đối thủ. Điều đó nghe có vẻ đúng là một khó khăn. Tuy nhiên, Huấn luyện viên cảm thấy bất lợi này của đội lại trở thành lợi thế trong giải đấu NCAA, vì đội của ông đã quen với việc thi đấu trên sân khách. Chúng ta sẽ khôn ngoan nếu biết tìm cơ hội trong nghịch cảnh và học hỏi từ đó.</w:t>
      </w:r>
    </w:p>
    <w:p>
      <w:pPr>
        <w:pStyle w:val="Heading4"/>
      </w:pPr>
      <w:r>
        <w:rPr>
          <w:rFonts w:ascii="Calibri" w:hAnsi="Calibri"/>
          <w:b/>
          <w:i/>
          <w:sz w:val="23"/>
        </w:rPr>
        <w:t>Hãy xem xét điểm mạnh và điểm yếu của từng người</w:t>
      </w:r>
    </w:p>
    <w:p>
      <w:pPr>
        <w:spacing w:after="80"/>
      </w:pPr>
      <w:r>
        <w:rPr>
          <w:b w:val="0"/>
          <w:i w:val="0"/>
        </w:rPr>
        <w:t>Một đêm nọ, tôi đang ăn tối cùng cựu huấn luyện viên bóng bầu dục đại học Lou Holtz, người bạn doanh nhân Collin Sewell và vài người bạn khác ở Odessa, Texas. Khi chúng tôi ngồi trò chuyện về lãnh đạo và làm việc nhóm, Lou nói một câu khiến tôi chú ý: "Tự do làm theo ý mình sẽ chấm dứt khi bạn có nghĩa vụ và trách nhiệm. Nếu bạn muốn tự làm hại chính mình thì cứ việc—nhưng bạn không thể làm theo ý mình khi bạn có trách nhiệm với các thành viên trong nhóm."</w:t>
      </w:r>
    </w:p>
    <w:p>
      <w:pPr>
        <w:spacing w:after="80"/>
        <w:jc w:val="center"/>
      </w:pPr>
      <w:r>
        <w:rPr>
          <w:b/>
          <w:i w:val="0"/>
        </w:rPr>
        <w:t>"Tự do làm theo ý mình sẽ chấm dứt khi bạn có nghĩa vụ và trách nhiệm."</w:t>
      </w:r>
    </w:p>
    <w:p>
      <w:pPr>
        <w:spacing w:after="80"/>
        <w:jc w:val="center"/>
      </w:pPr>
      <w:r>
        <w:rPr>
          <w:b/>
          <w:i/>
        </w:rPr>
        <w:t>—Lou Holtz</w:t>
      </w:r>
    </w:p>
    <w:p>
      <w:pPr>
        <w:spacing w:after="80"/>
      </w:pPr>
      <w:r>
        <w:rPr>
          <w:b w:val="0"/>
          <w:i w:val="0"/>
        </w:rPr>
        <w:t>Tôi tin điều đó là đúng. Nếu bạn là người lãnh đạo nhóm, bạn phải có trách nhiệm giúp nhóm mình thành công. Một phần lớn của việc đó là biết điểm mạnh và điểm yếu của từng người và tận dụng điểm mạnh của mọi người để giúp nhóm chiến thắng. Bạn có thể làm điều đó bằng cách hỏi: "Điều gì là tốt nhất cho những người còn lại?"</w:t>
      </w:r>
    </w:p>
    <w:p>
      <w:pPr>
        <w:spacing w:after="80"/>
      </w:pPr>
      <w:r>
        <w:rPr>
          <w:b w:val="0"/>
          <w:i w:val="0"/>
        </w:rPr>
        <w:t>Nhiều người không nghĩ đến việc hỏi câu đó. Tại sao? Bởi vì con người thường có xu hướng tự nhiên tập trung vào bản thân. Đây là một ví dụ. Khi chụp một bức ảnh tập thể có bạn trong đó, ai là người đầu tiên bạn tìm khi nhìn thấy bức ảnh? Chính bạn. Bạn xác định bức ảnh đó có đẹp hay không bằng cách nào? Thường thì nó phụ thuộc vào việc bạn trông đẹp thế nào trong đó. Chỉ sau khi đã kiểm tra hình ảnh của mình, bạn mới bắt đầu nhìn đến hình ảnh của những người khác.</w:t>
      </w:r>
    </w:p>
    <w:p>
      <w:pPr>
        <w:spacing w:after="80"/>
      </w:pPr>
      <w:r>
        <w:rPr>
          <w:b w:val="0"/>
          <w:i w:val="0"/>
        </w:rPr>
        <w:t>Làm việc nhóm đòi hỏi chúng ta bớt tập trung vào bản thân một chút và quan tâm nhiều hơn một chút đến việc cả nhóm trông thế nào. Để thành công, chúng ta phải coi trọng việc bổ khuyết cho nhau hơn là cạnh tranh với nhau. Nếu muốn cả nhóm chiến thắng, chúng ta không thể giống như người đàn ông trong truyện tranh nói với bạn mình rằng: "Trong chữ 'team' có thể không có chữ 'I', nhưng có chữ 'M' và chữ 'E', và ghép lại thành 'me' (tôi)!"</w:t>
      </w:r>
    </w:p>
    <w:p>
      <w:pPr>
        <w:spacing w:after="80"/>
      </w:pPr>
      <w:r>
        <w:rPr>
          <w:b w:val="0"/>
          <w:i w:val="0"/>
        </w:rPr>
        <w:t>Những nhà lãnh đạo giỏi giống như những huấn luyện viên giỏi. Họ biết cách khơi dậy điều tốt đẹp nhất ở những người trong nhóm mình. Đó là điều John Wooden đã làm. Đó cũng là điều mà huyền thoại huấn luyện viên NFL Vince Lombardi đã làm. Khi ông tiếp quản đội Green Bay Packers, đội bóng này đã trải qua mười một mùa giải thua liên tiếp. Lombardi đã xoay chuyển đội bóng chỉ trong một mùa giải. Bằng cách nào? Bằng cách khám phá điểm mạnh và điểm yếu của các cầu thủ và giúp họ thi đấu hết khả năng của mình. Đặc biệt, Bart Starr, Jim Taylor và Paul Hornung—những người từng ngồi dự bị dưới thời người tiền nhiệm của Lombardi—đã tỏa sáng. Thực tế, cả ba người họ cuối cùng đều được vinh danh trong Hall of Fame (Đại sảnh Danh vọng).</w:t>
      </w:r>
    </w:p>
    <w:p>
      <w:pPr>
        <w:spacing w:after="80"/>
      </w:pPr>
      <w:r>
        <w:rPr>
          <w:b w:val="0"/>
          <w:i w:val="0"/>
        </w:rPr>
        <w:t xml:space="preserve">Nếu bạn là một nhà lãnh đạo mà không mang lại giá trị gia tăng cho nhóm mình, bạn cần tự hỏi liệu mình có nên </w:t>
      </w:r>
      <w:r>
        <w:rPr>
          <w:b w:val="0"/>
          <w:i/>
        </w:rPr>
        <w:t>làm</w:t>
      </w:r>
      <w:r>
        <w:rPr>
          <w:b w:val="0"/>
          <w:i w:val="0"/>
        </w:rPr>
        <w:t xml:space="preserve"> người lãnh đạo hay không. Mang lại giá trị gia tăng cho các thành viên trong nhóm và giúp họ chiến thắng chính là ý nghĩa của lãnh đạo.</w:t>
      </w:r>
    </w:p>
    <w:p>
      <w:pPr>
        <w:pStyle w:val="Heading3"/>
      </w:pPr>
      <w:r>
        <w:rPr>
          <w:rFonts w:ascii="Calibri" w:hAnsi="Calibri"/>
          <w:b/>
          <w:i w:val="0"/>
          <w:sz w:val="26"/>
        </w:rPr>
        <w:t>5. Tôi có đang ở trong vùng mạnh của mình không? Một câu hỏi về hiệu quả</w:t>
      </w:r>
    </w:p>
    <w:p>
      <w:pPr>
        <w:spacing w:after="80"/>
      </w:pPr>
      <w:r>
        <w:rPr>
          <w:b w:val="0"/>
          <w:i w:val="0"/>
        </w:rPr>
        <w:t>Trong tất cả những câu hỏi tôi tự hỏi mình với tư cách một nhà lãnh đạo, câu này đã giúp tôi nhiều nhất để đạt tới tiềm năng của mình. Nhưng tôi đã không biết phải hỏi nó vào lúc khởi đầu sự nghiệp. Thực tế, khi mới bắt đầu làm lãnh đạo, tôi thậm chí còn không biết mình có một vùng mạnh (strength zone)! Tôi làm mọi thứ. Ngoài ra, tôi dành quá nhiều thời gian cho những việc sai lầm và nhầm lẫn giữa hoạt động với tiến bộ.</w:t>
      </w:r>
    </w:p>
    <w:p>
      <w:pPr>
        <w:spacing w:after="80"/>
      </w:pPr>
      <w:r>
        <w:rPr>
          <w:b w:val="0"/>
          <w:i w:val="0"/>
        </w:rPr>
        <w:t xml:space="preserve">Nhà thơ và nhà phê bình Samuel Johnson đã viết: "Gần như mỗi người đều lãng phí một phần cuộc đời mình vào những nỗ lực phô bày những phẩm chất mà mình không có." Đó chính là tôi. Nhưng không sao cả. Vào giai đoạn đầu của cuộc đời, chúng ta phải làm nhiều việc không phát huy được điểm mạnh của mình. Thực tế, nếu không làm nhiều thứ, chúng ta sẽ không thể </w:t>
      </w:r>
      <w:r>
        <w:rPr>
          <w:b w:val="0"/>
          <w:i/>
        </w:rPr>
        <w:t>tìm ra</w:t>
      </w:r>
      <w:r>
        <w:rPr>
          <w:b w:val="0"/>
          <w:i w:val="0"/>
        </w:rPr>
        <w:t xml:space="preserve"> điểm mạnh của mình. Nhưng thật buồn nếu sau vài năm trong sự nghiệp mà chúng ta vẫn chưa khám phá ra điểm mạnh của mình. Solomon, người khôn ngoan nhất từng sống, đã nói: "Một món quà mở ra con đường và đưa người trao quà đến trước mặt những người vĩ đại." Làm sao chúng ta có thể đạt tới tiềm năng của mình nếu không biết mình giỏi việc gì?</w:t>
      </w:r>
    </w:p>
    <w:p>
      <w:pPr>
        <w:spacing w:after="80"/>
      </w:pPr>
      <w:r>
        <w:rPr>
          <w:b w:val="0"/>
          <w:i w:val="0"/>
        </w:rPr>
        <w:t>Tôi may mắn có cha mẹ biết nhận ra, khuyến khích và vun đắp điểm mạnh của tôi, nên tôi đã khởi đầu sớm trong lĩnh vực này. Nhưng tôi cũng nỗ lực tìm hiểu về chúng. Tôi thử những điều mới. Tôi hỏi mọi người để nhận phản hồi mang tính xây dựng. Và tôi dùng các công cụ để giúp mình hiểu mình là ai. Một công cụ tôi thường giới thiệu cho người khác là StrengthsFinder. Được phát triển bởi các thành viên của tổ chức Gallup, đây là một bản khảo sát mà gần mười triệu người đã dùng để khám phá năm điểm mạnh tự nhiên hàng đầu của mình.</w:t>
      </w:r>
    </w:p>
    <w:p>
      <w:pPr>
        <w:spacing w:after="80"/>
        <w:jc w:val="center"/>
      </w:pPr>
      <w:r>
        <w:rPr>
          <w:b/>
          <w:i w:val="0"/>
        </w:rPr>
        <w:t>"Gần như mỗi người đều lãng phí một phần cuộc đời mình vào những nỗ lực phô bày những phẩm chất mà mình không có."</w:t>
      </w:r>
    </w:p>
    <w:p>
      <w:pPr>
        <w:spacing w:after="80"/>
        <w:jc w:val="center"/>
      </w:pPr>
      <w:r>
        <w:rPr>
          <w:b/>
          <w:i/>
        </w:rPr>
        <w:t>—Samuel Johnson</w:t>
      </w:r>
    </w:p>
    <w:p>
      <w:pPr>
        <w:spacing w:after="80"/>
      </w:pPr>
      <w:r>
        <w:rPr>
          <w:b w:val="0"/>
          <w:i w:val="0"/>
        </w:rPr>
        <w:t>Khi khám phá ra điểm mạnh của mình, tôi rèn luyện bản thân để làm việc trong khuôn khổ những điểm mạnh đó và phát triển chúng. Khi lớn lên trong chúng, tôi phát triển được nét độc đáo của riêng mình và tìm thấy ý nghĩa mục đích lớn hơn. Nhà triết học kiêm nhà thơ Ralph Waldo Emerson khẳng định: "Mỗi người đều có thiên chức riêng của mình; tài năng của anh ta chính là tiếng gọi của anh ta. Có một hướng đi mà ở đó mọi không gian đều rộng mở với anh ta." Điều ông đang mô tả chính là việc tiến về phía tiềm năng vô hạn mà mỗi chúng ta đều có khi tìm ra và ở lại trong vùng mạnh của mình.</w:t>
      </w:r>
    </w:p>
    <w:p>
      <w:pPr>
        <w:spacing w:after="80"/>
      </w:pPr>
      <w:r>
        <w:rPr>
          <w:b w:val="0"/>
          <w:i w:val="0"/>
        </w:rPr>
        <w:t>Giữ vững thế mạnh của mình mang lại cho bạn lợi thế. Trong một thế giới mà người ta dành phần lớn thời gian để vá víu những điểm yếu, việc bạn tập trung tối đa hóa thế mạnh sẽ khiến bạn khác biệt với những người khác. Điều đó thật tốt. Tuy nhiên, cám dỗ của bạn với tư cách một nhà lãnh đạo có thể là lợi dụng lợi thế đó một cách ích kỷ vì lợi ích cá nhân. Như Daniel Vasella, chủ tịch của Novartis AG, nói: "Khi bạn đạt được kết quả tốt… bạn thường được tung hô, và bạn bắt đầu tin rằng nhân vật ở trung tâm của tất cả những ly champagne chúc mừng đó chính là bạn." Bạn phải đề phòng điều đó.</w:t>
      </w:r>
    </w:p>
    <w:p>
      <w:pPr>
        <w:spacing w:after="80"/>
      </w:pPr>
      <w:r>
        <w:rPr>
          <w:b w:val="0"/>
          <w:i w:val="0"/>
        </w:rPr>
        <w:t xml:space="preserve">Giữ vững thế mạnh của mình cũng mang lại cho bạn những cơ hội. Bạn không muốn bỏ lỡ chúng. Trong phần lời tựa cho cuốn sách </w:t>
      </w:r>
      <w:r>
        <w:rPr>
          <w:b w:val="0"/>
          <w:i/>
        </w:rPr>
        <w:t>Aspire</w:t>
      </w:r>
      <w:r>
        <w:rPr>
          <w:b w:val="0"/>
          <w:i w:val="0"/>
        </w:rPr>
        <w:t xml:space="preserve"> của người bạn tôi, Kevin Hall, Stephen R. Covey viết,</w:t>
      </w:r>
    </w:p>
    <w:p>
      <w:pPr>
        <w:spacing w:after="80"/>
      </w:pPr>
      <w:r>
        <w:rPr>
          <w:b w:val="0"/>
          <w:i w:val="0"/>
        </w:rPr>
        <w:t>Gốc rễ của từ cơ hội (opportunity) là "port", nghĩa là lối vào bằng đường thủy dẫn tới một thành phố hay một nơi buôn bán. Ngày trước, khi thủy triều và gió thuận lợi và bến cảng mở ra, nó cho phép người ta vào để giao thương, đến thăm, hoặc xâm lược và chinh phục. Nhưng chỉ những ai nhận ra sự mở cửa mới có thể tận dụng được bến cảng mở, hay cơ hội.</w:t>
      </w:r>
    </w:p>
    <w:p>
      <w:pPr>
        <w:spacing w:after="80"/>
      </w:pPr>
      <w:r>
        <w:rPr>
          <w:b w:val="0"/>
          <w:i w:val="0"/>
        </w:rPr>
        <w:t>Bạn càng tập trung vào thế mạnh của mình, bạn càng ở vị thế tốt hơn để nhìn thấy và nắm bắt cơ hội khi chúng xuất hiện.</w:t>
      </w:r>
    </w:p>
    <w:p>
      <w:pPr>
        <w:spacing w:after="80"/>
      </w:pPr>
      <w:r>
        <w:rPr>
          <w:b w:val="0"/>
          <w:i w:val="0"/>
        </w:rPr>
        <w:t>Nếu bạn chưa làm điều này, thì khi bạn khám phá ra tài năng, món quà và thế mạnh của mình, bạn sẽ đi đến một điểm quyết định. Bạn sẽ dùng chúng để sống buông trôi? Hay bạn sẽ lao vào công việc khó nhọc để phát triển chúng?</w:t>
      </w:r>
    </w:p>
    <w:p>
      <w:pPr>
        <w:spacing w:after="80"/>
      </w:pPr>
      <w:r>
        <w:rPr>
          <w:b w:val="0"/>
          <w:i w:val="0"/>
        </w:rPr>
        <w:t>Một người đã làm điều này là cầu thủ ném bóng của Major League, Nolan Ryan. Không có gì phải bàn cãi rằng Ryan có tài năng. Anh ấy đã ném trận no-hitter (trận không cho đối phương đánh trúng bóng) đầu tiên trước khi vào trung học. Và khi còn là cầu thủ ném bóng ở trung học, có lần anh ấy đã ném strike-out (loại đối phương) tới hai mươi mốt tay đập trong một trận đấu. Người ta nói rằng anh ấy ném bóng mạnh đến mức làm gãy xương bàn tay của các catcher (người bắt bóng). Nhưng khi Ryan lên được Major Leagues, anh ấy nhận ra mình không thể chỉ dựa vào tài năng. Anh ấy phải cải thiện nó. Ryan giải thích,</w:t>
      </w:r>
    </w:p>
    <w:p>
      <w:pPr>
        <w:spacing w:after="80"/>
      </w:pPr>
      <w:r>
        <w:rPr>
          <w:b w:val="0"/>
          <w:i w:val="0"/>
        </w:rPr>
        <w:t>Tất cả những gì tôi biết là ném hết sức có thể trong thời gian dài nhất có thể. Đầu sự nghiệp ở các giải lớn, khi gặp khó khăn tôi lại quay về lối suy nghĩ đó. Cuối cùng, sau khi thất bại với cách tiếp cận đó—tôi học được rằng khi chỉ ném mạnh thì tôi ném loạn xạ, đi bộ (walk) đối thủ và thua trận—cuối cùng tôi chợt nhận ra. Nếu tôi không điều chỉnh hay thay đổi, thì tôi sẽ trở thành một trong những cầu thủ rất tài năng nhưng không làm được gì nhiều từ nó.… Nhiều người đến được đây nhờ khả năng trời cho, món quà mà họ nhận được. Nhưng để ở lại đây và có một sự nghiệp dài lâu đòi hỏi một cam kết thực hiện những hy sinh mà hầu hết mọi người không liên tục thực hiện. Tài năng có thể đưa bạn đến đây, nhưng cần công sức, công sức thực sự, để ở lại đây, và cần phát triển khía cạnh tinh thần trong trận đấu của bạn để tạo sự khác biệt ở đẳng cấp này.</w:t>
      </w:r>
    </w:p>
    <w:p>
      <w:pPr>
        <w:spacing w:after="80"/>
      </w:pPr>
      <w:r>
        <w:rPr>
          <w:b w:val="0"/>
          <w:i w:val="0"/>
        </w:rPr>
        <w:t>Ryan đã thực sự tạo được sự khác biệt, đến mức cuối cùng anh ấy vào được Hall of Fame (Đại sảnh Danh vọng). Anh ấy thi đấu ở đẳng cấp cao nhất cho đến năm bốn mươi sáu tuổi. Khi giải nghệ, anh ấy đã thắng 324 trận, ghi 5,714 strikeout (nhiều nhất trong lịch sử), strikeout 383 tay đập trong một mùa giải (một kỷ lục khác), và ném bảy trận no-hitter (cũng là nhiều nhất trong lịch sử). Đó chính là điều bạn gọi là giữ vững trong vùng thế mạnh của mình!</w:t>
      </w:r>
    </w:p>
    <w:p>
      <w:pPr>
        <w:pStyle w:val="Heading3"/>
      </w:pPr>
      <w:r>
        <w:rPr>
          <w:rFonts w:ascii="Calibri" w:hAnsi="Calibri"/>
          <w:b/>
          <w:i w:val="0"/>
          <w:sz w:val="26"/>
        </w:rPr>
        <w:t>6. Tôi có đang chăm lo cho ngày hôm nay không? Một câu hỏi về thành công</w:t>
      </w:r>
    </w:p>
    <w:p>
      <w:pPr>
        <w:spacing w:after="80"/>
      </w:pPr>
      <w:r>
        <w:rPr>
          <w:b w:val="0"/>
          <w:i w:val="0"/>
        </w:rPr>
        <w:t xml:space="preserve">Những nhà lãnh đạo giỏi bẩm sinh hướng về tương lai. Họ nổi tiếng với tầm nhìn và việc dẫn dắt người khác đến những đích đến mới và cao hơn. Tuy nhiên, tương lai không phải là nơi bất cứ điều gì được hoàn thành. Điều đó xảy ra </w:t>
      </w:r>
      <w:r>
        <w:rPr>
          <w:b w:val="0"/>
          <w:i/>
        </w:rPr>
        <w:t>hôm nay</w:t>
      </w:r>
      <w:r>
        <w:rPr>
          <w:b w:val="0"/>
          <w:i w:val="0"/>
        </w:rPr>
        <w:t>. Đó là lý do bạn cần chăm lo cho nó.</w:t>
      </w:r>
    </w:p>
    <w:p>
      <w:pPr>
        <w:spacing w:after="80"/>
      </w:pPr>
      <w:r>
        <w:rPr>
          <w:b w:val="0"/>
          <w:i w:val="0"/>
        </w:rPr>
        <w:t>John Wooden thường nói: "Hãy biến mỗi ngày thành kiệt tác của bạn." Làm sao chúng ta làm được điều đó? Bằng cách làm cho mỗi ngày đều có ý nghĩa. Chúng ta cần để những lời của cựu thủ tướng Israel Golda Meir vang vọng trong tai mỗi ngày. Bà nói: "Tôi phải điều khiển đồng hồ, chứ không để đồng hồ điều khiển tôi."</w:t>
      </w:r>
    </w:p>
    <w:p>
      <w:pPr>
        <w:spacing w:after="80"/>
        <w:jc w:val="center"/>
      </w:pPr>
      <w:r>
        <w:rPr>
          <w:b/>
          <w:i w:val="0"/>
        </w:rPr>
        <w:t>"Tôi phải điều khiển đồng hồ, chứ không để đồng hồ điều khiển tôi."</w:t>
      </w:r>
    </w:p>
    <w:p>
      <w:pPr>
        <w:spacing w:after="80"/>
        <w:jc w:val="center"/>
      </w:pPr>
      <w:r>
        <w:rPr>
          <w:b/>
          <w:i/>
        </w:rPr>
        <w:t>—Golda Meir</w:t>
      </w:r>
    </w:p>
    <w:p>
      <w:pPr>
        <w:spacing w:after="80"/>
      </w:pPr>
      <w:r>
        <w:rPr>
          <w:b w:val="0"/>
          <w:i w:val="0"/>
        </w:rPr>
        <w:t>Nắm bắt được điều bạn nên làm mỗi ngày có thể khó khăn. Để sử dụng thời gian của mình đúng cách nhất, có năm lĩnh vực mà tôi muốn chắc chắn rằng mình đang chăm lo chu đáo. Tôi không thể làm mọi thứ mỗi ngày, nhưng tôi có thể làm những điều quan trọng nhất mỗi ngày. Đây là những gì trong danh sách của tôi:</w:t>
      </w:r>
    </w:p>
    <w:p>
      <w:pPr>
        <w:pStyle w:val="Heading4"/>
      </w:pPr>
      <w:r>
        <w:rPr>
          <w:rFonts w:ascii="Calibri" w:hAnsi="Calibri"/>
          <w:b/>
          <w:i/>
          <w:sz w:val="23"/>
        </w:rPr>
        <w:t>Đức tin</w:t>
      </w:r>
    </w:p>
    <w:p>
      <w:pPr>
        <w:spacing w:after="80"/>
      </w:pPr>
      <w:r>
        <w:rPr>
          <w:b w:val="0"/>
          <w:i w:val="0"/>
        </w:rPr>
        <w:t>Cựu tổng thống Jimmy Carter khẳng định: "Đức tin của tôi đòi hỏi tôi phải làm bất cứ điều gì tôi có thể, ở bất cứ đâu tôi đang ở, bất cứ khi nào tôi có thể, trong thời gian dài nhất có thể, với bất cứ thứ gì tôi có, để cố gắng tạo nên sự khác biệt." Đó là một góc nhìn tuyệt vời. Vì tôi đồng ý với điều đó, tôi phải chắc chắn thực hành và sống trọn đức tin của mình mỗi ngày.</w:t>
      </w:r>
    </w:p>
    <w:p>
      <w:pPr>
        <w:spacing w:after="80"/>
      </w:pPr>
      <w:r>
        <w:rPr>
          <w:b w:val="0"/>
          <w:i w:val="0"/>
        </w:rPr>
        <w:t>Với tôi, đức tin nghĩa là đưa Chúa vào bức tranh mỗi ngày. Và đó là tin tốt lành. Nhìn mọi thứ với Chúa trong bức tranh mang lại cho tôi cảm giác an toàn và kiên cường. Khi ngày của bạn tràn đầy hai phẩm chất ấy, bạn sẽ có một ngày tốt lành.</w:t>
      </w:r>
    </w:p>
    <w:p>
      <w:pPr>
        <w:pStyle w:val="Heading4"/>
      </w:pPr>
      <w:r>
        <w:rPr>
          <w:rFonts w:ascii="Calibri" w:hAnsi="Calibri"/>
          <w:b/>
          <w:i/>
          <w:sz w:val="23"/>
        </w:rPr>
        <w:t>Gia đình</w:t>
      </w:r>
    </w:p>
    <w:p>
      <w:pPr>
        <w:spacing w:after="80"/>
      </w:pPr>
      <w:r>
        <w:rPr>
          <w:b w:val="0"/>
          <w:i w:val="0"/>
        </w:rPr>
        <w:t xml:space="preserve">Nhiều năm nay, định nghĩa của tôi về thành công là có được những người thân thiết nhất yêu thương và tôn trọng mình nhất. Tại sao ư? Bởi vì nếu những người </w:t>
      </w:r>
      <w:r>
        <w:rPr>
          <w:b w:val="0"/>
          <w:i/>
        </w:rPr>
        <w:t>thực sự</w:t>
      </w:r>
      <w:r>
        <w:rPr>
          <w:b w:val="0"/>
          <w:i w:val="0"/>
        </w:rPr>
        <w:t xml:space="preserve"> biết tôi không tôn trọng tôi, điều đó nghĩa là tôi đang không sống đúng và không làm những gì mình nên làm. Sự tôn trọng phải được giành lấy. Ghi nhớ điều này là một lần tự kiểm tra ruột gan đối với tôi và giúp tôi nhớ luôn làm điều đúng đắn vì gia đình mình.</w:t>
      </w:r>
    </w:p>
    <w:p>
      <w:pPr>
        <w:spacing w:after="80"/>
      </w:pPr>
      <w:r>
        <w:rPr>
          <w:b w:val="0"/>
          <w:i w:val="0"/>
        </w:rPr>
        <w:t>Với tư cách là cha mẹ, Margaret và tôi đã cố gắng trao cho con cái mình rễ và cánh. Chúng tôi trao cho chúng rễ bằng cách thấm nhuần những giá trị sẽ giữ chúng vững vàng. Ngày nay chúng có những gia đình tuyệt đẹp và đang trao cho con cái mình chính những cái rễ ấy. Chúng tôi cũng cố gắng trao cho chúng một hình ảnh bản thân tốt đẹp và tin vào chúng để chúng có thể bay. Ngày nay chúng tôi cũng đang cố gắng làm điều đó cho các cháu của mình.</w:t>
      </w:r>
    </w:p>
    <w:p>
      <w:pPr>
        <w:spacing w:after="80"/>
      </w:pPr>
      <w:r>
        <w:rPr>
          <w:b w:val="0"/>
          <w:i w:val="0"/>
        </w:rPr>
        <w:t>Đây là điều tôi biết. Bạn không thể làm gì nhiều với tổ tiên của mình, nhưng bạn có thể ảnh hưởng đến con cháu mình theo một cách tuyệt vời.</w:t>
      </w:r>
    </w:p>
    <w:p>
      <w:pPr>
        <w:pStyle w:val="Heading4"/>
      </w:pPr>
      <w:r>
        <w:rPr>
          <w:rFonts w:ascii="Calibri" w:hAnsi="Calibri"/>
          <w:b/>
          <w:i/>
          <w:sz w:val="23"/>
        </w:rPr>
        <w:t>Các mối quan hệ</w:t>
      </w:r>
    </w:p>
    <w:p>
      <w:pPr>
        <w:spacing w:after="80"/>
      </w:pPr>
      <w:r>
        <w:rPr>
          <w:b w:val="0"/>
          <w:i w:val="0"/>
        </w:rPr>
        <w:t xml:space="preserve">Một trong những niềm tin mạnh mẽ của tôi, mà tôi đã chia sẻ trong cuốn sách </w:t>
      </w:r>
      <w:r>
        <w:rPr>
          <w:b w:val="0"/>
          <w:i/>
        </w:rPr>
        <w:t>Winning with People</w:t>
      </w:r>
      <w:r>
        <w:rPr>
          <w:b w:val="0"/>
          <w:i w:val="0"/>
        </w:rPr>
        <w:t xml:space="preserve"> của mình, là "Khi mọi thứ ngang bằng nhau, người ta sẽ làm ăn với những người họ thích. Khi mọi thứ không ngang bằng nhau, họ vẫn sẽ làm vậy."</w:t>
      </w:r>
    </w:p>
    <w:p>
      <w:pPr>
        <w:spacing w:after="80"/>
      </w:pPr>
      <w:r>
        <w:rPr>
          <w:b w:val="0"/>
          <w:i w:val="0"/>
        </w:rPr>
        <w:t>Thành công là một cuộc chơi của các mối quan hệ. Tiến sĩ Thomas W. Harrell, cựu giáo sư danh dự ngành tâm lý học ứng dụng tại Đại học Stanford, đã dành phần lớn sự nghiệp của mình để theo dõi một nhóm người có bằng MBA sau khi tốt nghiệp. Ông phát hiện ra rằng điểm trung bình của họ có rất ít liên hệ với thành công cuối cùng của họ trong thế giới kinh doanh. Điều thực sự quan trọng là các kỹ năng xã hội của họ. Những sinh viên tốt nghiệp có được những công việc danh giá nhất và mức lương cao nhất là những người giỏi giao tiếp, hướng ngoại và tràn đầy năng lượng. Như John Callen, một nhà tuyển dụng điều hành tại New York, nói: "Kỹ năng được săn đón nhất từ CEO trở xuống là khả năng giao tiếp với mọi người. Người làm được điều đó trong kinh doanh sẽ luôn được săn đón."</w:t>
      </w:r>
    </w:p>
    <w:p>
      <w:pPr>
        <w:spacing w:after="80"/>
        <w:jc w:val="center"/>
      </w:pPr>
      <w:r>
        <w:rPr>
          <w:b/>
          <w:i w:val="0"/>
        </w:rPr>
        <w:t>"Kỹ năng được săn đón nhất từ CEO trở xuống là khả năng giao tiếp với mọi người."</w:t>
      </w:r>
    </w:p>
    <w:p>
      <w:pPr>
        <w:spacing w:after="80"/>
        <w:jc w:val="center"/>
      </w:pPr>
      <w:r>
        <w:rPr>
          <w:b/>
          <w:i/>
        </w:rPr>
        <w:t>—John Callen</w:t>
      </w:r>
    </w:p>
    <w:p>
      <w:pPr>
        <w:spacing w:after="80"/>
      </w:pPr>
      <w:r>
        <w:rPr>
          <w:b w:val="0"/>
          <w:i w:val="0"/>
        </w:rPr>
        <w:t>Các mối quan hệ quan trọng với mọi lĩnh vực của cuộc sống. Chúng giúp định hình chúng ta là ai và chúng ta có thể trở thành gì. Hầu hết chúng ta đều có thể truy nguyên thành công của mình về những mối quan hệ then chốt.</w:t>
      </w:r>
    </w:p>
    <w:p>
      <w:pPr>
        <w:spacing w:after="80"/>
      </w:pPr>
      <w:r>
        <w:rPr>
          <w:b w:val="0"/>
          <w:i w:val="0"/>
        </w:rPr>
        <w:t>Ít có điều gì sẽ mang lại cho bạn cổ tức lớn hơn trong cuộc sống bằng thời gian và công sức bạn bỏ ra để hiểu con người và xây dựng các mối quan hệ. Như tôi đã nói trong nhiều năm: "Người ta không quan tâm bạn biết bao nhiêu cho đến khi họ biết bạn quan tâm bao nhiêu." Hãy chăm sóc các mối quan hệ hôm nay, và bạn làm được rất nhiều để chăm sóc thành công của ngày mai.</w:t>
      </w:r>
    </w:p>
    <w:p>
      <w:pPr>
        <w:pStyle w:val="Heading4"/>
      </w:pPr>
      <w:r>
        <w:rPr>
          <w:rFonts w:ascii="Calibri" w:hAnsi="Calibri"/>
          <w:b/>
          <w:i/>
          <w:sz w:val="23"/>
        </w:rPr>
        <w:t>Sứ mệnh</w:t>
      </w:r>
    </w:p>
    <w:p>
      <w:pPr>
        <w:spacing w:after="80"/>
      </w:pPr>
      <w:r>
        <w:rPr>
          <w:b w:val="0"/>
          <w:i w:val="0"/>
        </w:rPr>
        <w:t>Sứ mệnh của tôi, cũng như của bạn, là mang tính cá nhân. Tôi có trách nhiệm hoàn thành sứ mệnh của mình. Bạn có trách nhiệm hoàn thành sứ mệnh của bạn. Sứ mệnh cá nhân của tôi là gia tăng giá trị cho những nhà lãnh đạo, những người nhân lên giá trị nơi người khác. Mỗi ngày tôi phải tự hỏi mình liệu tôi có thực sự đang làm điều đó không. Tôi chưa bao giờ đặt mục tiêu cố gắng xây dựng các công ty hay tổ chức. Niềm đam mê của tôi là dành cho sứ mệnh của mình và tôi đã dẫn dắt các tổ chức để cố gắng hoàn thành nó.</w:t>
      </w:r>
    </w:p>
    <w:p>
      <w:pPr>
        <w:spacing w:after="80"/>
      </w:pPr>
      <w:r>
        <w:rPr>
          <w:b w:val="0"/>
          <w:i w:val="0"/>
        </w:rPr>
        <w:t>Nếu tôi dành sự chú ý cá nhân cho sứ mệnh của mình mỗi ngày, điều đó sẽ giúp giữ tôi khỏi lạc xa nó vào một ngày nào đó trong tương lai. Điều đó cũng sẽ đúng với bạn.</w:t>
      </w:r>
    </w:p>
    <w:p>
      <w:pPr>
        <w:pStyle w:val="Heading4"/>
      </w:pPr>
      <w:r>
        <w:rPr>
          <w:rFonts w:ascii="Calibri" w:hAnsi="Calibri"/>
          <w:b/>
          <w:i/>
          <w:sz w:val="23"/>
        </w:rPr>
        <w:t>Sức khỏe</w:t>
      </w:r>
    </w:p>
    <w:p>
      <w:pPr>
        <w:spacing w:after="80"/>
      </w:pPr>
      <w:r>
        <w:rPr>
          <w:b w:val="0"/>
          <w:i w:val="0"/>
        </w:rPr>
        <w:t>Việc rèn luyện thói quen chăm sóc sức khỏe là một cuộc chiến hằng ngày đối với tôi. Ăn uống đúng cách và tập thể dục mỗi ngày là những điều tôi thấy rất dễ bị lãng quên. Và trong nhiều năm, tôi đã lãng quên thật. Với tôi, dường như cách duy nhất để khỏe mạnh là làm theo lời khuyên của Mark Twain: "Hãy ăn thứ bạn không muốn ăn, uống thứ bạn không thích uống, và làm điều bạn thà không làm hơn."</w:t>
      </w:r>
    </w:p>
    <w:p>
      <w:pPr>
        <w:spacing w:after="80"/>
      </w:pPr>
      <w:r>
        <w:rPr>
          <w:b w:val="0"/>
          <w:i w:val="0"/>
        </w:rPr>
        <w:t>Dù tôi không có nhiều ham muốn tự nhiên trong lĩnh vực này, tôi lại có một khát khao lớn là kết thúc cuộc đời mình một cách trọn vẹn—nhưng không phải quá sớm. Bác sĩ tim mạch của tôi thường nói với tôi: "Anh giúp đỡ được rất nhiều người và anh có trách nhiệm phải sống càng lâu càng tốt." Vì thế tôi chăm sóc sức khỏe mỗi ngày. Có thể tôi không làm hoàn hảo, nhưng tôi vẫn làm.</w:t>
      </w:r>
    </w:p>
    <w:p>
      <w:pPr>
        <w:spacing w:after="80"/>
      </w:pPr>
      <w:r>
        <w:rPr>
          <w:b w:val="0"/>
          <w:i w:val="0"/>
        </w:rPr>
        <w:t>Mỗi ngày là một phép màu không thể lặp lại. Hôm nay sẽ không bao giờ xảy ra lần nữa, nên chúng ta phải làm cho nó thật ý nghĩa. Hãy làm điều đó với mỗi ngày hôm nay, và ngày mai sẽ tự lo cho chính nó.</w:t>
      </w:r>
    </w:p>
    <w:p>
      <w:pPr>
        <w:spacing w:after="80"/>
        <w:jc w:val="center"/>
      </w:pPr>
      <w:r>
        <w:rPr>
          <w:b/>
          <w:i w:val="0"/>
        </w:rPr>
        <w:t>Mỗi ngày là một phép màu không thể lặp lại. Hôm nay sẽ không bao giờ xảy ra lần nữa, nên chúng ta phải làm cho nó thật ý nghĩa.</w:t>
      </w:r>
    </w:p>
    <w:p>
      <w:pPr>
        <w:pStyle w:val="Heading3"/>
      </w:pPr>
      <w:r>
        <w:rPr>
          <w:rFonts w:ascii="Calibri" w:hAnsi="Calibri"/>
          <w:b/>
          <w:i w:val="0"/>
          <w:sz w:val="26"/>
        </w:rPr>
        <w:t>7. Tôi có đang đầu tư thời gian vào đúng người không? Một câu hỏi về ROI (tỷ suất hoàn vốn)</w:t>
      </w:r>
    </w:p>
    <w:p>
      <w:pPr>
        <w:spacing w:after="80"/>
      </w:pPr>
      <w:r>
        <w:rPr>
          <w:b w:val="0"/>
          <w:i w:val="0"/>
        </w:rPr>
        <w:t>Di sản lớn nhất mà bất kỳ nhà lãnh đạo nào có thể để lại chính là những nhà lãnh đạo khác mà họ đào tạo nên trước khi kết thúc sự nghiệp. Điều đó có nghĩa là tìm ra đúng người và đầu tư vào họ một cách liên tục.</w:t>
      </w:r>
    </w:p>
    <w:p>
      <w:pPr>
        <w:spacing w:after="80"/>
      </w:pPr>
      <w:r>
        <w:rPr>
          <w:b w:val="0"/>
          <w:i w:val="0"/>
        </w:rPr>
        <w:t>Mọi người thường hỏi tôi làm thế nào để tìm được những nhà lãnh đạo giỏi. Câu trả lời rất đơn giản: hãy biết một nhà lãnh đạo giỏi trông như thế nào. Nếu bạn có một hình dung rõ ràng về một nhà lãnh đạo giỏi và có thể mô tả nó bằng lời, bạn sẽ biết mình đang tìm kiếm điều gì.</w:t>
      </w:r>
    </w:p>
    <w:p>
      <w:pPr>
        <w:spacing w:after="80"/>
      </w:pPr>
      <w:r>
        <w:rPr>
          <w:b w:val="0"/>
          <w:i w:val="0"/>
        </w:rPr>
        <w:t>Nếu bạn chưa có danh sách của riêng mình, hãy xem qua danh sách của tôi và xem những yếu tố nào bạn cũng mong muốn ở những nhà lãnh đạo mà bạn làm việc cùng:</w:t>
      </w:r>
    </w:p>
    <w:p>
      <w:pPr>
        <w:spacing w:after="80"/>
        <w:ind w:left="360"/>
      </w:pPr>
      <w:r>
        <w:t xml:space="preserve">1. </w:t>
      </w:r>
      <w:r>
        <w:rPr>
          <w:b/>
          <w:i w:val="0"/>
        </w:rPr>
        <w:t>Yếu tố ảnh hưởng</w:t>
      </w:r>
      <w:r>
        <w:rPr>
          <w:b w:val="0"/>
          <w:i w:val="0"/>
        </w:rPr>
        <w:t>—Họ có ảnh hưởng đến người khác không?</w:t>
      </w:r>
    </w:p>
    <w:p>
      <w:pPr>
        <w:spacing w:after="80"/>
        <w:ind w:left="360"/>
      </w:pPr>
      <w:r>
        <w:t xml:space="preserve">2. </w:t>
      </w:r>
      <w:r>
        <w:rPr>
          <w:b/>
          <w:i w:val="0"/>
        </w:rPr>
        <w:t>Yếu tố năng lực</w:t>
      </w:r>
      <w:r>
        <w:rPr>
          <w:b w:val="0"/>
          <w:i w:val="0"/>
        </w:rPr>
        <w:t>—Họ có tiềm năng phát triển và tiến bộ không?</w:t>
      </w:r>
    </w:p>
    <w:p>
      <w:pPr>
        <w:spacing w:after="80"/>
        <w:ind w:left="360"/>
      </w:pPr>
      <w:r>
        <w:t xml:space="preserve">3. </w:t>
      </w:r>
      <w:r>
        <w:rPr>
          <w:b/>
          <w:i w:val="0"/>
        </w:rPr>
        <w:t>Yếu tố thái độ</w:t>
      </w:r>
      <w:r>
        <w:rPr>
          <w:b w:val="0"/>
          <w:i w:val="0"/>
        </w:rPr>
        <w:t>—Họ có mong muốn tự phát triển và hoàn thiện bản thân không?</w:t>
      </w:r>
    </w:p>
    <w:p>
      <w:pPr>
        <w:spacing w:after="80"/>
        <w:ind w:left="360"/>
      </w:pPr>
      <w:r>
        <w:t xml:space="preserve">4. </w:t>
      </w:r>
      <w:r>
        <w:rPr>
          <w:b/>
          <w:i w:val="0"/>
        </w:rPr>
        <w:t>Yếu tố hòa hợp</w:t>
      </w:r>
      <w:r>
        <w:rPr>
          <w:b w:val="0"/>
          <w:i w:val="0"/>
        </w:rPr>
        <w:t>—Chúng ta có thích nhau không?</w:t>
      </w:r>
    </w:p>
    <w:p>
      <w:pPr>
        <w:spacing w:after="80"/>
        <w:ind w:left="360"/>
      </w:pPr>
      <w:r>
        <w:t xml:space="preserve">5. </w:t>
      </w:r>
      <w:r>
        <w:rPr>
          <w:b/>
          <w:i w:val="0"/>
        </w:rPr>
        <w:t>Yếu tố đam mê</w:t>
      </w:r>
      <w:r>
        <w:rPr>
          <w:b w:val="0"/>
          <w:i w:val="0"/>
        </w:rPr>
        <w:t>—Họ có tự tạo động lực cho mình không?</w:t>
      </w:r>
    </w:p>
    <w:p>
      <w:pPr>
        <w:spacing w:after="80"/>
        <w:ind w:left="360"/>
      </w:pPr>
      <w:r>
        <w:t xml:space="preserve">6. </w:t>
      </w:r>
      <w:r>
        <w:rPr>
          <w:b/>
          <w:i w:val="0"/>
        </w:rPr>
        <w:t>Yếu tố phẩm chất</w:t>
      </w:r>
      <w:r>
        <w:rPr>
          <w:b w:val="0"/>
          <w:i w:val="0"/>
        </w:rPr>
        <w:t>—Họ có nền tảng vững chắc không?</w:t>
      </w:r>
    </w:p>
    <w:p>
      <w:pPr>
        <w:spacing w:after="80"/>
        <w:ind w:left="360"/>
      </w:pPr>
      <w:r>
        <w:t xml:space="preserve">7. </w:t>
      </w:r>
      <w:r>
        <w:rPr>
          <w:b/>
          <w:i w:val="0"/>
        </w:rPr>
        <w:t>Yếu tố giá trị</w:t>
      </w:r>
      <w:r>
        <w:rPr>
          <w:b w:val="0"/>
          <w:i w:val="0"/>
        </w:rPr>
        <w:t>—Các giá trị của chúng ta có tương thích không?</w:t>
      </w:r>
    </w:p>
    <w:p>
      <w:pPr>
        <w:spacing w:after="80"/>
        <w:ind w:left="360"/>
      </w:pPr>
      <w:r>
        <w:t xml:space="preserve">8. </w:t>
      </w:r>
      <w:r>
        <w:rPr>
          <w:b/>
          <w:i w:val="0"/>
        </w:rPr>
        <w:t>Yếu tố làm việc nhóm</w:t>
      </w:r>
      <w:r>
        <w:rPr>
          <w:b w:val="0"/>
          <w:i w:val="0"/>
        </w:rPr>
        <w:t>—Họ có làm việc tốt với người khác không?</w:t>
      </w:r>
    </w:p>
    <w:p>
      <w:pPr>
        <w:spacing w:after="80"/>
        <w:ind w:left="360"/>
      </w:pPr>
      <w:r>
        <w:t xml:space="preserve">9. </w:t>
      </w:r>
      <w:r>
        <w:rPr>
          <w:b/>
          <w:i w:val="0"/>
        </w:rPr>
        <w:t>Yếu tố hỗ trợ</w:t>
      </w:r>
      <w:r>
        <w:rPr>
          <w:b w:val="0"/>
          <w:i w:val="0"/>
        </w:rPr>
        <w:t>—Họ có mang lại giá trị cho tôi không?</w:t>
      </w:r>
    </w:p>
    <w:p>
      <w:pPr>
        <w:spacing w:after="80"/>
        <w:ind w:left="360"/>
      </w:pPr>
      <w:r>
        <w:t xml:space="preserve">10. </w:t>
      </w:r>
      <w:r>
        <w:rPr>
          <w:b/>
          <w:i w:val="0"/>
        </w:rPr>
        <w:t>Yếu tố sáng tạo</w:t>
      </w:r>
      <w:r>
        <w:rPr>
          <w:b w:val="0"/>
          <w:i w:val="0"/>
        </w:rPr>
        <w:t>—Họ có thể tìm ra khả năng trong những điều không tưởng không?</w:t>
      </w:r>
    </w:p>
    <w:p>
      <w:pPr>
        <w:spacing w:after="80"/>
        <w:ind w:left="360"/>
      </w:pPr>
      <w:r>
        <w:t xml:space="preserve">11. </w:t>
      </w:r>
      <w:r>
        <w:rPr>
          <w:b/>
          <w:i w:val="0"/>
        </w:rPr>
        <w:t>Yếu tố lựa chọn</w:t>
      </w:r>
      <w:r>
        <w:rPr>
          <w:b w:val="0"/>
          <w:i w:val="0"/>
        </w:rPr>
        <w:t>—Đóng góp của họ có thể mang lại cho tôi những lựa chọn không?</w:t>
      </w:r>
    </w:p>
    <w:p>
      <w:pPr>
        <w:spacing w:after="80"/>
        <w:ind w:left="360"/>
      </w:pPr>
      <w:r>
        <w:t xml:space="preserve">12. </w:t>
      </w:r>
      <w:r>
        <w:rPr>
          <w:b/>
          <w:i w:val="0"/>
        </w:rPr>
        <w:t>Yếu tố 10 phần trăm</w:t>
      </w:r>
      <w:r>
        <w:rPr>
          <w:b w:val="0"/>
          <w:i w:val="0"/>
        </w:rPr>
        <w:t>—Họ có nằm trong top 10 phần trăm những người trong đội của chúng ta không?</w:t>
      </w:r>
    </w:p>
    <w:p>
      <w:pPr>
        <w:spacing w:after="80"/>
      </w:pPr>
      <w:r>
        <w:rPr>
          <w:b w:val="0"/>
          <w:i w:val="0"/>
        </w:rPr>
        <w:t>Khi tôi mới bắt đầu phát triển các nhà lãnh đạo, tôi hào hứng đến mức muốn tạo ra sự khác biệt cùng mọi người đến nỗi tôi chẳng kén chọn lắm về việc dành thời gian cho ai. Nói thẳng ra là tôi chiêu mộ tất cả mọi người. Nhưng rồi tôi phát hiện ra rằng không phải ai cũng mong muốn phát triển, và tương đối ít người thực sự muốn tạo ra sự khác biệt. Đó là một vấn đề, bởi vì bạn không thể tạo ra sự khác biệt với những người không muốn tạo ra sự khác biệt.</w:t>
      </w:r>
    </w:p>
    <w:p>
      <w:pPr>
        <w:spacing w:after="80"/>
      </w:pPr>
      <w:r>
        <w:rPr>
          <w:b w:val="0"/>
          <w:i w:val="0"/>
        </w:rPr>
        <w:t>Bạn có thể đầu tư thời gian, công sức và nguồn lực như nhau vào hai người khác nhau và bạn sẽ nhận được lợi nhuận hoàn toàn khác nhau từ mỗi người. Khi tôi nhận ra rằng những người khác nhau mang lại ROI khác nhau—lợi nhuận trên vốn đầu tư (returns on investment)—tôi bắt đầu thay đổi cách tiếp cận của mình với việc phát triển lãnh đạo. Tôi bắt đầu nghĩ xem ai đã mang lại lợi nhuận tốt cho thời gian của tôi và ai thì không. Và đó là lúc tôi bắt đầu định nghĩa một nhà lãnh đạo giỏi trông như thế nào. Khi bức tranh trở nên rõ ràng với tôi, các khoản đầu tư của tôi trở nên có chiến lược—và kết quả của tôi cải thiện rất nhiều.</w:t>
      </w:r>
    </w:p>
    <w:p>
      <w:pPr>
        <w:pStyle w:val="Heading3"/>
      </w:pPr>
      <w:r>
        <w:rPr>
          <w:rFonts w:ascii="Calibri" w:hAnsi="Calibri"/>
          <w:b/>
          <w:i w:val="0"/>
          <w:sz w:val="26"/>
        </w:rPr>
        <w:t>Danh sách của bạn có gì?</w:t>
      </w:r>
    </w:p>
    <w:p>
      <w:pPr>
        <w:spacing w:after="80"/>
      </w:pPr>
      <w:r>
        <w:rPr>
          <w:b w:val="0"/>
          <w:i w:val="0"/>
        </w:rPr>
        <w:t>Hãy dành chút thời gian xem lại danh sách của tôi và tự lập danh sách của riêng bạn. Những yếu tố nào là quan trọng nhất với bạn khi chọn lựa và đầu tư vào các nhà lãnh đạo? Hãy nhớ rằng, năng lực lãnh đạo và di sản của bạn phụ thuộc vào những nhà lãnh đạo mà bạn phát triển.</w:t>
      </w:r>
    </w:p>
    <w:p>
      <w:pPr>
        <w:spacing w:after="80"/>
      </w:pPr>
      <w:r>
        <w:rPr>
          <w:b w:val="0"/>
          <w:i w:val="0"/>
        </w:rPr>
        <w:t>Tác giả Noel M. Tichy nói: "Bài kiểm tra tối thượng đối với một nhà lãnh đạo không phải là liệu người đó có đưa ra những quyết định khôn ngoan và hành động dứt khoát hay không, mà là liệu người đó có dạy người khác trở thành nhà lãnh đạo và xây dựng một tổ chức có thể duy trì thành công ngay cả khi người đó không còn ở đó hay không." Điều đó không chỉ đòi hỏi ý định phát triển các nhà lãnh đạo, mà còn cần những người phù hợp, sẵn lòng và có khả năng phát triển và tiến bộ.</w:t>
      </w:r>
    </w:p>
    <w:p>
      <w:pPr>
        <w:spacing w:after="80"/>
      </w:pPr>
      <w:r>
        <w:rPr>
          <w:b w:val="0"/>
          <w:i w:val="0"/>
        </w:rPr>
        <w:t>Đây là bảy câu hỏi mà tôi tự hỏi mình với tư cách một nhà lãnh đạo mỗi ngày—lấy cảm hứng từ cuộc trò chuyện của tôi với Huấn luyện viên John Wooden. Chúng giúp tôi thành công bằng cách giữ cho bản thân luôn phát triển, kiểm tra động cơ của mình, duy trì sự ổn định, thúc đẩy tinh thần đồng đội, phát huy thế mạnh của mình, tập trung vào hiện tại và đầu tư vào đúng người. Tôi hy vọng danh sách của tôi truyền cảm hứng và khích lệ bạn dành chút thời gian để suy nghĩ về những câu hỏi mà bạn cần tự hỏi mình mỗi ngày.</w:t>
      </w:r>
    </w:p>
    <w:p>
      <w:pPr>
        <w:spacing w:after="80"/>
      </w:pPr>
      <w:r>
        <w:rPr>
          <w:b w:val="0"/>
          <w:i w:val="0"/>
        </w:rPr>
        <w:t>Socrates được trích dẫn nói rằng: "Cuộc đời không được xem xét thì không đáng sống." Tôi xin nói thêm rằng nhà lãnh đạo không được xem xét thì không đáng để theo. Những nhà lãnh đạo không bao giờ dành thời gian để hỏi mình đang làm gì và tại sao lại làm vậy thì khó có thể đi đúng hướng, lãnh đạo hết khả năng của mình và đạt được tiềm năng của mình. Đó là lý do tại sao chúng ta cần liên tục tự hỏi mình những câu hỏi khó.</w:t>
      </w:r>
    </w:p>
    <w:p>
      <w:pPr>
        <w:spacing w:after="80"/>
        <w:jc w:val="center"/>
      </w:pPr>
      <w:r>
        <w:rPr>
          <w:b/>
          <w:i w:val="0"/>
        </w:rPr>
        <w:t>Nhà lãnh đạo không được xem xét thì không đáng để theo.</w:t>
      </w:r>
    </w:p>
    <w:p>
      <w:pPr>
        <w:jc w:val="center"/>
      </w:pPr>
      <w:r>
        <w:drawing>
          <wp:inline xmlns:a="http://schemas.openxmlformats.org/drawingml/2006/main" xmlns:pic="http://schemas.openxmlformats.org/drawingml/2006/picture">
            <wp:extent cx="695325" cy="19050"/>
            <wp:docPr id="8" name="Picture 8"/>
            <wp:cNvGraphicFramePr>
              <a:graphicFrameLocks noChangeAspect="1"/>
            </wp:cNvGraphicFramePr>
            <a:graphic>
              <a:graphicData uri="http://schemas.openxmlformats.org/drawingml/2006/picture">
                <pic:pic>
                  <pic:nvPicPr>
                    <pic:cNvPr id="0" name="00003.jpeg"/>
                    <pic:cNvPicPr/>
                  </pic:nvPicPr>
                  <pic:blipFill>
                    <a:blip r:embed="rId12"/>
                    <a:stretch>
                      <a:fillRect/>
                    </a:stretch>
                  </pic:blipFill>
                  <pic:spPr>
                    <a:xfrm>
                      <a:off x="0" y="0"/>
                      <a:ext cx="695325" cy="19050"/>
                    </a:xfrm>
                    <a:prstGeom prst="rect"/>
                  </pic:spPr>
                </pic:pic>
              </a:graphicData>
            </a:graphic>
          </wp:inline>
        </w:drawing>
      </w:r>
    </w:p>
    <w:p>
      <w:pPr>
        <w:pStyle w:val="Heading1"/>
      </w:pPr>
      <w:r>
        <w:rPr>
          <w:rFonts w:ascii="Calibri" w:hAnsi="Calibri"/>
          <w:b/>
          <w:i w:val="0"/>
          <w:sz w:val="40"/>
        </w:rPr>
        <w:t>3</w:t>
      </w:r>
    </w:p>
    <w:p>
      <w:pPr>
        <w:jc w:val="center"/>
      </w:pPr>
      <w:r>
        <w:drawing>
          <wp:inline xmlns:a="http://schemas.openxmlformats.org/drawingml/2006/main" xmlns:pic="http://schemas.openxmlformats.org/drawingml/2006/picture">
            <wp:extent cx="695325" cy="19050"/>
            <wp:docPr id="9" name="Picture 9"/>
            <wp:cNvGraphicFramePr>
              <a:graphicFrameLocks noChangeAspect="1"/>
            </wp:cNvGraphicFramePr>
            <a:graphic>
              <a:graphicData uri="http://schemas.openxmlformats.org/drawingml/2006/picture">
                <pic:pic>
                  <pic:nvPicPr>
                    <pic:cNvPr id="0" name="00003.jpeg"/>
                    <pic:cNvPicPr/>
                  </pic:nvPicPr>
                  <pic:blipFill>
                    <a:blip r:embed="rId12"/>
                    <a:stretch>
                      <a:fillRect/>
                    </a:stretch>
                  </pic:blipFill>
                  <pic:spPr>
                    <a:xfrm>
                      <a:off x="0" y="0"/>
                      <a:ext cx="695325" cy="19050"/>
                    </a:xfrm>
                    <a:prstGeom prst="rect"/>
                  </pic:spPr>
                </pic:pic>
              </a:graphicData>
            </a:graphic>
          </wp:inline>
        </w:drawing>
      </w:r>
    </w:p>
    <w:p>
      <w:pPr>
        <w:pStyle w:val="Heading1"/>
      </w:pPr>
      <w:r>
        <w:rPr>
          <w:rFonts w:ascii="Calibri" w:hAnsi="Calibri"/>
          <w:b/>
          <w:i w:val="0"/>
          <w:sz w:val="40"/>
        </w:rPr>
        <w:t>Tôi hỏi các thành viên trong đội của mình những câu hỏi gì?</w:t>
      </w:r>
    </w:p>
    <w:p>
      <w:pPr>
        <w:spacing w:after="80"/>
      </w:pPr>
      <w:r>
        <w:rPr>
          <w:b w:val="0"/>
          <w:i w:val="0"/>
        </w:rPr>
        <w:t>Nếu tôi yêu cầu bạn hình dung những khoảnh khắc lãnh đạo tuyệt vời, bạn sẽ nghĩ đến những điều gì? Bạn có hình dung ra những nhà lãnh đạo đang truyền đạt những thông điệp truyền cảm hứng đến khán giả, như những câu này không?</w:t>
      </w:r>
    </w:p>
    <w:p>
      <w:pPr>
        <w:spacing w:after="80"/>
      </w:pPr>
      <w:r>
        <w:rPr>
          <w:b w:val="0"/>
          <w:i w:val="0"/>
        </w:rPr>
        <w:t>"Không bao giờ, không bao giờ, không bao giờ bỏ cuộc."—Winston Churchill</w:t>
      </w:r>
    </w:p>
    <w:p>
      <w:pPr>
        <w:spacing w:after="80"/>
      </w:pPr>
      <w:r>
        <w:rPr>
          <w:b w:val="0"/>
          <w:i w:val="0"/>
        </w:rPr>
        <w:t>“Đừng hỏi đất nước có thể làm gì cho bạn; hãy hỏi bạn có thể làm gì cho đất nước mình.”—John F. Kennedy</w:t>
      </w:r>
    </w:p>
    <w:p>
      <w:pPr>
        <w:spacing w:after="80"/>
      </w:pPr>
      <w:r>
        <w:rPr>
          <w:b w:val="0"/>
          <w:i w:val="0"/>
        </w:rPr>
        <w:t>“Thưa ông Gorbachev, hãy phá đổ bức tường này.”—Ronald Reagan</w:t>
      </w:r>
    </w:p>
    <w:p>
      <w:pPr>
        <w:spacing w:after="80"/>
      </w:pPr>
      <w:r>
        <w:rPr>
          <w:b w:val="0"/>
          <w:i w:val="0"/>
        </w:rPr>
        <w:t>Hay bạn hình dung một nhà lãnh đạo trên chiến trường, giữa làn đạn lửa và ra lệnh cho binh lính của mình, có thể là một vị tướng như Robert E. Lee, George S. Patton, hay Bernard Montgomery? Có lẽ bạn nghĩ đến một vận động viên nắm quyền kiểm soát trận đấu và dẫn dắt đội mình đến chiến thắng, như Michael Jordan, Joe Montana, hay Lionel Messi.</w:t>
      </w:r>
    </w:p>
    <w:p>
      <w:pPr>
        <w:spacing w:after="80"/>
      </w:pPr>
      <w:r>
        <w:rPr>
          <w:b w:val="0"/>
          <w:i w:val="0"/>
        </w:rPr>
        <w:t>Tất cả những hình ảnh đó đều là hình ảnh lãnh đạo hợp lý. Những người lãnh đạo thường truyền cảm hứng cho người khác hoặc nắm quyền chỉ huy. Nhưng tôi muốn mang đến cho bạn một hình ảnh khác về lãnh đạo, một hình ảnh không được hình dung phổ biến cho lắm. Đó là hình ảnh một nhà lãnh đạo đặt câu hỏi cho các thành viên trong nhóm và rồi thực sự lắng nghe điều họ nói.</w:t>
      </w:r>
    </w:p>
    <w:p>
      <w:pPr>
        <w:spacing w:after="80"/>
      </w:pPr>
      <w:r>
        <w:rPr>
          <w:b w:val="0"/>
          <w:i w:val="0"/>
        </w:rPr>
        <w:t xml:space="preserve">Thật không may, nhiều nhà lãnh đạo không tự động nghĩ đến việc đặt câu hỏi và lắng nghe như một chức năng lãnh đạo. Nếu họ nghĩ vậy, có lẽ Huấn luyện viên John Wooden đã không phải hỏi rằng: “Tại sao lại khó nhận ra đến thế rằng người khác sẽ có xu hướng lắng nghe chúng ta hơn nếu trước tiên chúng ta lắng nghe họ?” Đó không chỉ là lời nói suông đối với Huấn luyện viên Wooden. Chúng được chống đỡ bằng chính hành vi của ông. Mỗi khi tôi dành thời gian với ông, tôi luôn cảm thấy ông muốn lắng nghe tôi hơn là muốn nói. Ông thực sự muốn biết tôi nghĩ gì và cảm thấy thế nào. Người đàn ông được </w:t>
      </w:r>
      <w:r>
        <w:rPr>
          <w:b w:val="0"/>
          <w:i/>
        </w:rPr>
        <w:t>Sports Illustrated</w:t>
      </w:r>
      <w:r>
        <w:rPr>
          <w:b w:val="0"/>
          <w:i w:val="0"/>
        </w:rPr>
        <w:t xml:space="preserve"> chọn là huấn luyện viên vĩ đại nhất thế kỷ hai mươi đã dẫn dắt người khác bằng cách lắng nghe họ trước tiên.</w:t>
      </w:r>
    </w:p>
    <w:p>
      <w:pPr>
        <w:spacing w:after="80"/>
      </w:pPr>
      <w:r>
        <w:rPr>
          <w:b w:val="0"/>
          <w:i w:val="0"/>
        </w:rPr>
        <w:t>Những nhà lãnh đạo thành công không chỉ hành động. Những nhà lãnh đạo giỏi lắng nghe, học hỏi, rồi mới dẫn dắt. Bởi vì tôi tin điều đó rất mạnh mẽ, tôi đã rèn luyện bản thân để trở thành một người lắng nghe tốt hơn. Dù tôi thường thấy khó khăn, tôi cố gắng làm theo lời khuyên của Robert Newton Peck: “Đừng bao giờ bỏ lỡ cơ hội giữ im lặng.”</w:t>
      </w:r>
    </w:p>
    <w:p>
      <w:pPr>
        <w:spacing w:after="80"/>
        <w:jc w:val="center"/>
      </w:pPr>
      <w:r>
        <w:rPr>
          <w:b/>
          <w:i w:val="0"/>
        </w:rPr>
        <w:t>“Đừng bao giờ bỏ lỡ cơ hội giữ im lặng.”</w:t>
      </w:r>
    </w:p>
    <w:p>
      <w:pPr>
        <w:spacing w:after="80"/>
        <w:jc w:val="center"/>
      </w:pPr>
      <w:r>
        <w:rPr>
          <w:b/>
          <w:i/>
        </w:rPr>
        <w:t>—Robert Newton Peck</w:t>
      </w:r>
    </w:p>
    <w:p>
      <w:pPr>
        <w:pStyle w:val="Heading2"/>
      </w:pPr>
      <w:r>
        <w:rPr>
          <w:rFonts w:ascii="Calibri" w:hAnsi="Calibri"/>
          <w:b/>
          <w:i w:val="0"/>
          <w:sz w:val="32"/>
        </w:rPr>
        <w:t>Bạn là người lắng nghe giỏi đến mức nào?</w:t>
      </w:r>
    </w:p>
    <w:p>
      <w:pPr>
        <w:spacing w:after="80"/>
      </w:pPr>
      <w:r>
        <w:rPr>
          <w:b w:val="0"/>
          <w:i w:val="0"/>
        </w:rPr>
        <w:t xml:space="preserve">Nếu bạn muốn trở thành một nhà lãnh đạo giỏi hơn, bạn phải trở thành một người lắng nghe giỏi hơn. Và cách bạn lắng nghe rất quan trọng. Trong cuốn sách </w:t>
      </w:r>
      <w:r>
        <w:rPr>
          <w:b w:val="0"/>
          <w:i/>
        </w:rPr>
        <w:t>Co-Active Coaching</w:t>
      </w:r>
      <w:r>
        <w:rPr>
          <w:b w:val="0"/>
          <w:i w:val="0"/>
        </w:rPr>
        <w:t xml:space="preserve"> của mình, các tác giả Henry Kimsey-House, Karen Kimsey-House, Phillip Sandahl, và Laura Whitworth khẳng định rằng có ba cấp độ lắng nghe. Dù trọng tâm của họ trong cuốn sách là về việc lắng nghe dành cho các huấn luyện viên, những quan sát của họ vẫn hữu ích cho các nhà lãnh đạo. Đây là ba cấp độ lắng nghe:</w:t>
      </w:r>
    </w:p>
    <w:p>
      <w:pPr>
        <w:pStyle w:val="Heading3"/>
      </w:pPr>
      <w:r>
        <w:rPr>
          <w:rFonts w:ascii="Calibri" w:hAnsi="Calibri"/>
          <w:b/>
          <w:i w:val="0"/>
          <w:sz w:val="26"/>
        </w:rPr>
        <w:t>Cấp độ I: Lắng nghe nội tâm</w:t>
      </w:r>
    </w:p>
    <w:p>
      <w:pPr>
        <w:spacing w:after="80"/>
      </w:pPr>
      <w:r>
        <w:rPr>
          <w:b w:val="0"/>
          <w:i w:val="0"/>
        </w:rPr>
        <w:t xml:space="preserve">Cấp độ lắng nghe thấp nhất hoàn toàn tập trung vào chính chúng ta. Chúng ta có thể đang nghe thông tin từ người khác, nhưng chúng ta chỉ chú ý đến việc mình bị ảnh hưởng thế nào bởi điều người kia nói. Các tác giả viết: “Ở Cấp độ I, tiêu điểm là ‘tôi’: những suy nghĩ của tôi, những phán đoán của tôi, những cảm xúc của tôi, những kết luận của tôi về bản thân và người khác… Ở Cấp độ I, chỉ có một câu hỏi duy nhất: </w:t>
      </w:r>
      <w:r>
        <w:rPr>
          <w:b w:val="0"/>
          <w:i/>
        </w:rPr>
        <w:t>Điều này có ý nghĩa gì với tôi?</w:t>
      </w:r>
      <w:r>
        <w:rPr>
          <w:b w:val="0"/>
          <w:i w:val="0"/>
        </w:rPr>
        <w:t>”</w:t>
      </w:r>
    </w:p>
    <w:p>
      <w:pPr>
        <w:spacing w:after="80"/>
      </w:pPr>
      <w:r>
        <w:rPr>
          <w:b w:val="0"/>
          <w:i w:val="0"/>
        </w:rPr>
        <w:t>Cấp độ lắng nghe này rõ ràng rất hạn chế. Nó có thể phù hợp khi bạn đang được chỉ đường nếu bạn bị lạc, khi nghe nhân viên phục vụ đọc các món đặc biệt trong nhà hàng, hoặc khi được ra lệnh trong một tình huống khẩn cấp. Nhưng nó không đặc biệt hữu ích để dẫn dắt người khác. Để làm được điều đó, chúng ta không thể chỉ tập trung vào bản thân và nhu cầu của chính mình.</w:t>
      </w:r>
    </w:p>
    <w:p>
      <w:pPr>
        <w:pStyle w:val="Heading3"/>
      </w:pPr>
      <w:r>
        <w:rPr>
          <w:rFonts w:ascii="Calibri" w:hAnsi="Calibri"/>
          <w:b/>
          <w:i w:val="0"/>
          <w:sz w:val="26"/>
        </w:rPr>
        <w:t>Cấp độ II: Lắng nghe tập trung</w:t>
      </w:r>
    </w:p>
    <w:p>
      <w:pPr>
        <w:spacing w:after="80"/>
      </w:pPr>
      <w:r>
        <w:rPr>
          <w:b w:val="0"/>
          <w:i w:val="0"/>
        </w:rPr>
        <w:t>Nếu chúng ta tương tác với người khác ở Cấp độ II, sự tập trung của chúng ta chuyển từ bản thân sang người đang nói. Chúng ta không chỉ lắng nghe lời nói của họ, mà còn cả cảm xúc, ngữ điệu, biểu cảm khuôn mặt, tư thế, v.v. Các tác giả gọi đây là cấp độ của sự đồng cảm, làm rõ, và hợp tác. Tôi có thể gọi đó là lắng nghe với trí tuệ cảm xúc (emotional intelligence). Ngoài ra, các tác giả cũng chỉ ra rằng người lắng nghe nhận thức sâu sắc về tác động mà phản hồi và tương tác của mình đang gây ra cho người đang nói.</w:t>
      </w:r>
    </w:p>
    <w:p>
      <w:pPr>
        <w:spacing w:after="80"/>
      </w:pPr>
      <w:r>
        <w:rPr>
          <w:b w:val="0"/>
          <w:i w:val="0"/>
        </w:rPr>
        <w:t>Những người có khả năng tương tác ở Cấp độ II là những người trò chuyện tuyệt vời và những người bạn tốt. Mọi người bị thu hút bởi họ và tôn trọng họ. Kiểu lắng nghe này là một kỹ năng tuyệt vời để sở hữu, vậy mà vẫn còn một cấp độ lắng nghe khác, cao hơn.</w:t>
      </w:r>
    </w:p>
    <w:p>
      <w:pPr>
        <w:pStyle w:val="Heading3"/>
      </w:pPr>
      <w:r>
        <w:rPr>
          <w:rFonts w:ascii="Calibri" w:hAnsi="Calibri"/>
          <w:b/>
          <w:i w:val="0"/>
          <w:sz w:val="26"/>
        </w:rPr>
        <w:t>Cấp độ III: Lắng nghe toàn cảnh</w:t>
      </w:r>
    </w:p>
    <w:p>
      <w:pPr>
        <w:spacing w:after="80"/>
      </w:pPr>
      <w:r>
        <w:rPr>
          <w:b w:val="0"/>
          <w:i w:val="0"/>
        </w:rPr>
        <w:t>Cấp độ lắng nghe cao nhất này vượt ra ngoài phạm vi chỉ người nói và người nghe. Nó tính đến hành động, sự không hành động và tương tác của những người liên quan, nhưng đồng thời cũng tiếp nhận cả môi trường xung quanh và mọi thứ đi kèm với nó. Ngoài ra, nó phụ thuộc rất nhiều vào trực giác của người nghe.</w:t>
      </w:r>
    </w:p>
    <w:p>
      <w:pPr>
        <w:spacing w:after="80"/>
      </w:pPr>
      <w:r>
        <w:rPr>
          <w:b w:val="0"/>
          <w:i w:val="0"/>
        </w:rPr>
        <w:t>Các tác giả chỉ ra rằng: "Những người biểu diễn phát triển một khả năng lắng nghe Cấp độ III rất mạnh mẽ. Các danh hài độc thoại, nhạc sĩ, diễn viên, người thuyết trình đào tạo — tất cả đều có khả năng đọc ngay không gian và theo dõi cách nó thay đổi để phản ứng lại với những gì họ làm. Đây là một ví dụ tuyệt vời về việc nhận biết tác động của chính mình. Bất kỳ ai thành công trong việc gây ảnh hưởng đến người khác đều có kỹ năng lắng nghe ở Cấp độ III. Những người này có khả năng đọc được tác động của mình và điều chỉnh hành vi cho phù hợp."</w:t>
      </w:r>
    </w:p>
    <w:p>
      <w:pPr>
        <w:spacing w:after="80"/>
      </w:pPr>
      <w:r>
        <w:rPr>
          <w:b w:val="0"/>
          <w:i w:val="0"/>
        </w:rPr>
        <w:t>Tôi sẽ gọi Cấp độ III là cấp độ lắng nghe của những nhà lãnh đạo hiệu quả. Họ có khả năng đọc được con người, đọc được không gian, đọc được tình huống và bằng trực giác nhìn thấy những gì sắp đến. Và nếu họ khôn ngoan, họ để tất cả những thông tin đó thôi thúc mình đặt ra những câu hỏi ngày càng sâu sắc hơn.</w:t>
      </w:r>
    </w:p>
    <w:p>
      <w:pPr>
        <w:spacing w:after="80"/>
      </w:pPr>
      <w:r>
        <w:rPr>
          <w:b w:val="0"/>
          <w:i w:val="0"/>
        </w:rPr>
        <w:t>Tác giả và chuyên gia đàm phán Herb Cohen giải thích: "Lắng nghe hiệu quả đòi hỏi nhiều hơn là chỉ nghe những từ ngữ được truyền đi. Nó đòi hỏi bạn phải tìm ra ý nghĩa và sự thấu hiểu trong những gì đang được nói. Suy cho cùng, ý nghĩa không nằm trong từ ngữ mà nằm trong con người."</w:t>
      </w:r>
    </w:p>
    <w:p>
      <w:pPr>
        <w:pStyle w:val="Heading2"/>
      </w:pPr>
      <w:r>
        <w:rPr>
          <w:rFonts w:ascii="Calibri" w:hAnsi="Calibri"/>
          <w:b/>
          <w:i w:val="0"/>
          <w:sz w:val="32"/>
        </w:rPr>
        <w:t>Sức mạnh của việc lắng nghe</w:t>
      </w:r>
    </w:p>
    <w:p>
      <w:pPr>
        <w:spacing w:after="80"/>
      </w:pPr>
      <w:r>
        <w:rPr>
          <w:b w:val="0"/>
          <w:i w:val="0"/>
        </w:rPr>
        <w:t>Trong chương đầu tiên, tôi đã thảo luận về tầm quan trọng của các câu hỏi. Nhưng đặt câu hỏi có giá trị gì nếu bạn không lắng nghe những câu trả lời mình nhận được? Không gì cả. Nếu bạn muốn hưởng lợi từ việc trở thành một người đặt câu hỏi giỏi, bạn phải trở thành một người lắng nghe còn giỏi hơn nữa. Việc này mang lại rất nhiều lợi ích tích cực, bao gồm những điều sau:</w:t>
      </w:r>
    </w:p>
    <w:p>
      <w:pPr>
        <w:pStyle w:val="Heading3"/>
      </w:pPr>
      <w:r>
        <w:rPr>
          <w:rFonts w:ascii="Calibri" w:hAnsi="Calibri"/>
          <w:b/>
          <w:i w:val="0"/>
          <w:sz w:val="26"/>
        </w:rPr>
        <w:t>Lắng nghe chứng tỏ rằng bạn trân trọng người khác</w:t>
      </w:r>
    </w:p>
    <w:p>
      <w:pPr>
        <w:spacing w:after="80"/>
      </w:pPr>
      <w:r>
        <w:rPr>
          <w:b w:val="0"/>
          <w:i w:val="0"/>
        </w:rPr>
        <w:t>Tác giả và giáo sư David W. Augsburger nói: "Được lắng nghe gần giống với được yêu thương đến mức, đối với một người bình thường, hai điều đó gần như không thể phân biệt được." Vì điều đó đúng, nên khi bạn lắng nghe người khác, bạn truyền đạt rằng bạn quan tâm đến họ và trân trọng họ.</w:t>
      </w:r>
    </w:p>
    <w:p>
      <w:pPr>
        <w:spacing w:after="80"/>
        <w:jc w:val="center"/>
      </w:pPr>
      <w:r>
        <w:rPr>
          <w:b/>
          <w:i w:val="0"/>
        </w:rPr>
        <w:t>"Được lắng nghe gần giống với được yêu thương đến mức, đối với một người bình thường, hai điều đó gần như không thể phân biệt được."</w:t>
      </w:r>
    </w:p>
    <w:p>
      <w:pPr>
        <w:spacing w:after="80"/>
        <w:jc w:val="center"/>
      </w:pPr>
      <w:r>
        <w:rPr>
          <w:b/>
          <w:i/>
        </w:rPr>
        <w:t>—David W. Augsburger</w:t>
      </w:r>
    </w:p>
    <w:p>
      <w:pPr>
        <w:spacing w:after="80"/>
      </w:pPr>
      <w:r>
        <w:rPr>
          <w:b w:val="0"/>
          <w:i w:val="0"/>
        </w:rPr>
        <w:t>Audrey Moralez, một trong những huấn luyện viên của John Maxwell Team mà tôi hướng dẫn, gần đây đã chia sẻ về việc được đặt câu hỏi ảnh hưởng đến cô ấy như thế nào. Cô viết:</w:t>
      </w:r>
    </w:p>
    <w:p>
      <w:pPr>
        <w:spacing w:after="80"/>
      </w:pPr>
      <w:r>
        <w:rPr>
          <w:b w:val="0"/>
          <w:i w:val="0"/>
        </w:rPr>
        <w:t>Một trong những điều khiến tôi ấn tượng nhất về những câu hỏi của John là việc tôi chưa bao giờ cảm thấy được một nhà lãnh đạo lắng nghe đến thế. Dù tôi là một thành viên mới hơn của đội, những suy nghĩ của tôi vẫn có ý nghĩa và ý kiến của tôi vẫn có giá trị. Những câu hỏi của John buộc tôi phải suy nghĩ sâu sắc về những cách tôi có thể đóng góp giá trị cho đội, nhưng điều tôi trân trọng nhất là con người mà tôi đang trở thành nhờ những câu hỏi được đặt ra.</w:t>
      </w:r>
    </w:p>
    <w:p>
      <w:pPr>
        <w:spacing w:after="80"/>
      </w:pPr>
      <w:r>
        <w:rPr>
          <w:b w:val="0"/>
          <w:i w:val="0"/>
        </w:rPr>
        <w:t>Mẹ tôi đã yêu thương tôi vô điều kiện như không một ai khác trong cuộc đời tôi. Khi hồi tưởng lại cách mẹ thể hiện tình yêu đó với tôi, tôi có thể thấy rằng một điều không đổi xuyên suốt cuộc đời tôi chính là mong muốn được lắng nghe tôi của mẹ. Dù tôi đang xả stress với mẹ, khóc vì điều gì đó làm tôi tổn thương, chia sẻ những giấc mơ của mình, hay kể cho mẹ nghe một câu chuyện vui, mẹ luôn lắng nghe, và điều đó đã chuyển hóa thành tình yêu thương dành cho tôi.</w:t>
      </w:r>
    </w:p>
    <w:p>
      <w:pPr>
        <w:pStyle w:val="Heading3"/>
      </w:pPr>
      <w:r>
        <w:rPr>
          <w:rFonts w:ascii="Calibri" w:hAnsi="Calibri"/>
          <w:b/>
          <w:i w:val="0"/>
          <w:sz w:val="26"/>
        </w:rPr>
        <w:t>Lắng nghe có giá trị ảnh hưởng cao</w:t>
      </w:r>
    </w:p>
    <w:p>
      <w:pPr>
        <w:spacing w:after="80"/>
      </w:pPr>
      <w:r>
        <w:rPr>
          <w:b w:val="0"/>
          <w:i w:val="0"/>
        </w:rPr>
        <w:t>Một trong những cách tốt nhất để thuyết phục người khác là bằng đôi tai của bạn. Điều đó nghe có vẻ ngược với trực giác, bởi vì chúng ta thường nghĩ rằng thuyết phục phải liên quan đến việc nói. Nhưng khi một nhà lãnh đạo lắng nghe các thành viên trong đội, hành động đó mang lại cho nhà lãnh đạo sự tín nhiệm lớn hơn và do đó là ảnh hưởng lớn hơn. Ngược lại, khi các thành viên trong đội không còn tin rằng nhà lãnh đạo của họ lắng nghe họ, họ bắt đầu nhìn quanh tìm kiếm một người sẽ lắng nghe mình.</w:t>
      </w:r>
    </w:p>
    <w:p>
      <w:pPr>
        <w:pStyle w:val="Heading3"/>
      </w:pPr>
      <w:r>
        <w:rPr>
          <w:rFonts w:ascii="Calibri" w:hAnsi="Calibri"/>
          <w:b/>
          <w:i w:val="0"/>
          <w:sz w:val="26"/>
        </w:rPr>
        <w:t>Lắng nghe dẫn đến học hỏi</w:t>
      </w:r>
    </w:p>
    <w:p>
      <w:pPr>
        <w:spacing w:after="80"/>
      </w:pPr>
      <w:r>
        <w:rPr>
          <w:b w:val="0"/>
          <w:i w:val="0"/>
        </w:rPr>
        <w:t>Rõ ràng là khi bạn lắng nghe, bạn có thể học được. Nhưng điều ít rõ ràng hơn là khi bạn lắng nghe, bạn có thể giúp người khác học hỏi. Nhà sáng lập Mary Kay, Mary Kay Ash, khẳng định: "Lắng nghe đủ lâu và người ta thường sẽ tự tìm ra một giải pháp thỏa đáng." Điều đó đúng vì đôi khi người ta cần nói ra để xác định vấn đề và tìm giải pháp.</w:t>
      </w:r>
    </w:p>
    <w:p>
      <w:pPr>
        <w:spacing w:after="80"/>
      </w:pPr>
      <w:r>
        <w:rPr>
          <w:b w:val="0"/>
          <w:i w:val="0"/>
        </w:rPr>
        <w:t>Với tôi, với tư cách một nhà lãnh đạo, không gì thỏa mãn hơn việc chứng kiến đội ngũ của mình tìm ra câu trả lời không phải qua lời nói của tôi mà qua đôi tai của tôi. Một trong những món quà lớn nhất tôi có thể trao cho một người là món quà của sự chú tâm.</w:t>
      </w:r>
    </w:p>
    <w:p>
      <w:pPr>
        <w:spacing w:after="80"/>
        <w:jc w:val="center"/>
      </w:pPr>
      <w:r>
        <w:rPr>
          <w:b/>
          <w:i w:val="0"/>
        </w:rPr>
        <w:t>Một trong những cách tốt nhất để thuyết phục người khác là bằng đôi tai của bạn.</w:t>
      </w:r>
    </w:p>
    <w:p>
      <w:pPr>
        <w:pStyle w:val="Heading2"/>
      </w:pPr>
      <w:r>
        <w:rPr>
          <w:rFonts w:ascii="Calibri" w:hAnsi="Calibri"/>
          <w:b/>
          <w:i w:val="0"/>
          <w:sz w:val="32"/>
        </w:rPr>
        <w:t>Danh sách lắng nghe của tôi</w:t>
      </w:r>
    </w:p>
    <w:p>
      <w:pPr>
        <w:spacing w:after="80"/>
      </w:pPr>
      <w:r>
        <w:rPr>
          <w:b w:val="0"/>
          <w:i w:val="0"/>
        </w:rPr>
        <w:t>Tôi phải thú nhận rằng không phải lúc nào tôi cũng là một người biết lắng nghe giỏi. Vợ tôi, Margaret, sẽ nói với bạn rằng khi chúng tôi mới kết hôn, tôi nói quá nhiều và lắng nghe quá ít. Tôi có sẵn giải pháp nhanh cho mọi vấn đề và quá háo hức chia sẻ nó. Tôi mang thái độ đó vào cả cuộc sống nghề nghiệp của mình. Nhưng thái độ đó đã làm tôi tổn thương. Tôi đã làm hỏng một số mối quan hệ vì tôi không lắng nghe. Và tôi thường không tận dụng được lợi ích từ lời khuyên và ý tưởng của những người xung quanh.</w:t>
      </w:r>
    </w:p>
    <w:p>
      <w:pPr>
        <w:spacing w:after="80"/>
      </w:pPr>
      <w:r>
        <w:rPr>
          <w:b w:val="0"/>
          <w:i w:val="0"/>
        </w:rPr>
        <w:t>Để khắc phục khuyết điểm này, tôi đã phải thực hiện các bước để trở thành một người lắng nghe tốt hơn. Tôi đã tiến bộ trong lĩnh vực này, nhưng tôi vẫn phải đề phòng việc nói quá nhiều và lắng nghe chưa đủ. Nếu bạn cũng cần làm điều đó, bạn có thể hưởng lợi từ danh sách câu hỏi mà tôi đã phát triển để giúp bản thân tiếp tục lắng nghe.</w:t>
      </w:r>
    </w:p>
    <w:p>
      <w:pPr>
        <w:pStyle w:val="Heading3"/>
      </w:pPr>
      <w:r>
        <w:rPr>
          <w:rFonts w:ascii="Calibri" w:hAnsi="Calibri"/>
          <w:b/>
          <w:i w:val="0"/>
          <w:sz w:val="26"/>
        </w:rPr>
        <w:t>1. Tôi có chính sách mở tai không?</w:t>
      </w:r>
    </w:p>
    <w:p>
      <w:pPr>
        <w:spacing w:after="80"/>
      </w:pPr>
      <w:r>
        <w:rPr>
          <w:b w:val="0"/>
          <w:i w:val="0"/>
        </w:rPr>
        <w:t>Chủ tịch Đại học High Point, Nido Qubein, tin rằng: "Hầu hết chúng ta đều có xu hướng mắc phải 'chứng lo âu về chương trình nghị sự' (agenda anxiety), cảm giác rằng điều chúng ta muốn nói với người khác quan trọng hơn điều chúng ta nghĩ họ có thể muốn nói với mình." Bạn có thấy điều đó đúng không? Tôi thì có. Tôi phải thừa nhận rằng tôi mắc "chứng lo âu về chương trình nghị sự" cấp tính. Các thành viên trong đội ngũ của tôi có thể làm chứng rằng tôi biết mình đang đi đâu, tôi biết cách đến đó, và tôi có kế hoạch để họ giúp tôi. Tôi đã mất nhiều năm để làm dịu đi xu hướng tự nhiên chỉ đạo người khác của mình. Tôi làm điều đó thế nào? Với tư cách một nhà lãnh đạo, tôi nỗ lực lắng nghe trước, rồi mới lãnh đạo.</w:t>
      </w:r>
    </w:p>
    <w:p>
      <w:pPr>
        <w:pStyle w:val="Heading3"/>
      </w:pPr>
      <w:r>
        <w:rPr>
          <w:rFonts w:ascii="Calibri" w:hAnsi="Calibri"/>
          <w:b/>
          <w:i w:val="0"/>
          <w:sz w:val="26"/>
        </w:rPr>
        <w:t>2. Tôi có ngắt lời không?</w:t>
      </w:r>
    </w:p>
    <w:p>
      <w:pPr>
        <w:spacing w:after="80"/>
      </w:pPr>
      <w:r>
        <w:rPr>
          <w:b w:val="0"/>
          <w:i w:val="0"/>
        </w:rPr>
        <w:t>Ngắt lời là bất lịch sự và là triệu chứng của một vấn đề về thái độ. Bạn đã bao giờ có cảm giác rằng lý do duy nhất khiến người khác để bạn nói là vì họ biết rằng tiếp theo họ sẽ được nói chưa?</w:t>
      </w:r>
    </w:p>
    <w:p>
      <w:pPr>
        <w:spacing w:after="80"/>
      </w:pPr>
      <w:r>
        <w:rPr>
          <w:b w:val="0"/>
          <w:i w:val="0"/>
        </w:rPr>
        <w:t>Một quản lý kỹ thuật được hỏi định nghĩa của anh ta về làm việc nhóm. Anh ta nói: "Làm việc nhóm là khi mọi người trong phòng ban làm những gì tôi bảo mà không phàn nàn." Những người có quan điểm mạnh mẽ hoặc tầm nhìn rõ ràng có thể có xu hướng đi thẳng vào vấn đề, ngắt lời và xem nhẹ điều người khác nói. Vấn đề là việc ngắt lời được dịch thành "Điều tôi muốn nói quan trọng hơn điều bạn đang nói."</w:t>
      </w:r>
    </w:p>
    <w:p>
      <w:pPr>
        <w:spacing w:after="80"/>
        <w:jc w:val="center"/>
      </w:pPr>
      <w:r>
        <w:rPr>
          <w:b/>
          <w:i w:val="0"/>
        </w:rPr>
        <w:t>Ngắt lời được dịch thành "Điều tôi muốn nói quan trọng hơn điều bạn đang nói."</w:t>
      </w:r>
    </w:p>
    <w:p>
      <w:pPr>
        <w:pStyle w:val="Heading3"/>
      </w:pPr>
      <w:r>
        <w:rPr>
          <w:rFonts w:ascii="Calibri" w:hAnsi="Calibri"/>
          <w:b/>
          <w:i w:val="0"/>
          <w:sz w:val="26"/>
        </w:rPr>
        <w:t xml:space="preserve">3. Tôi có </w:t>
      </w:r>
      <w:r>
        <w:rPr>
          <w:rFonts w:ascii="Calibri" w:hAnsi="Calibri"/>
          <w:b/>
          <w:i/>
          <w:sz w:val="26"/>
        </w:rPr>
        <w:t>muốn</w:t>
      </w:r>
      <w:r>
        <w:rPr>
          <w:rFonts w:ascii="Calibri" w:hAnsi="Calibri"/>
          <w:b/>
          <w:i w:val="0"/>
          <w:sz w:val="26"/>
        </w:rPr>
        <w:t xml:space="preserve"> nghe điều tôi </w:t>
      </w:r>
      <w:r>
        <w:rPr>
          <w:rFonts w:ascii="Calibri" w:hAnsi="Calibri"/>
          <w:b/>
          <w:i/>
          <w:sz w:val="26"/>
        </w:rPr>
        <w:t>cần</w:t>
      </w:r>
      <w:r>
        <w:rPr>
          <w:rFonts w:ascii="Calibri" w:hAnsi="Calibri"/>
          <w:b/>
          <w:i w:val="0"/>
          <w:sz w:val="26"/>
        </w:rPr>
        <w:t xml:space="preserve"> nghe không?</w:t>
      </w:r>
    </w:p>
    <w:p>
      <w:pPr>
        <w:spacing w:after="80"/>
      </w:pPr>
      <w:r>
        <w:rPr>
          <w:b w:val="0"/>
          <w:i w:val="0"/>
        </w:rPr>
        <w:t>Nghe bất cứ điều gì tích cực thì đều dễ. Tất cả chúng ta đều thích tin tốt. Ai cũng thích một lời khen. Nhưng còn việc nghe điều gì đó tiêu cực thì sao? Bạn thường phản ứng thế nào với tin xấu hay lời chỉ trích? Nhà báo Sydney J. Harris nhận xét: "Không thể học được bất cứ điều gì quan trọng về một ai đó cho đến khi chúng ta khiến họ bất đồng với mình; chính trong sự mâu thuẫn, tính cách mới được bộc lộ. Đó là lý do tại sao những ông chủ độc đoán thường vẫn quá mù mờ về bản chất thật sự của cấp dưới."</w:t>
      </w:r>
    </w:p>
    <w:p>
      <w:pPr>
        <w:spacing w:after="80"/>
      </w:pPr>
      <w:r>
        <w:rPr>
          <w:b w:val="0"/>
          <w:i w:val="0"/>
        </w:rPr>
        <w:t>Những nhà lãnh đạo hiệu quả khuyến khích người khác nói với họ điều họ cần nghe, ngay cả khi đó không phải là điều họ muốn nghe. Max De Pree nói: "Trách nhiệm đầu tiên của một nhà lãnh đạo là xác định thực tại." Điều đó chỉ có thể xảy ra khi nhà lãnh đạo sẵn lòng nghe và đối mặt với sự thật.</w:t>
      </w:r>
    </w:p>
    <w:p>
      <w:pPr>
        <w:spacing w:after="80"/>
      </w:pPr>
      <w:r>
        <w:rPr>
          <w:b w:val="0"/>
          <w:i w:val="0"/>
        </w:rPr>
        <w:t>Trong suốt ba mươi năm qua, tôi đã may mắn có được hai trợ lý tuyệt vời: Barbara Brumagin và Linda Eggers. Tôi đã đặt Barbara trước tiên và sau đó là Linda vào vị trí trung tâm giao tiếp một cách chiến lược trong các tổ chức của mình và trao quyền cho họ để nói với tôi về bất cứ điều gì họ quan sát được. Họ thường là những người nhận thức rõ nhất về bức tranh toàn cảnh của các tổ chức mà tôi lãnh đạo. Họ biết điều gì quan trọng với tôi. Nhiều lần họ đã nghe tôi nói: "Hãy nói cho tôi biết điều tôi cần nghe ngay từ đầu tình huống, không phải điều bạn muốn nói với tôi hay điều bạn nghĩ tôi muốn nghe." Không phải lúc nào cũng dễ chịu khi nhận tin xấu hay phản hồi tiêu cực, nhưng nó luôn giúp ích cho tôi, cho đội ngũ và cho tổ chức.</w:t>
      </w:r>
    </w:p>
    <w:p>
      <w:pPr>
        <w:pStyle w:val="Heading2"/>
      </w:pPr>
      <w:r>
        <w:rPr>
          <w:rFonts w:ascii="Calibri" w:hAnsi="Calibri"/>
          <w:b/>
          <w:i w:val="0"/>
          <w:sz w:val="32"/>
        </w:rPr>
        <w:t>Những câu hỏi của tôi dành cho đội ngũ</w:t>
      </w:r>
    </w:p>
    <w:p>
      <w:pPr>
        <w:spacing w:after="80"/>
      </w:pPr>
      <w:r>
        <w:rPr>
          <w:b w:val="0"/>
          <w:i w:val="0"/>
        </w:rPr>
        <w:t>Lắng nghe rất quan trọng với người lãnh đạo, nhưng nếu họ không đặt đúng câu hỏi thì họ đang bỏ lỡ rất nhiều. Những nhà lãnh đạo giỏi đặt những câu hỏi tuyệt vời, truyền cảm hứng để người khác mơ lớn hơn, nghĩ nhiều hơn, học hỏi nhiều hơn, làm nhiều hơn và trở thành nhiều hơn.</w:t>
      </w:r>
    </w:p>
    <w:p>
      <w:pPr>
        <w:spacing w:after="80"/>
        <w:jc w:val="center"/>
      </w:pPr>
      <w:r>
        <w:rPr>
          <w:b/>
          <w:i w:val="0"/>
        </w:rPr>
        <w:t>Những nhà lãnh đạo giỏi đặt những câu hỏi tuyệt vời, truyền cảm hứng để người khác mơ lớn hơn, nghĩ nhiều hơn, học hỏi nhiều hơn, làm nhiều hơn và trở thành nhiều hơn.</w:t>
      </w:r>
    </w:p>
    <w:p>
      <w:pPr>
        <w:spacing w:after="80"/>
      </w:pPr>
      <w:r>
        <w:rPr>
          <w:b w:val="0"/>
          <w:i w:val="0"/>
        </w:rPr>
        <w:t>Tôi liên tục đặt câu hỏi cho đội ngũ của mình. Nó đã trở thành một thói quen thường trực trong phong cách lãnh đạo của tôi, đến mức tôi gần như làm một cách tự động, cả khi nói chuyện riêng lẫn trong nhóm. Và đội ngũ của tôi đã được định hình bởi những câu hỏi đó. Bởi vì tôi biết chúng quan trọng đến mức nào đối với phong cách lãnh đạo cá nhân của tôi cũng như hiệu quả của tổ chức, Margaret và tôi đã gặp gỡ các thành viên trong đội ngũ và vòng thân tín của tôi vào một buổi tối gần đây để ăn tối tại một nhà hàng ở Buckhead (phía bắc Atlanta). Mục tiêu là bàn về quá trình tôi đặt câu hỏi và xác định những câu hỏi tôi luôn hỏi đội ngũ của mình. Ngồi quanh bàn có Linda Eggers, trợ lý điều hành của tôi; Charlie Wetzel, người viết của tôi; Stephanie Wetzel, quản lý mạng xã hội của tôi; Mark Cole, CEO của các tổ chức của tôi; David Hoyt, đại diện diễn thuyết và là chủ tịch một công ty; và Audrey Moralez, người phụ trách nghiên cứu và các dự án đặc biệt cho tôi.</w:t>
      </w:r>
    </w:p>
    <w:p>
      <w:pPr>
        <w:spacing w:after="80"/>
      </w:pPr>
      <w:r>
        <w:rPr>
          <w:b w:val="0"/>
          <w:i w:val="0"/>
        </w:rPr>
        <w:t>Chúng tôi đã có một bữa tối tuyệt vời và một cuộc thảo luận thật sôi nổi. Nhiều câu hỏi chúng tôi bàn đến mang theo những ký ức đặc biệt—những lúc cười và khóc, nhượng bộ và kiên định, thử thách và thay đổi. Tôi đã ghi lại những điểm nổi bật và sẽ chia sẻ với bạn ngay bây giờ. Các câu hỏi không được liệt kê theo thứ tự quan trọng, nhưng mỗi câu hỏi đều quan trọng, bởi vì chúng đã định hình nên đội ngũ của chúng tôi.</w:t>
      </w:r>
    </w:p>
    <w:p>
      <w:pPr>
        <w:pStyle w:val="Heading3"/>
      </w:pPr>
      <w:r>
        <w:rPr>
          <w:rFonts w:ascii="Calibri" w:hAnsi="Calibri"/>
          <w:b/>
          <w:i w:val="0"/>
          <w:sz w:val="26"/>
        </w:rPr>
        <w:t>1. Bạn nghĩ gì?</w:t>
      </w:r>
    </w:p>
    <w:p>
      <w:pPr>
        <w:spacing w:after="80"/>
      </w:pPr>
      <w:r>
        <w:rPr>
          <w:b w:val="0"/>
          <w:i w:val="0"/>
        </w:rPr>
        <w:t>Câu hỏi tôi hỏi thường xuyên nhất chắc chắn là "Bạn nghĩ gì?" Những từ này thốt ra từ miệng tôi hàng chục lần mỗi ngày. Mark Cole nói rằng được hỏi câu này có tác dụng phát triển năng lực lãnh đạo cho anh ấy hơn bất cứ điều gì khác chúng tôi làm. Mark giải thích: "Khi bạn hỏi về kỹ năng của tôi, bạn nhận được điểm mạnh của tôi. Khi bạn hỏi về đam mê của tôi, bạn nhận được trái tim tôi. Khi bạn hỏi về ý tưởng của tôi, bạn nhận được khối óc tôi. Nhưng khi bạn hỏi tôi câu trả lời, bạn nhận được điểm mạnh, trái tim và khối óc của tôi."</w:t>
      </w:r>
    </w:p>
    <w:p>
      <w:pPr>
        <w:spacing w:after="80"/>
      </w:pPr>
      <w:r>
        <w:rPr>
          <w:b w:val="0"/>
          <w:i w:val="0"/>
        </w:rPr>
        <w:t>"Bạn nghĩ gì?" là câu hỏi mở đầu tôi đặt cho đội ngũ trong bữa tối chúng tôi cùng nhau ở Buckhead. Tôi đã yêu cầu mọi người đến bữa tối với một danh sách những câu hỏi mà tôi hay hỏi. Tôi cũng đến với danh sách của riêng mình. Việc đầu tiên chúng tôi làm là xem danh sách của tôi để họ có thể nói cho tôi biết họ nghĩ gì. Họ ngay lập tức chỉ ra rằng một hai câu hỏi trong danh sách của tôi là những điều không ai trong số họ từng nghe tôi hỏi. Tôi cười khúc khích và gạch chúng đi. Đôi khi bạn không thực sự làm điều bạn nghĩ mình làm. Thay vào đó, chúng tôi tập trung vào những câu hỏi tôi thực sự đặt ra.</w:t>
      </w:r>
    </w:p>
    <w:p>
      <w:pPr>
        <w:spacing w:after="80"/>
      </w:pPr>
      <w:r>
        <w:rPr>
          <w:b w:val="0"/>
          <w:i w:val="0"/>
        </w:rPr>
        <w:t>Khi tôi hỏi mọi người nghĩ gì, vào những thời điểm khác nhau tôi làm vậy vì những lý do khác nhau. Tôi hỏi để…</w:t>
      </w:r>
    </w:p>
    <w:p>
      <w:pPr>
        <w:pStyle w:val="Heading4"/>
      </w:pPr>
      <w:r>
        <w:rPr>
          <w:rFonts w:ascii="Calibri" w:hAnsi="Calibri"/>
          <w:b/>
          <w:i/>
          <w:sz w:val="23"/>
        </w:rPr>
        <w:t>Thu thập thông tin</w:t>
      </w:r>
    </w:p>
    <w:p>
      <w:pPr>
        <w:spacing w:after="80"/>
      </w:pPr>
      <w:r>
        <w:rPr>
          <w:b w:val="0"/>
          <w:i w:val="0"/>
        </w:rPr>
        <w:t>Đôi khi câu hỏi đơn giản đúng như nó nghe. Tôi chỉ đơn giản muốn có thông tin tốt. Tôi thường nhận được điều đó từ vòng thân tín của mình, những người tôi đánh giá rất cao. Mỗi người không chỉ tài năng và có năng lực mà còn là người tư duy giỏi. Tôi thường hỏi họ nghĩ gì vì tôi có thể học hỏi từ họ. Họ giống như một phần mở rộng của tôi.</w:t>
      </w:r>
    </w:p>
    <w:p>
      <w:pPr>
        <w:spacing w:after="80"/>
      </w:pPr>
      <w:r>
        <w:rPr>
          <w:b w:val="0"/>
          <w:i w:val="0"/>
        </w:rPr>
        <w:t xml:space="preserve">Tôi tin rằng người lãnh đạo nhìn thấy nhiều hơn người khác và nhìn thấy mọi việc trước người khác. Có năng khiếu lãnh đạo thường giống như được xuất phát trước trong một cuộc đua. Nhưng rõ ràng người lãnh đạo không nhìn thấy </w:t>
      </w:r>
      <w:r>
        <w:rPr>
          <w:b w:val="0"/>
          <w:i/>
        </w:rPr>
        <w:t>mọi thứ</w:t>
      </w:r>
      <w:r>
        <w:rPr>
          <w:b w:val="0"/>
          <w:i w:val="0"/>
        </w:rPr>
        <w:t>. Bằng cách hỏi những người trong đội ngũ xem họ nghĩ gì, tôi thường có thể thu thập thêm thông tin giúp tôi hiểu rõ hơn về những gì đang diễn ra. Một trong những công việc của tôi với tư cách người lãnh đạo là ghép những mẩu thông tin này lại thành một bức tranh hoàn chỉnh để có thể đưa ra quyết định đúng đắn.</w:t>
      </w:r>
    </w:p>
    <w:p>
      <w:pPr>
        <w:pStyle w:val="Heading4"/>
      </w:pPr>
      <w:r>
        <w:rPr>
          <w:rFonts w:ascii="Calibri" w:hAnsi="Calibri"/>
          <w:b/>
          <w:i/>
          <w:sz w:val="23"/>
        </w:rPr>
        <w:t>Xác nhận trực giác của tôi</w:t>
      </w:r>
    </w:p>
    <w:p>
      <w:pPr>
        <w:spacing w:after="80"/>
      </w:pPr>
      <w:r>
        <w:rPr>
          <w:b w:val="0"/>
          <w:i w:val="0"/>
        </w:rPr>
        <w:t>Thường thì tôi có một cảm giác mạnh mẽ rằng điều gì đó là đúng, nhưng không thể giải thích tại sao. Nó xuất phát từ một trực giác mạnh mẽ. Tất cả chúng ta đều có trực giác trong các lĩnh vực thế mạnh của mình; của tôi nhạy bén nhất trong các tình huống lãnh đạo. Nếu bạn nghĩ mình biết điều gì đó, nhưng không chắc tại sao, bạn có thể làm gì để xác thực niềm tin của mình? Hãy hỏi ai đó bạn tin tưởng. Để xác minh rằng điều tôi đang cảm nhận là đúng, tôi sẽ hỏi những nhà lãnh đạo tôi kính trọng xem họ nghĩ gì. Câu trả lời của họ thường diễn đạt thành lời những cảm nhận của tôi và xác nhận trực giác của tôi, mang lại cho tôi sự chắc chắn hơn khi tôi lập kế hoạch hoặc đưa ra quyết định.</w:t>
      </w:r>
    </w:p>
    <w:p>
      <w:pPr>
        <w:pStyle w:val="Heading4"/>
      </w:pPr>
      <w:r>
        <w:rPr>
          <w:rFonts w:ascii="Calibri" w:hAnsi="Calibri"/>
          <w:b/>
          <w:i/>
          <w:sz w:val="23"/>
        </w:rPr>
        <w:t>Đánh giá khả năng phán đoán hoặc năng lực lãnh đạo của ai đó</w:t>
      </w:r>
    </w:p>
    <w:p>
      <w:pPr>
        <w:spacing w:after="80"/>
      </w:pPr>
      <w:r>
        <w:rPr>
          <w:b w:val="0"/>
          <w:i w:val="0"/>
        </w:rPr>
        <w:t>Khi có người mới gia nhập đội của tôi, tôi thường hỏi họ nghĩ gì. Ví dụ, nếu chúng tôi đang họp, tôi sẽ hỏi họ đã quan sát được gì và lấy ý kiến của họ về những gì đã diễn ra. Điều đó giúp tôi biết liệu họ có đọc được bầu không khí đúng hay không. Hoặc nếu chúng tôi đang bàn chiến lược, tôi sẽ hỏi họ nghĩ chúng tôi nên tiến hành thế nào. Đây là cách nhanh nhất để đánh giá khả năng tư duy và quan sát của một người.</w:t>
      </w:r>
    </w:p>
    <w:p>
      <w:pPr>
        <w:pStyle w:val="Heading4"/>
      </w:pPr>
      <w:r>
        <w:rPr>
          <w:rFonts w:ascii="Calibri" w:hAnsi="Calibri"/>
          <w:b/>
          <w:i/>
          <w:sz w:val="23"/>
        </w:rPr>
        <w:t>Dạy người khác cách tôi tư duy</w:t>
      </w:r>
    </w:p>
    <w:p>
      <w:pPr>
        <w:spacing w:after="80"/>
      </w:pPr>
      <w:r>
        <w:rPr>
          <w:b w:val="0"/>
          <w:i w:val="0"/>
        </w:rPr>
        <w:t xml:space="preserve">Để tôi nói thêm một điều về việc hỏi người khác nghĩ gì về một ý tưởng hay một chủ đề. Khi tôi đặt câu hỏi, tôi luôn nói cho mọi người biết </w:t>
      </w:r>
      <w:r>
        <w:rPr>
          <w:b w:val="0"/>
          <w:i/>
        </w:rPr>
        <w:t>tại sao</w:t>
      </w:r>
      <w:r>
        <w:rPr>
          <w:b w:val="0"/>
          <w:i w:val="0"/>
        </w:rPr>
        <w:t xml:space="preserve"> tôi lại hỏi điều đó, bởi vì đó là một trong những cách tốt nhất để dạy người khác. </w:t>
      </w:r>
      <w:r>
        <w:rPr>
          <w:b w:val="0"/>
          <w:i/>
        </w:rPr>
        <w:t>Tại sao</w:t>
      </w:r>
      <w:r>
        <w:rPr>
          <w:b w:val="0"/>
          <w:i w:val="0"/>
        </w:rPr>
        <w:t xml:space="preserve"> là một công cụ tuyệt vời để kết nối và trang bị cho người khác.</w:t>
      </w:r>
    </w:p>
    <w:p>
      <w:pPr>
        <w:spacing w:after="80"/>
      </w:pPr>
      <w:r>
        <w:rPr>
          <w:b w:val="0"/>
          <w:i w:val="0"/>
        </w:rPr>
        <w:t>Một trong những nhân viên giỏi nhất mà tôi từng có là Dan Reiland. Khi tôi gặp anh ấy lần đầu, anh đang là thực tập sinh tại nhà thờ mà tôi lãnh đạo. Anh ấy giỏi đến mức tôi đã tuyển anh vào làm. Dan không chỉ là một nhà lãnh đạo giỏi, mà còn là một người phát triển các nhà lãnh đạo xuất sắc. Mọi công việc tôi giao cho anh, anh đều làm với sự xuất sắc. Thực tế, anh giỏi đến mức tôi đã đưa anh lên làm mục sư điều hành của mình — gần tương đương với chủ tịch của một công ty, nếu tôi là CEO và chủ tịch hội đồng quản trị.</w:t>
      </w:r>
    </w:p>
    <w:p>
      <w:pPr>
        <w:spacing w:after="80"/>
      </w:pPr>
      <w:r>
        <w:rPr>
          <w:b w:val="0"/>
          <w:i w:val="0"/>
        </w:rPr>
        <w:t>Khi tôi mời Dan đảm nhận vai trò đó, tôi đã cho anh tham gia vào rất nhiều quyết định của mình, và tôi thường hỏi anh nghĩ gì. Sau đó tôi sẽ nói cho anh biết tại sao tôi hỏi và tôi đang nghĩ gì. Nhiều lần anh hiểu được các vấn đề và quá trình ra quyết định. Nhưng có những lần khác thì anh không hiểu. Khi điều đó xảy ra, anh sẽ quay lại đặt câu hỏi, và chúng tôi sẽ cùng xử lý lại quyết định đó cho đến khi anh hiểu và có thể tự mình đưa ra những quyết định tương tự cho tổ chức trong tương lai.</w:t>
      </w:r>
    </w:p>
    <w:p>
      <w:pPr>
        <w:pStyle w:val="Heading4"/>
      </w:pPr>
      <w:r>
        <w:rPr>
          <w:rFonts w:ascii="Calibri" w:hAnsi="Calibri"/>
          <w:b/>
          <w:i/>
          <w:sz w:val="23"/>
        </w:rPr>
        <w:t>Xử lý một quyết định</w:t>
      </w:r>
    </w:p>
    <w:p>
      <w:pPr>
        <w:spacing w:after="80"/>
      </w:pPr>
      <w:r>
        <w:rPr>
          <w:b w:val="0"/>
          <w:i w:val="0"/>
        </w:rPr>
        <w:t>Đôi khi người ta cần nhiều góc nhìn khác nhau để khám phá ra góc nhìn tốt nhất. Và đôi khi họ cần thời gian và sự suy ngẫm để xử lý một quyết định. Điều đó đúng với tôi và với các thành viên trong đội của tôi. Đôi khi họ cần thuyết phục tôi và kéo tôi về phía một quyết định mà họ tin tưởng. Đôi khi lại ngược lại, và tôi cần cho họ thời gian để họ đồng thuận. Sự cho và nhận này rất lành mạnh.</w:t>
      </w:r>
    </w:p>
    <w:p>
      <w:pPr>
        <w:spacing w:after="80"/>
      </w:pPr>
      <w:r>
        <w:rPr>
          <w:b w:val="0"/>
          <w:i w:val="0"/>
        </w:rPr>
        <w:t>Trong khi chúng tôi bàn về câu hỏi "Bạn nghĩ gì?" trong bữa tối, Charlie Wetzel, người đã cùng tôi làm sách suốt hai mươi năm, hỏi làm sao tôi biết khi nào nên thúc đẩy điều mình cho là đúng và khi nào nên nhường cho các thành viên trong đội. Tôi giải thích rằng nếu tôi thúc đẩy một điều mà đội tôi không đồng ý, tôi làm vậy vì tôi cảm nhận được một cơ hội hoặc vì trực giác lãnh đạo của tôi về điều đó rất mạnh. Điều đó không có nghĩa là tôi chà đạp lên đội của mình hay áp đặt vấn đề. Nó thường có nghĩa là tôi cho họ thời gian để xử lý và tôi xem lại vấn đề nhiều lần để họ có thể tiếp tục tiếp nhận thêm thông tin.</w:t>
      </w:r>
    </w:p>
    <w:p>
      <w:pPr>
        <w:spacing w:after="80"/>
      </w:pPr>
      <w:r>
        <w:rPr>
          <w:b w:val="0"/>
          <w:i w:val="0"/>
        </w:rPr>
        <w:t>Đó là những gì đã xảy ra vào năm 2010 khi Scott M. Fay và Paul Martinelli đến gặp tôi về việc thành lập một tổ chức huấn luyện (coaching). Khi họ lần đầu trình bày ý tưởng, tôi chưa chắc chắn, nhưng không mất nhiều thời gian để tôi thấy được những cơ hội mà nó mang lại để giúp đỡ nhiều người hơn và tạo dựng một di sản. Những người thân cận của tôi mất nhiều thời gian hơn để thấy được những điều đó. Sau lần đầu họ gặp Paul và tôi, tôi hỏi họ: "Các bạn nghĩ gì?" Họ đưa ra phản hồi, nhưng tôi có thể cảm nhận rằng họ chưa thấy được điều tôi đang thấy. Không sao cả. Tôi cho họ một chút thời gian rồi lại đưa họ quay lại gặp Paul và tôi một lần nữa. Chúng tôi làm điều này ba bốn lần trước khi tất cả cùng đồng quan điểm. Và kết quả đã chứng minh trực giác của tôi là đúng. Ngày nay, John Maxwell Team có hơn bốn nghìn huấn luyện viên và họ đang giúp đỡ rất nhiều người.</w:t>
      </w:r>
    </w:p>
    <w:p>
      <w:pPr>
        <w:spacing w:after="80"/>
      </w:pPr>
      <w:r>
        <w:rPr>
          <w:b w:val="0"/>
          <w:i w:val="0"/>
        </w:rPr>
        <w:t>Ngược lại, có những lúc tôi lùi lại và nhường cho các thành viên trong vòng thân cận của mình. Nếu một người gần gũi với vấn đề hơn tôi, và người đó có thành tích thành công đã được chứng minh, tôi sẽ nhường. Các quyết định nên luôn được đưa ra càng gần vấn đề càng tốt. Nếu thành viên trong đội sẽ là người chịu trách nhiệm đưa nỗ lực đó tiến lên, tôi càng có xu hướng nhường. Và nếu các thành viên trong đội cứ liên tục quay lại với một ý tưởng hay quyết định với rất nhiều đam mê, tôi có xu hướng xem xét lại lập trường hay quyết định của mình và nhường cho họ.</w:t>
      </w:r>
    </w:p>
    <w:p>
      <w:pPr>
        <w:spacing w:after="80"/>
        <w:jc w:val="center"/>
      </w:pPr>
      <w:r>
        <w:rPr>
          <w:b/>
          <w:i w:val="0"/>
        </w:rPr>
        <w:t>Các quyết định nên luôn được đưa ra càng gần vấn đề càng tốt.</w:t>
      </w:r>
    </w:p>
    <w:p>
      <w:pPr>
        <w:spacing w:after="80"/>
      </w:pPr>
      <w:r>
        <w:rPr>
          <w:b w:val="0"/>
          <w:i w:val="0"/>
        </w:rPr>
        <w:t xml:space="preserve">Đó là trường hợp đặt tên cho The John Maxwell Company. Khi tôi quyết định thành lập một công ty đào tạo, cung cấp nguồn lực và phát triển, tôi biết hướng đi mình muốn tổ chức theo đuổi. Nhưng tôi không chắc nên đặt tên nó là gì. Điều duy nhất tôi chắc chắn là tôi không muốn tên mình được đặt lên đó. Nhưng Mark Cole, hiện là CEO của công ty, đã phản đối điều đó, viện dẫn tên của những tổ chức và sáng kiến mà tôi từng lãnh đạo hoặc sáng lập: INJOY, ISS, Maximum Impact. "Người ta thấy những cái tên đó và không hề biết các tổ chức đó làm gì hay biết rằng bạn có liên quan đến chúng," Mark khẳng định. "Nếu bạn muốn người ta biết công ty mới sẽ đại diện cho điều gì, thì nó phải có tên bạn trên đó." Cuối cùng tôi đành nhượng bộ. Nhưng tôi nhất quyết một điều: từ </w:t>
      </w:r>
      <w:r>
        <w:rPr>
          <w:b w:val="0"/>
          <w:i/>
        </w:rPr>
        <w:t>company</w:t>
      </w:r>
      <w:r>
        <w:rPr>
          <w:b w:val="0"/>
          <w:i w:val="0"/>
        </w:rPr>
        <w:t xml:space="preserve"> cần phải nổi bật hơn nhiều so với tên tôi trong logo.</w:t>
      </w:r>
    </w:p>
    <w:p>
      <w:pPr>
        <w:spacing w:after="80"/>
      </w:pPr>
      <w:r>
        <w:rPr>
          <w:b w:val="0"/>
          <w:i w:val="0"/>
        </w:rPr>
        <w:t>Tôi cũng cảm thấy tương tự về John C. Maxwell Leadership Center. Khi Kevin Myers, nhà lãnh đạo của 12Stone Church, đến gặp tôi về việc đặt tên trung tâm lãnh đạo theo tên tôi, tôi đã ngần ngại chấp thuận. Tôi yêu quý Kevin và đã cố vấn cho anh ấy suốt mười lăm năm. Và tôi thích ý tưởng về trung tâm lãnh đạo này và rất vui được bày tỏ sự ủng hộ. Nhưng tôi thấy không thoải mái khi đặt tên mình lên đó. Tôi biết mình dễ mắc sai lầm đến mức nào. Kevin kiên trì, và cuối cùng anh đã thuyết phục được tôi rằng tầm vóc và sự quảng bá mà điều này mang lại cho tổ chức nên lớn hơn sự ngần ngại của tôi.</w:t>
      </w:r>
    </w:p>
    <w:p>
      <w:pPr>
        <w:spacing w:after="80"/>
      </w:pPr>
      <w:r>
        <w:rPr>
          <w:b w:val="0"/>
          <w:i w:val="0"/>
        </w:rPr>
        <w:t>Việc đặt câu hỏi "Bạn nghĩ gì?" đã thường giúp tôi lãnh đạo tổ chức của mình tốt hơn so với việc chỉ dựa vào bản thân. Hơn một lần, các thành viên trong đội đã cứu tôi khỏi việc đưa ra một quyết định tồi tệ hay ngớ ngẩn vì họ thấy được những điều tôi không thấy, dựa vào kinh nghiệm mà tôi không có, hoặc chia sẻ sự khôn ngoan mà họ có mà tôi thiếu. Tư duy của họ đã nâng cao khả năng của tôi, và vì điều đó tôi rất biết ơn.</w:t>
      </w:r>
    </w:p>
    <w:p>
      <w:pPr>
        <w:pStyle w:val="Heading3"/>
      </w:pPr>
      <w:r>
        <w:rPr>
          <w:rFonts w:ascii="Calibri" w:hAnsi="Calibri"/>
          <w:b/>
          <w:i w:val="0"/>
          <w:sz w:val="26"/>
        </w:rPr>
        <w:t>2. Tôi có thể phục vụ bạn thế nào?</w:t>
      </w:r>
    </w:p>
    <w:p>
      <w:pPr>
        <w:spacing w:after="80"/>
      </w:pPr>
      <w:r>
        <w:rPr>
          <w:b w:val="0"/>
          <w:i w:val="0"/>
        </w:rPr>
        <w:t>Nhiều năm trước, khi tôi thường mời người ta đến nói chuyện với các thành viên trong tổ chức của mình, tôi nhận ra có hai kiểu diễn giả. Kiểu thứ nhất là những người hào hứng được có mặt ở đó và có cơ hội nói chuyện trên một nền tảng lớn hơn những gì họ quen thuộc. Họ xem đó là cơ hội để được đứng trên sân khấu, để tỏa sáng và nhận được sự công nhận. Kiểu người thứ hai đến với tư duy phục vụ tôi và tổ chức. Trước khi bước ra sân khấu, họ muốn biết họ có thể giúp tôi thế nào và thường hỏi: "Có điều gì tôi có thể nói thay cho ông không?" Tôi luôn vui vẻ mời kiểu diễn giả thứ hai quay lại.</w:t>
      </w:r>
    </w:p>
    <w:p>
      <w:pPr>
        <w:spacing w:after="80"/>
      </w:pPr>
      <w:r>
        <w:rPr>
          <w:b w:val="0"/>
          <w:i w:val="0"/>
        </w:rPr>
        <w:t>Việc để người nói hỏi xem họ có thể giúp gì đã để lại ấn tượng mạnh mẽ trong tôi. Lúc đó tôi đã bắt đầu đi nói chuyện đôi chút, và tôi lập tức bắt đầu bày tỏ mong muốn được giúp đỡ những người mà tôi đến để nói chuyện cùng. Hôm nay tôi đã tiến thêm một bước. Trước khi nói chuyện cho một khách hàng, tôi tham gia một cuộc gọi hội nghị để đặt câu hỏi. Thường thì họ phó mặc cho tôi, nhưng tôi nhắc họ: "Tôi đến để phục vụ các bạn." Và khi chúng tôi ở trong phòng chờ trước khi tôi bước ra sân khấu, tôi hỏi họ đúng câu hỏi mà những người nói khác đã hỏi tôi: "Có điều gì tôi có thể nói thay cho các bạn không?"</w:t>
      </w:r>
    </w:p>
    <w:p>
      <w:pPr>
        <w:spacing w:after="80"/>
      </w:pPr>
      <w:r>
        <w:rPr>
          <w:b w:val="0"/>
          <w:i w:val="0"/>
        </w:rPr>
        <w:t>Khi tôi và nhóm của mình ăn tối và trò chuyện về những câu hỏi tôi đặt cho họ, họ cho tôi biết tôi hỏi thăm xem tôi có thể phục vụ họ như thế nào thường xuyên đến mức nào. Trợ lý của tôi, Linda Eggers, người đã làm việc với tôi hơn hai mươi lăm năm, nói: "Tôi không nhớ nổi có ngày nào mà anh không hỏi tôi xem có điều gì tôi cần để giúp tôi tiến về phía trước không." Đúng vậy. Tôi không bao giờ muốn trở thành nút thắt cổ chai cho nhóm của mình.</w:t>
      </w:r>
    </w:p>
    <w:p>
      <w:pPr>
        <w:spacing w:after="80"/>
      </w:pPr>
      <w:r>
        <w:rPr>
          <w:b w:val="0"/>
          <w:i w:val="0"/>
        </w:rPr>
        <w:t>Charlie Wetzel nhận xét: "Khi John và tôi nói chuyện hay gặp nhau, một trong những điều cuối cùng anh ấy hỏi tôi là liệu có điều gì anh ấy có thể làm cho tôi không. Đó không phải là câu nói cho có. Anh ấy thực sự muốn làm bất cứ điều gì có thể để giúp tôi hoàn thành công việc một cách nhanh chóng và dễ dàng. Và anh ấy cũng sẽ làm bất cứ điều gì để giúp tôi về mặt cá nhân nếu tôi cần."</w:t>
      </w:r>
    </w:p>
    <w:p>
      <w:pPr>
        <w:spacing w:after="80"/>
      </w:pPr>
      <w:r>
        <w:rPr>
          <w:b w:val="0"/>
          <w:i w:val="0"/>
        </w:rPr>
        <w:t>Tôi tin rằng lãnh đạo là phục vụ. Trách nhiệm của tôi là đảm bảo người của mình có những gì họ cần để thành công và hoàn thành công việc. Nếu bạn là một nhà lãnh đạo, đó cũng là trách nhiệm của bạn. Hỏi "Tôi có thể phục vụ bạn như thế nào?" không chỉ giúp người khác, mà còn giúp tôi tránh phát triển một tư duy vị thế (positional mind-set) khiến tôi bắt đầu nghĩ rằng mình bằng cách nào đó "cao hơn" hay giỏi hơn mọi người khác trong nhóm.</w:t>
      </w:r>
    </w:p>
    <w:p>
      <w:pPr>
        <w:spacing w:after="80"/>
      </w:pPr>
      <w:r>
        <w:rPr>
          <w:b w:val="0"/>
          <w:i w:val="0"/>
        </w:rPr>
        <w:t>Có một lợi ích tuyệt vời khác khi hỏi nhóm của bạn câu này: họ cũng hỏi câu đó với những khách hàng mà họ phục vụ. Gần đây David Hoyt kể với tôi rằng anh ấy đã hỏi câu này với một khách hàng tên là Dianna. Cô ấy đáp lại bằng cách hỏi liệu David có cách nào giới thiệu cô với một trong những thần tượng của cô, Joel Osteen, không. David đã làm được điều đó, và Dianna gửi cho anh một lời nhắn: "Một lần nữa tôi lại kinh ngạc. Anh cứ ngày càng giỏi hơn. Anh truyền cảm hứng cho tôi. Yêu anh."</w:t>
      </w:r>
    </w:p>
    <w:p>
      <w:pPr>
        <w:pStyle w:val="Heading3"/>
      </w:pPr>
      <w:r>
        <w:rPr>
          <w:rFonts w:ascii="Calibri" w:hAnsi="Calibri"/>
          <w:b/>
          <w:i w:val="0"/>
          <w:sz w:val="26"/>
        </w:rPr>
        <w:t>Bạn Đang Kìm Hãm Nhóm Của Mình Ở Đâu?</w:t>
      </w:r>
    </w:p>
    <w:p>
      <w:pPr>
        <w:spacing w:after="80"/>
      </w:pPr>
      <w:r>
        <w:rPr>
          <w:b w:val="0"/>
          <w:i w:val="0"/>
        </w:rPr>
        <w:t>Nếu bạn không hỏi các thành viên trong nhóm xem bạn có thể phục vụ họ như thế nào, có thể bạn đang kìm hãm họ. Để tìm ra, hãy đến gặp từng thành viên trong nhóm và hỏi: "Tôi có thể làm gì cho bạn để công việc của bạn dễ dàng hơn, giúp bạn thành công hơn, và làm cho nhóm tốt hơn?" Hãy lắng nghe mà không ngắt lời những gì mọi người nói, rồi cố gắng tìm cách làm những gì bạn có thể để phục vụ họ.</w:t>
      </w:r>
    </w:p>
    <w:p>
      <w:pPr>
        <w:pStyle w:val="Heading3"/>
      </w:pPr>
      <w:r>
        <w:rPr>
          <w:rFonts w:ascii="Calibri" w:hAnsi="Calibri"/>
          <w:b/>
          <w:i w:val="0"/>
          <w:sz w:val="26"/>
        </w:rPr>
        <w:t>3. Tôi Cần Truyền Đạt Điều Gì?</w:t>
      </w:r>
    </w:p>
    <w:p>
      <w:pPr>
        <w:spacing w:after="80"/>
      </w:pPr>
      <w:r>
        <w:rPr>
          <w:b w:val="0"/>
          <w:i w:val="0"/>
        </w:rPr>
        <w:t>Với tư cách là một nhà lãnh đạo và diễn giả, tôi thường được mời trước để truyền đạt cho một khán giả. Như tôi đã giải thích, tôi tìm hiểu càng nhiều càng tốt qua một cuộc gọi hội nghị trước sự kiện, và tôi hỏi người chủ trì xem có điều gì tôi có thể nói với người của họ để giúp họ không. Nhưng đôi khi tôi đến mà không có sự chuẩn bị trước trong một tình huống mà tôi được yêu cầu phát biểu. Trong những dịp như vậy, tôi sẽ hỏi một người trong vòng thân tín của mình: "Tôi cần truyền đạt điều gì?" Tại sao? Bởi vì thành công trong giao tiếp đến từ việc hiểu bối cảnh nhiều hơn là nội dung. Khi tôi hỏi câu này, tôi không cố tìm ra nội dung để truyền đạt. Tôi đang cố tìm hiểu những người đó là ai, tình huống là gì, điều gì đã xảy ra trước khi tôi đến phát biểu, và làm sao tôi có thể kết nối và giúp đỡ họ.</w:t>
      </w:r>
    </w:p>
    <w:p>
      <w:pPr>
        <w:spacing w:after="80"/>
      </w:pPr>
      <w:r>
        <w:rPr>
          <w:b w:val="0"/>
          <w:i w:val="0"/>
        </w:rPr>
        <w:t>Đó là trường hợp vào tháng 1 năm 2013 khi EQUIP khởi động sáng kiến mang lại sự chuyển đổi cho đất nước Guatemala. Tôi và nhóm của mình đã đến đó để tôi có thể phát biểu với các thành viên của bảy dòng ảnh hưởng: kinh doanh, chính phủ, giáo dục, gia đình, truyền thông, nghệ thuật và nhà thờ. Trong suốt một tuần, tôi đã truyền đạt cho hơn hai mươi nhóm khác nhau: các nhà hoạt động xã hội; phóng viên và người dẫn chương trình truyền hình; giáo viên, giáo sư, quản lý trường học và bộ trưởng giáo dục; linh mục, nữ tu và mục sư; lãnh đạo của quốc gia Maya; doanh nhân, người làm kinh doanh và triệu phú; và nhân viên chính phủ, quan chức được bầu và thậm chí cả tổng thống Guatemala. Một số nhóm có số lượng lên đến hàng nghìn người. Một số cuộc gặp chỉ có vài người. Đó là tuần mệt mỏi và căng thẳng nhất trong cuộc đời tôi.</w:t>
      </w:r>
    </w:p>
    <w:p>
      <w:pPr>
        <w:spacing w:after="80"/>
      </w:pPr>
      <w:r>
        <w:rPr>
          <w:b w:val="0"/>
          <w:i w:val="0"/>
        </w:rPr>
        <w:t>Mục tiêu của tôi với mỗi nhóm hay cá nhân đều giống nhau: kết nối. Vì vậy khi rời một cuộc gặp hay sự kiện này để đến cuộc tiếp theo, tôi gặp Mark Cole và hỏi anh ấy: "Tôi cần truyền đạt điều gì?" Tôi cần biết bối cảnh trước khi bước vào phòng. Mark sẽ cho tôi biết ba điều:</w:t>
      </w:r>
    </w:p>
    <w:p>
      <w:pPr>
        <w:spacing w:after="80"/>
        <w:ind w:left="360"/>
      </w:pPr>
      <w:r>
        <w:t xml:space="preserve">• </w:t>
      </w:r>
      <w:r>
        <w:rPr>
          <w:b w:val="0"/>
          <w:i w:val="0"/>
        </w:rPr>
        <w:t>Tôi sẽ nói chuyện với ai.</w:t>
      </w:r>
    </w:p>
    <w:p>
      <w:pPr>
        <w:spacing w:after="80"/>
        <w:ind w:left="360"/>
      </w:pPr>
      <w:r>
        <w:t xml:space="preserve">• </w:t>
      </w:r>
      <w:r>
        <w:rPr>
          <w:b w:val="0"/>
          <w:i w:val="0"/>
        </w:rPr>
        <w:t>Điều quan trọng nhất là gì.</w:t>
      </w:r>
    </w:p>
    <w:p>
      <w:pPr>
        <w:spacing w:after="80"/>
        <w:ind w:left="360"/>
      </w:pPr>
      <w:r>
        <w:t xml:space="preserve">• </w:t>
      </w:r>
      <w:r>
        <w:rPr>
          <w:b w:val="0"/>
          <w:i w:val="0"/>
        </w:rPr>
        <w:t>Lời kêu gọi hành động là gì.</w:t>
      </w:r>
    </w:p>
    <w:p>
      <w:pPr>
        <w:spacing w:after="80"/>
      </w:pPr>
      <w:r>
        <w:rPr>
          <w:b w:val="0"/>
          <w:i w:val="0"/>
        </w:rPr>
        <w:t>Không có sự giúp đỡ của Mark, tôi đã gặp rắc rối rồi. Biết được ba điều đó giúp tôi có thể thành công. Với tư cách là một nhà lãnh đạo, bạn không nên cố gắng tự mình gánh vác mọi thứ. Để thành công, bạn phải chia sẻ gánh nặng. Nhưng bạn phải có những người có năng lực cao để giao phó công việc.</w:t>
      </w:r>
    </w:p>
    <w:p>
      <w:pPr>
        <w:pStyle w:val="Heading3"/>
      </w:pPr>
      <w:r>
        <w:rPr>
          <w:rFonts w:ascii="Calibri" w:hAnsi="Calibri"/>
          <w:b/>
          <w:i w:val="0"/>
          <w:sz w:val="26"/>
        </w:rPr>
        <w:t>4. Chúng Ta Có Vượt Quá Kỳ Vọng Không?</w:t>
      </w:r>
    </w:p>
    <w:p>
      <w:pPr>
        <w:spacing w:after="80"/>
      </w:pPr>
      <w:r>
        <w:rPr>
          <w:b w:val="0"/>
          <w:i w:val="0"/>
        </w:rPr>
        <w:t>Một trong những điều quan trọng nhất mà bạn có thể làm với tư cách là một nhà lãnh đạo là đảm bảo rằng bạn và tổ chức của bạn đang mang lại đúng những gì bạn đã hứa. Câu hỏi tôi đặt ra để đánh giá điều này là "Chúng ta có vượt qua kỳ vọng không?" Điều này đảm bảo thành công tương lai của tôi và của tổ chức tôi. Tương lai sẽ ảm đạm về mặt sự nghiệp đối với bất kỳ ai không vượt qua kỳ vọng của khách hàng hay đối tác.</w:t>
      </w:r>
    </w:p>
    <w:p>
      <w:pPr>
        <w:spacing w:after="80"/>
      </w:pPr>
      <w:r>
        <w:rPr>
          <w:b w:val="0"/>
          <w:i w:val="0"/>
        </w:rPr>
        <w:t xml:space="preserve">Đối với tôi và các đội nhóm của mình, đáp ứng kỳ vọng là chưa đủ. Trong mọi việc chúng ta làm, tôi muốn chúng ta vượt qua những gì được kỳ vọng. Tôi khăng khăng điều này vì hai lý do. Thứ nhất, tôi luôn muốn mọi người cảm thấy rằng họ nhận được </w:t>
      </w:r>
      <w:r>
        <w:rPr>
          <w:b w:val="0"/>
          <w:i/>
        </w:rPr>
        <w:t>nhiều hơn</w:t>
      </w:r>
      <w:r>
        <w:rPr>
          <w:b w:val="0"/>
          <w:i w:val="0"/>
        </w:rPr>
        <w:t xml:space="preserve"> giá trị đồng tiền họ bỏ ra từ tôi hoặc từ các tổ chức tôi lãnh đạo. Thứ hai, nếu chúng ta nỗ lực vượt qua kỳ vọng, điều đó giúp chúng ta tiếp tục phát triển và hoàn thiện. Đó là cách chúng ta lên được tầm cao tiếp theo.</w:t>
      </w:r>
    </w:p>
    <w:p>
      <w:pPr>
        <w:spacing w:after="80"/>
      </w:pPr>
      <w:r>
        <w:rPr>
          <w:b w:val="0"/>
          <w:i w:val="0"/>
        </w:rPr>
        <w:t>Một trong những bài giảng mà tôi nổi tiếng là quy tắc năm. Mỗi ngày tôi đọc, viết, suy nghĩ, đặt câu hỏi và lưu lại những gì mình học được. Đây là năm kỷ luật tôi thực hành để không ngừng hoàn thiện. Gần đây, các nhà lãnh đạo của The John Maxwell Company quyết định rằng họ muốn xây dựng một quy tắc năm cho tổ chức. Họ dành thời gian để tạo ra danh sách năm kỷ luật của mình rồi trình cho tôi để lấy ý kiến phản hồi. Thật không may, những gì họ làm ra chỉ ở mức trung bình. Như vậy là chưa đủ tốt. Tôi yêu cầu họ tiếp tục làm việc cho đến khi có được thứ mà tất cả chúng ta đều có thể tự hào. Tôi muốn họ vượt qua kỳ vọng.</w:t>
      </w:r>
    </w:p>
    <w:p>
      <w:pPr>
        <w:spacing w:after="80"/>
      </w:pPr>
      <w:r>
        <w:rPr>
          <w:b w:val="0"/>
          <w:i w:val="0"/>
        </w:rPr>
        <w:t xml:space="preserve">Nếu bạn muốn thành công, bạn cần đặt ra tiêu chuẩn cao cho bản thân và đội nhóm của mình. Chỉ đơn thuần hoàn thành một công việc là chưa đủ. Bạn cần thực hiện nó với sự xuất sắc, không cắt xén bất kỳ khâu nào. Mỗi khi bạn hoàn thành một việc gì đó, hãy cố gắng tìm hiểu không chỉ xem bạn có thể giúp được hay không, mà còn </w:t>
      </w:r>
      <w:r>
        <w:rPr>
          <w:b w:val="0"/>
          <w:i/>
        </w:rPr>
        <w:t>giúp được bao nhiêu</w:t>
      </w:r>
      <w:r>
        <w:rPr>
          <w:b w:val="0"/>
          <w:i w:val="0"/>
        </w:rPr>
        <w:t>. Nếu bạn đặt mục tiêu vượt qua kỳ vọng, bạn có thể tiếp tục học hỏi, phát triển và hoàn thiện.</w:t>
      </w:r>
    </w:p>
    <w:p>
      <w:pPr>
        <w:pStyle w:val="Heading3"/>
      </w:pPr>
      <w:r>
        <w:rPr>
          <w:rFonts w:ascii="Calibri" w:hAnsi="Calibri"/>
          <w:b/>
          <w:i w:val="0"/>
          <w:sz w:val="26"/>
        </w:rPr>
        <w:t>5. Bạn đã học được gì?</w:t>
      </w:r>
    </w:p>
    <w:p>
      <w:pPr>
        <w:spacing w:after="80"/>
      </w:pPr>
      <w:r>
        <w:rPr>
          <w:b w:val="0"/>
          <w:i w:val="0"/>
        </w:rPr>
        <w:t>Khi các con của chúng tôi là Elizabeth và Joel lớn lên, mỗi khi Margaret và tôi đưa chúng đi trải nghiệm hay đi du lịch cùng chúng, chúng đều biết tôi sẽ hỏi chúng hai câu hỏi: "Con thích điều gì?" và "Con học được gì?" Đôi khi khi tôi hỏi, chúng sẽ rên rỉ. Nhưng việc tìm hiểu xem chúng thích điều gì giúp chúng tôi kết nối với chúng và hiểu chúng rõ hơn, ngay cả khi chúng đang ở tuổi thiếu niên. Và việc hỏi chúng học được gì giúp chúng trưởng thành.</w:t>
      </w:r>
    </w:p>
    <w:p>
      <w:pPr>
        <w:spacing w:after="80"/>
      </w:pPr>
      <w:r>
        <w:rPr>
          <w:b w:val="0"/>
          <w:i w:val="0"/>
        </w:rPr>
        <w:t>Elizabeth và Joel giờ đã là người lớn. Chúng đã kết hôn với những người bạn đời tuyệt vời và có con riêng. Elizabeth lấy bằng về giáo dục và được đào tạo để trở thành giáo viên tiểu học. Joel làm công việc lắp đặt kỹ thuật cao cấp tinh vi cho các hệ thống truyền thông và an ninh cho nhà ở và doanh nghiệp. Công việc của cậu ấy đòi hỏi phải đi lại khá nhiều, điều này từng khiến cậu ấy xa vợ là Lis và các con. Giải pháp của Joel là mua một chiếc xe RV và cho cả gia đình cùng đi du lịch trong khi cậu ấy và Lis dạy con học tại nhà. Thật vui mừng cho tôi, Lis gần đây nói với tôi rằng khi họ đi du lịch và ngắm nhìn đất nước, Joel vẫn luôn hỏi các con: "Con thích điều gì? Con học được gì?"</w:t>
      </w:r>
    </w:p>
    <w:p>
      <w:pPr>
        <w:spacing w:after="80"/>
      </w:pPr>
      <w:r>
        <w:rPr>
          <w:b w:val="0"/>
          <w:i w:val="0"/>
        </w:rPr>
        <w:t xml:space="preserve">Câu hỏi "Bạn đã học được gì?" không chỉ dành cho các bậc cha mẹ có con dễ uốn nắn. Nó cũng có giá trị tương đương trong môi trường công việc. Tôi hỏi câu này suốt vì nó giúp nhân viên của tôi luôn sắc bén và phát triển. Nó thúc đẩy mọi người đánh giá trải nghiệm của mình và đưa ra nhận định. Và như tôi vẫn thường nói, trải nghiệm không phải là người thầy tốt nhất—trải nghiệm </w:t>
      </w:r>
      <w:r>
        <w:rPr>
          <w:b w:val="0"/>
          <w:i/>
        </w:rPr>
        <w:t>được đánh giá</w:t>
      </w:r>
      <w:r>
        <w:rPr>
          <w:b w:val="0"/>
          <w:i w:val="0"/>
        </w:rPr>
        <w:t xml:space="preserve"> mới là. Bên cạnh đó, tôi cũng thường học được điều gì đó khi nghe câu trả lời của mọi người; câu hỏi này cũng giúp tôi phát triển!</w:t>
      </w:r>
    </w:p>
    <w:p>
      <w:pPr>
        <w:spacing w:after="80"/>
        <w:jc w:val="center"/>
      </w:pPr>
      <w:r>
        <w:rPr>
          <w:b/>
          <w:i w:val="0"/>
        </w:rPr>
        <w:t xml:space="preserve">Trải nghiệm không phải là người thầy tốt nhất—trải nghiệm </w:t>
      </w:r>
      <w:r>
        <w:rPr>
          <w:b/>
          <w:i/>
        </w:rPr>
        <w:t>được đánh giá</w:t>
      </w:r>
      <w:r>
        <w:rPr>
          <w:b/>
          <w:i w:val="0"/>
        </w:rPr>
        <w:t xml:space="preserve"> mới là.</w:t>
      </w:r>
    </w:p>
    <w:p>
      <w:pPr>
        <w:spacing w:after="80"/>
      </w:pPr>
      <w:r>
        <w:rPr>
          <w:b w:val="0"/>
          <w:i w:val="0"/>
        </w:rPr>
        <w:t>David Hoyt đã là một phần trong đội của tôi hơn mười lăm năm. Như tôi đã đề cập, anh ấy là người đại diện diễn thuyết của tôi. Trong bữa tối ở Buckhead, khi chúng tôi nói về những câu hỏi tôi đặt cho đội nhóm, David kể lại câu chuyện về lần đầu tiên anh ấy đặt cho tôi một buổi diễn thuyết quốc tế, nhiều năm trước. Anh ấy xử lý mọi chi tiết và làm việc với người chủ trì của tôi ở Malaysia.</w:t>
      </w:r>
    </w:p>
    <w:p>
      <w:pPr>
        <w:spacing w:after="80"/>
      </w:pPr>
      <w:r>
        <w:rPr>
          <w:b w:val="0"/>
          <w:i w:val="0"/>
        </w:rPr>
        <w:t>Tôi đến nơi và mọi thứ có vẻ tuyệt vời. Tuy nhiên, khi tôi đứng trước khán giả và bắt đầu nói, tôi có thể nhận ra rằng có điều gì đó không ổn. Khán giả có vẻ xa cách và không phản hồi. Đó thực sự là một cuộc vật lộn. Mãi đến sau khi tôi nói xong tôi mới biết lý do.</w:t>
      </w:r>
    </w:p>
    <w:p>
      <w:pPr>
        <w:spacing w:after="80"/>
      </w:pPr>
      <w:r>
        <w:rPr>
          <w:b w:val="0"/>
          <w:i w:val="0"/>
        </w:rPr>
        <w:t>Nhiều tuần trước đó, người chủ trì đã hỏi David xin bản ghi chú của tôi. Với lòng nhiệt tình giúp đỡ, anh ấy đã gửi một bản sao. David đã cho rằng người chủ trì sẽ dùng chúng để quảng bá sự kiện. Nhưng điều người chủ trì đã làm là in bản ghi chú của tôi—từng lời tôi dự định nói—và phát cho tất cả mọi người tham dự. Không cần phải nói, khán giả đã không phản hồi theo cách tôi mong đợi, bởi vì họ biết tôi sẽ nói gì trước khi tôi nói ra!</w:t>
      </w:r>
    </w:p>
    <w:p>
      <w:pPr>
        <w:spacing w:after="80"/>
      </w:pPr>
      <w:r>
        <w:rPr>
          <w:b w:val="0"/>
          <w:i w:val="0"/>
        </w:rPr>
        <w:t>Sau đó David và tôi đã nói chuyện. Và một trong những câu hỏi tôi hỏi anh ấy là anh ấy đã học được gì. "Tôi học được rằng không bao giờ được làm điều đó nữa!" David đùa khi kể lại câu chuyện trong bữa tối. "Tôi cũng học được rằng đừng bao giờ cho rằng điều gì đó là đúng và hãy đặt nhiều câu hỏi hơn."</w:t>
      </w:r>
    </w:p>
    <w:p>
      <w:pPr>
        <w:spacing w:after="80"/>
      </w:pPr>
      <w:r>
        <w:rPr>
          <w:b w:val="0"/>
          <w:i w:val="0"/>
        </w:rPr>
        <w:t>Một thành viên mới hơn trong đội của tôi, Audrey Moralez, nói trong bữa tối về việc cô ấy đã học được bao nhiêu khi được mời đến các cuộc họp kinh doanh và hội nghị rồi được hỏi: "Bạn đã học được gì?"</w:t>
      </w:r>
    </w:p>
    <w:p>
      <w:pPr>
        <w:spacing w:after="80"/>
      </w:pPr>
      <w:r>
        <w:rPr>
          <w:b w:val="0"/>
          <w:i w:val="0"/>
        </w:rPr>
        <w:t>"Lần đầu tiên John hỏi tôi điều này, tôi cảm thấy mình được trân trọng và được bao gồm," Audrey nói. "Nhưng nó cũng khiến tôi có trách nhiệm. Lần tiếp theo John mời tôi đến một sự kiện gì đó, tôi bắt đầu suy nghĩ trước về những gì mình sẽ học được trước cuộc họp. Và tôi bắt đầu đánh giá và suy ngẫm lại những gì mình học được sau đó. Đó là một cách tuyệt vời để phát triển con người."</w:t>
      </w:r>
    </w:p>
    <w:p>
      <w:pPr>
        <w:spacing w:after="80"/>
      </w:pPr>
      <w:r>
        <w:rPr>
          <w:b w:val="0"/>
          <w:i w:val="0"/>
        </w:rPr>
        <w:t>Bất cứ khi nào bạn đặt một câu hỏi mở như thế này, bạn không biết mình sẽ nghe được gì. Những người không có xu hướng học hỏi và phát triển có thể không có nhiều điều để nói, nhưng những người sắc sảo sẽ tỏa sáng. Và họ dạy cho bạn điều gì đó.</w:t>
      </w:r>
    </w:p>
    <w:p>
      <w:pPr>
        <w:pStyle w:val="Heading3"/>
      </w:pPr>
      <w:r>
        <w:rPr>
          <w:rFonts w:ascii="Calibri" w:hAnsi="Calibri"/>
          <w:b/>
          <w:i w:val="0"/>
          <w:sz w:val="26"/>
        </w:rPr>
        <w:t>6. Chúng ta có tạo ra giá trị không?</w:t>
      </w:r>
    </w:p>
    <w:p>
      <w:pPr>
        <w:spacing w:after="80"/>
      </w:pPr>
      <w:r>
        <w:rPr>
          <w:b w:val="0"/>
          <w:i w:val="0"/>
        </w:rPr>
        <w:t>Mục tiêu hằng ngày của tôi là tạo ra giá trị cho người khác. Tôi không chỉ muốn làm cho cuộc sống của gia đình mình tốt đẹp hơn, mà còn muốn khích lệ và ghi nhận người phục vụ ở nhà hàng nơi tôi ăn trưa. Tôi muốn các thành viên trong đội của mình cảm thấy rằng công ty và tôi làm mọi thứ có thể để giúp họ thành công và tiến bộ mỗi ngày. Và tôi cũng muốn khách hàng của chúng tôi cảm thấy rằng chúng tôi đã cải thiện tình hình của họ và giúp họ thành công, mỗi lần chúng tôi tiếp xúc với họ. Mong muốn của tôi trong cuộc sống là tạo ra giá trị cho những nhà lãnh đạo, những người nhân giá trị lên cho người khác. Đó là lý do tôi đặt câu hỏi này.</w:t>
      </w:r>
    </w:p>
    <w:p>
      <w:pPr>
        <w:spacing w:after="80"/>
      </w:pPr>
      <w:r>
        <w:rPr>
          <w:b w:val="0"/>
          <w:i w:val="0"/>
        </w:rPr>
        <w:t>Điều đó không có nghĩa là tôi luôn đạt được mong muốn này. Cách đây không lâu, tại một sự kiện, tôi đang ký tặng sách sau khi phát biểu. Tôi làm việc này suốt, và mục tiêu của tôi là ký tặng từng cuốn sách cho từng người xếp hàng chờ gặp tôi. Tôi bắt tay, mỉm cười chụp ảnh cùng mọi người, và ký hàng trăm—đôi khi hàng nghìn—cuốn sách.</w:t>
      </w:r>
    </w:p>
    <w:p>
      <w:pPr>
        <w:spacing w:after="80"/>
      </w:pPr>
      <w:r>
        <w:rPr>
          <w:b w:val="0"/>
          <w:i w:val="0"/>
        </w:rPr>
        <w:t>Sự kiện cụ thể này không có gì khác thường với tôi. Tuy nhiên, vài ngày sau đó, Linda cho tôi biết về một e-mail mà cô ấy nhận được. Đó là từ một người đàn ông đã xếp hàng dài tại sự kiện và thấy thất vọng với cách tôi đối xử với anh ấy. Anh ấy nói tôi đã cộc lốc và thô lỗ. Chà! Tôi không chỉ không tạo ra giá trị, mà thực ra tôi đã làm giảm giá trị của anh ấy. Tôi cảm thấy vô cùng tồi tệ. Vì vậy tôi nhờ Linda lấy số điện thoại của anh ấy, và tôi gọi điện để xin lỗi.</w:t>
      </w:r>
    </w:p>
    <w:p>
      <w:pPr>
        <w:spacing w:after="80"/>
      </w:pPr>
      <w:r>
        <w:rPr>
          <w:b w:val="0"/>
          <w:i w:val="0"/>
        </w:rPr>
        <w:t>Tôi đã học được từ trải nghiệm đó. Nó giúp tôi làm tốt hơn khi gặp gỡ mọi người và ký tặng sách tại các sự kiện phát biểu. Và mỗi khi tôi quá vội vã và dành cho mọi người quá ít thời gian, Linda lại nhẹ nhàng nhắc tôi chậm lại và kết nối với mọi người, điều mà tôi rất biết ơn.</w:t>
      </w:r>
    </w:p>
    <w:p>
      <w:pPr>
        <w:pStyle w:val="Heading3"/>
      </w:pPr>
      <w:r>
        <w:rPr>
          <w:rFonts w:ascii="Calibri" w:hAnsi="Calibri"/>
          <w:b/>
          <w:i w:val="0"/>
          <w:sz w:val="26"/>
        </w:rPr>
        <w:t>7. Làm thế nào để chúng ta tận dụng tối đa trải nghiệm này?</w:t>
      </w:r>
    </w:p>
    <w:p>
      <w:pPr>
        <w:spacing w:after="80"/>
      </w:pPr>
      <w:r>
        <w:rPr>
          <w:b w:val="0"/>
          <w:i w:val="0"/>
        </w:rPr>
        <w:t>Một trong những mục tiêu trong cuộc sống của tôi là tận dụng tối đa mọi trải nghiệm mình có. Thực tế, "tận dụng tối đa" là một trong năm thế mạnh hàng đầu của tôi, theo StrengthsFinder. Khi chuẩn bị cho một bữa trưa học hỏi, tôi dành nhiều tuần để nghiên cứu và hình thành các câu hỏi của mình. Khi đi nghỉ ở một quốc gia khác, tôi muốn ở vị trí tốt nhất, ăn ở những nhà hàng ngon nhất, tìm hướng dẫn viên giỏi nhất, thăm những thắng cảnh đẹp nhất, và học hỏi càng nhiều càng tốt. Khi công ty tạo ra một sản phẩm hay dịch vụ, tôi muốn làm cho nó tốt nhất có thể và sau đó giúp càng nhiều người càng tốt với nó. Khi tôi thấy một cơ hội kinh doanh, tôi muốn tận dụng nó theo mọi cách có thể. Và tôi muốn các thành viên trong đội của mình cũng làm như vậy.</w:t>
      </w:r>
    </w:p>
    <w:p>
      <w:pPr>
        <w:spacing w:after="80"/>
      </w:pPr>
      <w:r>
        <w:rPr>
          <w:b w:val="0"/>
          <w:i w:val="0"/>
        </w:rPr>
        <w:t>Tại bữa tối của chúng tôi ở Buckhead, Margaret kể câu chuyện về cách tôi tận dụng tối đa các trải nghiệm của mình khi tôi bước sang tuổi sáu mươi vài năm trước. Vài tháng trước sinh nhật tôi, Margaret nói với tôi rằng sẽ khó để cô ấy tổ chức cho tôi bữa tiệc mà cô ấy biết tôi muốn. Sẽ gần như không thể tập hợp tất cả những người tôi muốn mời lại cùng một nơi vào cùng một thời điểm. "Hơn nữa," cô ấy khẳng định, "thật khó để tạo bất ngờ cho anh." Đúng lúc tôi sắp đưa ra năm lý do thuyết phục để cô ấy cứ làm đi, thì cô ấy nói, "Nhưng em có một giải pháp. Tổ chức tiệc cả năm."</w:t>
      </w:r>
    </w:p>
    <w:p>
      <w:pPr>
        <w:spacing w:after="80"/>
      </w:pPr>
      <w:r>
        <w:rPr>
          <w:b w:val="0"/>
          <w:i w:val="0"/>
        </w:rPr>
        <w:t>Ý tưởng hay tuyệt! Và đó là những gì tôi đã làm. Tôi tận dụng tối đa trải nghiệm bước sang tuổi sáu mươi của mình. Tôi dẫn một nhóm đi săn. Tôi dẫn một nhóm khác đi du thuyền. Tôi dẫn một nhóm khác nữa đến xem giải Kentucky Derby. Mỗi tháng tôi tổ chức một bữa tiệc nhỏ để ăn mừng cùng những người tôi yêu quý.</w:t>
      </w:r>
    </w:p>
    <w:p>
      <w:pPr>
        <w:spacing w:after="80"/>
      </w:pPr>
      <w:r>
        <w:rPr>
          <w:b w:val="0"/>
          <w:i w:val="0"/>
        </w:rPr>
        <w:t>Khi chúng tôi nói về sáu mươi lần ăn mừng của tôi, Mark và David nhớ lại chuyến đi chúng tôi đã cùng nhau đến Ireland để chơi golf tại Old Head Golf Links. Chúng tôi đã làm rất nhiều điều tuyệt vời trong chuyến đi đó ngoài chơi golf, bao gồm cả việc đi trực thăng. Nhưng điều tôi thích nhất là ăn tối tại K Club, nơi đội Ryder Cup của Mỹ đã dùng bữa vào năm trước. Tại bữa tối đó, tôi nói với từng thành viên trong nhóm của chúng tôi rằng anh ấy có ý nghĩa gì với tôi và anh ấy đã tạo ra giá trị cho cuộc đời tôi như thế nào. Đến cuối buổi, tất cả chúng tôi đều khóc. Mark nói rằng bữa tối đó là một trong ba trải nghiệm tuyệt vời nhất trong cuộc đời anh ấy. Anh ấy giải thích,</w:t>
      </w:r>
    </w:p>
    <w:p>
      <w:pPr>
        <w:spacing w:after="80"/>
      </w:pPr>
      <w:r>
        <w:rPr>
          <w:b w:val="0"/>
          <w:i w:val="0"/>
        </w:rPr>
        <w:t>Khi ngồi tại bàn với một nhóm nhà lãnh đạo tài ba và thành đạt, tôi cảm thấy choáng ngợp trước việc được ngồi đó là một đặc ân và vinh dự lớn lao đến nhường nào. Chúng tôi vừa chơi golf xong tại một trong những sân golf hàng đầu thế giới và có rất nhiều điều để biết ơn. Rồi John làm một điều mà tôi chưa từng trải qua. Chúng tôi ngồi suốt ba giờ đồng hồ trong khi John đặt những câu hỏi sâu sắc và chu đáo. Khi đêm tiếp diễn, mối quan hệ giữa chúng tôi chỉ càng thêm sâu đậm. Thời gian như ngừng trôi khi John hé lộ một cách thức khác biệt và chân thực để gây ảnh hưởng đến những nhà lãnh đạo cấp cao bằng cách yêu cầu họ chậm lại và suy ngẫm. Những câu hỏi sâu sắc của John giúp chúng tôi gỡ bỏ những rào cản nam tính thường thấy và vẻ ngoài phô trương của người lãnh đạo. Sau đó anh ấy đi quanh bàn và giải thích với từng người chúng tôi lý do tại sao anh ấy mời chúng tôi trong chuyến đi đó. Anh ấy mô tả ảnh hưởng và tác động mà mỗi người tại bàn đã có với anh ấy và giải thích ý nghĩa của từng người đối với anh ấy về mặt cá nhân, nghề nghiệp và quan hệ. Điều đó đưa sự sâu sắc và chân thực lên một tầm cao hoàn toàn mới. Tôi chưa từng thấy John dễ tổn thương và trân trọng đến thế trước đây, và tôi liên hệ điều đó với những câu hỏi đã cho phép mỗi người nói về chính mình khi trả lời.</w:t>
      </w:r>
    </w:p>
    <w:p>
      <w:pPr>
        <w:spacing w:after="80"/>
      </w:pPr>
      <w:r>
        <w:rPr>
          <w:b w:val="0"/>
          <w:i w:val="0"/>
        </w:rPr>
        <w:t>Tôi nghĩ chúng ta thường quá xem nhẹ các cơ hội và trải nghiệm và không tận dụng tối đa chúng. Thật đáng tiếc, bởi vì mọi thứ chúng ta làm cho người khác và mọi trải nghiệm chúng ta có đều chứa đựng rất nhiều tiềm năng. Bằng cách hỏi làm thế nào để tận dụng tối đa các trải nghiệm của mình, chúng ta tận dụng được tối đa chúng. Ít hơn thế thì thực ra chúng ta đang lãng phí những phần trong cuộc đời mình.</w:t>
      </w:r>
    </w:p>
    <w:p>
      <w:pPr>
        <w:spacing w:after="80"/>
        <w:jc w:val="center"/>
      </w:pPr>
      <w:r>
        <w:rPr>
          <w:b/>
          <w:i w:val="0"/>
        </w:rPr>
        <w:t>Bằng cách hỏi làm thế nào để tận dụng tối đa các trải nghiệm của mình, chúng ta tận dụng được tối đa chúng.</w:t>
      </w:r>
    </w:p>
    <w:p>
      <w:pPr>
        <w:pStyle w:val="Heading3"/>
      </w:pPr>
      <w:r>
        <w:rPr>
          <w:rFonts w:ascii="Calibri" w:hAnsi="Calibri"/>
          <w:b/>
          <w:i w:val="0"/>
          <w:sz w:val="26"/>
        </w:rPr>
        <w:t>8. Tôi cần biết điều gì?</w:t>
      </w:r>
    </w:p>
    <w:p>
      <w:pPr>
        <w:spacing w:after="80"/>
      </w:pPr>
      <w:r>
        <w:rPr>
          <w:b w:val="0"/>
          <w:i w:val="0"/>
        </w:rPr>
        <w:t>Trong phần lớn cuộc đời làm lãnh đạo của mình, tôi đã duy trì một nhịp độ rất nhanh. Giờ đây khi tôi sắp bước sang tuổi bảy mươi, khi người khác mong tôi chậm lại, tôi vẫn đang tiến bước để tận dụng tối đa cuộc đời mình khi trí óc tôi vẫn còn minh mẫn và tôi vẫn còn nhiều năng lượng. Tôi muốn kết thúc thật tốt đẹp.</w:t>
      </w:r>
    </w:p>
    <w:p>
      <w:pPr>
        <w:spacing w:after="80"/>
      </w:pPr>
      <w:r>
        <w:rPr>
          <w:b w:val="0"/>
          <w:i w:val="0"/>
        </w:rPr>
        <w:t>Một trong những cách tôi tận dụng tối đa thời gian của mình là hỏi những người quan trọng: "Tôi cần biết điều gì?" Tôi đã làm điều đó với Linda Eggers trong nhiều năm. Tôi đi lại rất nhiều và muốn tìm hiểu từ những người nhạy bén xem điều gì đang diễn ra ở văn phòng. Linda luôn nắm bắt được nhịp đập của mọi thứ đang xảy ra trong công ty. Cô ấy nhận biết được các vấn đề, biết mọi người đang cảm thấy thế nào, và có thể cho tôi biết bầu không khí trong văn phòng ra sao.</w:t>
      </w:r>
    </w:p>
    <w:p>
      <w:pPr>
        <w:spacing w:after="80"/>
      </w:pPr>
      <w:r>
        <w:rPr>
          <w:b w:val="0"/>
          <w:i w:val="0"/>
        </w:rPr>
        <w:t>Tôi thường hỏi: "Tôi cần biết những gì?" mỗi khi chuẩn bị bước vào một cuộc họp hay tham gia một cuộc gọi điện thoại. Câu hỏi này mời gọi thành viên trong nhóm cho tôi cái nhìn tổng quan về tình hình, cung cấp những thông tin quan trọng, và sắp xếp ưu tiên những gì họ cho là quan trọng nhất. Đôi khi tôi sẽ hỏi câu này với nhiều người khác nhau trước một cuộc họp quan trọng. Ví dụ, trước cuộc họp với nhà xuất bản của mình, tôi có thể hỏi Mark Cole để nghe về các ưu tiên của công ty, hỏi các đại lý của tôi là Sealy và Matt Yates để biết ngành đang diễn ra thế nào, hỏi Charlie Wetzel để lấy ý tưởng về nội dung sách, và hỏi Linda Eggers để cập nhật thông tin liên lạc và các thông tin khác. Chuyên môn, số năm kinh nghiệm và số giờ làm việc trong lĩnh vực của mỗi người giúp tôi ở trạng thái tốt nhất vì lợi ích của cả nhóm. Tôi luôn giả định rằng người khác biết điều gì đó quan trọng mà tôi không biết, điều sẽ giúp tôi lãnh đạo và ra quyết định hiệu quả hơn.</w:t>
      </w:r>
    </w:p>
    <w:p>
      <w:pPr>
        <w:spacing w:after="80"/>
      </w:pPr>
      <w:r>
        <w:rPr>
          <w:b w:val="0"/>
          <w:i w:val="0"/>
        </w:rPr>
        <w:t>Cho đến nay, người mà tôi hỏi câu này nhiều nhất ở giai đoạn này của cuộc đời chính là Mark Cole. Thực tế, sau cuộc gặp của chúng tôi ở bữa tối, Mark đã cảm thấy mạnh mẽ đến mức viết một email về câu hỏi này gửi cho chúng tôi. Anh ấy viết,</w:t>
      </w:r>
    </w:p>
    <w:p>
      <w:pPr>
        <w:spacing w:after="80"/>
      </w:pPr>
      <w:r>
        <w:rPr>
          <w:b w:val="0"/>
          <w:i w:val="0"/>
        </w:rPr>
        <w:t>John hỏi tôi câu này thường xuyên khi chúng tôi đã không nói chuyện với nhau vài ngày. Anh ấy cũng hỏi sau khi một thương vụ hay quyết định kinh doanh quan trọng đã được đưa ra. Anh ấy muốn tôi cho anh ấy cái nhìn từ trên cao 30.000 feet về tất cả các công ty của anh ấy, và anh ấy chỉ đào sâu vào nơi anh ấy muốn thêm thông tin. Yêu cầu báo cáo tóm tắt này cho phép John giữ tập trung vào việc làm những điều chỉ anh ấy mới làm được, mà vẫn có được cái nhìn tổng quan hay tóm tắt về những gì đang diễn ra ở tất cả các công ty và tổ chức của anh ấy dưới dạng tổng hợp nhanh gọn. Nó cũng cho anh ấy biết rằng tôi đang để mắt tới những gì thực sự quan trọng.</w:t>
      </w:r>
    </w:p>
    <w:p>
      <w:pPr>
        <w:spacing w:after="80"/>
      </w:pPr>
      <w:r>
        <w:rPr>
          <w:b w:val="0"/>
          <w:i w:val="0"/>
        </w:rPr>
        <w:t>Khi John hỏi câu này và tôi trả lời, điều đó giúp ích cho anh ấy, nhưng nó cũng làm được rất nhiều điều cho tôi:</w:t>
      </w:r>
    </w:p>
    <w:p>
      <w:pPr>
        <w:jc w:val="center"/>
      </w:pPr>
      <w:r>
        <w:drawing>
          <wp:inline xmlns:a="http://schemas.openxmlformats.org/drawingml/2006/main" xmlns:pic="http://schemas.openxmlformats.org/drawingml/2006/picture">
            <wp:extent cx="142875" cy="85725"/>
            <wp:docPr id="10" name="Picture 10"/>
            <wp:cNvGraphicFramePr>
              <a:graphicFrameLocks noChangeAspect="1"/>
            </wp:cNvGraphicFramePr>
            <a:graphic>
              <a:graphicData uri="http://schemas.openxmlformats.org/drawingml/2006/picture">
                <pic:pic>
                  <pic:nvPicPr>
                    <pic:cNvPr id="0" name="00005.jpeg"/>
                    <pic:cNvPicPr/>
                  </pic:nvPicPr>
                  <pic:blipFill>
                    <a:blip r:embed="rId13"/>
                    <a:stretch>
                      <a:fillRect/>
                    </a:stretch>
                  </pic:blipFill>
                  <pic:spPr>
                    <a:xfrm>
                      <a:off x="0" y="0"/>
                      <a:ext cx="142875" cy="85725"/>
                    </a:xfrm>
                    <a:prstGeom prst="rect"/>
                  </pic:spPr>
                </pic:pic>
              </a:graphicData>
            </a:graphic>
          </wp:inline>
        </w:drawing>
      </w:r>
    </w:p>
    <w:p>
      <w:pPr>
        <w:spacing w:after="80"/>
      </w:pPr>
      <w:r>
        <w:rPr>
          <w:b w:val="0"/>
          <w:i w:val="0"/>
        </w:rPr>
        <w:t>Nó khiến tôi luôn chuẩn bị sẵn sàng bằng cách suy nghĩ thấu đáo về những điều lớn lao mà John muốn và cần biết.</w:t>
      </w:r>
    </w:p>
    <w:p>
      <w:pPr>
        <w:jc w:val="center"/>
      </w:pPr>
      <w:r>
        <w:drawing>
          <wp:inline xmlns:a="http://schemas.openxmlformats.org/drawingml/2006/main" xmlns:pic="http://schemas.openxmlformats.org/drawingml/2006/picture">
            <wp:extent cx="142875" cy="85725"/>
            <wp:docPr id="11" name="Picture 11"/>
            <wp:cNvGraphicFramePr>
              <a:graphicFrameLocks noChangeAspect="1"/>
            </wp:cNvGraphicFramePr>
            <a:graphic>
              <a:graphicData uri="http://schemas.openxmlformats.org/drawingml/2006/picture">
                <pic:pic>
                  <pic:nvPicPr>
                    <pic:cNvPr id="0" name="00005.jpeg"/>
                    <pic:cNvPicPr/>
                  </pic:nvPicPr>
                  <pic:blipFill>
                    <a:blip r:embed="rId13"/>
                    <a:stretch>
                      <a:fillRect/>
                    </a:stretch>
                  </pic:blipFill>
                  <pic:spPr>
                    <a:xfrm>
                      <a:off x="0" y="0"/>
                      <a:ext cx="142875" cy="85725"/>
                    </a:xfrm>
                    <a:prstGeom prst="rect"/>
                  </pic:spPr>
                </pic:pic>
              </a:graphicData>
            </a:graphic>
          </wp:inline>
        </w:drawing>
      </w:r>
    </w:p>
    <w:p>
      <w:pPr>
        <w:spacing w:after="80"/>
      </w:pPr>
      <w:r>
        <w:rPr>
          <w:b w:val="0"/>
          <w:i w:val="0"/>
        </w:rPr>
        <w:t>Nó khiến tôi nói ngắn gọn và cụ thể về những gì quan trọng với tôi.</w:t>
      </w:r>
    </w:p>
    <w:p>
      <w:pPr>
        <w:jc w:val="center"/>
      </w:pPr>
      <w:r>
        <w:drawing>
          <wp:inline xmlns:a="http://schemas.openxmlformats.org/drawingml/2006/main" xmlns:pic="http://schemas.openxmlformats.org/drawingml/2006/picture">
            <wp:extent cx="142875" cy="85725"/>
            <wp:docPr id="12" name="Picture 12"/>
            <wp:cNvGraphicFramePr>
              <a:graphicFrameLocks noChangeAspect="1"/>
            </wp:cNvGraphicFramePr>
            <a:graphic>
              <a:graphicData uri="http://schemas.openxmlformats.org/drawingml/2006/picture">
                <pic:pic>
                  <pic:nvPicPr>
                    <pic:cNvPr id="0" name="00005.jpeg"/>
                    <pic:cNvPicPr/>
                  </pic:nvPicPr>
                  <pic:blipFill>
                    <a:blip r:embed="rId13"/>
                    <a:stretch>
                      <a:fillRect/>
                    </a:stretch>
                  </pic:blipFill>
                  <pic:spPr>
                    <a:xfrm>
                      <a:off x="0" y="0"/>
                      <a:ext cx="142875" cy="85725"/>
                    </a:xfrm>
                    <a:prstGeom prst="rect"/>
                  </pic:spPr>
                </pic:pic>
              </a:graphicData>
            </a:graphic>
          </wp:inline>
        </w:drawing>
      </w:r>
    </w:p>
    <w:p>
      <w:pPr>
        <w:spacing w:after="80"/>
      </w:pPr>
      <w:r>
        <w:rPr>
          <w:b w:val="0"/>
          <w:i w:val="0"/>
        </w:rPr>
        <w:t>Nó cho tôi một góc nhìn theo thời gian về những gì quan trọng nhất với John. Khi anh ấy hỏi về điều gì đó mà tôi không đưa vào bản cập nhật, tôi hiểu thêm về những gì quan trọng với anh ấy.</w:t>
      </w:r>
    </w:p>
    <w:p>
      <w:pPr>
        <w:jc w:val="center"/>
      </w:pPr>
      <w:r>
        <w:drawing>
          <wp:inline xmlns:a="http://schemas.openxmlformats.org/drawingml/2006/main" xmlns:pic="http://schemas.openxmlformats.org/drawingml/2006/picture">
            <wp:extent cx="142875" cy="85725"/>
            <wp:docPr id="13" name="Picture 13"/>
            <wp:cNvGraphicFramePr>
              <a:graphicFrameLocks noChangeAspect="1"/>
            </wp:cNvGraphicFramePr>
            <a:graphic>
              <a:graphicData uri="http://schemas.openxmlformats.org/drawingml/2006/picture">
                <pic:pic>
                  <pic:nvPicPr>
                    <pic:cNvPr id="0" name="00005.jpeg"/>
                    <pic:cNvPicPr/>
                  </pic:nvPicPr>
                  <pic:blipFill>
                    <a:blip r:embed="rId13"/>
                    <a:stretch>
                      <a:fillRect/>
                    </a:stretch>
                  </pic:blipFill>
                  <pic:spPr>
                    <a:xfrm>
                      <a:off x="0" y="0"/>
                      <a:ext cx="142875" cy="85725"/>
                    </a:xfrm>
                    <a:prstGeom prst="rect"/>
                  </pic:spPr>
                </pic:pic>
              </a:graphicData>
            </a:graphic>
          </wp:inline>
        </w:drawing>
      </w:r>
    </w:p>
    <w:p>
      <w:pPr>
        <w:spacing w:after="80"/>
      </w:pPr>
      <w:r>
        <w:rPr>
          <w:b w:val="0"/>
          <w:i w:val="0"/>
        </w:rPr>
        <w:t>Nó cho tôi cơ hội bày tỏ những thách thức của mình và nhận được ý kiến cùng quan điểm của anh ấy về điều đó, thường giúp tôi nhìn ra bức tranh lớn hơn.</w:t>
      </w:r>
    </w:p>
    <w:p>
      <w:pPr>
        <w:jc w:val="center"/>
      </w:pPr>
      <w:r>
        <w:drawing>
          <wp:inline xmlns:a="http://schemas.openxmlformats.org/drawingml/2006/main" xmlns:pic="http://schemas.openxmlformats.org/drawingml/2006/picture">
            <wp:extent cx="142875" cy="85725"/>
            <wp:docPr id="14" name="Picture 14"/>
            <wp:cNvGraphicFramePr>
              <a:graphicFrameLocks noChangeAspect="1"/>
            </wp:cNvGraphicFramePr>
            <a:graphic>
              <a:graphicData uri="http://schemas.openxmlformats.org/drawingml/2006/picture">
                <pic:pic>
                  <pic:nvPicPr>
                    <pic:cNvPr id="0" name="00005.jpeg"/>
                    <pic:cNvPicPr/>
                  </pic:nvPicPr>
                  <pic:blipFill>
                    <a:blip r:embed="rId13"/>
                    <a:stretch>
                      <a:fillRect/>
                    </a:stretch>
                  </pic:blipFill>
                  <pic:spPr>
                    <a:xfrm>
                      <a:off x="0" y="0"/>
                      <a:ext cx="142875" cy="85725"/>
                    </a:xfrm>
                    <a:prstGeom prst="rect"/>
                  </pic:spPr>
                </pic:pic>
              </a:graphicData>
            </a:graphic>
          </wp:inline>
        </w:drawing>
      </w:r>
    </w:p>
    <w:p>
      <w:pPr>
        <w:spacing w:after="80"/>
      </w:pPr>
      <w:r>
        <w:rPr>
          <w:b w:val="0"/>
          <w:i w:val="0"/>
        </w:rPr>
        <w:t>Nó trấn an tôi rằng tôi có thể tiếp cận được với người lãnh đạo của mình và anh ấy đang ủng hộ tôi.</w:t>
      </w:r>
    </w:p>
    <w:p>
      <w:pPr>
        <w:spacing w:after="80"/>
      </w:pPr>
      <w:r>
        <w:rPr>
          <w:b w:val="0"/>
          <w:i w:val="0"/>
        </w:rPr>
        <w:t>Gần đây, John gọi cho tôi và hỏi: "Tôi cần biết những gì?" Anh ấy đang đi công tác và không nắm được tình hình, nên tôi điểm qua những điểm chính nhưng cũng kể cho anh ấy nghe về một số thách thức vận hành mà một trong các công ty của anh ấy đang gặp phải. Tôi không muốn nói với anh ấy, nhưng tôi đã nói. Anh ấy thấy bực bội vì điều đó, nói với tôi như vậy, và truyền đạt rằng tôi cần giải quyết nó. Nhưng anh ấy cũng cảm ơn tôi vì đã nói với anh ấy và trấn an tôi rằng anh ấy thà nghe về điều đó từ tôi trước tiên, để anh ấy được chuẩn bị khi người khác kể cho anh ấy nghe về nó.</w:t>
      </w:r>
    </w:p>
    <w:p>
      <w:pPr>
        <w:spacing w:after="80"/>
      </w:pPr>
      <w:r>
        <w:rPr>
          <w:b w:val="0"/>
          <w:i w:val="0"/>
        </w:rPr>
        <w:t>Điểm mấu chốt là câu hỏi này trao quyền cho tôi nhiều hơn bất cứ điều gì khác mà John làm cho tôi hoặc cùng với tôi. Nó giúp tôi ngẩng đầu lên khỏi đám cỏ dại, cho tôi góc nhìn, và khiến tôi trở thành một nhà lãnh đạo tốt hơn!</w:t>
      </w:r>
    </w:p>
    <w:p>
      <w:pPr>
        <w:spacing w:after="80"/>
      </w:pPr>
      <w:r>
        <w:rPr>
          <w:b w:val="0"/>
          <w:i w:val="0"/>
        </w:rPr>
        <w:t>Những câu hỏi đúng đắn được hỏi đúng người không chỉ giúp bạn mà còn giúp cả họ. Mark là một nhà lãnh đạo rất vững vàng, và vì lý do đó anh ấy luôn nói với tôi sự thật. Anh ấy không sợ nói với tôi tin xấu hay nói với tôi rằng anh ấy không hiểu điều gì đó. Và vì những lý do đó, anh ấy không ngừng phát triển, và tôi thích làm việc với anh ấy.</w:t>
      </w:r>
    </w:p>
    <w:p>
      <w:pPr>
        <w:pStyle w:val="Heading3"/>
      </w:pPr>
      <w:r>
        <w:rPr>
          <w:rFonts w:ascii="Calibri" w:hAnsi="Calibri"/>
          <w:b/>
          <w:i w:val="0"/>
          <w:sz w:val="26"/>
        </w:rPr>
        <w:t>9. Làm thế nào để chúng ta tận dụng tối đa cơ hội này?</w:t>
      </w:r>
    </w:p>
    <w:p>
      <w:pPr>
        <w:spacing w:after="80"/>
      </w:pPr>
      <w:r>
        <w:rPr>
          <w:b w:val="0"/>
          <w:i w:val="0"/>
        </w:rPr>
        <w:t xml:space="preserve">Tôi có bản chất khởi nghiệp. Tôi thích các lựa chọn. Tôi tìm kiếm cơ hội. Và khi tìm thấy chúng, tôi luôn muốn tận dụng tối đa. Tại sao? Như tôi đã nói, tôi là người tối đa hóa. Nhưng còn có điều gì đó hơn thế. Cánh cửa đến một cơ hội thường đến từ một cơ hội khác. Nếu bạn theo đuổi một cơ hội, nó gần như luôn dẫn đến những cơ hội khác. Những người chờ đợi </w:t>
      </w:r>
      <w:r>
        <w:rPr>
          <w:b w:val="0"/>
          <w:i/>
        </w:rPr>
        <w:t>một</w:t>
      </w:r>
      <w:r>
        <w:rPr>
          <w:b w:val="0"/>
          <w:i w:val="0"/>
        </w:rPr>
        <w:t xml:space="preserve"> cơ hội tuyệt vời thường cứ chờ mãi. Cách để tìm thấy những cơ hội tốt nhất là theo đuổi cơ hội đang ở ngay trước mắt.</w:t>
      </w:r>
    </w:p>
    <w:p>
      <w:pPr>
        <w:spacing w:after="80"/>
      </w:pPr>
      <w:r>
        <w:rPr>
          <w:b w:val="0"/>
          <w:i w:val="0"/>
        </w:rPr>
        <w:t xml:space="preserve">Tôi đã đề cập đến việc John Maxwell Team ra đời như thế nào và cách chúng tôi tạo ra The John Maxwell Company. Tôi có thể thấy rằng việc khởi động cả hai tổ chức này sẽ tạo ra nhiều cơ hội, nhưng nó đã dẫn đến nhiều hơn tôi tưởng tượng. Paul Martinelli, chủ tịch của John Maxwell Team, là một trong những người giỏi nhất mà tôi từng biết trong việc tận dụng tối đa cơ hội. Anh ấy liên tục tìm cách để tìm và đào tạo thêm nhiều huấn luyện viên, và anh ấy liên tục khám phá ra những cách để nâng cao quy trình chuẩn bị của họ. Ví dụ, gần đây tôi đã nói với một khán giả về việc tôi đã thấy bao nhiêu bài học lãnh đạo trong bộ phim </w:t>
      </w:r>
      <w:r>
        <w:rPr>
          <w:b w:val="0"/>
          <w:i/>
        </w:rPr>
        <w:t>Lincoln</w:t>
      </w:r>
      <w:r>
        <w:rPr>
          <w:b w:val="0"/>
          <w:i w:val="0"/>
        </w:rPr>
        <w:t xml:space="preserve"> của Steven Spielberg, và tôi muốn dạy những bài học đó cho người khác bằng cách sử dụng bộ phim đến nhường nào. Khi tôi bước xuống khỏi sân khấu, Paul đã có sẵn một kế hoạch để tôi dạy nó cho các huấn luyện viên chọn tham dự sự kiện đào tạo lần nữa. Và khi tôi làm vậy, đó là một trải nghiệm tuyệt vời cho những huấn luyện viên đó.</w:t>
      </w:r>
    </w:p>
    <w:p>
      <w:pPr>
        <w:spacing w:after="80"/>
      </w:pPr>
      <w:r>
        <w:rPr>
          <w:b w:val="0"/>
          <w:i w:val="0"/>
        </w:rPr>
        <w:t>Kinh nghiệm đào tạo các huấn luyện viên đã thôi thúc tôi tìm những cách khác để tối đa hóa cơ hội. Gần đây tôi đã chọn ba huấn luyện viên để đầu tư vào họ để họ có thể hợp tác với The John Maxwell Company theo đuổi những cơ hội khác. Và tôi tin rằng những huấn luyện viên khác có thể làm điều tương tự trong tương lai. Và kinh nghiệm của tôi trong các cuộc gọi huấn luyện với bốn nghìn huấn luyện viên của John Maxwell Team đã khiến tôi muốn thực hiện việc huấn luyện ưu tú với hai nhóm nhỏ nhà lãnh đạo khác, mà chúng tôi gọi là Circle và Table.</w:t>
      </w:r>
    </w:p>
    <w:p>
      <w:pPr>
        <w:spacing w:after="80"/>
      </w:pPr>
      <w:r>
        <w:rPr>
          <w:b w:val="0"/>
          <w:i w:val="0"/>
        </w:rPr>
        <w:t xml:space="preserve">Nếu bạn là một nhà lãnh đạo, bạn không thể </w:t>
      </w:r>
      <w:r>
        <w:rPr>
          <w:b w:val="0"/>
          <w:i/>
        </w:rPr>
        <w:t>không</w:t>
      </w:r>
      <w:r>
        <w:rPr>
          <w:b w:val="0"/>
          <w:i w:val="0"/>
        </w:rPr>
        <w:t xml:space="preserve"> đặt câu hỏi: "Làm thế nào để chúng ta tận dụng tối đa cơ hội này?" Câu hỏi đó có thể dẫn bạn đến những con đường tốt nhất hướng tới ảnh hưởng lớn hơn, đổi mới và lợi nhuận cho đội nhóm và tổ chức của bạn.</w:t>
      </w:r>
    </w:p>
    <w:p>
      <w:pPr>
        <w:pStyle w:val="Heading3"/>
      </w:pPr>
      <w:r>
        <w:rPr>
          <w:rFonts w:ascii="Calibri" w:hAnsi="Calibri"/>
          <w:b/>
          <w:i w:val="0"/>
          <w:sz w:val="26"/>
        </w:rPr>
        <w:t>10. Các con số thế nào?</w:t>
      </w:r>
    </w:p>
    <w:p>
      <w:pPr>
        <w:spacing w:after="80"/>
      </w:pPr>
      <w:r>
        <w:rPr>
          <w:b w:val="0"/>
          <w:i w:val="0"/>
        </w:rPr>
        <w:t>Hầu hết mọi người không biết điều này về tôi, nhưng tôi rất thích các con số và số liệu thống kê. Tôi thích xem xét và phân tích chúng. Bản tính tôi vốn thích cạnh tranh và số liệu thống kê giống như một bảng điểm đối với tôi. Vì vậy, tôi liên tục hỏi các thành viên trong vòng thân cận của mình: "Các con số thế nào?"</w:t>
      </w:r>
    </w:p>
    <w:p>
      <w:pPr>
        <w:spacing w:after="80"/>
      </w:pPr>
      <w:r>
        <w:rPr>
          <w:b w:val="0"/>
          <w:i w:val="0"/>
        </w:rPr>
        <w:t>Tôi muốn biết có bao nhiêu người đã đăng ký tham dự một sự kiện mà công ty chúng tôi sẽ tổ chức. Tôi muốn biết có bao nhiêu người sẽ tham dự một sự kiện mà tôi được mời phát biểu. Tôi muốn biết doanh số của công ty mỗi tháng. Tôi muốn biết EQUIP đang đào tạo bao nhiêu nhà lãnh đạo và họ ở những quốc gia nào. Tôi muốn biết mỗi tháng mỗi cuốn sách của tôi bán được bao nhiêu và tổng doanh số trọn đời của từng cuốn là bao nhiêu. Ngay cả khi tôi không thích những con số đó, tôi vẫn muốn biết chúng. Nó giúp tôi đánh giá mình đang làm tốt đến đâu và hoạch định chiến lược cho tương lai.</w:t>
      </w:r>
    </w:p>
    <w:p>
      <w:pPr>
        <w:spacing w:after="80"/>
      </w:pPr>
      <w:r>
        <w:rPr>
          <w:b w:val="0"/>
          <w:i w:val="0"/>
        </w:rPr>
        <w:t>Tôi đã luôn như vậy. Khi mới bắt đầu sự nghiệp, tôi thường nghiền ngẫm các báo cáo thường niên do tổ chức của mình công bố. Nhưng tôi phải thừa nhận rằng không phải lúc nào tôi cũng thích xem các con số tài chính. Anh trai tôi, Larry, từng khiển trách tôi vì điều đó, bởi vì một nhà lãnh đạo có tầm nhìn và có đội nhóm nhưng không có cách nào để trả lương cho họ sẽ không thể thành công. Nhờ vậy mà tôi trở thành một nhà lãnh đạo giỏi hơn.</w:t>
      </w:r>
    </w:p>
    <w:p>
      <w:pPr>
        <w:spacing w:after="80"/>
      </w:pPr>
      <w:r>
        <w:rPr>
          <w:b w:val="0"/>
          <w:i w:val="0"/>
        </w:rPr>
        <w:t>Mark Cole là người tôi thường hỏi về các con số nhất. Anh ấy có thể cho tôi biết tình hình đang diễn ra tại The John Maxwell Company và EQUIP. Anh ấy biết chúng tôi đang thực hiện những thương vụ mới nào. Mỗi khi tôi hỏi về các con số, anh ấy đều nắm rõ. Và Mark nói rằng điều đó thực sự cũng giúp ích cho anh ấy. Đây là những gì anh ấy chia sẻ về điều đó:</w:t>
      </w:r>
    </w:p>
    <w:p>
      <w:pPr>
        <w:spacing w:after="80"/>
      </w:pPr>
      <w:r>
        <w:rPr>
          <w:b w:val="0"/>
          <w:i w:val="0"/>
        </w:rPr>
        <w:t>Khi John hỏi tôi về các con số, điều đó thực sự có ý nghĩa rất lớn với tôi. Thứ nhất, nó giúp tôi luôn tập trung vào cuộc chơi và giữ tinh thần trách nhiệm. Tôi liên tục nắm bắt các chi tiết để sẵn sàng trao đổi về các con số với ông ấy.</w:t>
      </w:r>
    </w:p>
    <w:p>
      <w:pPr>
        <w:spacing w:after="80"/>
      </w:pPr>
      <w:r>
        <w:rPr>
          <w:b w:val="0"/>
          <w:i w:val="0"/>
        </w:rPr>
        <w:t>Việc ông ấy hỏi về các con số cũng cho tôi thấy rằng dù vai trò của chúng ta trong công ty là gì — từ CEO đến nhân viên tuyến đầu — mọi người đều cần theo dõi các chỉ số hiệu suất.</w:t>
      </w:r>
    </w:p>
    <w:p>
      <w:pPr>
        <w:spacing w:after="80"/>
      </w:pPr>
      <w:r>
        <w:rPr>
          <w:b w:val="0"/>
          <w:i w:val="0"/>
        </w:rPr>
        <w:t>Cuối cùng, nó thúc đẩy tôi mỗi ngày làm việc tốt hơn và trao quyền cho đội nhóm làm việc tốt hơn để mọi người đều thành công và chúng tôi có thể báo cáo tốt với sếp của mình.</w:t>
      </w:r>
    </w:p>
    <w:p>
      <w:pPr>
        <w:spacing w:after="80"/>
      </w:pPr>
      <w:r>
        <w:rPr>
          <w:b w:val="0"/>
          <w:i w:val="0"/>
        </w:rPr>
        <w:t>Các con số rất quan trọng. Chúng kể một câu chuyện. Chúng cho bạn biết tỷ số là bao nhiêu. Chúng chỉ cho bạn nơi bạn đang thắng và nơi bạn đang thua để bạn có thể điều chỉnh. Chúng cho thấy xu hướng. Chúng tiết lộ điểm yếu. Chúng là bằng chứng hữu hình về việc bạn đang làm tốt đến đâu.</w:t>
      </w:r>
    </w:p>
    <w:p>
      <w:pPr>
        <w:pStyle w:val="Heading3"/>
      </w:pPr>
      <w:r>
        <w:rPr>
          <w:rFonts w:ascii="Calibri" w:hAnsi="Calibri"/>
          <w:b/>
          <w:i w:val="0"/>
          <w:sz w:val="26"/>
        </w:rPr>
        <w:t>Bạn cần biết những con số nào?</w:t>
      </w:r>
    </w:p>
    <w:p>
      <w:pPr>
        <w:spacing w:after="80"/>
      </w:pPr>
      <w:r>
        <w:rPr>
          <w:b w:val="0"/>
          <w:i w:val="0"/>
        </w:rPr>
        <w:t>Nếu bạn là một nhà lãnh đạo, có những con số quan trọng đối với sự thành công của đội nhóm và tổ chức của bạn. Bạn đã xác định được chúng chưa? Hãy trao đổi với các thành viên trong nhóm. Nếu bạn làm việc cho người khác, hãy hỏi họ. Hãy tìm ra những con số nào quan trọng và bạn cần được cập nhật chúng bao lâu một lần. Sau đó, hãy biến nó thành một phần trong kỷ luật thường xuyên của bạn để…</w:t>
      </w:r>
    </w:p>
    <w:p>
      <w:pPr>
        <w:spacing w:after="80"/>
      </w:pPr>
      <w:r>
        <w:rPr>
          <w:b w:val="0"/>
          <w:i w:val="0"/>
        </w:rPr>
        <w:t>Xem xét các con số.</w:t>
      </w:r>
    </w:p>
    <w:p>
      <w:pPr>
        <w:spacing w:after="80"/>
      </w:pPr>
      <w:r>
        <w:rPr>
          <w:b w:val="0"/>
          <w:i w:val="0"/>
        </w:rPr>
        <w:t>Đánh giá nơi bạn đang thành công và nơi bạn còn thiếu sót.</w:t>
      </w:r>
    </w:p>
    <w:p>
      <w:pPr>
        <w:spacing w:after="80"/>
      </w:pPr>
      <w:r>
        <w:rPr>
          <w:b w:val="0"/>
          <w:i w:val="0"/>
        </w:rPr>
        <w:t>Thực hiện những thay đổi để cải thiện bản thân, đội nhóm và tổ chức của bạn.</w:t>
      </w:r>
    </w:p>
    <w:p>
      <w:pPr>
        <w:spacing w:after="80"/>
      </w:pPr>
      <w:r>
        <w:rPr>
          <w:b w:val="0"/>
          <w:i w:val="0"/>
        </w:rPr>
        <w:t>Nếu bạn chưa làm điều này, nó sẽ cải thiện khả năng lãnh đạo của bạn một cách đáng kể.</w:t>
      </w:r>
    </w:p>
    <w:p>
      <w:pPr>
        <w:pStyle w:val="Heading3"/>
      </w:pPr>
      <w:r>
        <w:rPr>
          <w:rFonts w:ascii="Calibri" w:hAnsi="Calibri"/>
          <w:b/>
          <w:i w:val="0"/>
          <w:sz w:val="26"/>
        </w:rPr>
        <w:t>11. Tôi đang thiếu điều gì?</w:t>
      </w:r>
    </w:p>
    <w:p>
      <w:pPr>
        <w:spacing w:after="80"/>
      </w:pPr>
      <w:r>
        <w:rPr>
          <w:b w:val="0"/>
          <w:i w:val="0"/>
        </w:rPr>
        <w:t>Có một câu hỏi cuối cùng mà tôi thường hay hỏi: "Tôi đang thiếu điều gì?" Thật ra, đó là câu hỏi tôi hỏi thường xuyên nhất, sau câu "Bạn nghĩ sao?" Vì sao ư? Tôi rất ý thức được rằng không phải lúc nào tôi cũng nắm bắt được mọi thứ đang được giải thích cho mình hoặc đang diễn ra xung quanh mình. Đôi khi tôi có thể cảm nhận rằng mọi người trong cuộc trò chuyện dường như đều hiểu được điều gì đó đang được nói ra, nhưng tôi thì vẫn chưa hiểu. Người khác sẵn lòng giúp tôi hiểu cùng một trang nếu tôi chịu mở lời hỏi.</w:t>
      </w:r>
    </w:p>
    <w:p>
      <w:pPr>
        <w:spacing w:after="80"/>
      </w:pPr>
      <w:r>
        <w:rPr>
          <w:b w:val="0"/>
          <w:i w:val="0"/>
        </w:rPr>
        <w:t>Hai trong những cách nhanh nhất để kết nối với người khác là đặt câu hỏi và nhờ giúp đỡ. Hầu hết mọi người đều thực lòng muốn giúp đỡ người khác. Và hầu hết mọi người đều thích được làm chuyên gia trong lĩnh vực của mình và chia sẻ trí tuệ cùng kinh nghiệm của họ. Điều duy nhất khiến những điều này dường như không còn đúng là trong một môi trường không khuyến khích việc đặt những câu hỏi chân thành và lắng nghe những câu trả lời trung thực.</w:t>
      </w:r>
    </w:p>
    <w:p>
      <w:pPr>
        <w:spacing w:after="80"/>
        <w:jc w:val="center"/>
      </w:pPr>
      <w:r>
        <w:rPr>
          <w:b/>
          <w:i w:val="0"/>
        </w:rPr>
        <w:t>Hai trong những cách nhanh nhất để kết nối với người khác là đặt câu hỏi và nhờ giúp đỡ.</w:t>
      </w:r>
    </w:p>
    <w:p>
      <w:pPr>
        <w:pStyle w:val="Heading3"/>
      </w:pPr>
      <w:r>
        <w:rPr>
          <w:rFonts w:ascii="Calibri" w:hAnsi="Calibri"/>
          <w:b/>
          <w:i w:val="0"/>
          <w:sz w:val="26"/>
        </w:rPr>
        <w:t>Làm thế nào để tạo ra một môi trường coi trọng câu hỏi</w:t>
      </w:r>
    </w:p>
    <w:p>
      <w:pPr>
        <w:spacing w:after="80"/>
      </w:pPr>
      <w:r>
        <w:rPr>
          <w:b w:val="0"/>
          <w:i w:val="0"/>
        </w:rPr>
        <w:t>Tạo ra một môi trường nơi mọi người sẵn lòng đặt câu hỏi và trả lời câu hỏi sẽ dẫn đến tinh thần cao và những kết quả tích cực. Đây là cách bạn có thể làm điều đó:</w:t>
      </w:r>
    </w:p>
    <w:p>
      <w:pPr>
        <w:spacing w:after="80"/>
        <w:ind w:left="360"/>
      </w:pPr>
      <w:r>
        <w:t xml:space="preserve">• </w:t>
      </w:r>
      <w:r>
        <w:rPr>
          <w:b/>
          <w:i w:val="0"/>
        </w:rPr>
        <w:t>Coi trọng từng thành viên trong nhóm:</w:t>
      </w:r>
      <w:r>
        <w:rPr>
          <w:b w:val="0"/>
          <w:i w:val="0"/>
        </w:rPr>
        <w:t xml:space="preserve"> Khi các nhà lãnh đạo đặt câu hỏi và thực sự lắng nghe, họ cho thấy rằng họ coi trọng người khác. Sam Walton đã nói: "Hỏi và lắng nghe ý kiến của mọi người có tác động đến họ lớn hơn là nói với họ rằng: 'Làm tốt lắm.'"</w:t>
      </w:r>
    </w:p>
    <w:p>
      <w:pPr>
        <w:spacing w:after="80"/>
        <w:ind w:left="360"/>
      </w:pPr>
      <w:r>
        <w:t xml:space="preserve">• </w:t>
      </w:r>
      <w:r>
        <w:rPr>
          <w:b/>
          <w:i w:val="0"/>
        </w:rPr>
        <w:t>Coi trọng câu hỏi hơn câu trả lời:</w:t>
      </w:r>
      <w:r>
        <w:rPr>
          <w:b w:val="0"/>
          <w:i w:val="0"/>
        </w:rPr>
        <w:t xml:space="preserve"> Nhà tiểu luận Joseph Joubert khẳng định: "Tranh luận một câu hỏi mà không giải quyết được nó thì vẫn tốt hơn là giải quyết một câu hỏi mà không tranh luận về nó." Câu hỏi dẫn đến suy nghĩ và thảo luận. Quá trình thường có giá trị hơn câu trả lời.</w:t>
      </w:r>
    </w:p>
    <w:p>
      <w:pPr>
        <w:spacing w:after="80"/>
        <w:ind w:left="360"/>
      </w:pPr>
      <w:r>
        <w:t xml:space="preserve">• </w:t>
      </w:r>
      <w:r>
        <w:rPr>
          <w:b/>
          <w:i w:val="0"/>
        </w:rPr>
        <w:t>Coi trọng tiềm năng của nhóm bạn:</w:t>
      </w:r>
      <w:r>
        <w:rPr>
          <w:b w:val="0"/>
          <w:i w:val="0"/>
        </w:rPr>
        <w:t xml:space="preserve"> Khi tôi ngồi với nhóm của mình, việc đầu tiên tôi làm là loại bỏ quyền lực theo chức vụ và sự phân chia cấp bậc. Tôi coi trọng sự đóng góp hơn nhiều so với chức danh hay thâm niên.</w:t>
      </w:r>
    </w:p>
    <w:p>
      <w:pPr>
        <w:spacing w:after="80"/>
        <w:ind w:left="360"/>
      </w:pPr>
      <w:r>
        <w:t xml:space="preserve">• </w:t>
      </w:r>
      <w:r>
        <w:rPr>
          <w:b/>
          <w:i w:val="0"/>
        </w:rPr>
        <w:t>Coi trọng việc hoàn thiện một ý tưởng hay:</w:t>
      </w:r>
      <w:r>
        <w:rPr>
          <w:b w:val="0"/>
          <w:i w:val="0"/>
        </w:rPr>
        <w:t xml:space="preserve"> Những ý tưởng tuyệt vời là kết quả của việc ghép nhiều ý tưởng hay lại với nhau. Hãy để mọi người trong cuộc biết rằng ý tưởng tốt nhất sẽ là ý tưởng mà chúng ta đón nhận.</w:t>
      </w:r>
    </w:p>
    <w:p>
      <w:pPr>
        <w:spacing w:after="80"/>
      </w:pPr>
      <w:r>
        <w:rPr>
          <w:b w:val="0"/>
          <w:i w:val="0"/>
        </w:rPr>
        <w:t>Tác giả C. S. Lewis đã nói: "Điều tốt nhất tiếp theo sau việc bản thân trở nên khôn ngoan là được sống trong vòng tròn những người khôn ngoan." Bạn có thể làm được điều đó bằng cách tạo ra một môi trường tích cực cho những câu hỏi.</w:t>
      </w:r>
    </w:p>
    <w:p>
      <w:pPr>
        <w:spacing w:after="80"/>
      </w:pPr>
      <w:r>
        <w:rPr>
          <w:b w:val="0"/>
          <w:i w:val="0"/>
        </w:rPr>
        <w:t>Một trong những niềm vui lớn nhất của tôi là các thành viên trong vòng tròn thân cận của tôi đã tiếp nhận thực hành đặt câu hỏi này và bắt đầu áp dụng nó với gia đình của họ. David Hoyt kể với tôi rằng gần đây anh ấy đã đưa con gái Gracie đi chuyến du lịch đến Tây Ban Nha khi anh ấy đến diễn thuyết cho EQUIP. David không chỉ làm mọi thứ có thể để tối đa hóa trải nghiệm cho con gái bằng cách đưa cô bé đến các nhà thờ lớn, thăm các cung điện, đến bảo tàng, đưa cô bé đi xem một buổi biểu diễn flamenco, và cùng cô bé lang thang khắp thành phố, mà anh ấy còn đặt cho cô bé những câu hỏi sâu sắc khi hai cha con ăn tối cùng nhau.</w:t>
      </w:r>
    </w:p>
    <w:p>
      <w:pPr>
        <w:spacing w:after="80"/>
        <w:jc w:val="center"/>
      </w:pPr>
      <w:r>
        <w:rPr>
          <w:b/>
          <w:i w:val="0"/>
        </w:rPr>
        <w:t>"Hỏi và lắng nghe ý kiến của mọi người có tác động đến họ lớn hơn là nói với họ rằng: 'Làm tốt lắm.'"</w:t>
      </w:r>
    </w:p>
    <w:p>
      <w:pPr>
        <w:spacing w:after="80"/>
        <w:jc w:val="center"/>
      </w:pPr>
      <w:r>
        <w:rPr>
          <w:b/>
          <w:i/>
        </w:rPr>
        <w:t>—Sam Walton</w:t>
      </w:r>
    </w:p>
    <w:p>
      <w:pPr>
        <w:spacing w:after="80"/>
      </w:pPr>
      <w:r>
        <w:rPr>
          <w:b w:val="0"/>
          <w:i w:val="0"/>
        </w:rPr>
        <w:t>Và Mark Cole kể với tôi rằng anh ấy dùng bàn ăn tối của gia đình như một nơi để thường xuyên đặt câu hỏi cho gia đình mình. Anh ấy nói rằng đôi khi những câu hỏi mà anh ấy và vợ đặt ra thật điên rồ và không liên quan, đôi khi lại mang tính chiến lược và có chủ đích. Mark nói: "Những câu hỏi cho phép các con gái của chúng tôi khám phá những chân lý cuộc sống và những giá trị cá nhân. Chúng tôi đặt những câu hỏi khiến chúng tôi mơ ước và những câu hỏi khiến chúng tôi suy ngẫm." Khi Mark gần đây hỏi: "Điều gì mà con thích nhất trong những việc chúng ta làm cùng nhau với tư cách một gia đình?" thì cô con gái bảy tuổi Macy của anh ấy trả lời: "Đặt câu hỏi ở bàn ăn tối ạ!"</w:t>
      </w:r>
    </w:p>
    <w:p>
      <w:pPr>
        <w:pStyle w:val="Heading2"/>
      </w:pPr>
      <w:r>
        <w:rPr>
          <w:rFonts w:ascii="Calibri" w:hAnsi="Calibri"/>
          <w:b/>
          <w:i w:val="0"/>
          <w:sz w:val="32"/>
        </w:rPr>
        <w:t>Khơi sinh những câu hỏi tuyệt vời</w:t>
      </w:r>
    </w:p>
    <w:p>
      <w:pPr>
        <w:spacing w:after="80"/>
      </w:pPr>
      <w:r>
        <w:rPr>
          <w:b w:val="0"/>
          <w:i w:val="0"/>
        </w:rPr>
        <w:t>Buổi tối ăn tối mà tôi dành để hỏi han đội ngũ của mình không có gì lạ lẫm với tôi. Không có gì khiến tôi thích thú hơn là món ăn tuyệt vời đi kèm với những cuộc trò chuyện. Cho tôi một buổi tối cùng bạn bè bàn về những chủ đề thú vị và tôi như ở trên thiên đường. Chìa khóa cho những buổi tối kỳ diệu ấy chính là những câu hỏi hay. Bạn bè tôi biết rằng khi tôi mời họ ăn tối, sẽ có hai thực đơn: một cho món ăn và một cho cuộc trò chuyện của chúng tôi, dưới dạng các câu hỏi. Thường thì khi chúng tôi chuẩn bị đi ăn tối, khách của tôi sẽ hỏi tôi: "John, tối nay có những câu hỏi gì vậy?" Tôi cố gắng không bao giờ làm họ thất vọng.</w:t>
      </w:r>
    </w:p>
    <w:p>
      <w:pPr>
        <w:spacing w:after="80"/>
      </w:pPr>
      <w:r>
        <w:rPr>
          <w:b w:val="0"/>
          <w:i w:val="0"/>
        </w:rPr>
        <w:t>Gần đây Audrey Moralez đã gửi cho tôi một e-mail, trong đó cô ấy viết:</w:t>
      </w:r>
    </w:p>
    <w:p>
      <w:pPr>
        <w:spacing w:after="80"/>
      </w:pPr>
      <w:r>
        <w:rPr>
          <w:b w:val="0"/>
          <w:i w:val="0"/>
        </w:rPr>
        <w:t>Người ta nói rằng Socrates là bà đỡ của những suy nghĩ con người. Tất nhiên, giả định ở đây là con người đang mang thai những ý tưởng và họ đơn giản là không thể tự sinh ra chúng. Họ cần một chút giúp đỡ từ bà đỡ. Thú vị thay, tôi nghĩ đây chính xác là điều mà những người tư duy giỏi nên làm được. Đáng tiếc là nhiều người thông minh lại thiên về học thuật hơn là thực tiễn và quan tâm đến giá trị nội tại hơn là giá trị bên ngoài. Họ dường như tin rằng nếu họ giữ khư khư những suy nghĩ giá trị thì điều đó khiến họ trở nên giá trị hơn. Giá trị bản thân của họ dường như gắn chặt với việc biết nhiều hơn mọi người khác.</w:t>
      </w:r>
    </w:p>
    <w:p>
      <w:pPr>
        <w:spacing w:after="80"/>
      </w:pPr>
      <w:r>
        <w:rPr>
          <w:b w:val="0"/>
          <w:i w:val="0"/>
        </w:rPr>
        <w:t>Điều tôi trân trọng ở anh và các thành viên khác của John Maxwell Company chính là việc ý tưởng hay đến đâu không quan trọng; nếu nó không được sinh ra và bắt đầu tự đứng trên đôi chân của mình mà chạy nhảy, thì đó hoàn toàn không phải là một ý tưởng hay. Những ý tưởng hay phải được chia sẻ, được cải thiện với sự giúp đỡ của những người tư duy giỏi khác, rồi sau đó phải được triển khai và hành động. John, tôi nghĩ về anh như một bà đỡ.</w:t>
      </w:r>
    </w:p>
    <w:p>
      <w:pPr>
        <w:spacing w:after="80"/>
      </w:pPr>
      <w:r>
        <w:rPr>
          <w:b w:val="0"/>
          <w:i w:val="0"/>
        </w:rPr>
        <w:t>Điều Audrey đang mô tả là một môi trường nơi các câu hỏi được coi trọng và những câu trả lời của đội ngũ tạo nên sự khác biệt. Tôi nghĩ đó là điều mà mọi nhà lãnh đạo giỏi đều mong muốn, nếu anh ta sẵn lòng gạt bỏ cái tôi của mình, vượt qua những mặc cảm bất an, và nhận ra rằng chỉ có một đội ngũ cùng làm việc với nhau mới giành được bất cứ thứ gì có giá trị.</w:t>
      </w:r>
    </w:p>
    <w:p>
      <w:pPr>
        <w:spacing w:after="80"/>
      </w:pPr>
      <w:r>
        <w:rPr>
          <w:b w:val="0"/>
          <w:i w:val="0"/>
        </w:rPr>
        <w:t xml:space="preserve">Nếu bạn lãnh đạo một đội ngũ, hãy bắt đầu đặt câu hỏi và </w:t>
      </w:r>
      <w:r>
        <w:rPr>
          <w:b w:val="0"/>
          <w:i/>
        </w:rPr>
        <w:t>thực sự</w:t>
      </w:r>
      <w:r>
        <w:rPr>
          <w:b w:val="0"/>
          <w:i w:val="0"/>
        </w:rPr>
        <w:t xml:space="preserve"> lắng nghe. Hãy bắt đầu coi trọng những đóng góp của đồng đội hơn của chính mình. Và hãy nhớ rằng khi ý tưởng hay nhất chiến thắng, thì cả đội ngũ cũng chiến thắng.</w:t>
      </w:r>
    </w:p>
    <w:p>
      <w:pPr>
        <w:pStyle w:val="Heading1"/>
      </w:pPr>
      <w:r>
        <w:rPr>
          <w:rFonts w:ascii="Calibri" w:hAnsi="Calibri"/>
          <w:b/>
          <w:i w:val="0"/>
          <w:sz w:val="40"/>
        </w:rPr>
        <w:t>PHẦN II</w:t>
      </w:r>
    </w:p>
    <w:p>
      <w:pPr>
        <w:pStyle w:val="Heading1"/>
      </w:pPr>
      <w:r>
        <w:rPr>
          <w:rFonts w:ascii="Calibri" w:hAnsi="Calibri"/>
          <w:b/>
          <w:i w:val="0"/>
          <w:sz w:val="40"/>
        </w:rPr>
        <w:t>Những câu hỏi các nhà lãnh đạo hỏi tôi</w:t>
      </w:r>
    </w:p>
    <w:p>
      <w:pPr>
        <w:pStyle w:val="Heading1"/>
      </w:pPr>
      <w:r>
        <w:rPr>
          <w:rFonts w:ascii="Calibri" w:hAnsi="Calibri"/>
          <w:b/>
          <w:i w:val="0"/>
          <w:sz w:val="40"/>
        </w:rPr>
        <w:t>Những câu hỏi tuyệt vời</w:t>
      </w:r>
    </w:p>
    <w:p>
      <w:pPr>
        <w:spacing w:after="80"/>
      </w:pPr>
      <w:r>
        <w:rPr>
          <w:b w:val="0"/>
          <w:i w:val="0"/>
        </w:rPr>
        <w:t>Tôi tin rằng bạn đang bắt đầu cảm nhận được tầm quan trọng của các câu hỏi đối với những nhà lãnh đạo giỏi. Tôi vẫn chưa gặp một nhà lãnh đạo vĩ đại nào mà lại không đặt ra những câu hỏi sâu sắc và thăm dò. Những nhà lãnh đạo giỏi nhất biết rằng các câu hỏi mở ra cánh cửa cho sự lãnh đạo tốt, thúc đẩy sự cộng tác tuyệt vời, và mang lại tinh thần đồng đội vững chắc.</w:t>
      </w:r>
    </w:p>
    <w:p>
      <w:pPr>
        <w:spacing w:after="80"/>
      </w:pPr>
      <w:r>
        <w:rPr>
          <w:b w:val="0"/>
          <w:i w:val="0"/>
        </w:rPr>
        <w:t>Nếu mục tiêu của bạn là trở thành nhà lãnh đạo giỏi nhất có thể, tôi hy vọng bạn đã đang tự đặt cho mình những câu hỏi khó mà các nhà lãnh đạo phải hỏi để thành công. Và tôi hy vọng bạn đang liên tục đặt ra những câu hỏi chiến lược cho từng thành viên trong đội ngũ của mình. Hãy nhớ rằng, bạn chỉ nhận được câu trả lời cho những câu hỏi mà bạn đặt ra.</w:t>
      </w:r>
    </w:p>
    <w:p>
      <w:pPr>
        <w:spacing w:after="80"/>
      </w:pPr>
      <w:r>
        <w:rPr>
          <w:b w:val="0"/>
          <w:i w:val="0"/>
        </w:rPr>
        <w:t xml:space="preserve">Khi tôi và đội ngũ của mình lần đầu bắt đầu bàn về </w:t>
      </w:r>
      <w:r>
        <w:rPr>
          <w:b w:val="0"/>
          <w:i/>
        </w:rPr>
        <w:t>Good Leaders Ask Great Questions</w:t>
      </w:r>
      <w:r>
        <w:rPr>
          <w:b w:val="0"/>
          <w:i w:val="0"/>
        </w:rPr>
        <w:t>, tôi biết mình muốn giúp bạn trở thành một nhà lãnh đạo giỏi hơn không chỉ bằng cách dạy bạn cách đặt những câu hỏi hay hơn, mà còn bằng cách trả lời một số câu hỏi về lãnh đạo phổ biến và cấp thiết nhất mà tôi thường được hỏi.</w:t>
      </w:r>
    </w:p>
    <w:p>
      <w:pPr>
        <w:spacing w:after="80"/>
      </w:pPr>
      <w:r>
        <w:rPr>
          <w:b w:val="0"/>
          <w:i w:val="0"/>
        </w:rPr>
        <w:t>Như tôi đã đề cập ở phần mở đầu chương một, mọi người tại các hội nghị và sự kiện hỏi tôi câu hỏi suốt ngày. Nhưng tôi muốn mở rộng cánh cửa cho các câu hỏi hơn nữa. Vì vậy tôi đã nhờ Stephanie Wetzel, quản lý mạng xã hội của tôi, thu thập câu hỏi của mọi người qua Twitter, Facebook và blog của tôi. Chúng tôi cũng mời bốn nghìn huấn luyện viên được chứng nhận của John Maxwell Team đặt câu hỏi.</w:t>
      </w:r>
    </w:p>
    <w:p>
      <w:pPr>
        <w:spacing w:after="80"/>
      </w:pPr>
      <w:r>
        <w:rPr>
          <w:b w:val="0"/>
          <w:i w:val="0"/>
        </w:rPr>
        <w:t>Chỉ trong vài ngày, chúng tôi đã nhận được hàng trăm rồi hàng trăm câu hỏi tuyệt vời, từ cơ bản đến phức tạp. Tôi và đội ngũ đã dành nhiều tuần để xem xét, phân loại chúng và chọn ra những câu hỏi hữu ích nhất cho các nhà lãnh đạo. Sau đó tôi bắt tay vào viết các chương bằng cách trả lời từng câu hỏi. Bạn sẽ thấy rằng mỗi chương sau đây bắt đầu bằng một danh sách các câu hỏi được đặt ra về chủ đề đó, theo đúng thứ tự mà chúng được trả lời.</w:t>
      </w:r>
    </w:p>
    <w:p>
      <w:pPr>
        <w:spacing w:after="80"/>
      </w:pPr>
      <w:r>
        <w:rPr>
          <w:b w:val="0"/>
          <w:i w:val="0"/>
        </w:rPr>
        <w:t>Khi đọc, tôi tin rằng bạn sẽ thấy đây là những lời khuyên lãnh đạo thực tiễn và hữu ích nhất mà tôi từng đưa ra. Một số câu trả lời của tôi sẽ khẳng định bản năng lãnh đạo của bạn. Tôi hy vọng nhiều câu trả lời khác sẽ mang đến cho bạn những hiểu biết mới và khuấy động tư duy của bạn. Có thể chúng sẽ thôi thúc bạn bắt đầu tự đặt ra nhiều câu hỏi về lãnh đạo hơn và khám phá những lĩnh vực phát triển mới. Mục tiêu của tôi là khởi động các kỹ năng lãnh đạo của bạn và giúp bạn phát triển tiềm năng lãnh đạo của mình.</w:t>
      </w:r>
    </w:p>
    <w:p>
      <w:pPr>
        <w:pStyle w:val="Heading1"/>
      </w:pPr>
      <w:r>
        <w:rPr>
          <w:rFonts w:ascii="Calibri" w:hAnsi="Calibri"/>
          <w:b/>
          <w:i w:val="0"/>
          <w:sz w:val="40"/>
        </w:rPr>
        <w:t>Một lời cảm ơn đặc biệt</w:t>
      </w:r>
    </w:p>
    <w:p>
      <w:pPr>
        <w:spacing w:after="80"/>
      </w:pPr>
      <w:r>
        <w:rPr>
          <w:b w:val="0"/>
          <w:i w:val="0"/>
        </w:rPr>
        <w:t>Tôi muốn cảm ơn hàng trăm người đã đặt câu hỏi cho cuốn sách này, và đặc biệt là những cá nhân sau đây, những người có câu hỏi tuyệt vời xuất hiện trong các chương tiếp theo. Câu trả lời chỉ hay bằng câu hỏi được đặt ra. Nếu cuốn sách này phục vụ mọi người tốt, đó là nhờ vào chất lượng những câu hỏi của bạn.</w:t>
      </w:r>
    </w:p>
    <w:p>
      <w:pPr>
        <w:spacing w:after="80"/>
      </w:pPr>
      <w:r>
        <w:rPr>
          <w:b w:val="0"/>
          <w:i w:val="0"/>
        </w:rPr>
        <w:t>Farshad Asl*</w:t>
      </w:r>
    </w:p>
    <w:p>
      <w:pPr>
        <w:spacing w:after="80"/>
      </w:pPr>
      <w:r>
        <w:rPr>
          <w:b w:val="0"/>
          <w:i w:val="0"/>
        </w:rPr>
        <w:t>Andrew Axon</w:t>
      </w:r>
    </w:p>
    <w:p>
      <w:pPr>
        <w:spacing w:after="80"/>
      </w:pPr>
      <w:r>
        <w:rPr>
          <w:b w:val="0"/>
          <w:i w:val="0"/>
        </w:rPr>
        <w:t>Rudolf Bakkara</w:t>
      </w:r>
    </w:p>
    <w:p>
      <w:pPr>
        <w:spacing w:after="80"/>
      </w:pPr>
      <w:r>
        <w:rPr>
          <w:b w:val="0"/>
          <w:i w:val="0"/>
        </w:rPr>
        <w:t>John Barrett*</w:t>
      </w:r>
    </w:p>
    <w:p>
      <w:pPr>
        <w:spacing w:after="80"/>
      </w:pPr>
      <w:r>
        <w:rPr>
          <w:b w:val="0"/>
          <w:i w:val="0"/>
        </w:rPr>
        <w:t>Art Barter</w:t>
      </w:r>
    </w:p>
    <w:p>
      <w:pPr>
        <w:spacing w:after="80"/>
      </w:pPr>
      <w:r>
        <w:rPr>
          <w:b w:val="0"/>
          <w:i w:val="0"/>
        </w:rPr>
        <w:t>Betsi Bixby*</w:t>
      </w:r>
    </w:p>
    <w:p>
      <w:pPr>
        <w:spacing w:after="80"/>
      </w:pPr>
      <w:r>
        <w:rPr>
          <w:b w:val="0"/>
          <w:i w:val="0"/>
        </w:rPr>
        <w:t>David Cipura</w:t>
      </w:r>
    </w:p>
    <w:p>
      <w:pPr>
        <w:spacing w:after="80"/>
      </w:pPr>
      <w:r>
        <w:rPr>
          <w:b w:val="0"/>
          <w:i w:val="0"/>
        </w:rPr>
        <w:t>Beckie Cisler</w:t>
      </w:r>
    </w:p>
    <w:p>
      <w:pPr>
        <w:spacing w:after="80"/>
      </w:pPr>
      <w:r>
        <w:rPr>
          <w:b w:val="0"/>
          <w:i w:val="0"/>
        </w:rPr>
        <w:t>Brandon Cockrell</w:t>
      </w:r>
    </w:p>
    <w:p>
      <w:pPr>
        <w:spacing w:after="80"/>
      </w:pPr>
      <w:r>
        <w:rPr>
          <w:b w:val="0"/>
          <w:i w:val="0"/>
        </w:rPr>
        <w:t>Mark Cole</w:t>
      </w:r>
    </w:p>
    <w:p>
      <w:pPr>
        <w:spacing w:after="80"/>
      </w:pPr>
      <w:r>
        <w:rPr>
          <w:b w:val="0"/>
          <w:i w:val="0"/>
        </w:rPr>
        <w:t>Jose Cordova</w:t>
      </w:r>
    </w:p>
    <w:p>
      <w:pPr>
        <w:spacing w:after="80"/>
      </w:pPr>
      <w:r>
        <w:rPr>
          <w:b w:val="0"/>
          <w:i w:val="0"/>
        </w:rPr>
        <w:t>Anthony Coyoy</w:t>
      </w:r>
    </w:p>
    <w:p>
      <w:pPr>
        <w:spacing w:after="80"/>
      </w:pPr>
      <w:r>
        <w:rPr>
          <w:b w:val="0"/>
          <w:i w:val="0"/>
        </w:rPr>
        <w:t>John DeWalle</w:t>
      </w:r>
    </w:p>
    <w:p>
      <w:pPr>
        <w:spacing w:after="80"/>
      </w:pPr>
      <w:r>
        <w:rPr>
          <w:b w:val="0"/>
          <w:i w:val="0"/>
        </w:rPr>
        <w:t>David Emmanuel</w:t>
      </w:r>
    </w:p>
    <w:p>
      <w:pPr>
        <w:spacing w:after="80"/>
      </w:pPr>
      <w:r>
        <w:rPr>
          <w:b w:val="0"/>
          <w:i w:val="0"/>
        </w:rPr>
        <w:t>Andre Finley</w:t>
      </w:r>
    </w:p>
    <w:p>
      <w:pPr>
        <w:spacing w:after="80"/>
      </w:pPr>
      <w:r>
        <w:rPr>
          <w:b w:val="0"/>
          <w:i w:val="0"/>
        </w:rPr>
        <w:t>Aaron Frizzelle</w:t>
      </w:r>
    </w:p>
    <w:p>
      <w:pPr>
        <w:spacing w:after="80"/>
      </w:pPr>
      <w:r>
        <w:rPr>
          <w:b w:val="0"/>
          <w:i w:val="0"/>
        </w:rPr>
        <w:t>Arnulfo Jose Suarez Gaeke</w:t>
      </w:r>
    </w:p>
    <w:p>
      <w:pPr>
        <w:spacing w:after="80"/>
      </w:pPr>
      <w:r>
        <w:rPr>
          <w:b w:val="0"/>
          <w:i w:val="0"/>
        </w:rPr>
        <w:t>Brittany Gardner</w:t>
      </w:r>
    </w:p>
    <w:p>
      <w:pPr>
        <w:spacing w:after="80"/>
      </w:pPr>
      <w:r>
        <w:rPr>
          <w:b w:val="0"/>
          <w:i w:val="0"/>
        </w:rPr>
        <w:t>Suvasish Ghosh</w:t>
      </w:r>
    </w:p>
    <w:p>
      <w:pPr>
        <w:spacing w:after="80"/>
      </w:pPr>
      <w:r>
        <w:rPr>
          <w:b w:val="0"/>
          <w:i w:val="0"/>
        </w:rPr>
        <w:t>George Gomes</w:t>
      </w:r>
    </w:p>
    <w:p>
      <w:pPr>
        <w:spacing w:after="80"/>
      </w:pPr>
      <w:r>
        <w:rPr>
          <w:b w:val="0"/>
          <w:i w:val="0"/>
        </w:rPr>
        <w:t>Ralph Govea</w:t>
      </w:r>
    </w:p>
    <w:p>
      <w:pPr>
        <w:spacing w:after="80"/>
      </w:pPr>
      <w:r>
        <w:rPr>
          <w:b w:val="0"/>
          <w:i w:val="0"/>
        </w:rPr>
        <w:t>Deja Green</w:t>
      </w:r>
    </w:p>
    <w:p>
      <w:pPr>
        <w:spacing w:after="80"/>
      </w:pPr>
      <w:r>
        <w:rPr>
          <w:b w:val="0"/>
          <w:i w:val="0"/>
        </w:rPr>
        <w:t>Virginia Gronley*</w:t>
      </w:r>
    </w:p>
    <w:p>
      <w:pPr>
        <w:spacing w:after="80"/>
      </w:pPr>
      <w:r>
        <w:rPr>
          <w:b w:val="0"/>
          <w:i w:val="0"/>
        </w:rPr>
        <w:t>Charles Grubb</w:t>
      </w:r>
    </w:p>
    <w:p>
      <w:pPr>
        <w:spacing w:after="80"/>
      </w:pPr>
      <w:r>
        <w:rPr>
          <w:b w:val="0"/>
          <w:i w:val="0"/>
        </w:rPr>
        <w:t>Penny Guinnette</w:t>
      </w:r>
    </w:p>
    <w:p>
      <w:pPr>
        <w:spacing w:after="80"/>
      </w:pPr>
      <w:r>
        <w:rPr>
          <w:b w:val="0"/>
          <w:i w:val="0"/>
        </w:rPr>
        <w:t>Dean Haberlock</w:t>
      </w:r>
    </w:p>
    <w:p>
      <w:pPr>
        <w:spacing w:after="80"/>
      </w:pPr>
      <w:r>
        <w:rPr>
          <w:b w:val="0"/>
          <w:i w:val="0"/>
        </w:rPr>
        <w:t>Peter Harding</w:t>
      </w:r>
    </w:p>
    <w:p>
      <w:pPr>
        <w:spacing w:after="80"/>
      </w:pPr>
      <w:r>
        <w:rPr>
          <w:b w:val="0"/>
          <w:i w:val="0"/>
        </w:rPr>
        <w:t>Nathan Hellman</w:t>
      </w:r>
    </w:p>
    <w:p>
      <w:pPr>
        <w:spacing w:after="80"/>
      </w:pPr>
      <w:r>
        <w:rPr>
          <w:b w:val="0"/>
          <w:i w:val="0"/>
        </w:rPr>
        <w:t>Eric Herrick</w:t>
      </w:r>
    </w:p>
    <w:p>
      <w:pPr>
        <w:spacing w:after="80"/>
      </w:pPr>
      <w:r>
        <w:rPr>
          <w:b w:val="0"/>
          <w:i w:val="0"/>
        </w:rPr>
        <w:t>David Igbanoi</w:t>
      </w:r>
    </w:p>
    <w:p>
      <w:pPr>
        <w:spacing w:after="80"/>
      </w:pPr>
      <w:r>
        <w:rPr>
          <w:b w:val="0"/>
          <w:i w:val="0"/>
        </w:rPr>
        <w:t>Loh Jen-Li Jenline</w:t>
      </w:r>
    </w:p>
    <w:p>
      <w:pPr>
        <w:spacing w:after="80"/>
      </w:pPr>
      <w:r>
        <w:rPr>
          <w:b w:val="0"/>
          <w:i w:val="0"/>
        </w:rPr>
        <w:t>Osia Jerry</w:t>
      </w:r>
    </w:p>
    <w:p>
      <w:pPr>
        <w:spacing w:after="80"/>
      </w:pPr>
      <w:r>
        <w:rPr>
          <w:b w:val="0"/>
          <w:i w:val="0"/>
        </w:rPr>
        <w:t>Laura Lambert</w:t>
      </w:r>
    </w:p>
    <w:p>
      <w:pPr>
        <w:spacing w:after="80"/>
      </w:pPr>
      <w:r>
        <w:rPr>
          <w:b w:val="0"/>
          <w:i w:val="0"/>
        </w:rPr>
        <w:t>Rick Lester*</w:t>
      </w:r>
    </w:p>
    <w:p>
      <w:pPr>
        <w:spacing w:after="80"/>
      </w:pPr>
      <w:r>
        <w:rPr>
          <w:b w:val="0"/>
          <w:i w:val="0"/>
        </w:rPr>
        <w:t>Lynette Little</w:t>
      </w:r>
    </w:p>
    <w:p>
      <w:pPr>
        <w:spacing w:after="80"/>
      </w:pPr>
      <w:r>
        <w:rPr>
          <w:b w:val="0"/>
          <w:i w:val="0"/>
        </w:rPr>
        <w:t>Trudy Menke*</w:t>
      </w:r>
    </w:p>
    <w:p>
      <w:pPr>
        <w:spacing w:after="80"/>
      </w:pPr>
      <w:r>
        <w:rPr>
          <w:b w:val="0"/>
          <w:i w:val="0"/>
        </w:rPr>
        <w:t>Benedick Naceno</w:t>
      </w:r>
    </w:p>
    <w:p>
      <w:pPr>
        <w:spacing w:after="80"/>
      </w:pPr>
      <w:r>
        <w:rPr>
          <w:b w:val="0"/>
          <w:i w:val="0"/>
        </w:rPr>
        <w:t>Lusanda Ncapayi</w:t>
      </w:r>
    </w:p>
    <w:p>
      <w:pPr>
        <w:spacing w:after="80"/>
      </w:pPr>
      <w:r>
        <w:rPr>
          <w:b w:val="0"/>
          <w:i w:val="0"/>
        </w:rPr>
        <w:t>Cyril Okeke</w:t>
      </w:r>
    </w:p>
    <w:p>
      <w:pPr>
        <w:spacing w:after="80"/>
      </w:pPr>
      <w:r>
        <w:rPr>
          <w:b w:val="0"/>
          <w:i w:val="0"/>
        </w:rPr>
        <w:t>Rick Olson</w:t>
      </w:r>
    </w:p>
    <w:p>
      <w:pPr>
        <w:spacing w:after="80"/>
      </w:pPr>
      <w:r>
        <w:rPr>
          <w:b w:val="0"/>
          <w:i w:val="0"/>
        </w:rPr>
        <w:t>Jenny Pace</w:t>
      </w:r>
    </w:p>
    <w:p>
      <w:pPr>
        <w:spacing w:after="80"/>
      </w:pPr>
      <w:r>
        <w:rPr>
          <w:b w:val="0"/>
          <w:i w:val="0"/>
        </w:rPr>
        <w:t>Marc Pope</w:t>
      </w:r>
    </w:p>
    <w:p>
      <w:pPr>
        <w:spacing w:after="80"/>
      </w:pPr>
      <w:r>
        <w:rPr>
          <w:b w:val="0"/>
          <w:i w:val="0"/>
        </w:rPr>
        <w:t>Lister Rayner</w:t>
      </w:r>
    </w:p>
    <w:p>
      <w:pPr>
        <w:spacing w:after="80"/>
      </w:pPr>
      <w:r>
        <w:rPr>
          <w:b w:val="0"/>
          <w:i w:val="0"/>
        </w:rPr>
        <w:t>Dan Reiland</w:t>
      </w:r>
    </w:p>
    <w:p>
      <w:pPr>
        <w:spacing w:after="80"/>
      </w:pPr>
      <w:r>
        <w:rPr>
          <w:b w:val="0"/>
          <w:i w:val="0"/>
        </w:rPr>
        <w:t>D. Roberts</w:t>
      </w:r>
    </w:p>
    <w:p>
      <w:pPr>
        <w:spacing w:after="80"/>
      </w:pPr>
      <w:r>
        <w:rPr>
          <w:b w:val="0"/>
          <w:i w:val="0"/>
        </w:rPr>
        <w:t>Lynsey Robinson</w:t>
      </w:r>
    </w:p>
    <w:p>
      <w:pPr>
        <w:spacing w:after="80"/>
      </w:pPr>
      <w:r>
        <w:rPr>
          <w:b w:val="0"/>
          <w:i w:val="0"/>
        </w:rPr>
        <w:t>Monika Patricia Rohr</w:t>
      </w:r>
    </w:p>
    <w:p>
      <w:pPr>
        <w:spacing w:after="80"/>
      </w:pPr>
      <w:r>
        <w:rPr>
          <w:b w:val="0"/>
          <w:i w:val="0"/>
        </w:rPr>
        <w:t>Diane Runge</w:t>
      </w:r>
    </w:p>
    <w:p>
      <w:pPr>
        <w:spacing w:after="80"/>
      </w:pPr>
      <w:r>
        <w:rPr>
          <w:b w:val="0"/>
          <w:i w:val="0"/>
        </w:rPr>
        <w:t>Amine Sahel</w:t>
      </w:r>
    </w:p>
    <w:p>
      <w:pPr>
        <w:spacing w:after="80"/>
      </w:pPr>
      <w:r>
        <w:rPr>
          <w:b w:val="0"/>
          <w:i w:val="0"/>
        </w:rPr>
        <w:t>Vanessa Sanchez*</w:t>
      </w:r>
    </w:p>
    <w:p>
      <w:pPr>
        <w:spacing w:after="80"/>
      </w:pPr>
      <w:r>
        <w:rPr>
          <w:b w:val="0"/>
          <w:i w:val="0"/>
        </w:rPr>
        <w:t>Eileen Schwartz*</w:t>
      </w:r>
    </w:p>
    <w:p>
      <w:pPr>
        <w:spacing w:after="80"/>
      </w:pPr>
      <w:r>
        <w:rPr>
          <w:b w:val="0"/>
          <w:i w:val="0"/>
        </w:rPr>
        <w:t>Israel Silva*</w:t>
      </w:r>
    </w:p>
    <w:p>
      <w:pPr>
        <w:spacing w:after="80"/>
      </w:pPr>
      <w:r>
        <w:rPr>
          <w:b w:val="0"/>
          <w:i w:val="0"/>
        </w:rPr>
        <w:t>Barry Smith*</w:t>
      </w:r>
    </w:p>
    <w:p>
      <w:pPr>
        <w:spacing w:after="80"/>
      </w:pPr>
      <w:r>
        <w:rPr>
          <w:b w:val="0"/>
          <w:i w:val="0"/>
        </w:rPr>
        <w:t>David Specht</w:t>
      </w:r>
    </w:p>
    <w:p>
      <w:pPr>
        <w:spacing w:after="80"/>
      </w:pPr>
      <w:r>
        <w:rPr>
          <w:b w:val="0"/>
          <w:i w:val="0"/>
        </w:rPr>
        <w:t>Sarah Stanley</w:t>
      </w:r>
    </w:p>
    <w:p>
      <w:pPr>
        <w:spacing w:after="80"/>
      </w:pPr>
      <w:r>
        <w:rPr>
          <w:b w:val="0"/>
          <w:i w:val="0"/>
        </w:rPr>
        <w:t>David Stone</w:t>
      </w:r>
    </w:p>
    <w:p>
      <w:pPr>
        <w:spacing w:after="80"/>
      </w:pPr>
      <w:r>
        <w:rPr>
          <w:b w:val="0"/>
          <w:i w:val="0"/>
        </w:rPr>
        <w:t>Timothy Teasdale*</w:t>
      </w:r>
    </w:p>
    <w:p>
      <w:pPr>
        <w:spacing w:after="80"/>
      </w:pPr>
      <w:r>
        <w:rPr>
          <w:b w:val="0"/>
          <w:i w:val="0"/>
        </w:rPr>
        <w:t>Elias Tona</w:t>
      </w:r>
    </w:p>
    <w:p>
      <w:pPr>
        <w:spacing w:after="80"/>
      </w:pPr>
      <w:r>
        <w:rPr>
          <w:b w:val="0"/>
          <w:i w:val="0"/>
        </w:rPr>
        <w:t>Jason Viergutz</w:t>
      </w:r>
    </w:p>
    <w:p>
      <w:pPr>
        <w:spacing w:after="80"/>
      </w:pPr>
      <w:r>
        <w:rPr>
          <w:b w:val="0"/>
          <w:i w:val="0"/>
        </w:rPr>
        <w:t>Mike Walt</w:t>
      </w:r>
    </w:p>
    <w:p>
      <w:pPr>
        <w:spacing w:after="80"/>
      </w:pPr>
      <w:r>
        <w:rPr>
          <w:b w:val="0"/>
          <w:i w:val="0"/>
        </w:rPr>
        <w:t>Misty West</w:t>
      </w:r>
    </w:p>
    <w:p>
      <w:pPr>
        <w:spacing w:after="80"/>
      </w:pPr>
      <w:r>
        <w:rPr>
          <w:b w:val="0"/>
          <w:i w:val="0"/>
        </w:rPr>
        <w:t>Jeff Williams</w:t>
      </w:r>
    </w:p>
    <w:p>
      <w:pPr>
        <w:spacing w:after="80"/>
      </w:pPr>
      <w:r>
        <w:rPr>
          <w:b w:val="0"/>
          <w:i w:val="0"/>
        </w:rPr>
        <w:t>Dale Witherington</w:t>
      </w:r>
    </w:p>
    <w:p>
      <w:pPr>
        <w:spacing w:after="80"/>
      </w:pPr>
      <w:r>
        <w:rPr>
          <w:b w:val="0"/>
          <w:i w:val="0"/>
        </w:rPr>
        <w:t>Fernando Zambrano*</w:t>
      </w:r>
    </w:p>
    <w:p>
      <w:pPr>
        <w:pStyle w:val="Heading3"/>
      </w:pPr>
      <w:r>
        <w:rPr>
          <w:rFonts w:ascii="Calibri" w:hAnsi="Calibri"/>
          <w:b/>
          <w:i w:val="0"/>
          <w:sz w:val="26"/>
        </w:rPr>
        <w:t>Những câu hỏi liên quan đến việc làm sao để con người có thể tự lãnh đạo bản thân một cách thành công</w:t>
      </w:r>
    </w:p>
    <w:p>
      <w:pPr>
        <w:spacing w:after="80"/>
        <w:ind w:left="360"/>
      </w:pPr>
      <w:r>
        <w:t xml:space="preserve">1. </w:t>
      </w:r>
      <w:r>
        <w:rPr>
          <w:b w:val="0"/>
          <w:i w:val="0"/>
        </w:rPr>
        <w:t>Tại sao việc lãnh đạo chính mình lại có vẻ khó khăn hơn lãnh đạo người khác?</w:t>
      </w:r>
    </w:p>
    <w:p>
      <w:pPr>
        <w:spacing w:after="80"/>
        <w:ind w:left="360"/>
      </w:pPr>
      <w:r>
        <w:t xml:space="preserve">2. </w:t>
      </w:r>
      <w:r>
        <w:rPr>
          <w:b w:val="0"/>
          <w:i w:val="0"/>
        </w:rPr>
        <w:t>Điều gì mang lại sự bền vững cho một nhà lãnh đạo?</w:t>
      </w:r>
    </w:p>
    <w:p>
      <w:pPr>
        <w:spacing w:after="80"/>
        <w:ind w:left="360"/>
      </w:pPr>
      <w:r>
        <w:t xml:space="preserve">3. </w:t>
      </w:r>
      <w:r>
        <w:rPr>
          <w:b w:val="0"/>
          <w:i w:val="0"/>
        </w:rPr>
        <w:t>Những giá trị quan trọng nhất đối với một nhà lãnh đạo là gì?</w:t>
      </w:r>
    </w:p>
    <w:p>
      <w:pPr>
        <w:spacing w:after="80"/>
        <w:ind w:left="360"/>
      </w:pPr>
      <w:r>
        <w:t xml:space="preserve">4. </w:t>
      </w:r>
      <w:r>
        <w:rPr>
          <w:b w:val="0"/>
          <w:i w:val="0"/>
        </w:rPr>
        <w:t>Thói quen hằng ngày hiệu quả nhất mà bất kỳ nhà lãnh đạo nào cũng nên xây dựng là gì?</w:t>
      </w:r>
    </w:p>
    <w:p>
      <w:pPr>
        <w:spacing w:after="80"/>
        <w:ind w:left="360"/>
      </w:pPr>
      <w:r>
        <w:t xml:space="preserve">5. </w:t>
      </w:r>
      <w:r>
        <w:rPr>
          <w:b w:val="0"/>
          <w:i w:val="0"/>
        </w:rPr>
        <w:t>Làm thế nào để thay đổi trái tim mình nhằm gia tăng mong muốn mang lại giá trị và phục vụ người khác?</w:t>
      </w:r>
    </w:p>
    <w:p>
      <w:pPr>
        <w:spacing w:after="80"/>
        <w:ind w:left="360"/>
      </w:pPr>
      <w:r>
        <w:t xml:space="preserve">6. </w:t>
      </w:r>
      <w:r>
        <w:rPr>
          <w:b w:val="0"/>
          <w:i w:val="0"/>
        </w:rPr>
        <w:t>Nếu tôi đang đạt được các mục tiêu và gặt hái thành công, tại sao tôi lại phải quan tâm đến việc phát triển bản thân với tư cách một nhà lãnh đạo?</w:t>
      </w:r>
    </w:p>
    <w:p>
      <w:pPr>
        <w:spacing w:after="80"/>
        <w:ind w:left="360"/>
      </w:pPr>
      <w:r>
        <w:t xml:space="preserve">7. </w:t>
      </w:r>
      <w:r>
        <w:rPr>
          <w:b w:val="0"/>
          <w:i w:val="0"/>
        </w:rPr>
        <w:t>Làm thế nào để lãnh đạo với sự khiêm nhường khi trong thế giới doanh nghiệp khắc nghiệt, điều đó bị xem là một điểm yếu?</w:t>
      </w:r>
    </w:p>
    <w:p>
      <w:pPr>
        <w:spacing w:after="80"/>
        <w:ind w:left="360"/>
      </w:pPr>
      <w:r>
        <w:t xml:space="preserve">8. </w:t>
      </w:r>
      <w:r>
        <w:rPr>
          <w:b w:val="0"/>
          <w:i w:val="0"/>
        </w:rPr>
        <w:t>Một nhà lãnh đạo nên minh bạch đến mức nào? Có ổn không khi để đội ngũ biết về những thử thách cá nhân, chẳng hạn như bệnh ung thư?</w:t>
      </w:r>
    </w:p>
    <w:p>
      <w:pPr>
        <w:spacing w:after="80"/>
        <w:ind w:left="360"/>
      </w:pPr>
      <w:r>
        <w:t xml:space="preserve">9. </w:t>
      </w:r>
      <w:r>
        <w:rPr>
          <w:b w:val="0"/>
          <w:i w:val="0"/>
        </w:rPr>
        <w:t>Quá trình lãnh đạo là một hành trình dài — kéo dài cả đời người. Làm sao tôi có thể vượt qua cảm giác cô đơn mà đôi khi tôi vẫn gặp phải?</w:t>
      </w:r>
    </w:p>
    <w:p>
      <w:pPr>
        <w:spacing w:after="80"/>
        <w:ind w:left="360"/>
      </w:pPr>
      <w:r>
        <w:t xml:space="preserve">10. </w:t>
      </w:r>
      <w:r>
        <w:rPr>
          <w:b w:val="0"/>
          <w:i w:val="0"/>
        </w:rPr>
        <w:t>Làm thế nào các nhà lãnh đạo có thể phát triển khả năng "lọc" cảm xúc của mình để đưa ra những quyết định lãnh đạo sáng suốt?</w:t>
      </w:r>
    </w:p>
    <w:p>
      <w:pPr>
        <w:jc w:val="center"/>
      </w:pPr>
      <w:r>
        <w:drawing>
          <wp:inline xmlns:a="http://schemas.openxmlformats.org/drawingml/2006/main" xmlns:pic="http://schemas.openxmlformats.org/drawingml/2006/picture">
            <wp:extent cx="695325" cy="19050"/>
            <wp:docPr id="15" name="Picture 15"/>
            <wp:cNvGraphicFramePr>
              <a:graphicFrameLocks noChangeAspect="1"/>
            </wp:cNvGraphicFramePr>
            <a:graphic>
              <a:graphicData uri="http://schemas.openxmlformats.org/drawingml/2006/picture">
                <pic:pic>
                  <pic:nvPicPr>
                    <pic:cNvPr id="0" name="00003.jpeg"/>
                    <pic:cNvPicPr/>
                  </pic:nvPicPr>
                  <pic:blipFill>
                    <a:blip r:embed="rId12"/>
                    <a:stretch>
                      <a:fillRect/>
                    </a:stretch>
                  </pic:blipFill>
                  <pic:spPr>
                    <a:xfrm>
                      <a:off x="0" y="0"/>
                      <a:ext cx="695325" cy="19050"/>
                    </a:xfrm>
                    <a:prstGeom prst="rect"/>
                  </pic:spPr>
                </pic:pic>
              </a:graphicData>
            </a:graphic>
          </wp:inline>
        </w:drawing>
      </w:r>
    </w:p>
    <w:p>
      <w:pPr>
        <w:pStyle w:val="Heading1"/>
      </w:pPr>
      <w:r>
        <w:rPr>
          <w:rFonts w:ascii="Calibri" w:hAnsi="Calibri"/>
          <w:b/>
          <w:i w:val="0"/>
          <w:sz w:val="40"/>
        </w:rPr>
        <w:t>4</w:t>
      </w:r>
    </w:p>
    <w:p>
      <w:pPr>
        <w:jc w:val="center"/>
      </w:pPr>
      <w:r>
        <w:drawing>
          <wp:inline xmlns:a="http://schemas.openxmlformats.org/drawingml/2006/main" xmlns:pic="http://schemas.openxmlformats.org/drawingml/2006/picture">
            <wp:extent cx="695325" cy="19050"/>
            <wp:docPr id="16" name="Picture 16"/>
            <wp:cNvGraphicFramePr>
              <a:graphicFrameLocks noChangeAspect="1"/>
            </wp:cNvGraphicFramePr>
            <a:graphic>
              <a:graphicData uri="http://schemas.openxmlformats.org/drawingml/2006/picture">
                <pic:pic>
                  <pic:nvPicPr>
                    <pic:cNvPr id="0" name="00003.jpeg"/>
                    <pic:cNvPicPr/>
                  </pic:nvPicPr>
                  <pic:blipFill>
                    <a:blip r:embed="rId12"/>
                    <a:stretch>
                      <a:fillRect/>
                    </a:stretch>
                  </pic:blipFill>
                  <pic:spPr>
                    <a:xfrm>
                      <a:off x="0" y="0"/>
                      <a:ext cx="695325" cy="19050"/>
                    </a:xfrm>
                    <a:prstGeom prst="rect"/>
                  </pic:spPr>
                </pic:pic>
              </a:graphicData>
            </a:graphic>
          </wp:inline>
        </w:drawing>
      </w:r>
    </w:p>
    <w:p>
      <w:pPr>
        <w:pStyle w:val="Heading1"/>
      </w:pPr>
      <w:r>
        <w:rPr>
          <w:rFonts w:ascii="Calibri" w:hAnsi="Calibri"/>
          <w:b/>
          <w:i w:val="0"/>
          <w:sz w:val="40"/>
        </w:rPr>
        <w:t>Tôi phải làm gì để tự lãnh đạo bản thân một cách thành công?</w:t>
      </w:r>
    </w:p>
    <w:p>
      <w:pPr>
        <w:spacing w:after="80"/>
      </w:pPr>
      <w:r>
        <w:rPr>
          <w:b w:val="0"/>
          <w:i w:val="0"/>
        </w:rPr>
        <w:t>Khi chúng tôi bắt đầu trò chuyện với những người theo dõi tôi trên Twitter, những người hâm mộ trên Facebook và các huấn luyện viên của John Maxwell Team về tầm quan trọng của các câu hỏi, rồi đề nghị họ gửi cho tôi những câu hỏi về lãnh đạo mà họ muốn được giải đáp, chúng tôi đã nhận được vô số câu hỏi liên quan đến việc tự lãnh đạo bản thân. Chúng tôi nhận được nhiều câu hỏi về chủ đề này hơn bất kỳ chủ đề nào khác. Nhóm lớn thứ hai cũng chỉ có chưa đến một nửa số câu hỏi so với nhóm này. Tại sao lại nhiều đến vậy? Tôi nghĩ nhiều người hiểu một cách trực giác rằng nếu bạn không thể lãnh đạo bản thân một cách hiệu quả, thì mọi thứ khác trong cuộc sống của bạn sẽ là một cuộc vật lộn.</w:t>
      </w:r>
    </w:p>
    <w:p>
      <w:pPr>
        <w:spacing w:after="80"/>
      </w:pPr>
      <w:r>
        <w:rPr>
          <w:b w:val="0"/>
          <w:i w:val="0"/>
        </w:rPr>
        <w:t xml:space="preserve">Tự lãnh đạo bản thân phải đến trước. Nó làm cho mọi kiểu lãnh đạo khác trở nên khả thi. Trong </w:t>
      </w:r>
      <w:r>
        <w:rPr>
          <w:b w:val="0"/>
          <w:i/>
        </w:rPr>
        <w:t>The 5 Levels of Leadership</w:t>
      </w:r>
      <w:r>
        <w:rPr>
          <w:b w:val="0"/>
          <w:i w:val="0"/>
        </w:rPr>
        <w:t>, tôi giải thích rằng Cấp độ 1 - Vị trí là cấp độ lãnh đạo thấp nhất, cấp độ khởi đầu. Những người ở cấp độ lãnh đạo đó cố gắng dùng chức danh và quyền hạn của mình để khiến người khác đi theo, thay vì cố gắng xây dựng ảnh hưởng thực sự. Nhưng ngay cả cấp độ lãnh đạo thấp nhất đó, để còn duy trì được giá trị, cũng phải được xây dựng trên một nền tảng vững chắc của việc tự lãnh đạo bản thân. Đó chính là nơi uy tín cá nhân được thiết lập.</w:t>
      </w:r>
    </w:p>
    <w:p>
      <w:pPr>
        <w:spacing w:after="80"/>
      </w:pPr>
      <w:r>
        <w:rPr>
          <w:b w:val="0"/>
          <w:i w:val="0"/>
        </w:rPr>
        <w:t>Khi bạn đọc qua chương này, tôi khuyến khích bạn nghĩ xem mình đang dẫn dắt bản thân tốt đến mức nào—ngay cả khi bạn là một nhà lãnh đạo cấp cao dày dạn kinh nghiệm. Một số thách thức bạn đối mặt có thể đến từ cách bạn dẫn dắt chính mình. Có thể bạn quy chúng cho ai đó hoặc điều gì đó khác, trong khi thực ra bạn cần nhìn nhận bản thân là nguồn cội. Và như bạn sẽ thấy từ câu hỏi đầu tiên, không ai miễn nhiễm với vấn đề này.</w:t>
      </w:r>
    </w:p>
    <w:p>
      <w:pPr>
        <w:pStyle w:val="Heading2"/>
      </w:pPr>
      <w:r>
        <w:rPr>
          <w:rFonts w:ascii="Calibri" w:hAnsi="Calibri"/>
          <w:b/>
          <w:i w:val="0"/>
          <w:sz w:val="32"/>
        </w:rPr>
        <w:t>1. Tại sao dẫn dắt bản thân lại có vẻ khó hơn dẫn dắt người khác?</w:t>
      </w:r>
    </w:p>
    <w:p>
      <w:pPr>
        <w:spacing w:after="80"/>
      </w:pPr>
      <w:r>
        <w:rPr>
          <w:b w:val="0"/>
          <w:i w:val="0"/>
        </w:rPr>
        <w:t>Một trong những lý do khiến chúng ta gặp khó khăn đến vậy trong việc dẫn dắt bản thân là vì chúng ta có những điểm mù (blind spot) khiến ta không thấy được nơi mình có vấn đề và còn thiếu sót. Người bạn Larry Stephens của tôi gần đây đã gửi cho tôi một e-mail về chủ đề này. Anh ấy viết,</w:t>
      </w:r>
    </w:p>
    <w:p>
      <w:pPr>
        <w:spacing w:after="80"/>
      </w:pPr>
      <w:r>
        <w:rPr>
          <w:b w:val="0"/>
          <w:i w:val="0"/>
        </w:rPr>
        <w:t>Theo cảm nhận của tôi thì gần như ai cũng có một điểm mù. Xem tin tức và đặc biệt là đọc WSJ [tôi nhận thấy] trong những năm gần đây có rất nhiều nhà lãnh đạo bị hạ gục bởi thứ có lẽ chính là điểm mù của họ. Họ cứ thế mà không hề thấy nó đến… Theo cảm nhận của tôi thì TBS [điểm mù] không thể gói gọn trong một định nghĩa hay một phạm trù duy nhất. Một khiếm khuyết về tính cách có thể là điểm mù, nhưng không nhất thiết phải vậy. Nó có thể là một cơn nghiện, một điểm yếu, cái tôi, sự ngây thơ, việc không chú ý đến chi tiết, nhưng rồi cũng có thể chẳng phải thứ nào trong số đó cả.</w:t>
      </w:r>
    </w:p>
    <w:p>
      <w:pPr>
        <w:spacing w:after="80"/>
      </w:pPr>
      <w:r>
        <w:rPr>
          <w:b w:val="0"/>
          <w:i w:val="0"/>
        </w:rPr>
        <w:t>Điểm mù là gì? Đó là những lĩnh vực mà con người liên tục không nhìn nhận được bản thân hoặc hoàn cảnh của mình một cách thực tế. Ai cũng có vài điểm mù; ít người nhận ra điểm mù của chính mình. Thực ra, đó là bài học đầu tiên họ dạy trong một khóa học tư vấn mà tôi từng học ở đại học. Chúng ta nhìn người khác rõ hơn nhìn chính mình. Tại sao? Bởi vì chúng ta nhìn bản thân qua ý định của mình. Điều đó thường cho ta một ấn tượng sai lệch về con người hay việc làm của mình. Chúng ta luôn rộng lượng với chính mình vì ta đặt mọi thứ vào bối cảnh. Ngược lại, chúng ta nhìn người khác qua hành động của họ. Vì lý do đó, có vẻ chúng ta khách quan hơn khi đánh giá họ.</w:t>
      </w:r>
    </w:p>
    <w:p>
      <w:pPr>
        <w:spacing w:after="80"/>
        <w:jc w:val="center"/>
      </w:pPr>
      <w:r>
        <w:rPr>
          <w:b/>
          <w:i w:val="0"/>
        </w:rPr>
        <w:t>Điểm mù là gì? Đó là những lĩnh vực mà con người liên tục không nhìn nhận được bản thân hoặc hoàn cảnh của mình một cách thực tế.</w:t>
      </w:r>
    </w:p>
    <w:p>
      <w:pPr>
        <w:spacing w:after="80"/>
      </w:pPr>
      <w:r>
        <w:rPr>
          <w:b w:val="0"/>
          <w:i w:val="0"/>
        </w:rPr>
        <w:t>Trong khi điểm mù gây rắc rối cho tất cả mọi người, chúng có thể đặc biệt tai hại ở các nhà lãnh đạo. Bởi vì nhà lãnh đạo gây ảnh hưởng đến người khác và hành động của họ tác động đến kết quả của một đội, một phòng ban hay một tổ chức, nên những vấn đề phát sinh từ điểm mù của họ bị khuếch đại. Điểm mù của họ có hiệu ứng nhân lên đối với những người trong tầm ảnh hưởng của họ.</w:t>
      </w:r>
    </w:p>
    <w:p>
      <w:pPr>
        <w:spacing w:after="80"/>
      </w:pPr>
      <w:r>
        <w:rPr>
          <w:b w:val="0"/>
          <w:i w:val="0"/>
        </w:rPr>
        <w:t>Để dẫn dắt bản thân thành công, bạn phải nhận diện được điểm mù của mình và xử lý chúng một cách hiệu quả. Để giúp bạn làm điều đó, tôi muốn nói về bốn điểm mù phổ biến và tai hại nhất ở các nhà lãnh đạo:</w:t>
      </w:r>
    </w:p>
    <w:p>
      <w:pPr>
        <w:pStyle w:val="Heading3"/>
      </w:pPr>
      <w:r>
        <w:rPr>
          <w:rFonts w:ascii="Calibri" w:hAnsi="Calibri"/>
          <w:b/>
          <w:i w:val="0"/>
          <w:sz w:val="26"/>
        </w:rPr>
        <w:t>1. Góc nhìn phiến diện</w:t>
      </w:r>
    </w:p>
    <w:p>
      <w:pPr>
        <w:spacing w:after="80"/>
      </w:pPr>
      <w:r>
        <w:rPr>
          <w:b w:val="0"/>
          <w:i w:val="0"/>
        </w:rPr>
        <w:t>Tôi phải thừa nhận rằng đây từng là một trong những điểm mù của tôi vào đầu sự nghiệp. Thái độ của tôi có thể được tóm gọn bằng phương châm "Tiết kiệm thời gian—cứ thấy theo cách của tôi đi!" Ý kiến của tôi rất mạnh mẽ và tôi luôn nghĩ mình đúng. Điều tôi không nhận ra là tôi đã không thực hành lãnh đạo tốt khi cố ép người khác nhìn mọi thứ theo cách của mình, bởi vì tôi đã làm xa cách mọi người. Điều tệ không kém là tôi đã bỏ lỡ những đóng góp quý giá từ người khác, những người có điều để cống hiến. Như Larry Stephens nói, "Nếu công cụ duy nhất bạn có là cái búa, bạn có xu hướng nhìn mọi vấn đề như một cái đinh." Tôi là cái búa và mọi người khác là cái đinh.</w:t>
      </w:r>
    </w:p>
    <w:p>
      <w:pPr>
        <w:spacing w:after="80"/>
      </w:pPr>
      <w:r>
        <w:rPr>
          <w:b w:val="0"/>
          <w:i w:val="0"/>
        </w:rPr>
        <w:t>Có góc nhìn quá phiến diện có thể là vấn đề của bạn nếu…</w:t>
      </w:r>
    </w:p>
    <w:p>
      <w:pPr>
        <w:spacing w:after="80"/>
      </w:pPr>
      <w:r>
        <w:rPr>
          <w:b/>
          <w:i w:val="0"/>
        </w:rPr>
        <w:t>• Dù cuộc trò chuyện bắt đầu thế nào, bạn cũng kết thúc bằng việc nói về chủ đề ưa thích của mình.</w:t>
      </w:r>
      <w:r>
        <w:rPr>
          <w:b w:val="0"/>
          <w:i w:val="0"/>
        </w:rPr>
        <w:t xml:space="preserve"> Những người có sự tập trung phiến diện có xu hướng lái cuộc trò chuyện về chủ đề ưa thích của họ và có thể rất sáng tạo trong việc đó—ngay cả khi người khác không thấy mối liên hệ logic nào.</w:t>
      </w:r>
    </w:p>
    <w:p>
      <w:pPr>
        <w:spacing w:after="80"/>
      </w:pPr>
      <w:r>
        <w:rPr>
          <w:b/>
          <w:i w:val="0"/>
        </w:rPr>
        <w:t>• Bạn cứ lặp đi lặp lại cùng một bài nói, bài giảng hay một lời khuyên.</w:t>
      </w:r>
      <w:r>
        <w:rPr>
          <w:b w:val="0"/>
          <w:i w:val="0"/>
        </w:rPr>
        <w:t xml:space="preserve"> Nếu bạn quá tập trung vào một mối quan tâm duy nhất, bạn có thể cứ quay lại với mẩu lời khuyên ưa thích của mình mà thậm chí không nhận ra.</w:t>
      </w:r>
    </w:p>
    <w:p>
      <w:pPr>
        <w:spacing w:after="80"/>
      </w:pPr>
      <w:r>
        <w:rPr>
          <w:b/>
          <w:i w:val="0"/>
        </w:rPr>
        <w:t>• Bạn luôn đúng.</w:t>
      </w:r>
      <w:r>
        <w:rPr>
          <w:b w:val="0"/>
          <w:i w:val="0"/>
        </w:rPr>
        <w:t xml:space="preserve"> Không ai luôn đúng—về bất kỳ chủ đề nào. Nếu bạn nghĩ mình luôn đúng, thì sự tập trung của bạn quá hẹp và bạn thậm chí không nhận ra điều đó.</w:t>
      </w:r>
    </w:p>
    <w:p>
      <w:pPr>
        <w:spacing w:after="80"/>
      </w:pPr>
      <w:r>
        <w:rPr>
          <w:b w:val="0"/>
          <w:i w:val="0"/>
        </w:rPr>
        <w:t>Thay vì nhìn mọi thứ từ một góc nhìn phiến diện như vậy, các nhà lãnh đạo hiệu quả nỗ lực nhìn mọi thứ từ nhiều quan điểm khác nhau. Họ giống như Art Mortell, người đã nhận xét, "Tôi thích chơi cờ vua. Mỗi khi thua cờ, tôi luôn đứng dậy và đứng sau lưng đối thủ để nhìn bàn cờ từ phía anh ta. Rồi tôi bắt đầu phát hiện ra những nước đi ngớ ngẩn mình đã thực hiện vì tôi có thể nhìn nó từ quan điểm của anh ta. Thách thức của người bán hàng là nhìn thế giới từ quan điểm của khách hàng tiềm năng." Đó cũng là thách thức của nhà lãnh đạo.</w:t>
      </w:r>
    </w:p>
    <w:p>
      <w:pPr>
        <w:spacing w:after="80"/>
      </w:pPr>
      <w:r>
        <w:rPr>
          <w:b w:val="0"/>
          <w:i w:val="0"/>
        </w:rPr>
        <w:t>Một trong những câu chuyện tôi thích nhất về góc nhìn liên quan đến một vị tướng và một trung úy trẻ trên một chuyến tàu ở Anh sau Thế chiến II. Chỗ ngồi duy nhất còn trống cho họ là đối diện một người phụ nữ trẻ xinh đẹp và bà của cô ấy. Sau khi đi được một lúc, con tàu chui qua một đường hầm dài, nơi mọi người chìm trong bóng tối hoàn toàn khoảng mười giây. Trong im lặng, bốn hành khách nghe thấy hai thứ: một nụ hôn và một cái tát.</w:t>
      </w:r>
    </w:p>
    <w:p>
      <w:pPr>
        <w:spacing w:after="80"/>
      </w:pPr>
      <w:r>
        <w:rPr>
          <w:b w:val="0"/>
          <w:i w:val="0"/>
        </w:rPr>
        <w:t>Mỗi người đều có cách nhìn nhận riêng về những gì đã xảy ra.</w:t>
      </w:r>
    </w:p>
    <w:p>
      <w:pPr>
        <w:spacing w:after="80"/>
      </w:pPr>
      <w:r>
        <w:rPr>
          <w:b w:val="0"/>
          <w:i w:val="0"/>
        </w:rPr>
        <w:t>Cô gái trẻ thầm nghĩ: "Mình thấy vinh dự vì được trung úy hôn, nhưng thật xấu hổ quá khi bà đánh ông ấy!"</w:t>
      </w:r>
    </w:p>
    <w:p>
      <w:pPr>
        <w:spacing w:after="80"/>
      </w:pPr>
      <w:r>
        <w:rPr>
          <w:b w:val="0"/>
          <w:i w:val="0"/>
        </w:rPr>
        <w:t>Bà nghĩ: "Tôi bực mình vì nó hôn cháu gái tôi, nhưng tôi tự hào vì con bé đủ can đảm bảo vệ danh dự của mình!"</w:t>
      </w:r>
    </w:p>
    <w:p>
      <w:pPr>
        <w:spacing w:after="80"/>
      </w:pPr>
      <w:r>
        <w:rPr>
          <w:b w:val="0"/>
          <w:i w:val="0"/>
        </w:rPr>
        <w:t>Vị tướng nghĩ: "Trung úy của mình tỏ ra rất gan dạ khi hôn cô gái đó, nhưng tại sao cô ấy lại tát nhầm mình chứ?"</w:t>
      </w:r>
    </w:p>
    <w:p>
      <w:pPr>
        <w:spacing w:after="80"/>
      </w:pPr>
      <w:r>
        <w:rPr>
          <w:b w:val="0"/>
          <w:i w:val="0"/>
        </w:rPr>
        <w:t>Viên trung úy là người duy nhất trên chuyến tàu thực sự biết chuyện gì đã xảy ra. Trong khoảnh khắc tối tăm ấy, anh có cơ hội vừa hôn một cô gái xinh đẹp, vừa tát một vị tướng.</w:t>
      </w:r>
    </w:p>
    <w:p>
      <w:pPr>
        <w:pStyle w:val="Heading3"/>
      </w:pPr>
      <w:r>
        <w:rPr>
          <w:rFonts w:ascii="Calibri" w:hAnsi="Calibri"/>
          <w:b/>
          <w:i w:val="0"/>
          <w:sz w:val="26"/>
        </w:rPr>
        <w:t>2. Sự thiếu tự tin</w:t>
      </w:r>
    </w:p>
    <w:p>
      <w:pPr>
        <w:spacing w:after="80"/>
      </w:pPr>
      <w:r>
        <w:rPr>
          <w:b w:val="0"/>
          <w:i w:val="0"/>
        </w:rPr>
        <w:t>Những nhà lãnh đạo thiếu tự tin luôn nghĩ đến bản thân mình trước tiên. Họ lo lắng về việc người khác nghĩ gì về mình. Họ sợ rằng mình có thể trông yếu ớt, ngốc nghếch hay tầm thường. Những nhà lãnh đạo thiếu tự tin nhận từ người khác nhiều hơn là cho đi. Vì cảm thấy mình kém cỏi, họ tìm kiếm sự công nhận nhiều hơn. Kết quả là, đội nhóm và tổ chức của họ chịu thiệt vì lợi ích tốt nhất của người khác bị bỏ qua để nhường chỗ cho lợi ích của nhà lãnh đạo thiếu tự tin.</w:t>
      </w:r>
    </w:p>
    <w:p>
      <w:pPr>
        <w:spacing w:after="80"/>
      </w:pPr>
      <w:r>
        <w:rPr>
          <w:b w:val="0"/>
          <w:i w:val="0"/>
        </w:rPr>
        <w:t>Những nhà lãnh đạo thiếu tự tin cũng kìm hãm những người giỏi nhất của mình. Họ khó lòng nhìn người khác vươn lên vì điều đó đe dọa họ. Và họ không thể thực sự ăn mừng những chiến thắng của người khác vì họ thường ghen tị. Trao cho người khác những gì họ xứng đáng khiến họ cảm thấy mình kém cỏi hơn.</w:t>
      </w:r>
    </w:p>
    <w:p>
      <w:pPr>
        <w:spacing w:after="80"/>
      </w:pPr>
      <w:r>
        <w:rPr>
          <w:b w:val="0"/>
          <w:i w:val="0"/>
        </w:rPr>
        <w:t>Vì sự thiếu tự tin thường ẩn giấu trong một điểm mù, các nhà lãnh đạo thường không nhận ra điều đó ở chính mình. Làm sao bạn biết liệu sự thiếu tự tin có phải là vấn đề của bạn không? Hãy trả lời những câu hỏi sau:</w:t>
      </w:r>
    </w:p>
    <w:p>
      <w:pPr>
        <w:spacing w:after="80"/>
      </w:pPr>
      <w:r>
        <w:rPr>
          <w:b/>
          <w:i w:val="0"/>
        </w:rPr>
        <w:t>• Bạn có khó khăn khi ghi nhận công lao cho người khác không?</w:t>
      </w:r>
      <w:r>
        <w:rPr>
          <w:b w:val="0"/>
          <w:i w:val="0"/>
        </w:rPr>
        <w:t xml:space="preserve"> Những người thiếu tự tin </w:t>
      </w:r>
      <w:r>
        <w:rPr>
          <w:b w:val="0"/>
          <w:i/>
        </w:rPr>
        <w:t>cần</w:t>
      </w:r>
      <w:r>
        <w:rPr>
          <w:b w:val="0"/>
          <w:i w:val="0"/>
        </w:rPr>
        <w:t xml:space="preserve"> được ghi nhận, nên việc chia sẻ công lao khiến họ khó chịu. Nhà công nghiệp Andrew Carnegie nhận xét: "Không ai sẽ trở thành nhà lãnh đạo vĩ đại nếu muốn tự mình làm tất cả hoặc nhận hết công lao về mình."</w:t>
      </w:r>
    </w:p>
    <w:p>
      <w:pPr>
        <w:spacing w:after="80"/>
      </w:pPr>
      <w:r>
        <w:rPr>
          <w:b/>
          <w:i w:val="0"/>
        </w:rPr>
        <w:t>• Bạn có giữ thông tin không cho nhân viên của mình không?</w:t>
      </w:r>
      <w:r>
        <w:rPr>
          <w:b w:val="0"/>
          <w:i w:val="0"/>
        </w:rPr>
        <w:t xml:space="preserve"> Giữ lại thông tin là giữ lại sự tin tưởng. Đó là cách bảo vệ vị trí của bạn. Ngược lại, khi bạn trao thông tin cho người khác, bạn trao quyền cho họ. Bạn truyền đạt sự tin tưởng và tín nhiệm của mình dành cho họ.</w:t>
      </w:r>
    </w:p>
    <w:p>
      <w:pPr>
        <w:spacing w:after="80"/>
      </w:pPr>
      <w:r>
        <w:rPr>
          <w:b/>
          <w:i w:val="0"/>
        </w:rPr>
        <w:t>• Bạn có cố gắng giữ nhân viên của mình tránh xa những nhà lãnh đạo giỏi không?</w:t>
      </w:r>
      <w:r>
        <w:rPr>
          <w:b w:val="0"/>
          <w:i w:val="0"/>
        </w:rPr>
        <w:t xml:space="preserve"> Nếu bạn lo rằng một nhà lãnh đạo giỏi sẽ "đánh cắp" người của bạn, đó là dấu hiệu của sự thiếu tự tin.</w:t>
      </w:r>
    </w:p>
    <w:p>
      <w:pPr>
        <w:spacing w:after="80"/>
      </w:pPr>
      <w:r>
        <w:rPr>
          <w:b/>
          <w:i w:val="0"/>
        </w:rPr>
        <w:t>• Bạn có cảm thấy bị đe dọa bởi sự phát triển của người khác không?</w:t>
      </w:r>
      <w:r>
        <w:rPr>
          <w:b w:val="0"/>
          <w:i w:val="0"/>
        </w:rPr>
        <w:t xml:space="preserve"> Nếu bạn thấy khó chịu khi người khác phát triển về kiến thức và vị trí, bạn có thể là một nhà lãnh đạo thiếu tự tin.</w:t>
      </w:r>
    </w:p>
    <w:p>
      <w:pPr>
        <w:spacing w:after="80"/>
      </w:pPr>
      <w:r>
        <w:rPr>
          <w:b/>
          <w:i w:val="0"/>
        </w:rPr>
        <w:t>• Bạn có thường quản lý vi mô người khác không?</w:t>
      </w:r>
      <w:r>
        <w:rPr>
          <w:b w:val="0"/>
          <w:i w:val="0"/>
        </w:rPr>
        <w:t xml:space="preserve"> Những nhà lãnh đạo thiếu tự tin muốn nắm chặt dây cương với mọi người và mọi việc. Họ có thể nói rằng họ làm vậy để đảm bảo kết quả, nhưng sâu thẳm bên trong họ cũng muốn nhận công lao cho mọi thứ.</w:t>
      </w:r>
    </w:p>
    <w:p>
      <w:pPr>
        <w:spacing w:after="80"/>
      </w:pPr>
      <w:r>
        <w:rPr>
          <w:b w:val="0"/>
          <w:i w:val="0"/>
        </w:rPr>
        <w:t>Cuối cùng, những nhà lãnh đạo thiếu tự tin kìm hãm con người và tổ chức của mình. Như tiểu thuyết gia người Pháp Honoré de Balzac đã nhận xét: "Không có gì cản trở việc hòa thuận với người khác hơn là việc không thoải mái với chính mình."</w:t>
      </w:r>
    </w:p>
    <w:p>
      <w:pPr>
        <w:spacing w:after="80"/>
        <w:jc w:val="center"/>
      </w:pPr>
      <w:r>
        <w:rPr>
          <w:b/>
          <w:i w:val="0"/>
        </w:rPr>
        <w:t>"Không có gì cản trở việc hòa thuận với người khác hơn là việc không thoải mái với chính mình."</w:t>
      </w:r>
    </w:p>
    <w:p>
      <w:pPr>
        <w:spacing w:after="80"/>
        <w:jc w:val="center"/>
      </w:pPr>
      <w:r>
        <w:rPr>
          <w:b/>
          <w:i/>
        </w:rPr>
        <w:t>—Honoré de Balzac</w:t>
      </w:r>
    </w:p>
    <w:p>
      <w:pPr>
        <w:pStyle w:val="Heading3"/>
      </w:pPr>
      <w:r>
        <w:rPr>
          <w:rFonts w:ascii="Calibri" w:hAnsi="Calibri"/>
          <w:b/>
          <w:i w:val="0"/>
          <w:sz w:val="26"/>
        </w:rPr>
        <w:t>3. Cái tôi mất kiểm soát</w:t>
      </w:r>
    </w:p>
    <w:p>
      <w:pPr>
        <w:spacing w:after="80"/>
      </w:pPr>
      <w:r>
        <w:rPr>
          <w:b w:val="0"/>
          <w:i w:val="0"/>
        </w:rPr>
        <w:t xml:space="preserve">Một vùng điểm mù lớn khác của các nhà lãnh đạo chính là cái tôi. Họa sĩ kiêm nhà phê bình người Anh John Ruskin từng nói: "Lòng kiêu ngạo là gốc rễ của mọi sai lầm lớn." Tôi không chắc về </w:t>
      </w:r>
      <w:r>
        <w:rPr>
          <w:b w:val="0"/>
          <w:i/>
        </w:rPr>
        <w:t>mọi</w:t>
      </w:r>
      <w:r>
        <w:rPr>
          <w:b w:val="0"/>
          <w:i w:val="0"/>
        </w:rPr>
        <w:t xml:space="preserve"> sai lầm, nhưng nó chắc chắn tạo ra không ít rắc rối. Những nhà lãnh đạo tự cao tự đại tin rằng họ biết hết mọi thứ. Họ tin rằng người khác kém cỏi hơn mình. Và họ thường nghĩ các quy tắc không áp dụng cho mình.</w:t>
      </w:r>
    </w:p>
    <w:p>
      <w:pPr>
        <w:spacing w:after="80"/>
        <w:jc w:val="center"/>
      </w:pPr>
      <w:r>
        <w:rPr>
          <w:b/>
          <w:i w:val="0"/>
        </w:rPr>
        <w:t>"Lòng kiêu ngạo là gốc rễ của mọi sai lầm lớn."</w:t>
      </w:r>
    </w:p>
    <w:p>
      <w:pPr>
        <w:spacing w:after="80"/>
        <w:jc w:val="center"/>
      </w:pPr>
      <w:r>
        <w:rPr>
          <w:b/>
          <w:i/>
        </w:rPr>
        <w:t>—John Ruskin</w:t>
      </w:r>
    </w:p>
    <w:p>
      <w:pPr>
        <w:spacing w:after="80"/>
      </w:pPr>
      <w:r>
        <w:rPr>
          <w:b w:val="0"/>
          <w:i w:val="0"/>
        </w:rPr>
        <w:t>Những nhà lãnh đạo tự cao thường cứng nhắc và bảo thủ. Họ xa rời khách hàng và nhân viên của mình, họ đổ lỗi cho người khác mỗi khi có chuyện gì sai, và họ sống trong trạng thái phủ nhận thực tế. Phẩm chất tích cực duy nhất của họ là họ không nói xấu người khác—bởi vì họ chẳng bao giờ nghĩ đến ai ngoài chính mình.</w:t>
      </w:r>
    </w:p>
    <w:p>
      <w:pPr>
        <w:spacing w:after="80"/>
      </w:pPr>
      <w:r>
        <w:rPr>
          <w:b w:val="0"/>
          <w:i w:val="0"/>
        </w:rPr>
        <w:t>Dưới đây là một số dấu hiệu cảnh báo rằng bạn có thể là một nhà lãnh đạo tự cao:</w:t>
      </w:r>
    </w:p>
    <w:p>
      <w:pPr>
        <w:spacing w:after="80"/>
      </w:pPr>
      <w:r>
        <w:rPr>
          <w:b/>
          <w:i w:val="0"/>
        </w:rPr>
        <w:t>• Bạn có nghĩ rằng không ai khác có thể làm tốt một công việc như bạn?</w:t>
      </w:r>
      <w:r>
        <w:rPr>
          <w:b w:val="0"/>
          <w:i w:val="0"/>
        </w:rPr>
        <w:t xml:space="preserve"> Những nhà lãnh đạo tự cao tin rằng họ là người không thể thay thế.</w:t>
      </w:r>
    </w:p>
    <w:p>
      <w:pPr>
        <w:spacing w:after="80"/>
      </w:pPr>
      <w:r>
        <w:rPr>
          <w:b/>
          <w:i w:val="0"/>
        </w:rPr>
        <w:t>• Người khác có luôn là người bị đổ lỗi khi mọi việc sai?</w:t>
      </w:r>
      <w:r>
        <w:rPr>
          <w:b w:val="0"/>
          <w:i w:val="0"/>
        </w:rPr>
        <w:t xml:space="preserve"> Những nhà lãnh đạo mắc vấn đề về cái tôi từ chối nhận trách nhiệm khi làm sai, và đổ lỗi cho người khác.</w:t>
      </w:r>
    </w:p>
    <w:p>
      <w:pPr>
        <w:spacing w:after="80"/>
      </w:pPr>
      <w:r>
        <w:rPr>
          <w:b/>
          <w:i w:val="0"/>
        </w:rPr>
        <w:t>• Bạn có xem nhẹ ý kiến của người khác?</w:t>
      </w:r>
      <w:r>
        <w:rPr>
          <w:b w:val="0"/>
          <w:i w:val="0"/>
        </w:rPr>
        <w:t xml:space="preserve"> Những nhà lãnh đạo tự cao gạt bỏ ý kiến của người khác vì cho rằng chúng kém hơn ý của mình.</w:t>
      </w:r>
    </w:p>
    <w:p>
      <w:pPr>
        <w:spacing w:after="80"/>
      </w:pPr>
      <w:r>
        <w:rPr>
          <w:b/>
          <w:i w:val="0"/>
        </w:rPr>
        <w:t>• Người khác có thường cảm thấy bị bạn hạ thấp?</w:t>
      </w:r>
      <w:r>
        <w:rPr>
          <w:b w:val="0"/>
          <w:i w:val="0"/>
        </w:rPr>
        <w:t xml:space="preserve"> Thái độ bề trên và sự vô cảm của những nhà lãnh đạo tự cao thường khiến người khác cảm thấy bị xúc phạm hoặc bị coi nhẹ.</w:t>
      </w:r>
    </w:p>
    <w:p>
      <w:pPr>
        <w:spacing w:after="80"/>
      </w:pPr>
      <w:r>
        <w:rPr>
          <w:b w:val="0"/>
          <w:i w:val="0"/>
        </w:rPr>
        <w:t>Những nhà lãnh đạo tự cao không tìm kiếm ý kiến đóng góp hay câu trả lời từ bất kỳ ai ngoài chính họ.</w:t>
      </w:r>
    </w:p>
    <w:p>
      <w:pPr>
        <w:pStyle w:val="Heading3"/>
      </w:pPr>
      <w:r>
        <w:rPr>
          <w:rFonts w:ascii="Calibri" w:hAnsi="Calibri"/>
          <w:b/>
          <w:i w:val="0"/>
          <w:sz w:val="26"/>
        </w:rPr>
        <w:t>4. Nhân cách yếu kém</w:t>
      </w:r>
    </w:p>
    <w:p>
      <w:pPr>
        <w:spacing w:after="80"/>
      </w:pPr>
      <w:r>
        <w:rPr>
          <w:b w:val="0"/>
          <w:i w:val="0"/>
        </w:rPr>
        <w:t>Khi bạn hỏi hầu hết mọi người điều gì cần thiết để thành công, họ liệt kê tài năng, cơ hội và sự chăm chỉ như những yếu tố chính. Những điều đó tuy thiết yếu, nhưng nhân cách cũng vậy. Tại sao? Nhân cách bảo vệ tài năng của bạn. Có nhân cách, tất cả những phẩm chất khác sẽ giúp một nhà lãnh đạo thành công. Thiếu nhân cách là điều không thể chấp nhận khi dẫn dắt chính mình hay người khác. Nhân cách là tổng hòa của mọi lựa chọn hằng ngày của chúng ta. Đó là việc đưa những giá trị đúng đắn vào hành động mỗi ngày. Đó là sự nhất quán giữa giá trị, lý tưởng, suy nghĩ, lời nói và hành động.</w:t>
      </w:r>
    </w:p>
    <w:p>
      <w:pPr>
        <w:spacing w:after="80"/>
      </w:pPr>
      <w:r>
        <w:rPr>
          <w:b w:val="0"/>
          <w:i w:val="0"/>
        </w:rPr>
        <w:t>Nếu bạn nghi ngờ rằng những điểm yếu về nhân cách có thể đang kìm hãm bạn, hãy ghi lại câu trả lời của bạn cho những câu hỏi sau:</w:t>
      </w:r>
    </w:p>
    <w:p>
      <w:pPr>
        <w:spacing w:after="80"/>
        <w:ind w:left="360"/>
      </w:pPr>
      <w:r>
        <w:t xml:space="preserve">• </w:t>
      </w:r>
      <w:r>
        <w:rPr>
          <w:b/>
          <w:i w:val="0"/>
        </w:rPr>
        <w:t>Bạn có thường trễ hạn không?</w:t>
      </w:r>
    </w:p>
    <w:p>
      <w:pPr>
        <w:spacing w:after="80"/>
        <w:ind w:left="360"/>
      </w:pPr>
      <w:r>
        <w:t xml:space="preserve">• </w:t>
      </w:r>
      <w:r>
        <w:rPr>
          <w:b/>
          <w:i w:val="0"/>
        </w:rPr>
        <w:t>Bạn có hay thề thốt, đặt ra quyết tâm hay đưa ra quyết định thay đổi rồi lại quay về nếp cũ không?</w:t>
      </w:r>
    </w:p>
    <w:p>
      <w:pPr>
        <w:spacing w:after="80"/>
        <w:ind w:left="360"/>
      </w:pPr>
      <w:r>
        <w:t xml:space="preserve">• </w:t>
      </w:r>
      <w:r>
        <w:rPr>
          <w:b/>
          <w:i w:val="0"/>
        </w:rPr>
        <w:t>Bạn có coi trọng việc làm hài lòng người khác hơn việc giữ gìn những giá trị mà mình theo đuổi không?</w:t>
      </w:r>
    </w:p>
    <w:p>
      <w:pPr>
        <w:spacing w:after="80"/>
        <w:ind w:left="360"/>
      </w:pPr>
      <w:r>
        <w:t xml:space="preserve">• </w:t>
      </w:r>
      <w:r>
        <w:rPr>
          <w:b/>
          <w:i w:val="0"/>
        </w:rPr>
        <w:t>Bạn có sẵn sàng bẻ cong hay tô hồng sự thật để thoát khỏi tình huống khó khăn không?</w:t>
      </w:r>
    </w:p>
    <w:p>
      <w:pPr>
        <w:spacing w:after="80"/>
        <w:ind w:left="360"/>
      </w:pPr>
      <w:r>
        <w:t xml:space="preserve">• </w:t>
      </w:r>
      <w:r>
        <w:rPr>
          <w:b/>
          <w:i w:val="0"/>
        </w:rPr>
        <w:t>Bạn có làm điều dễ nhất, ngay cả khi biết đó không phải là điều tốt nhất?</w:t>
      </w:r>
    </w:p>
    <w:p>
      <w:pPr>
        <w:spacing w:after="80"/>
        <w:ind w:left="360"/>
      </w:pPr>
      <w:r>
        <w:t xml:space="preserve">• </w:t>
      </w:r>
      <w:r>
        <w:rPr>
          <w:b/>
          <w:i w:val="0"/>
        </w:rPr>
        <w:t>Người khác có tỏ ra ngần ngại khi tin tưởng bạn không?</w:t>
      </w:r>
    </w:p>
    <w:p>
      <w:pPr>
        <w:spacing w:after="80"/>
      </w:pPr>
      <w:r>
        <w:rPr>
          <w:b w:val="0"/>
          <w:i w:val="0"/>
        </w:rPr>
        <w:t>Nếu bạn trả lời "có" cho bất kỳ câu hỏi nào trong số này, có thể có những khía cạnh trong tính cách của bạn cần được cải thiện.</w:t>
      </w:r>
    </w:p>
    <w:p>
      <w:pPr>
        <w:pStyle w:val="Heading3"/>
      </w:pPr>
      <w:r>
        <w:rPr>
          <w:rFonts w:ascii="Calibri" w:hAnsi="Calibri"/>
          <w:b/>
          <w:i w:val="0"/>
          <w:sz w:val="26"/>
        </w:rPr>
        <w:t>Cách vượt qua những điểm mù của bạn</w:t>
      </w:r>
    </w:p>
    <w:p>
      <w:pPr>
        <w:spacing w:after="80"/>
      </w:pPr>
      <w:r>
        <w:rPr>
          <w:b/>
          <w:i w:val="0"/>
        </w:rPr>
        <w:t>1. Hãy mặc định rằng bạn có những điểm mù.</w:t>
      </w:r>
      <w:r>
        <w:rPr>
          <w:b w:val="0"/>
          <w:i w:val="0"/>
        </w:rPr>
        <w:t xml:space="preserve"> Nếu bạn không tin rằng mình có điểm mù, thì đó </w:t>
      </w:r>
      <w:r>
        <w:rPr>
          <w:b w:val="0"/>
          <w:i/>
        </w:rPr>
        <w:t>chính là</w:t>
      </w:r>
      <w:r>
        <w:rPr>
          <w:b w:val="0"/>
          <w:i w:val="0"/>
        </w:rPr>
        <w:t xml:space="preserve"> điểm mù của bạn!</w:t>
      </w:r>
    </w:p>
    <w:p>
      <w:pPr>
        <w:spacing w:after="80"/>
      </w:pPr>
      <w:r>
        <w:rPr>
          <w:b/>
          <w:i w:val="0"/>
        </w:rPr>
        <w:t>2. Hãy hỏi những người hiểu bạn nhất để nhận ra những điểm mù của bạn.</w:t>
      </w:r>
      <w:r>
        <w:rPr>
          <w:b w:val="0"/>
          <w:i w:val="0"/>
        </w:rPr>
        <w:t xml:space="preserve"> Nếu họ trung thực, họ sẽ nói cho bạn biết điều mà bạn không nhìn thấy ở chính mình.</w:t>
      </w:r>
    </w:p>
    <w:p>
      <w:pPr>
        <w:spacing w:after="80"/>
      </w:pPr>
      <w:r>
        <w:rPr>
          <w:b/>
          <w:i w:val="0"/>
        </w:rPr>
        <w:t>3. Hãy mặc định rằng bạn không thể tự mình xóa bỏ các điểm mù.</w:t>
      </w:r>
      <w:r>
        <w:rPr>
          <w:b w:val="0"/>
          <w:i w:val="0"/>
        </w:rPr>
        <w:t xml:space="preserve"> Ai cũng cần được giúp đỡ để nhìn ra và đối phó với điểm mù. Đừng nghĩ rằng bạn có thể tự xử lý điểm mù của mình.</w:t>
      </w:r>
    </w:p>
    <w:p>
      <w:pPr>
        <w:spacing w:after="80"/>
      </w:pPr>
      <w:r>
        <w:rPr>
          <w:b/>
          <w:i w:val="0"/>
        </w:rPr>
        <w:t>4. Hãy công khai thảo luận về những điểm mù của bạn với vòng tròn thân cận.</w:t>
      </w:r>
      <w:r>
        <w:rPr>
          <w:b w:val="0"/>
          <w:i w:val="0"/>
        </w:rPr>
        <w:t xml:space="preserve"> Hãy cởi mở với những người quan tâm đến bạn và muốn giúp bạn.</w:t>
      </w:r>
    </w:p>
    <w:p>
      <w:pPr>
        <w:spacing w:after="80"/>
      </w:pPr>
      <w:r>
        <w:rPr>
          <w:b/>
          <w:i w:val="0"/>
        </w:rPr>
        <w:t>5. Hãy xây dựng và trao quyền cho một đội ngũ để bù đắp những điểm mù của bạn.</w:t>
      </w:r>
      <w:r>
        <w:rPr>
          <w:b w:val="0"/>
          <w:i w:val="0"/>
        </w:rPr>
        <w:t xml:space="preserve"> Cuối cùng bạn có thể vượt qua được nhiều điểm mù của mình. Cho đến lúc đó, hãy đảm bảo đội ngũ của bạn ngăn chúng làm chệch hướng bạn hoặc cả đội.</w:t>
      </w:r>
    </w:p>
    <w:p>
      <w:pPr>
        <w:spacing w:after="80"/>
      </w:pPr>
      <w:r>
        <w:rPr>
          <w:b w:val="0"/>
          <w:i w:val="0"/>
        </w:rPr>
        <w:t xml:space="preserve">Trong cuốn sách </w:t>
      </w:r>
      <w:r>
        <w:rPr>
          <w:b w:val="0"/>
          <w:i/>
        </w:rPr>
        <w:t>American Scandal</w:t>
      </w:r>
      <w:r>
        <w:rPr>
          <w:b w:val="0"/>
          <w:i w:val="0"/>
        </w:rPr>
        <w:t>, Pat Williams kể câu chuyện về chuyến đi của Mahatma Gandhi đến Anh để phát biểu trước Quốc hội về nền độc lập của Ấn Độ. Gandhi từng nhiều lần bị đe dọa, bắt giữ và bỏ tù vì sự thẳng thắn của mình, nhưng điều đó không khiến ông im lặng. Trước Quốc hội, Gandhi đã phát biểu hùng hồn và đầy nhiệt huyết gần hai tiếng đồng hồ, sau đó cả khán phòng chật kín người đã đứng dậy vỗ tay nhiệt liệt.</w:t>
      </w:r>
    </w:p>
    <w:p>
      <w:pPr>
        <w:spacing w:after="80"/>
      </w:pPr>
      <w:r>
        <w:rPr>
          <w:b w:val="0"/>
          <w:i w:val="0"/>
        </w:rPr>
        <w:t>Sau đó, một phóng viên hỏi trợ lý của Gandhi, Mahadev Desai, làm thế nào mà vị chính khách Ấn Độ này có thể có một bài phát biểu như vậy mà không cần bất kỳ ghi chú nào.</w:t>
      </w:r>
    </w:p>
    <w:p>
      <w:pPr>
        <w:spacing w:after="80"/>
      </w:pPr>
      <w:r>
        <w:rPr>
          <w:b w:val="0"/>
          <w:i w:val="0"/>
        </w:rPr>
        <w:t>"Ông không hiểu Gandhi đâu," Desai đáp. "Ông thấy đấy, điều ông ấy nghĩ chính là điều ông ấy cảm. Điều ông ấy cảm chính là điều ông ấy nói. Điều ông ấy nói chính là điều ông ấy làm. Điều Gandhi cảm, điều ông ấy nghĩ, điều ông ấy nói và điều ông ấy làm đều là một. Ông ấy không cần ghi chú."</w:t>
      </w:r>
    </w:p>
    <w:p>
      <w:pPr>
        <w:spacing w:after="80"/>
      </w:pPr>
      <w:r>
        <w:rPr>
          <w:b w:val="0"/>
          <w:i w:val="0"/>
        </w:rPr>
        <w:t>Khi giá trị, suy nghĩ, cảm xúc và hành động đồng nhất với nhau, một người trở nên tập trung và tính cách của họ được củng cố. Điều đó cho phép một nhà lãnh đạo tự lãnh đạo chính mình một cách thành công.</w:t>
      </w:r>
    </w:p>
    <w:p>
      <w:pPr>
        <w:pStyle w:val="Heading2"/>
      </w:pPr>
      <w:r>
        <w:rPr>
          <w:rFonts w:ascii="Calibri" w:hAnsi="Calibri"/>
          <w:b/>
          <w:i w:val="0"/>
          <w:sz w:val="32"/>
        </w:rPr>
        <w:t>2. Điều gì mang lại sự bền vững cho một nhà lãnh đạo?</w:t>
      </w:r>
    </w:p>
    <w:p>
      <w:pPr>
        <w:spacing w:after="80"/>
      </w:pPr>
      <w:r>
        <w:rPr>
          <w:b w:val="0"/>
          <w:i w:val="0"/>
        </w:rPr>
        <w:t>Bản thân câu hỏi đã ngụ ý rằng các nhà lãnh đạo không phải lúc nào cũng trụ vững. Họ mệt mỏi. Họ lạc hướng. Họ nản lòng. Họ mất đà. Tất cả những điều đó đều đúng, bởi vì lãnh đạo không hề dễ dàng.</w:t>
      </w:r>
    </w:p>
    <w:p>
      <w:pPr>
        <w:spacing w:after="80"/>
      </w:pPr>
      <w:r>
        <w:rPr>
          <w:b w:val="0"/>
          <w:i w:val="0"/>
        </w:rPr>
        <w:t>Mỗi ngày, các nhà lãnh đạo phải thức dậy và dẫn dắt chính mình trước khi dẫn dắt bất kỳ ai khác. Bởi vì người khác đang trông cậy vào họ, họ phải giữ ngọn lửa cháy trong chính mình. Họ phải biết mình đang đi đâu, biết vì sao mình đi, và giúp người khác đến được đó. Để duy trì năng lượng và đi đúng hướng, các nhà lãnh đạo có thể nuôi dưỡng bản thân bằng cách khai thác bốn lĩnh vực:</w:t>
      </w:r>
    </w:p>
    <w:p>
      <w:pPr>
        <w:pStyle w:val="Heading3"/>
      </w:pPr>
      <w:r>
        <w:rPr>
          <w:rFonts w:ascii="Calibri" w:hAnsi="Calibri"/>
          <w:b/>
          <w:i w:val="0"/>
          <w:sz w:val="26"/>
        </w:rPr>
        <w:t>1. Đam mê</w:t>
      </w:r>
    </w:p>
    <w:p>
      <w:pPr>
        <w:spacing w:after="80"/>
      </w:pPr>
      <w:r>
        <w:rPr>
          <w:b w:val="0"/>
          <w:i w:val="0"/>
        </w:rPr>
        <w:t>Đam mê mang lại cho bạn hai phẩm chất lãnh đạo thiết yếu: năng lượng và uy tín. Nhà phi công tiên phong Charles Lindbergh đã nói: "Cảm giác tuyệt vời nhất như một liều adrenaline là được làm điều mà bạn hằng khao khát đến vậy. Bạn gần như cảm thấy mình có thể bay mà không cần máy bay." Khi bạn yêu điều mình làm và làm điều mình yêu, người khác sẽ thấy điều đó truyền cảm hứng. Bạn biết bao nhiêu người đã thành công ở một việc mà họ ghét?</w:t>
      </w:r>
    </w:p>
    <w:p>
      <w:pPr>
        <w:spacing w:after="80"/>
      </w:pPr>
      <w:r>
        <w:rPr>
          <w:b w:val="0"/>
          <w:i w:val="0"/>
        </w:rPr>
        <w:t>Cây bút chuyên mục Whit Hobbs đã viết: "Thành công là thức dậy vào buổi sáng, dù bạn là ai, ở đâu, dù già hay trẻ, và bật khỏi giường vì có điều gì đó ngoài kia mà bạn yêu thích làm, mà bạn tin vào, mà bạn giỏi—điều gì đó lớn hơn chính bạn, và bạn háo hức đến mức chỉ muốn bắt tay vào làm lại ngay hôm nay." Đó chính là điều đam mê mang lại cho một nhà lãnh đạo.</w:t>
      </w:r>
    </w:p>
    <w:p>
      <w:pPr>
        <w:pStyle w:val="Heading3"/>
      </w:pPr>
      <w:r>
        <w:rPr>
          <w:rFonts w:ascii="Calibri" w:hAnsi="Calibri"/>
          <w:b/>
          <w:i w:val="0"/>
          <w:sz w:val="26"/>
        </w:rPr>
        <w:t>2. Nguyên tắc</w:t>
      </w:r>
    </w:p>
    <w:p>
      <w:pPr>
        <w:spacing w:after="80"/>
      </w:pPr>
      <w:r>
        <w:rPr>
          <w:b w:val="0"/>
          <w:i w:val="0"/>
        </w:rPr>
        <w:t>Những nhà lãnh đạo thành công luôn trung thành với các nguyên tắc của mình—với niềm tin, năng khiếu và cá tính của họ. Họ không cố gắng lãnh đạo theo một phong cách không phù hợp với con người mình. Nếu họ tự hỏi: "Phong cách lãnh đạo của mình có thoải mái không và có phản ánh đúng con người thật của mình không?" thì họ có thể trả lời bằng một tiếng "có" đầy dứt khoát!</w:t>
      </w:r>
    </w:p>
    <w:p>
      <w:pPr>
        <w:spacing w:after="80"/>
      </w:pPr>
      <w:r>
        <w:rPr>
          <w:b w:val="0"/>
          <w:i w:val="0"/>
        </w:rPr>
        <w:t>Các nhà lãnh đạo cần thời gian để hiểu chính mình. Mọi người thường hỏi tôi về phong cách giao tiếp của tôi, và tôi cho họ biết rằng tôi đã mất tám năm để tìm ra con đường của mình và trở thành chính mình trên sân khấu. Tôi cũng mất thời gian để phát triển phong cách lãnh đạo của mình. Nhưng tôi chỉ có thể ở đỉnh cao phong độ khi sống đúng với chính mình. Bạn càng hiểu rõ bản thân và càng sống đúng với chính mình, tiềm năng thành công bền vững của bạn càng lớn.</w:t>
      </w:r>
    </w:p>
    <w:p>
      <w:pPr>
        <w:pStyle w:val="Heading3"/>
      </w:pPr>
      <w:r>
        <w:rPr>
          <w:rFonts w:ascii="Calibri" w:hAnsi="Calibri"/>
          <w:b/>
          <w:i w:val="0"/>
          <w:sz w:val="26"/>
        </w:rPr>
        <w:t>3. Thực hành</w:t>
      </w:r>
    </w:p>
    <w:p>
      <w:pPr>
        <w:spacing w:after="80"/>
      </w:pPr>
      <w:r>
        <w:rPr>
          <w:b w:val="0"/>
          <w:i w:val="0"/>
        </w:rPr>
        <w:t>Gần như ai cũng có thể đạt được thành công chớp nhoáng. Tất cả chúng ta đôi khi đều gặp may. Nhưng nếu muốn duy trì thành công—dù với tư cách cá nhân hay nhà lãnh đạo—chúng ta cần thực hiện những thực hành đúng đắn và đều đặn giúp ta làm điều đúng đắn ngày này qua ngày khác.</w:t>
      </w:r>
    </w:p>
    <w:p>
      <w:pPr>
        <w:spacing w:after="80"/>
      </w:pPr>
      <w:r>
        <w:rPr>
          <w:b w:val="0"/>
          <w:i w:val="0"/>
        </w:rPr>
        <w:t>Người thành công làm hằng ngày những gì người không thành công chỉ làm thỉnh thoảng. Họ thực hành những kỷ luật hằng ngày. Họ triển khai các hệ thống cho sự phát triển cá nhân. Họ biến việc duy trì thái độ tích cực thành thói quen. Ít nhất, những điều này giúp duy trì đà tiến cá nhân của họ. Tốt nhất, chúng biến mỗi ngày thành một kiệt tác.</w:t>
      </w:r>
    </w:p>
    <w:p>
      <w:pPr>
        <w:pStyle w:val="Heading3"/>
      </w:pPr>
      <w:r>
        <w:rPr>
          <w:rFonts w:ascii="Calibri" w:hAnsi="Calibri"/>
          <w:b/>
          <w:i w:val="0"/>
          <w:sz w:val="26"/>
        </w:rPr>
        <w:t>Xác định và thực hiện những thực hành hằng ngày của riêng bạn</w:t>
      </w:r>
    </w:p>
    <w:p>
      <w:pPr>
        <w:spacing w:after="80"/>
      </w:pPr>
      <w:r>
        <w:rPr>
          <w:b w:val="0"/>
          <w:i w:val="0"/>
        </w:rPr>
        <w:t>Các nhà lãnh đạo cần xác định những thực hành dựa trên nguyên tắc của riêng mình để giúp họ luôn đam mê, sống đúng với chính mình và gắn kết với đội ngũ. Đây là danh sách của tôi, mà tôi gọi là mười hai điều mỗi ngày:</w:t>
      </w:r>
    </w:p>
    <w:p>
      <w:pPr>
        <w:spacing w:after="80"/>
      </w:pPr>
      <w:r>
        <w:rPr>
          <w:b w:val="0"/>
          <w:i w:val="0"/>
        </w:rPr>
        <w:t>Chỉ riêng hôm nay…</w:t>
      </w:r>
    </w:p>
    <w:p>
      <w:pPr>
        <w:spacing w:after="80"/>
      </w:pPr>
      <w:r>
        <w:rPr>
          <w:b w:val="0"/>
          <w:i w:val="0"/>
        </w:rPr>
        <w:t>Tôi sẽ chọn lựa và thể hiện những thái độ đúng đắn.</w:t>
      </w:r>
    </w:p>
    <w:p>
      <w:pPr>
        <w:spacing w:after="80"/>
      </w:pPr>
      <w:r>
        <w:rPr>
          <w:b w:val="0"/>
          <w:i w:val="0"/>
        </w:rPr>
        <w:t>Tôi sẽ xác định và hành động theo những ưu tiên quan trọng.</w:t>
      </w:r>
    </w:p>
    <w:p>
      <w:pPr>
        <w:spacing w:after="80"/>
      </w:pPr>
      <w:r>
        <w:rPr>
          <w:b w:val="0"/>
          <w:i w:val="0"/>
        </w:rPr>
        <w:t>Tôi sẽ biết và tuân theo những hướng dẫn lành mạnh.</w:t>
      </w:r>
    </w:p>
    <w:p>
      <w:pPr>
        <w:spacing w:after="80"/>
      </w:pPr>
      <w:r>
        <w:rPr>
          <w:b w:val="0"/>
          <w:i w:val="0"/>
        </w:rPr>
        <w:t>Tôi sẽ giao tiếp và quan tâm đến gia đình mình.</w:t>
      </w:r>
    </w:p>
    <w:p>
      <w:pPr>
        <w:spacing w:after="80"/>
      </w:pPr>
      <w:r>
        <w:rPr>
          <w:b w:val="0"/>
          <w:i w:val="0"/>
        </w:rPr>
        <w:t>Tôi sẽ rèn luyện và phát triển tư duy tốt.</w:t>
      </w:r>
    </w:p>
    <w:p>
      <w:pPr>
        <w:spacing w:after="80"/>
      </w:pPr>
      <w:r>
        <w:rPr>
          <w:b w:val="0"/>
          <w:i w:val="0"/>
        </w:rPr>
        <w:t>Tôi sẽ đưa ra và giữ những cam kết đúng đắn.</w:t>
      </w:r>
    </w:p>
    <w:p>
      <w:pPr>
        <w:spacing w:after="80"/>
      </w:pPr>
      <w:r>
        <w:rPr>
          <w:b w:val="0"/>
          <w:i w:val="0"/>
        </w:rPr>
        <w:t>Tôi sẽ kiếm tiền và quản lý tài chính đúng cách.</w:t>
      </w:r>
    </w:p>
    <w:p>
      <w:pPr>
        <w:spacing w:after="80"/>
      </w:pPr>
      <w:r>
        <w:rPr>
          <w:b w:val="0"/>
          <w:i w:val="0"/>
        </w:rPr>
        <w:t>Tôi sẽ đào sâu và sống trọn vẹn với đức tin của mình.</w:t>
      </w:r>
    </w:p>
    <w:p>
      <w:pPr>
        <w:spacing w:after="80"/>
      </w:pPr>
      <w:r>
        <w:rPr>
          <w:b w:val="0"/>
          <w:i w:val="0"/>
        </w:rPr>
        <w:t>Tôi sẽ chấp nhận và thể hiện tinh thần trách nhiệm.</w:t>
      </w:r>
    </w:p>
    <w:p>
      <w:pPr>
        <w:spacing w:after="80"/>
      </w:pPr>
      <w:r>
        <w:rPr>
          <w:b w:val="0"/>
          <w:i w:val="0"/>
        </w:rPr>
        <w:t>Tôi sẽ khởi tạo và đầu tư vào những mối quan hệ vững chắc.</w:t>
      </w:r>
    </w:p>
    <w:p>
      <w:pPr>
        <w:spacing w:after="80"/>
      </w:pPr>
      <w:r>
        <w:rPr>
          <w:b w:val="0"/>
          <w:i w:val="0"/>
        </w:rPr>
        <w:t>Tôi sẽ lên kế hoạch và làm gương về sự hào phóng.</w:t>
      </w:r>
    </w:p>
    <w:p>
      <w:pPr>
        <w:spacing w:after="80"/>
      </w:pPr>
      <w:r>
        <w:rPr>
          <w:b w:val="0"/>
          <w:i w:val="0"/>
        </w:rPr>
        <w:t>Tôi sẽ đón nhận và thực hành những giá trị tốt đẹp.</w:t>
      </w:r>
    </w:p>
    <w:p>
      <w:pPr>
        <w:spacing w:after="80"/>
      </w:pPr>
      <w:r>
        <w:rPr>
          <w:b w:val="0"/>
          <w:i w:val="0"/>
        </w:rPr>
        <w:t>Tôi sẽ tìm kiếm và trải nghiệm những cải thiện.</w:t>
      </w:r>
    </w:p>
    <w:p>
      <w:pPr>
        <w:spacing w:after="80"/>
      </w:pPr>
      <w:r>
        <w:rPr>
          <w:b w:val="0"/>
          <w:i w:val="0"/>
        </w:rPr>
        <w:t xml:space="preserve">Trích từ </w:t>
      </w:r>
      <w:r>
        <w:rPr>
          <w:b w:val="0"/>
          <w:i/>
        </w:rPr>
        <w:t>Today Matters</w:t>
      </w:r>
      <w:r>
        <w:rPr>
          <w:b w:val="0"/>
          <w:i w:val="0"/>
        </w:rPr>
        <w:t>.</w:t>
      </w:r>
    </w:p>
    <w:p>
      <w:pPr>
        <w:pStyle w:val="Heading3"/>
      </w:pPr>
      <w:r>
        <w:rPr>
          <w:rFonts w:ascii="Calibri" w:hAnsi="Calibri"/>
          <w:b/>
          <w:i w:val="0"/>
          <w:sz w:val="26"/>
        </w:rPr>
        <w:t>4. Con người</w:t>
      </w:r>
    </w:p>
    <w:p>
      <w:pPr>
        <w:spacing w:after="80"/>
      </w:pPr>
      <w:r>
        <w:rPr>
          <w:b w:val="0"/>
          <w:i w:val="0"/>
        </w:rPr>
        <w:t>Yếu tố cuối cùng cho sự bền vững của người lãnh đạo chính là đội ngũ. Những người xung quanh bạn sẽ hoặc tiếp thêm năng lượng cho bạn, hoặc bào mòn bạn. Lý tưởng nhất là ai cũng dẫn dắt một đội ngũ tuyệt vời, có những người bạn tuyệt vời, duy trì một vòng tròn thân thiết vững mạnh và có một gia đình yêu thương. Nhiều nhà lãnh đạo không có đủ tất cả những điều này. Nếu đó là trường hợp của bạn, đừng nản lòng. Ngay cả khi bạn chỉ có một người đứng về phía bạn cổ vũ, bạn vẫn có thể lãnh đạo thành công. Trong khi đó, hãy nỗ lực mang những người tích cực, biết ủng hộ đến quanh mình. Hãy tìm kiếm…</w:t>
      </w:r>
    </w:p>
    <w:p>
      <w:pPr>
        <w:spacing w:after="80"/>
        <w:ind w:left="360"/>
      </w:pPr>
      <w:r>
        <w:t xml:space="preserve">• </w:t>
      </w:r>
      <w:r>
        <w:rPr>
          <w:b/>
          <w:i w:val="0"/>
        </w:rPr>
        <w:t>Những người tin tưởng:</w:t>
      </w:r>
      <w:r>
        <w:rPr>
          <w:b w:val="0"/>
          <w:i w:val="0"/>
        </w:rPr>
        <w:t xml:space="preserve"> Những người tin vào bạn và tầm nhìn của bạn.</w:t>
      </w:r>
    </w:p>
    <w:p>
      <w:pPr>
        <w:spacing w:after="80"/>
        <w:ind w:left="360"/>
      </w:pPr>
      <w:r>
        <w:t xml:space="preserve">• </w:t>
      </w:r>
      <w:r>
        <w:rPr>
          <w:b/>
          <w:i w:val="0"/>
        </w:rPr>
        <w:t>Người đạt thành tích:</w:t>
      </w:r>
      <w:r>
        <w:rPr>
          <w:b w:val="0"/>
          <w:i w:val="0"/>
        </w:rPr>
        <w:t xml:space="preserve"> Những người đóng góp cho đội nhóm bằng sự xuất sắc.</w:t>
      </w:r>
    </w:p>
    <w:p>
      <w:pPr>
        <w:spacing w:after="80"/>
        <w:ind w:left="360"/>
      </w:pPr>
      <w:r>
        <w:t xml:space="preserve">• </w:t>
      </w:r>
      <w:r>
        <w:rPr>
          <w:b/>
          <w:i w:val="0"/>
        </w:rPr>
        <w:t>Người sáng tạo ý tưởng:</w:t>
      </w:r>
      <w:r>
        <w:rPr>
          <w:b w:val="0"/>
          <w:i w:val="0"/>
        </w:rPr>
        <w:t xml:space="preserve"> Những người mang đến những ý tưởng hay.</w:t>
      </w:r>
    </w:p>
    <w:p>
      <w:pPr>
        <w:spacing w:after="80"/>
        <w:ind w:left="360"/>
      </w:pPr>
      <w:r>
        <w:t xml:space="preserve">• </w:t>
      </w:r>
      <w:r>
        <w:rPr>
          <w:b/>
          <w:i w:val="0"/>
        </w:rPr>
        <w:t>Người bổ trợ:</w:t>
      </w:r>
      <w:r>
        <w:rPr>
          <w:b w:val="0"/>
          <w:i w:val="0"/>
        </w:rPr>
        <w:t xml:space="preserve"> Những người bù đắp cho kỹ năng và khả năng của bạn.</w:t>
      </w:r>
    </w:p>
    <w:p>
      <w:pPr>
        <w:spacing w:after="80"/>
        <w:jc w:val="center"/>
      </w:pPr>
      <w:r>
        <w:rPr>
          <w:b/>
          <w:i w:val="0"/>
        </w:rPr>
        <w:t>Những người xung quanh bạn sẽ hoặc tiếp thêm động lực cho bạn, hoặc bào mòn bạn.</w:t>
      </w:r>
    </w:p>
    <w:p>
      <w:pPr>
        <w:spacing w:after="80"/>
      </w:pPr>
      <w:r>
        <w:rPr>
          <w:b w:val="0"/>
          <w:i w:val="0"/>
        </w:rPr>
        <w:t>Tôi tin rằng không một nhà lãnh đạo nào cần phải kiệt sức. Đã có nhiều lúc trong đời tôi thấy mệt mỏi, bực bội hay chán nản. Nhưng tôi đã 66 tuổi, tôi đã lãnh đạo hơn 40 năm, và tôi vẫn háo hức mỗi ngày với những khả năng vô tận của cuộc sống. Bạn cũng có thể như vậy. Chỉ cần nhớ khơi dậy niềm đam mê của mình, sống đúng với các nguyên tắc của mình, thực hành những phương pháp đúng đắn, và bao quanh mình bằng những người phù hợp.</w:t>
      </w:r>
    </w:p>
    <w:p>
      <w:pPr>
        <w:pStyle w:val="Heading2"/>
      </w:pPr>
      <w:r>
        <w:rPr>
          <w:rFonts w:ascii="Calibri" w:hAnsi="Calibri"/>
          <w:b/>
          <w:i w:val="0"/>
          <w:sz w:val="32"/>
        </w:rPr>
        <w:t>3. Những giá trị quan trọng nhất đối với một nhà lãnh đạo là gì?</w:t>
      </w:r>
    </w:p>
    <w:p>
      <w:pPr>
        <w:spacing w:after="80"/>
      </w:pPr>
      <w:r>
        <w:rPr>
          <w:b w:val="0"/>
          <w:i w:val="0"/>
        </w:rPr>
        <w:t xml:space="preserve">Mỗi cá nhân đều phải quyết định mình sẽ theo đuổi những giá trị nào, mình sẽ sống vì điều gì, mình sẽ chết vì điều gì. Những giá trị đó đến từ niềm tin cốt lõi và đức tin của họ. Tôi sẽ không bàn đến điều đó ở đây, vì tôi tin rằng bạn phải tự mình vật lộn để làm rõ chúng. Thay vào đó, tôi sẽ nói về những giá trị </w:t>
      </w:r>
      <w:r>
        <w:rPr>
          <w:b w:val="0"/>
          <w:i/>
        </w:rPr>
        <w:t>lãnh đạo</w:t>
      </w:r>
      <w:r>
        <w:rPr>
          <w:b w:val="0"/>
          <w:i w:val="0"/>
        </w:rPr>
        <w:t xml:space="preserve"> mà tôi cho là quan trọng nhất.</w:t>
      </w:r>
    </w:p>
    <w:p>
      <w:pPr>
        <w:pStyle w:val="Heading3"/>
      </w:pPr>
      <w:r>
        <w:rPr>
          <w:rFonts w:ascii="Calibri" w:hAnsi="Calibri"/>
          <w:b/>
          <w:i w:val="0"/>
          <w:sz w:val="26"/>
        </w:rPr>
        <w:t>Tinh thần phục vụ: Lãnh đạo tốt là phục vụ người khác</w:t>
      </w:r>
    </w:p>
    <w:p>
      <w:pPr>
        <w:spacing w:after="80"/>
      </w:pPr>
      <w:r>
        <w:rPr>
          <w:b w:val="0"/>
          <w:i w:val="0"/>
        </w:rPr>
        <w:t xml:space="preserve">Người ta muốn lãnh đạo vì nhiều lý do. Có người muốn quyền lực. Người khác tìm kiếm sự giàu sang. Nhiều người bị thúc đẩy bởi một hệ tư tưởng hoặc khát khao thay đổi thế giới. Tôi tin rằng động cơ duy nhất xứng đáng cho việc lãnh đạo là khát khao phục vụ. Tôi rất thích điều Eugene B. Habecker viết trong </w:t>
      </w:r>
      <w:r>
        <w:rPr>
          <w:b w:val="0"/>
          <w:i/>
        </w:rPr>
        <w:t>The Other Side of Leadership</w:t>
      </w:r>
      <w:r>
        <w:rPr>
          <w:b w:val="0"/>
          <w:i w:val="0"/>
        </w:rPr>
        <w:t>:</w:t>
      </w:r>
    </w:p>
    <w:p>
      <w:pPr>
        <w:spacing w:after="80"/>
      </w:pPr>
      <w:r>
        <w:rPr>
          <w:b w:val="0"/>
          <w:i w:val="0"/>
        </w:rPr>
        <w:t>Nhà lãnh đạo đích thực là người phục vụ. Phục vụ con người. Phục vụ những lợi ích tốt nhất của họ, và khi làm vậy sẽ không phải lúc nào cũng được yêu mến, có thể không phải lúc nào cũng gây ấn tượng. Nhưng bởi vì những nhà lãnh đạo đích thực được thúc đẩy bởi sự quan tâm đầy yêu thương, chứ không phải khát khao vinh quang cá nhân, họ sẵn sàng trả giá.</w:t>
      </w:r>
    </w:p>
    <w:p>
      <w:pPr>
        <w:spacing w:after="80"/>
      </w:pPr>
      <w:r>
        <w:rPr>
          <w:b w:val="0"/>
          <w:i w:val="0"/>
        </w:rPr>
        <w:t>Nếu bạn muốn lãnh đạo người khác nhưng không sẵn lòng phục vụ con người, tôi nghĩ bạn cần xem lại động cơ của mình. Nếu bạn sẵn lòng đón nhận tinh thần phục vụ, không chỉ bạn trở thành một nhà lãnh đạo tốt hơn, mà bạn còn giúp đội nhóm của mình, giúp những người mà đội nhóm của bạn phục vụ, và làm cho thế giới trở nên tốt đẹp hơn.</w:t>
      </w:r>
    </w:p>
    <w:p>
      <w:pPr>
        <w:pStyle w:val="Heading3"/>
      </w:pPr>
      <w:r>
        <w:rPr>
          <w:rFonts w:ascii="Calibri" w:hAnsi="Calibri"/>
          <w:b/>
          <w:i w:val="0"/>
          <w:sz w:val="26"/>
        </w:rPr>
        <w:t xml:space="preserve">Mục đích: Hãy để </w:t>
      </w:r>
      <w:r>
        <w:rPr>
          <w:rFonts w:ascii="Calibri" w:hAnsi="Calibri"/>
          <w:b/>
          <w:i/>
          <w:sz w:val="26"/>
        </w:rPr>
        <w:t>lý do tại sao</w:t>
      </w:r>
      <w:r>
        <w:rPr>
          <w:rFonts w:ascii="Calibri" w:hAnsi="Calibri"/>
          <w:b/>
          <w:i w:val="0"/>
          <w:sz w:val="26"/>
        </w:rPr>
        <w:t xml:space="preserve"> của bạn định hướng </w:t>
      </w:r>
      <w:r>
        <w:rPr>
          <w:rFonts w:ascii="Calibri" w:hAnsi="Calibri"/>
          <w:b/>
          <w:i/>
          <w:sz w:val="26"/>
        </w:rPr>
        <w:t>việc bạn làm</w:t>
      </w:r>
    </w:p>
    <w:p>
      <w:pPr>
        <w:spacing w:after="80"/>
      </w:pPr>
      <w:r>
        <w:rPr>
          <w:b w:val="0"/>
          <w:i w:val="0"/>
        </w:rPr>
        <w:t>Tôi tin rằng thành công đến từ việc biết mục đích sống của mình, phát triển đến tiềm năng tối đa của mình, và gieo những hạt giống mang lại lợi ích cho người khác. Nếu bạn bỏ lỡ bất kỳ điều nào trong ba điều đó, tôi không nghĩ bạn có thể thực sự thành công. Tôi cũng biết rằng bạn không thể đạt được trọn vẹn phần thứ hai và thứ ba mà không khám phá ra phần thứ nhất trước. Bạn không thể phát triển đến tiềm năng của mình nếu không biết mục đích của mình. Và nếu bạn không biết vì sao mình có mặt trên đời này và không thể tiến bộ trong mục đích đó hết khả năng của mình, bạn sẽ rất hạn chế trong những cách bạn có thể giúp đỡ người khác.</w:t>
      </w:r>
    </w:p>
    <w:p>
      <w:pPr>
        <w:spacing w:after="80"/>
      </w:pPr>
      <w:r>
        <w:rPr>
          <w:b w:val="0"/>
          <w:i w:val="0"/>
        </w:rPr>
        <w:t>Tôi trả lời các câu hỏi về việc khám phá mục đích của bạn ở chương chín, nên tôi sẽ không đi sâu vào đó ở đây. Tôi chỉ muốn nói rằng một khi bạn hiểu được mục đích của mình, bạn cần sắp xếp ưu tiên cuộc sống theo mục đích đó. Nếu không, bạn sẽ liên tục lệch khỏi đường ray và có thể sẽ không bao giờ cảm nhận được cảm giác thỏa mãn và trọn vẹn thực sự.</w:t>
      </w:r>
    </w:p>
    <w:p>
      <w:pPr>
        <w:pStyle w:val="Heading3"/>
      </w:pPr>
      <w:r>
        <w:rPr>
          <w:rFonts w:ascii="Calibri" w:hAnsi="Calibri"/>
          <w:b/>
          <w:i w:val="0"/>
          <w:sz w:val="26"/>
        </w:rPr>
        <w:t>Chính trực: Sống đúng đắn trước khi lãnh đạo người khác</w:t>
      </w:r>
    </w:p>
    <w:p>
      <w:pPr>
        <w:spacing w:after="80"/>
      </w:pPr>
      <w:r>
        <w:rPr>
          <w:b w:val="0"/>
          <w:i w:val="0"/>
        </w:rPr>
        <w:t>Quá nhiều nhà lãnh đạo giống như những bậc cha mẹ tồi. Họ làm bất cứ điều gì họ muốn và bảo những người mà lẽ ra họ phải lãnh đạo rằng: "Hãy làm theo lời tôi nói, chứ đừng làm theo việc tôi làm." Điều đó không hiệu quả trong việc nuôi dạy con cái hay trong lãnh đạo. Tại sao? Bởi vì người ta làm theo những gì người ta thấy!</w:t>
      </w:r>
    </w:p>
    <w:p>
      <w:pPr>
        <w:spacing w:after="80"/>
      </w:pPr>
      <w:r>
        <w:rPr>
          <w:b w:val="0"/>
          <w:i w:val="0"/>
        </w:rPr>
        <w:t>Những đội ngũ tuyệt vời được tạo nên từ những người có kỹ năng đa dạng. Nhưng khi nói đến giá trị, thói quen, kỷ luật và thái độ, thì cần phải có sự thống nhất. Điều đó bắt đầu từ tấm gương của những người lãnh đạo. Nếu người lãnh đạo thiếu kỷ luật, nhân viên sẽ làm theo. Nếu họ đi làm muộn, không đạt chỉ tiêu ngân sách, làm việc cẩu thả, lãng phí thời gian và đối xử tệ với mọi người, bạn đoán xem nhân viên của họ sẽ làm gì?</w:t>
      </w:r>
    </w:p>
    <w:p>
      <w:pPr>
        <w:spacing w:after="80"/>
      </w:pPr>
      <w:r>
        <w:rPr>
          <w:b w:val="0"/>
          <w:i w:val="0"/>
        </w:rPr>
        <w:t>Khi bạn trở thành người lãnh đạo, bạn phải tập trung nhiều hơn vào trách nhiệm của mình thay vì quyền lợi. Bạn phải nâng cao tiêu chuẩn của mình. Bạn phải làm nhiều hơn những gì bạn kỳ vọng ở người khác. Nếu bạn sống đúng trước tiên và lãnh đạo giỏi, người khác sẽ tôn trọng bạn. Và rất có thể họ sẽ sẵn lòng đi theo bạn.</w:t>
      </w:r>
    </w:p>
    <w:p>
      <w:pPr>
        <w:spacing w:after="80"/>
        <w:jc w:val="center"/>
      </w:pPr>
      <w:r>
        <w:rPr>
          <w:b/>
          <w:i w:val="0"/>
        </w:rPr>
        <w:t>Khi bạn trở thành người lãnh đạo, bạn phải tập trung nhiều hơn vào trách nhiệm của mình thay vì quyền lợi.</w:t>
      </w:r>
    </w:p>
    <w:p>
      <w:pPr>
        <w:pStyle w:val="Heading3"/>
      </w:pPr>
      <w:r>
        <w:rPr>
          <w:rFonts w:ascii="Calibri" w:hAnsi="Calibri"/>
          <w:b/>
          <w:i w:val="0"/>
          <w:sz w:val="26"/>
        </w:rPr>
        <w:t>Các mối quan hệ: Bước chậm rãi qua đám đông</w:t>
      </w:r>
    </w:p>
    <w:p>
      <w:pPr>
        <w:spacing w:after="80"/>
      </w:pPr>
      <w:r>
        <w:rPr>
          <w:b w:val="0"/>
          <w:i w:val="0"/>
        </w:rPr>
        <w:t>Tầm ảnh hưởng của người lãnh đạo không đến từ chức vụ hay danh hiệu mà từ những mối quan hệ chân thật. Làm thế nào để bạn xây dựng những mối quan hệ chân thật? Bạn sống chân thật. Bạn đối xử với mọi người bằng sự tử tế và tôn trọng. Và bạn đến nơi họ ở để kết nối với họ.</w:t>
      </w:r>
    </w:p>
    <w:p>
      <w:pPr>
        <w:spacing w:after="80"/>
      </w:pPr>
      <w:r>
        <w:rPr>
          <w:b w:val="0"/>
          <w:i w:val="0"/>
        </w:rPr>
        <w:t>Nhiều người lãnh đạo chờ đợi nhân viên của mình đến với họ. Họ cho rằng mọi người sẽ đến với họ nếu cần hay muốn điều gì đó. Nhưng những người lãnh đạo giỏi không nghĩ như vậy. Những người lãnh đạo hiệu quả chủ động khởi xướng. Họ truyền đạt tầm nhìn. Họ tìm kiếm cơ hội. Họ khởi xướng những sáng kiến có lợi cho tổ chức. Và họ cũng chủ động với mọi người. Họ biết rằng họ sẽ không bao giờ có được điều mà họ không sẵn lòng theo đuổi. Họ muốn có mối quan hệ tốt với những người làm việc cùng, nên họ tìm đến những người đó. Họ đặt câu hỏi cho họ. Họ tìm hiểu họ là ai. Họ đề nghị giúp đỡ. Họ tìm cách để họ thành công. Nếu bạn muốn trở thành một người lãnh đạo giỏi hơn, hãy trở nên giỏi xây dựng quan hệ.</w:t>
      </w:r>
    </w:p>
    <w:p>
      <w:pPr>
        <w:pStyle w:val="Heading3"/>
      </w:pPr>
      <w:r>
        <w:rPr>
          <w:rFonts w:ascii="Calibri" w:hAnsi="Calibri"/>
          <w:b/>
          <w:i w:val="0"/>
          <w:sz w:val="26"/>
        </w:rPr>
        <w:t>Sự tái tạo: Nạp lại năng lượng cho bản thân mỗi ngày</w:t>
      </w:r>
    </w:p>
    <w:p>
      <w:pPr>
        <w:spacing w:after="80"/>
      </w:pPr>
      <w:r>
        <w:rPr>
          <w:b w:val="0"/>
          <w:i w:val="0"/>
        </w:rPr>
        <w:t>Cuộc sống đầy đòi hỏi. Con người cũng đầy đòi hỏi. Bạn càng lãnh đạo nhiều và càng thành công, người khác sẽ càng kỳ vọng nhiều ở bạn. Nếu bạn không nỗ lực nạp lại năng lượng, nuôi dưỡng tâm hồn và làm mới tâm trí mình, bạn sẽ cạn kiệt nhiên liệu. Việc nạp lại năng lượng cho bản thân đòi hỏi sự chú ý của bạn. Bạn phải có chủ đích về điều đó.</w:t>
      </w:r>
    </w:p>
    <w:p>
      <w:pPr>
        <w:spacing w:after="80"/>
      </w:pPr>
      <w:r>
        <w:rPr>
          <w:b w:val="0"/>
          <w:i w:val="0"/>
        </w:rPr>
        <w:t xml:space="preserve">Stephen Covey, tác giả cuốn </w:t>
      </w:r>
      <w:r>
        <w:rPr>
          <w:b w:val="0"/>
          <w:i/>
        </w:rPr>
        <w:t>The 7 Habits of Highly Effective People</w:t>
      </w:r>
      <w:r>
        <w:rPr>
          <w:b w:val="0"/>
          <w:i w:val="0"/>
        </w:rPr>
        <w:t>, gọi đây là “mài cưa” và mô tả nó là “gìn giữ và nâng cao tài sản lớn nhất mà bạn có—chính bạn. Điều đó có nghĩa là có một chương trình cân bằng để tự tái tạo trong bốn lĩnh vực của cuộc đời bạn: thể chất, xã hội/cảm xúc, tinh thần và tâm linh.”</w:t>
      </w:r>
    </w:p>
    <w:p>
      <w:pPr>
        <w:pStyle w:val="Heading3"/>
      </w:pPr>
      <w:r>
        <w:rPr>
          <w:rFonts w:ascii="Calibri" w:hAnsi="Calibri"/>
          <w:b/>
          <w:i w:val="0"/>
          <w:sz w:val="26"/>
        </w:rPr>
        <w:t>Điều gì làm mới bạn?</w:t>
      </w:r>
    </w:p>
    <w:p>
      <w:pPr>
        <w:spacing w:after="80"/>
      </w:pPr>
      <w:r>
        <w:rPr>
          <w:b w:val="0"/>
          <w:i w:val="0"/>
        </w:rPr>
        <w:t>Bạn làm mới bản thân mỗi ngày, mỗi tuần, mỗi tháng, mỗi năm như thế nào? Điều gì nạp lại năng lượng cho bạn? Điều gì nuôi dưỡng tâm hồn bạn? Điều gì mang lại cho bạn sức mạnh cảm xúc? Điều gì làm mới và cải thiện tâm trí bạn? Hãy xác định những điều đó.</w:t>
      </w:r>
    </w:p>
    <w:p>
      <w:pPr>
        <w:spacing w:after="80"/>
      </w:pPr>
      <w:r>
        <w:rPr>
          <w:b w:val="0"/>
          <w:i w:val="0"/>
        </w:rPr>
        <w:t>Những nhịp điệu nào của cuộc sống đã hình thành nơi bạn? Năng lượng của bạn lên xuống, thăng trầm ra sao? Khi nào bạn cần được tái tạo? Hãy học những nhịp điệu đó và lên lịch các hoạt động giúp bạn luôn sắc bén. Sự mệt mỏi có thể phải trả giá đắt.</w:t>
      </w:r>
    </w:p>
    <w:p>
      <w:pPr>
        <w:spacing w:after="80"/>
      </w:pPr>
      <w:r>
        <w:rPr>
          <w:b w:val="0"/>
          <w:i w:val="0"/>
        </w:rPr>
        <w:t>Chắc chắn còn có những giá trị quan trọng khác đối với người lãnh đạo, nhưng đây là những giá trị tôi đặt lên đầu danh sách của mình. Tôi khuyến khích bạn xem xét những niềm tin cốt lõi của chính mình và quyết định giá trị nào là quan trọng nhất với bạn.</w:t>
      </w:r>
    </w:p>
    <w:p>
      <w:pPr>
        <w:pStyle w:val="Heading2"/>
      </w:pPr>
      <w:r>
        <w:rPr>
          <w:rFonts w:ascii="Calibri" w:hAnsi="Calibri"/>
          <w:b/>
          <w:i w:val="0"/>
          <w:sz w:val="32"/>
        </w:rPr>
        <w:t>4. Thói quen hằng ngày nào hiệu quả nhất mà bất kỳ người lãnh đạo nào cũng nên phát triển?</w:t>
      </w:r>
    </w:p>
    <w:p>
      <w:pPr>
        <w:spacing w:after="80"/>
      </w:pPr>
      <w:r>
        <w:rPr>
          <w:b w:val="0"/>
          <w:i w:val="0"/>
        </w:rPr>
        <w:t>Nếu bạn chỉ có thể nuôi dưỡng một thói quen duy nhất để thực hành mỗi ngày trong cuộc đời mình, tôi tin đó nên là: cho đi nhiều hơn nhận lại. Tôi nói vậy vì có tư duy cho đi mang lại rất nhiều lợi ích:</w:t>
      </w:r>
    </w:p>
    <w:p>
      <w:pPr>
        <w:pStyle w:val="Heading3"/>
      </w:pPr>
      <w:r>
        <w:rPr>
          <w:rFonts w:ascii="Calibri" w:hAnsi="Calibri"/>
          <w:b/>
          <w:i w:val="0"/>
          <w:sz w:val="26"/>
        </w:rPr>
        <w:t>Cho đi là thừa nhận rằng người khác đã giúp đỡ chúng ta</w:t>
      </w:r>
    </w:p>
    <w:p>
      <w:pPr>
        <w:spacing w:after="80"/>
      </w:pPr>
      <w:r>
        <w:rPr>
          <w:b w:val="0"/>
          <w:i w:val="0"/>
        </w:rPr>
        <w:t>Không ai thành công trong cuộc sống chỉ bằng chính mình. Mỗi người chúng ta đều đã được người khác giúp đỡ trên hành trình của mình. Khi ta trao đi cho người khác, ta thừa nhận điều đó bằng cách trao tiếp những gì mình đã nhận.</w:t>
      </w:r>
    </w:p>
    <w:p>
      <w:pPr>
        <w:pStyle w:val="Heading3"/>
      </w:pPr>
      <w:r>
        <w:rPr>
          <w:rFonts w:ascii="Calibri" w:hAnsi="Calibri"/>
          <w:b/>
          <w:i w:val="0"/>
          <w:sz w:val="26"/>
        </w:rPr>
        <w:t>Cho đi đòi hỏi ta phải vượt lên trên chính mình</w:t>
      </w:r>
    </w:p>
    <w:p>
      <w:pPr>
        <w:spacing w:after="80"/>
      </w:pPr>
      <w:r>
        <w:rPr>
          <w:b w:val="0"/>
          <w:i w:val="0"/>
        </w:rPr>
        <w:t>Khi tư duy của bạn là cho đi nhiều hơn nhận lại, nó buộc bạn phải nghĩ về người khác nhiều hơn nghĩ về bản thân. Bạn phải chú ý đến người khác và những gì họ muốn. Bạn phải tìm ra cách trao cho họ điều đó. Những điều này chuyển sự tập trung của bạn từ bản thân sang người khác. Chính điều đó khiến bạn bớt ích kỷ hơn.</w:t>
      </w:r>
    </w:p>
    <w:p>
      <w:pPr>
        <w:spacing w:after="80"/>
        <w:jc w:val="center"/>
      </w:pPr>
      <w:r>
        <w:rPr>
          <w:b/>
          <w:i w:val="0"/>
        </w:rPr>
        <w:t>Khi tư duy của bạn là cho đi nhiều hơn nhận lại, nó buộc bạn phải nghĩ về người khác nhiều hơn nghĩ về bản thân.</w:t>
      </w:r>
    </w:p>
    <w:p>
      <w:pPr>
        <w:pStyle w:val="Heading3"/>
      </w:pPr>
      <w:r>
        <w:rPr>
          <w:rFonts w:ascii="Calibri" w:hAnsi="Calibri"/>
          <w:b/>
          <w:i w:val="0"/>
          <w:sz w:val="26"/>
        </w:rPr>
        <w:t>Cho đi về bản chất là có chủ đích</w:t>
      </w:r>
    </w:p>
    <w:p>
      <w:pPr>
        <w:spacing w:after="80"/>
      </w:pPr>
      <w:r>
        <w:rPr>
          <w:b w:val="0"/>
          <w:i w:val="0"/>
        </w:rPr>
        <w:t>Người ta hiếm khi cho đi một cách tình cờ. Họ phải nỗ lực để cho đi. Đó là một hành động của ý chí. Tính chủ đích đó giúp ta trưởng thành và trở nên chủ động hơn—những phẩm chất quan trọng của người lãnh đạo.</w:t>
      </w:r>
    </w:p>
    <w:p>
      <w:pPr>
        <w:pStyle w:val="Heading3"/>
      </w:pPr>
      <w:r>
        <w:rPr>
          <w:rFonts w:ascii="Calibri" w:hAnsi="Calibri"/>
          <w:b/>
          <w:i w:val="0"/>
          <w:sz w:val="26"/>
        </w:rPr>
        <w:t>Cho đi thay đổi thế giới—từng người một</w:t>
      </w:r>
    </w:p>
    <w:p>
      <w:pPr>
        <w:spacing w:after="80"/>
      </w:pPr>
      <w:r>
        <w:rPr>
          <w:b w:val="0"/>
          <w:i w:val="0"/>
        </w:rPr>
        <w:t>Thế giới sẽ ra sao nếu ai cũng cố gắng cho đi nhiều hơn nhận lại? Con người sẽ thay đổi. Một người khỏe mạnh khó có thể cứ mãi nhận từ người khác mà không trao lại điều gì. Từ sự dư dả nảy sinh lòng hào phóng. Hãy hào phóng trao cho người khác mà không mong được đáp lại, và người nhận sẽ thay đổi và muốn trao tiếp. Một khi bạn có tư duy cho đi, bạn càng nhận nhiều thì càng muốn cho nhiều. Nó trở thành một vòng tuần hoàn tích cực. Khi nó lan tỏa, không chỉ các cá nhân thay đổi mà cả cộng đồng cũng vậy.</w:t>
      </w:r>
    </w:p>
    <w:p>
      <w:pPr>
        <w:spacing w:after="80"/>
      </w:pPr>
      <w:r>
        <w:rPr>
          <w:b w:val="0"/>
          <w:i w:val="0"/>
        </w:rPr>
        <w:t>Điều này liên quan gì đến lãnh đạo? Bạn phản ứng thế nào với những người biết cho đi? Bạn phản ứng thế nào với những nhà lãnh đạo hào phóng? Chẳng phải hành động của họ khiến bạn muốn đáp lại, làm việc chăm chỉ hơn, cố gắng hết mình sao? Tôi biết đó chính là điều họ làm cho tôi. Nếu bạn trở thành một nhà lãnh đạo hào phóng, luôn nỗ lực cho đi nhiều hơn nhận lại, bạn sẽ tạo ra một đội ngũ và tổ chức tích cực mà người khác luôn muốn trở thành một phần trong đó.</w:t>
      </w:r>
    </w:p>
    <w:p>
      <w:pPr>
        <w:pStyle w:val="Heading3"/>
      </w:pPr>
      <w:r>
        <w:rPr>
          <w:rFonts w:ascii="Calibri" w:hAnsi="Calibri"/>
          <w:b/>
          <w:i w:val="0"/>
          <w:sz w:val="26"/>
        </w:rPr>
        <w:t>Ba câu hỏi cần tự hỏi trước khi bạn có thể cho đi nhiều hơn một cách hiệu quả</w:t>
      </w:r>
    </w:p>
    <w:p>
      <w:pPr>
        <w:spacing w:after="80"/>
      </w:pPr>
      <w:r>
        <w:rPr>
          <w:b/>
          <w:i w:val="0"/>
        </w:rPr>
        <w:t>1. Bạn đã được trao những gì?</w:t>
      </w:r>
      <w:r>
        <w:rPr>
          <w:b w:val="0"/>
          <w:i w:val="0"/>
        </w:rPr>
        <w:t xml:space="preserve"> Hãy nhìn lại cuộc đời mình và nghĩ về những gì bạn đã được trao. Ngay cả những người có xuất phát điểm ít thuận lợi nhất cũng có những trải nghiệm tích cực để dựa vào.</w:t>
      </w:r>
    </w:p>
    <w:p>
      <w:pPr>
        <w:spacing w:after="80"/>
      </w:pPr>
      <w:r>
        <w:rPr>
          <w:b/>
          <w:i w:val="0"/>
        </w:rPr>
        <w:t>2. Bạn có những gì?</w:t>
      </w:r>
      <w:r>
        <w:rPr>
          <w:b w:val="0"/>
          <w:i w:val="0"/>
        </w:rPr>
        <w:t xml:space="preserve"> Hãy nhìn vào bên trong để khám phá những tài năng, kỹ năng và đam mê nằm trong bạn mà bạn có thể trao lại cho người khác. Bạn có giá trị. Người khác có thể hưởng lợi từ thời gian và chuyên môn của bạn.</w:t>
      </w:r>
    </w:p>
    <w:p>
      <w:pPr>
        <w:spacing w:after="80"/>
      </w:pPr>
      <w:r>
        <w:rPr>
          <w:b/>
          <w:i w:val="0"/>
        </w:rPr>
        <w:t>3. Bạn có thể làm gì?</w:t>
      </w:r>
      <w:r>
        <w:rPr>
          <w:b w:val="0"/>
          <w:i w:val="0"/>
        </w:rPr>
        <w:t xml:space="preserve"> Rất có thể có những việc bạn có thể làm cho người khác ngay bây giờ. Hãy nhìn quanh bạn. Hiện tại bạn thấy những cơ hội nào để mang lại giá trị cho người khác?</w:t>
      </w:r>
    </w:p>
    <w:p>
      <w:pPr>
        <w:pStyle w:val="Heading2"/>
      </w:pPr>
      <w:r>
        <w:rPr>
          <w:rFonts w:ascii="Calibri" w:hAnsi="Calibri"/>
          <w:b/>
          <w:i w:val="0"/>
          <w:sz w:val="32"/>
        </w:rPr>
        <w:t>5. Làm thế nào để thay đổi trái tim mình nhằm gia tăng khát khao mang lại giá trị cho người khác và phục vụ họ?</w:t>
      </w:r>
    </w:p>
    <w:p>
      <w:pPr>
        <w:spacing w:after="80"/>
      </w:pPr>
      <w:r>
        <w:rPr>
          <w:b w:val="0"/>
          <w:i w:val="0"/>
        </w:rPr>
        <w:t>Tôi hiểu rằng không phải ai cũng là người thích giao thiệp với đám đông. Tôi là người hướng ngoại và luôn thích ở bên mọi người. Vì vậy tôi bước vào vai trò lãnh đạo với tình yêu dành cho con người, nhưng tôi khá ngây thơ. Khi tuyển nhân viên đầu tiên, tôi yêu quý anh ấy, dìu dắt anh ấy và dồn hết tâm sức vào anh ấy. Mọi thứ có vẻ tuyệt vời, và tôi tưởng chúng tôi sẽ cùng nhau rong ruổi về phía hoàng hôn như Lone Ranger và Tonto. Nhưng rồi anh ấy vi phạm một số vấn đề niềm tin lãnh đạo nghiêm trọng và tôi buộc phải sa thải anh ấy.</w:t>
      </w:r>
    </w:p>
    <w:p>
      <w:pPr>
        <w:spacing w:after="80"/>
      </w:pPr>
      <w:r>
        <w:rPr>
          <w:b w:val="0"/>
          <w:i w:val="0"/>
        </w:rPr>
        <w:t xml:space="preserve">Điều đó thật sự khó khăn với tôi. Và thành thật mà nói, nó thực sự làm tôi đau và tôi thấy thương hại chính mình. Tôi nhớ mình đã nghĩ, </w:t>
      </w:r>
      <w:r>
        <w:rPr>
          <w:b w:val="0"/>
          <w:i/>
        </w:rPr>
        <w:t>Sao chuyện này có thể xảy ra? Sao anh ấy có thể làm điều này với mình?</w:t>
      </w:r>
    </w:p>
    <w:p>
      <w:pPr>
        <w:spacing w:after="80"/>
      </w:pPr>
      <w:r>
        <w:rPr>
          <w:b w:val="0"/>
          <w:i w:val="0"/>
        </w:rPr>
        <w:t>Đó là lúc tôi đưa ra một quyết định: lần tới khi tuyển người, tôi sẽ không để họ đến gần mình. Tôi sẽ giao việc cho họ, cho họ biết tôi kỳ vọng điều gì, và giữ khoảng cách. Tôi sẽ nói với họ: "Anh làm việc của anh, tôi làm việc của tôi. Hẹn gặp nhau vào tháng 12 ở bữa tiệc Giáng sinh." Và đó chính là điều tôi đã làm. Lần tiếp theo tuyển một nhân viên, tôi trình bày rõ ràng những kỳ vọng của mình bằng thứ ngôn ngữ lạnh lùng dứt khoát rồi thả anh ta ra. Tôi để mặc anh ta suốt sáu tháng. Và tin tốt là anh ta chẳng bao giờ làm tôi tổn thương. Nhưng tin xấu là anh ta cũng chẳng thực sự giúp được gì cho tôi.</w:t>
      </w:r>
    </w:p>
    <w:p>
      <w:pPr>
        <w:spacing w:after="80"/>
      </w:pPr>
      <w:r>
        <w:rPr>
          <w:b w:val="0"/>
          <w:i w:val="0"/>
        </w:rPr>
        <w:t>Bạn không thể trở thành một nhà lãnh đạo hiệu quả bằng cách giữ người ta ở xa tầm tay. Bạn không thể dìu dắt họ nếu bạn không ở gần họ. Bạn không thể gia tăng giá trị nếu bạn không biết điều gì có giá trị với họ. Và họ sẽ chẳng bao giờ nỗ lực hết mình vì một nhà lãnh đạo không quan tâm đến họ.</w:t>
      </w:r>
    </w:p>
    <w:p>
      <w:pPr>
        <w:spacing w:after="80"/>
      </w:pPr>
      <w:r>
        <w:rPr>
          <w:b w:val="0"/>
          <w:i w:val="0"/>
        </w:rPr>
        <w:t>Tôi học được điều đó vào năm hai mươi lăm tuổi. Và đó là lúc tôi đưa ra một lựa chọn khác: tôi sẽ mở lòng với mọi người và cố gắng yêu thương họ vô điều kiện. Điều đó đã gây ra một số tổn thương lớn nhất trong đời tôi. Nhưng nó cũng tạo nên một số niềm vui lớn nhất của tôi.</w:t>
      </w:r>
    </w:p>
    <w:p>
      <w:pPr>
        <w:spacing w:after="80"/>
      </w:pPr>
      <w:r>
        <w:rPr>
          <w:b w:val="0"/>
          <w:i w:val="0"/>
        </w:rPr>
        <w:t xml:space="preserve">Vậy nên câu trả lời cốt lõi cho câu hỏi về việc thay đổi tấm lòng của bạn đối với mọi người là: đó là một lựa chọn. Bạn phải </w:t>
      </w:r>
      <w:r>
        <w:rPr>
          <w:b w:val="0"/>
          <w:i/>
        </w:rPr>
        <w:t>quyết định</w:t>
      </w:r>
      <w:r>
        <w:rPr>
          <w:b w:val="0"/>
          <w:i w:val="0"/>
        </w:rPr>
        <w:t xml:space="preserve"> yêu thương mọi người và sống chân thật, cởi mở, dễ tổn thương với họ. Bạn phải chọn để họ bước vào cuộc đời mình, để bạn có thể gia tăng giá trị cho họ và họ có thể gia tăng giá trị cho bạn.</w:t>
      </w:r>
    </w:p>
    <w:p>
      <w:pPr>
        <w:spacing w:after="80"/>
      </w:pPr>
      <w:r>
        <w:rPr>
          <w:b w:val="0"/>
          <w:i w:val="0"/>
        </w:rPr>
        <w:t>Tôi tin rằng một quyết định như vậy sẽ mang lại nhiều thắng lợi hơn là thua thiệt, cả trong đời sống cá nhân lẫn sự nghiệp. Một khi bạn đã từng là một phần của một đội nhóm mà ở đó người ta cống hiến không chỉ khối óc mà cả trái tim, bạn sẽ chẳng bao giờ muốn quay lại nữa. Bạn sẽ luôn muốn cởi mở với mọi người.</w:t>
      </w:r>
    </w:p>
    <w:p>
      <w:pPr>
        <w:pStyle w:val="Heading2"/>
      </w:pPr>
      <w:r>
        <w:rPr>
          <w:rFonts w:ascii="Calibri" w:hAnsi="Calibri"/>
          <w:b/>
          <w:i w:val="0"/>
          <w:sz w:val="32"/>
        </w:rPr>
        <w:t>6. Nếu tôi đang đạt được mục tiêu và gặt hái thành công, tại sao tôi lại phải bận tâm phát triển bản thân với tư cách một nhà lãnh đạo?</w:t>
      </w:r>
    </w:p>
    <w:p>
      <w:pPr>
        <w:spacing w:after="80"/>
      </w:pPr>
      <w:r>
        <w:rPr>
          <w:b w:val="0"/>
          <w:i w:val="0"/>
        </w:rPr>
        <w:t>Sự phát triển chính là yếu tố tách biệt lớn lao giữa những người thành công lâu dài và những người không thành công. Thời gian trôi qua, khoảng cách giữa những người phát triển có chủ đích và những người không phát triển ngày càng rộng ra. Nếu bây giờ bạn còn trẻ, có thể bạn chưa thấy khoảng cách đó. Nhưng khi bạn lớn tuổi hơn, bạn sẽ thấy.</w:t>
      </w:r>
    </w:p>
    <w:p>
      <w:pPr>
        <w:spacing w:after="80"/>
        <w:jc w:val="center"/>
      </w:pPr>
      <w:r>
        <w:rPr>
          <w:b/>
          <w:i w:val="0"/>
        </w:rPr>
        <w:t>Sự phát triển chính là yếu tố tách biệt lớn lao giữa những người thành công lâu dài và những người không thành công.</w:t>
      </w:r>
    </w:p>
    <w:p>
      <w:pPr>
        <w:spacing w:after="80"/>
      </w:pPr>
      <w:r>
        <w:rPr>
          <w:b w:val="0"/>
          <w:i w:val="0"/>
        </w:rPr>
        <w:t>Warren Bennis và Burt Nanus đã nhận xét: "Chính khả năng phát triển và hoàn thiện kỹ năng của mình là điều phân biệt người lãnh đạo với người đi theo." Vậy nên câu trả lời ngắn gọn là: nếu bạn muốn trở thành một nhà lãnh đạo, bạn cần không ngừng phát triển. Điều đưa bạn đến được vị trí hôm nay sẽ không đưa bạn đến được nơi bạn muốn đến vào ngày mai. Bạn phải trưởng thành để bước vào những ngày mai của mình. Việc bạn có làm hay không là lựa chọn của chính bạn.</w:t>
      </w:r>
    </w:p>
    <w:p>
      <w:pPr>
        <w:spacing w:after="80"/>
      </w:pPr>
      <w:r>
        <w:rPr>
          <w:b w:val="0"/>
          <w:i w:val="0"/>
        </w:rPr>
        <w:t>Tôi rất thích cách Chuck Swindoll diễn đạt ý tưởng này. Ông viết:</w:t>
      </w:r>
    </w:p>
    <w:p>
      <w:pPr>
        <w:spacing w:after="80"/>
      </w:pPr>
      <w:r>
        <w:rPr>
          <w:b w:val="0"/>
          <w:i w:val="0"/>
        </w:rPr>
        <w:t>Một cây đàn piano nằm trong căn phòng, phủ đầy bụi. Nó chứa đầy âm nhạc của các bậc thầy, nhưng để những giai điệu ấy tuôn chảy ra từ nó, những ngón tay phải gõ lên phím đàn… những ngón tay đã được luyện tập, đại diện cho vô số giờ khổ luyện đầy kỷ luật. Bạn không bắt buộc phải luyện tập. Cây đàn piano không đòi hỏi cũng không yêu cầu điều đó. Tuy nhiên, nếu bạn muốn khơi ra một bản nhạc tuyệt đẹp từ cây đàn, thì sự kỷ luật ấy là bắt buộc.…</w:t>
      </w:r>
    </w:p>
    <w:p>
      <w:pPr>
        <w:spacing w:after="80"/>
      </w:pPr>
      <w:r>
        <w:rPr>
          <w:b w:val="0"/>
          <w:i w:val="0"/>
        </w:rPr>
        <w:t>Bạn không bắt buộc phải trả giá để phát triển và mở rộng trí tuệ. Khối óc không đòi hỏi cũng không yêu cầu điều đó. Tuy nhiên, nếu bạn muốn trải nghiệm niềm vui khám phá và thú vui cày xới những mảnh đất mới màu mỡ, thì nỗ lực là bắt buộc.</w:t>
      </w:r>
    </w:p>
    <w:p>
      <w:pPr>
        <w:spacing w:after="80"/>
      </w:pPr>
      <w:r>
        <w:rPr>
          <w:b w:val="0"/>
          <w:i w:val="0"/>
        </w:rPr>
        <w:t>Ánh sáng sẽ không tự động chiếu rọi lên bạn, và chân lý cũng sẽ không lặng lẽ thấm vào đầu bạn nhờ kiểu thẩm thấu ngồi ghế bập bênh.</w:t>
      </w:r>
    </w:p>
    <w:p>
      <w:pPr>
        <w:spacing w:after="80"/>
      </w:pPr>
      <w:r>
        <w:rPr>
          <w:b w:val="0"/>
          <w:i w:val="0"/>
        </w:rPr>
        <w:t>Tất cả tùy ở bạn. Nước đi là của bạn.</w:t>
      </w:r>
    </w:p>
    <w:p>
      <w:pPr>
        <w:spacing w:after="80"/>
      </w:pPr>
      <w:r>
        <w:rPr>
          <w:b w:val="0"/>
          <w:i w:val="0"/>
        </w:rPr>
        <w:t>Bạn có muốn sẵn sàng cho cơ hội tiếp theo khi nó đến không? Khi nó đến rồi, sẽ quá muộn để chuẩn bị. Thời điểm để sẵn sàng là ngay bây giờ.</w:t>
      </w:r>
    </w:p>
    <w:p>
      <w:pPr>
        <w:spacing w:after="80"/>
      </w:pPr>
      <w:r>
        <w:rPr>
          <w:b w:val="0"/>
          <w:i w:val="0"/>
        </w:rPr>
        <w:t>Người bạn của tôi, Dan Reiland, hiểu rõ điều này. Khi anh ấy bắt đầu làm việc tại Skyline Church ở San Diego, anh ấy đang ở độ tuổi hai mươi. Dù Dan tận tâm với sự phát triển, anh ấy có thể thấy rằng nhiều bạn bè và đồng nghiệp ở độ tuổi hai mươi của mình thì không phát triển. Anh ấy có thể thấy rằng điều đó sẽ đuổi kịp họ khi họ bước vào độ tuổi ba mươi. Nếu họ không thay đổi, nhiều người sẽ trải qua khủng hoảng tuổi trung niên vào độ tuổi bốn mươi và năm mươi. Vậy nên Dan đã làm điều gì đó. Anh ấy khởi động một quy trình lãnh đạo và dìu dắt kéo dài một năm mang tên Joshua's Men. Anh ấy đã đầu tư vào các nhà lãnh đạo và giúp họ học cách phát triển trong hơn ba mươi năm. Đúng nghĩa hàng trăm người đã học được từ anh ấy.</w:t>
      </w:r>
    </w:p>
    <w:p>
      <w:pPr>
        <w:spacing w:after="80"/>
      </w:pPr>
      <w:r>
        <w:rPr>
          <w:b w:val="0"/>
          <w:i w:val="0"/>
        </w:rPr>
        <w:t>Bạn không biết cuộc đời sẽ ném vào mình những gì. Bạn sẽ đối mặt với những bi kịch và cả những cơ hội. Làm sao bạn biết mình sẽ sẵn sàng cho chúng? Hãy trưởng thành ngay hôm nay.</w:t>
      </w:r>
    </w:p>
    <w:p>
      <w:pPr>
        <w:pStyle w:val="Heading3"/>
      </w:pPr>
      <w:r>
        <w:rPr>
          <w:rFonts w:ascii="Calibri" w:hAnsi="Calibri"/>
          <w:b/>
          <w:i w:val="0"/>
          <w:sz w:val="26"/>
        </w:rPr>
        <w:t>Một kế hoạch để phát triển đòi hỏi…</w:t>
      </w:r>
    </w:p>
    <w:p>
      <w:pPr>
        <w:spacing w:after="80"/>
      </w:pPr>
      <w:r>
        <w:rPr>
          <w:b w:val="0"/>
          <w:i w:val="0"/>
        </w:rPr>
        <w:t>Sự phát triển không tự nhiên mà đến. Bạn phải có chủ đích về nó. Nếu bạn muốn phát triển, hãy lên kế hoạch để phát triển. Đây là những việc bạn cần làm:</w:t>
      </w:r>
    </w:p>
    <w:p>
      <w:pPr>
        <w:spacing w:after="80"/>
        <w:ind w:left="360"/>
      </w:pPr>
      <w:r>
        <w:t xml:space="preserve">1. </w:t>
      </w:r>
      <w:r>
        <w:rPr>
          <w:b w:val="0"/>
          <w:i w:val="0"/>
        </w:rPr>
        <w:t>Dành riêng thời gian để phát triển.</w:t>
      </w:r>
    </w:p>
    <w:p>
      <w:pPr>
        <w:spacing w:after="80"/>
        <w:ind w:left="360"/>
      </w:pPr>
      <w:r>
        <w:t xml:space="preserve">2. </w:t>
      </w:r>
      <w:r>
        <w:rPr>
          <w:b w:val="0"/>
          <w:i w:val="0"/>
        </w:rPr>
        <w:t>Xác định những lĩnh vực bạn cần phát triển.</w:t>
      </w:r>
    </w:p>
    <w:p>
      <w:pPr>
        <w:spacing w:after="80"/>
        <w:ind w:left="360"/>
      </w:pPr>
      <w:r>
        <w:t xml:space="preserve">3. </w:t>
      </w:r>
      <w:r>
        <w:rPr>
          <w:b w:val="0"/>
          <w:i w:val="0"/>
        </w:rPr>
        <w:t>Tìm nguồn tài nguyên trong những lĩnh vực bạn cần phát triển.</w:t>
      </w:r>
    </w:p>
    <w:p>
      <w:pPr>
        <w:spacing w:after="80"/>
        <w:ind w:left="360"/>
      </w:pPr>
      <w:r>
        <w:t xml:space="preserve">4. </w:t>
      </w:r>
      <w:r>
        <w:rPr>
          <w:b w:val="0"/>
          <w:i w:val="0"/>
        </w:rPr>
        <w:t>Áp dụng những gì bạn học được mỗi ngày.</w:t>
      </w:r>
    </w:p>
    <w:p>
      <w:pPr>
        <w:pStyle w:val="Heading2"/>
      </w:pPr>
      <w:r>
        <w:rPr>
          <w:rFonts w:ascii="Calibri" w:hAnsi="Calibri"/>
          <w:b/>
          <w:i w:val="0"/>
          <w:sz w:val="32"/>
        </w:rPr>
        <w:t>7. Làm thế nào bạn lãnh đạo bằng sự khiêm tốn khi trong thế giới doanh nghiệp khắc nghiệt, nó bị coi là điểm yếu?</w:t>
      </w:r>
    </w:p>
    <w:p>
      <w:pPr>
        <w:spacing w:after="80"/>
      </w:pPr>
      <w:r>
        <w:rPr>
          <w:b w:val="0"/>
          <w:i w:val="0"/>
        </w:rPr>
        <w:t>Tôi nghĩ câu hỏi này bộc lộ một hiểu lầm về thế giới doanh nghiệp. Người trong giới kinh doanh không tự động coi sự khiêm tốn là điểm yếu. Họ coi điểm yếu là điểm yếu—điểm yếu trong sự chuẩn bị, kỹ năng, đạo đức làm việc, v.v. Những người đạt được trình độ xuất sắc cao có thể ngửi thấy điểm yếu.</w:t>
      </w:r>
    </w:p>
    <w:p>
      <w:pPr>
        <w:spacing w:after="80"/>
      </w:pPr>
      <w:r>
        <w:rPr>
          <w:b w:val="0"/>
          <w:i w:val="0"/>
        </w:rPr>
        <w:t xml:space="preserve">Điều đó dẫn đến câu hỏi khiêm tốn là gì. Khiêm tốn không có nghĩa là yếu đuối. Nó chỉ có nghĩa là nghĩ về bản thân mình ít hơn. Nó có nghĩa là thực tế và vững vàng. Nó có nghĩa là trân trọng người khác và những đóng góp của họ. Mọi người thích làm việc với một nhà lãnh đạo có những phẩm chất đó. Tôi nghĩ nghiên cứu của Jim Collins trong </w:t>
      </w:r>
      <w:r>
        <w:rPr>
          <w:b w:val="0"/>
          <w:i/>
        </w:rPr>
        <w:t>Good to Great</w:t>
      </w:r>
      <w:r>
        <w:rPr>
          <w:b w:val="0"/>
          <w:i w:val="0"/>
        </w:rPr>
        <w:t xml:space="preserve"> chứng minh điều này. Collins viết,</w:t>
      </w:r>
    </w:p>
    <w:p>
      <w:pPr>
        <w:spacing w:after="80"/>
      </w:pPr>
      <w:r>
        <w:rPr>
          <w:b w:val="0"/>
          <w:i w:val="0"/>
        </w:rPr>
        <w:t>Những nhà lãnh đạo Cấp 5 là một nghiên cứu về sự lưỡng diện: khiêm tốn và cương quyết, nhún nhường và không sợ hãi. Để nhanh chóng nắm bắt khái niệm này, hãy nghĩ đến Tổng thống Hoa Kỳ Abraham Lincoln… người chưa bao giờ để cái tôi của mình cản trở tham vọng chính của ông vì lý tưởng lớn lao hơn là một quốc gia trường tồn. Thế nhưng những ai nhầm tưởng sự khiêm nhường cá nhân của ông Lincoln… là [dấu hiệu] của sự yếu đuối đã thấy mình sai lầm thảm hại.</w:t>
      </w:r>
    </w:p>
    <w:p>
      <w:pPr>
        <w:spacing w:after="80"/>
        <w:jc w:val="center"/>
      </w:pPr>
      <w:r>
        <w:rPr>
          <w:b/>
          <w:i w:val="0"/>
        </w:rPr>
        <w:t>Khiêm tốn không có nghĩa là yếu đuối. Nó chỉ có nghĩa là nghĩ về bản thân mình ít hơn.</w:t>
      </w:r>
    </w:p>
    <w:p>
      <w:pPr>
        <w:spacing w:after="80"/>
      </w:pPr>
      <w:r>
        <w:rPr>
          <w:b w:val="0"/>
          <w:i w:val="0"/>
        </w:rPr>
        <w:t>Kiêu ngạo là một điểm yếu, nhưng khiêm tốn thì không. Kiêu ngạo là rào cản đối với sự tiến bộ cá nhân, khả năng lãnh đạo tốt và việc xây dựng đội nhóm tích cực. Dưới đây là một vài lý do:</w:t>
      </w:r>
    </w:p>
    <w:p>
      <w:pPr>
        <w:spacing w:after="80"/>
      </w:pPr>
      <w:r>
        <w:rPr>
          <w:b/>
          <w:i w:val="0"/>
        </w:rPr>
        <w:t>KIÊU NGẠO:</w:t>
      </w:r>
      <w:r>
        <w:rPr>
          <w:b w:val="0"/>
          <w:i w:val="0"/>
        </w:rPr>
        <w:t xml:space="preserve"> Xem nhẹ việc xây dựng đội nhóm</w:t>
      </w:r>
    </w:p>
    <w:p>
      <w:pPr>
        <w:spacing w:after="80"/>
      </w:pPr>
      <w:r>
        <w:rPr>
          <w:b/>
          <w:i w:val="0"/>
        </w:rPr>
        <w:t>KHIÊM TỐN:</w:t>
      </w:r>
      <w:r>
        <w:rPr>
          <w:b w:val="0"/>
          <w:i w:val="0"/>
        </w:rPr>
        <w:t xml:space="preserve"> Khuyến khích việc xây dựng đội nhóm</w:t>
      </w:r>
    </w:p>
    <w:p>
      <w:pPr>
        <w:spacing w:after="80"/>
      </w:pPr>
      <w:r>
        <w:rPr>
          <w:b/>
          <w:i w:val="0"/>
        </w:rPr>
        <w:t>KIÊU NGẠO:</w:t>
      </w:r>
      <w:r>
        <w:rPr>
          <w:b w:val="0"/>
          <w:i w:val="0"/>
        </w:rPr>
        <w:t xml:space="preserve"> Khiến chúng ta không thể học hỏi</w:t>
      </w:r>
    </w:p>
    <w:p>
      <w:pPr>
        <w:spacing w:after="80"/>
      </w:pPr>
      <w:r>
        <w:rPr>
          <w:b/>
          <w:i w:val="0"/>
        </w:rPr>
        <w:t>KHIÊM TỐN:</w:t>
      </w:r>
      <w:r>
        <w:rPr>
          <w:b w:val="0"/>
          <w:i w:val="0"/>
        </w:rPr>
        <w:t xml:space="preserve"> Đề cao tinh thần học hỏi</w:t>
      </w:r>
    </w:p>
    <w:p>
      <w:pPr>
        <w:spacing w:after="80"/>
      </w:pPr>
      <w:r>
        <w:rPr>
          <w:b/>
          <w:i w:val="0"/>
        </w:rPr>
        <w:t>KIÊU NGẠO:</w:t>
      </w:r>
      <w:r>
        <w:rPr>
          <w:b w:val="0"/>
          <w:i w:val="0"/>
        </w:rPr>
        <w:t xml:space="preserve"> Đóng kín tâm trí ta với phản hồi</w:t>
      </w:r>
    </w:p>
    <w:p>
      <w:pPr>
        <w:spacing w:after="80"/>
      </w:pPr>
      <w:r>
        <w:rPr>
          <w:b/>
          <w:i w:val="0"/>
        </w:rPr>
        <w:t>KHIÊM TỐN:</w:t>
      </w:r>
      <w:r>
        <w:rPr>
          <w:b w:val="0"/>
          <w:i w:val="0"/>
        </w:rPr>
        <w:t xml:space="preserve"> Mở lòng ta với phản hồi</w:t>
      </w:r>
    </w:p>
    <w:p>
      <w:pPr>
        <w:spacing w:after="80"/>
      </w:pPr>
      <w:r>
        <w:rPr>
          <w:b/>
          <w:i w:val="0"/>
        </w:rPr>
        <w:t>KIÊU NGẠO:</w:t>
      </w:r>
      <w:r>
        <w:rPr>
          <w:b w:val="0"/>
          <w:i w:val="0"/>
        </w:rPr>
        <w:t xml:space="preserve"> Ngăn ta thừa nhận sai lầm</w:t>
      </w:r>
    </w:p>
    <w:p>
      <w:pPr>
        <w:spacing w:after="80"/>
      </w:pPr>
      <w:r>
        <w:rPr>
          <w:b/>
          <w:i w:val="0"/>
        </w:rPr>
        <w:t>KHIÊM TỐN:</w:t>
      </w:r>
      <w:r>
        <w:rPr>
          <w:b w:val="0"/>
          <w:i w:val="0"/>
        </w:rPr>
        <w:t xml:space="preserve"> Cho phép ta đối diện với sai lầm của mình</w:t>
      </w:r>
    </w:p>
    <w:p>
      <w:pPr>
        <w:spacing w:after="80"/>
      </w:pPr>
      <w:r>
        <w:rPr>
          <w:b/>
          <w:i w:val="0"/>
        </w:rPr>
        <w:t>KIÊU NGẠO:</w:t>
      </w:r>
      <w:r>
        <w:rPr>
          <w:b w:val="0"/>
          <w:i w:val="0"/>
        </w:rPr>
        <w:t xml:space="preserve"> Bóp méo nhận thức của ta về thực tại</w:t>
      </w:r>
    </w:p>
    <w:p>
      <w:pPr>
        <w:spacing w:after="80"/>
      </w:pPr>
      <w:r>
        <w:rPr>
          <w:b/>
          <w:i w:val="0"/>
        </w:rPr>
        <w:t>KHIÊM TỐN:</w:t>
      </w:r>
      <w:r>
        <w:rPr>
          <w:b w:val="0"/>
          <w:i w:val="0"/>
        </w:rPr>
        <w:t xml:space="preserve"> Giúp ta đối diện với thực tại</w:t>
      </w:r>
    </w:p>
    <w:p>
      <w:pPr>
        <w:spacing w:after="80"/>
      </w:pPr>
      <w:r>
        <w:rPr>
          <w:b/>
          <w:i w:val="0"/>
        </w:rPr>
        <w:t>KIÊU NGẠO:</w:t>
      </w:r>
      <w:r>
        <w:rPr>
          <w:b w:val="0"/>
          <w:i w:val="0"/>
        </w:rPr>
        <w:t xml:space="preserve"> Dẫn đến những lựa chọn nhân cách tồi tệ</w:t>
      </w:r>
    </w:p>
    <w:p>
      <w:pPr>
        <w:spacing w:after="80"/>
      </w:pPr>
      <w:r>
        <w:rPr>
          <w:b/>
          <w:i w:val="0"/>
        </w:rPr>
        <w:t>KHIÊM TỐN:</w:t>
      </w:r>
      <w:r>
        <w:rPr>
          <w:b w:val="0"/>
          <w:i w:val="0"/>
        </w:rPr>
        <w:t xml:space="preserve"> Thúc đẩy việc xây dựng nhân cách</w:t>
      </w:r>
    </w:p>
    <w:p>
      <w:pPr>
        <w:spacing w:after="80"/>
      </w:pPr>
      <w:r>
        <w:rPr>
          <w:b/>
          <w:i w:val="0"/>
        </w:rPr>
        <w:t>KIÊU NGẠO:</w:t>
      </w:r>
      <w:r>
        <w:rPr>
          <w:b w:val="0"/>
          <w:i w:val="0"/>
        </w:rPr>
        <w:t xml:space="preserve"> Giới hạn tiềm năng của ta</w:t>
      </w:r>
    </w:p>
    <w:p>
      <w:pPr>
        <w:spacing w:after="80"/>
      </w:pPr>
      <w:r>
        <w:rPr>
          <w:b/>
          <w:i w:val="0"/>
        </w:rPr>
        <w:t>KHIÊM TỐN:</w:t>
      </w:r>
      <w:r>
        <w:rPr>
          <w:b w:val="0"/>
          <w:i w:val="0"/>
        </w:rPr>
        <w:t xml:space="preserve"> Mở rộng tiềm năng của ta</w:t>
      </w:r>
    </w:p>
    <w:p>
      <w:pPr>
        <w:spacing w:after="80"/>
      </w:pPr>
      <w:r>
        <w:rPr>
          <w:b w:val="0"/>
          <w:i w:val="0"/>
        </w:rPr>
        <w:t>Tác giả sách Châm Ngôn thời xưa đã nhận xét: "Người biết đón nhận sự sửa dạy đang trên đường dẫn đến sự sống, còn kẻ lờ đi sẽ khiến người khác lạc lối." Nếu bạn kết hợp sự xuất sắc với lòng khiêm tốn, người ta không những không chà đạp bạn, mà còn tôn trọng bạn.</w:t>
      </w:r>
    </w:p>
    <w:p>
      <w:pPr>
        <w:pStyle w:val="Heading2"/>
      </w:pPr>
      <w:r>
        <w:rPr>
          <w:rFonts w:ascii="Calibri" w:hAnsi="Calibri"/>
          <w:b/>
          <w:i w:val="0"/>
          <w:sz w:val="32"/>
        </w:rPr>
        <w:t>8. Người lãnh đạo nên minh bạch đến mức nào? Có ổn không khi để cả đội biết về những thử thách cá nhân, chẳng hạn như bệnh ung thư?</w:t>
      </w:r>
    </w:p>
    <w:p>
      <w:pPr>
        <w:spacing w:after="80"/>
      </w:pPr>
      <w:r>
        <w:rPr>
          <w:b w:val="0"/>
          <w:i w:val="0"/>
        </w:rPr>
        <w:t>Với tư cách là người lãnh đạo, bạn không nên giấu tin xấu. Những người nhạy cảm có thể cảm nhận được có tin xấu, ngay cả khi bạn không tiết lộ. Và trong thời đại minh bạch này, người ta luôn tìm ra sự thật. Vì vậy, người lãnh đạo nên thẳng thắn.</w:t>
      </w:r>
    </w:p>
    <w:p>
      <w:pPr>
        <w:spacing w:after="80"/>
      </w:pPr>
      <w:r>
        <w:rPr>
          <w:b w:val="0"/>
          <w:i w:val="0"/>
        </w:rPr>
        <w:t>Tất nhiên, có những lúc không nên hoàn toàn thẳng thắn với mọi người. Ví dụ, nếu bạn có một người thân cần được bảo vệ quyền riêng tư, bạn cần tôn trọng điều đó. Nhưng nhìn chung, mọi người trân trọng sự minh bạch. Nó cho phép họ kết nối. Và nó có thể truyền cảm hứng cho họ. Đó chắc chắn là trường hợp ở Anh trong Thế chiến thứ hai. Winston Churchill đã không né tránh việc nói với người dân Anh rằng tình thế nguy nan đến mức nào vào tháng 5 năm 1940, khi nước Anh đơn độc đối đầu với cỗ máy chiến tranh của Đức Quốc xã. Người dân không hoảng loạn. Quyết tâm của họ càng tăng, và họ đứng vững.</w:t>
      </w:r>
    </w:p>
    <w:p>
      <w:pPr>
        <w:spacing w:after="80"/>
      </w:pPr>
      <w:r>
        <w:rPr>
          <w:b w:val="0"/>
          <w:i w:val="0"/>
        </w:rPr>
        <w:t>Khi cân nhắc có nên nói với mọi người tin xấu hay không, câu hỏi bạn cần tự hỏi là tại sao bạn lại nói ra. Bạn làm vậy vì lợi ích của đội? Bạn giao tiếp để kết nối với mọi người và khích lệ họ? Hay bạn làm vậy vì hy vọng mọi người sẽ nâng đỡ bạn? Nếu là trường hợp sau, đó không phải lý do chính đáng. Và nếu bạn đang trải qua một cuộc khủng hoảng cá nhân, bạn có thể cho mọi người biết rằng hiện tại bạn có thể không được như bình thường, nhưng điều đó chỉ diễn ra trong một thời gian. Rồi cứ tiếp tục. Bạn không muốn làm mọi người kiệt sức vì những thử thách cá nhân của mình.</w:t>
      </w:r>
    </w:p>
    <w:p>
      <w:pPr>
        <w:pStyle w:val="Heading2"/>
      </w:pPr>
      <w:r>
        <w:rPr>
          <w:rFonts w:ascii="Calibri" w:hAnsi="Calibri"/>
          <w:b/>
          <w:i w:val="0"/>
          <w:sz w:val="32"/>
        </w:rPr>
        <w:t>9. Quá trình lãnh đạo là một hành trình dài — kéo dài cả đời. Làm sao tôi có thể vượt qua nỗi cô đơn mà đôi khi tôi cảm thấy?</w:t>
      </w:r>
    </w:p>
    <w:p>
      <w:pPr>
        <w:spacing w:after="80"/>
      </w:pPr>
      <w:r>
        <w:rPr>
          <w:b w:val="0"/>
          <w:i w:val="0"/>
        </w:rPr>
        <w:t>Trước hết, để tôi chỉ ra rằng có sự khác biệt giữa sự đơn độc (aloneness) và nỗi cô đơn (loneliness). Đôi khi tôi khao khát sự đơn độc — để suy nghĩ, sáng tạo và lắng nghe Chúa. Tôi đã viết nhiều lần về chiếc ghế suy nghĩ của mình, nơi trong văn phòng mà tôi thích dành thời gian để suy nghĩ và chiêm nghiệm. Tôi tận hưởng khoảng thời gian đó. Tôi ít khi nói về những lúc tôi thức giấc giữa đêm. Khi tôi ở độ tuổi cuối hai mươi, tôi bắt đầu thức dậy lúc ba hoặc ba giờ ba mươi sáng. Điều đó xảy ra khoảng một lần mỗi tuần. Tôi cảm thấy đó là thời điểm tuyệt vời để tôi suy nghĩ, chiêm nghiệm, cầu nguyện và thiền định, nên tôi đã cam kết rằng nếu tôi thức dậy mà không có lý do rõ ràng, tôi sẽ ngồi dậy, cầm lấy tập giấy pháp lý của mình và dành thời gian yên tĩnh suy nghĩ và lắng nghe. Đôi khi tôi thức một hoặc hai tiếng. Đôi khi cả đêm. Đó đã trở thành thói quen thường xuyên của tôi. Tôi ước tính rằng 80 phần trăm ý tưởng tôi có trong những năm qua đều đến trong những khoảng thời gian đó.</w:t>
      </w:r>
    </w:p>
    <w:p>
      <w:pPr>
        <w:spacing w:after="80"/>
      </w:pPr>
      <w:r>
        <w:rPr>
          <w:b w:val="0"/>
          <w:i w:val="0"/>
        </w:rPr>
        <w:t>Sự đơn độc lấp đầy tôi. Tôi đón nhận nó với cảm giác mong chờ. Nỗi cô đơn thì hoàn toàn khác. Các nhà lãnh đạo thường phải đi trước. Điều đó có thể cô đơn. Có những gánh nặng mà các nhà lãnh đạo cần phải mang. Có những thông điệp mà họ phải là người truyền đạt. Có những quyết định quan trọng mà họ phải đưa ra. Trong một tổ chức được lãnh đạo tốt, 90 phần trăm quyết định được đưa ra bởi những người gần gũi với vấn đề — ở cấp độ triển khai. 10 phần trăm còn lại là những quyết định khó khăn mà nhà lãnh đạo phải đưa ra.</w:t>
      </w:r>
    </w:p>
    <w:p>
      <w:pPr>
        <w:spacing w:after="80"/>
      </w:pPr>
      <w:r>
        <w:rPr>
          <w:b w:val="0"/>
          <w:i w:val="0"/>
        </w:rPr>
        <w:t>Tôi thấy nỗi cô đơn làm tôi kiệt sức. Một mặt, đó là một trong những cái giá bạn phải trả cho việc lãnh đạo. Nhưng có những điều bạn có thể làm để giúp mình đối phó với nỗi cô đơn. Điều tốt nhất là có một người trong đời yêu thương bạn vô điều kiện, một người sẽ lắng nghe và người mà bạn kết nối về mặt cảm xúc. Người đó không cần phải là nhà lãnh đạo hay hiểu được sự phức tạp trong thế giới của bạn. Người đó chỉ cần cùng chia sẻ hành trình. Với tôi, người đó là mẹ tôi. Tôi có thể kể cho bà bất cứ điều gì. Khi bà qua đời ba năm trước, đó là một mất mát lớn đối với tôi. May mắn thay, có những người khác trong đời tôi mà tôi có thể trò chuyện. Khi tôi phải đưa ra một quyết định khó khăn, tôi chia sẻ nó với những người trong vòng thân cận của mình. Điều đó giúp ích rất nhiều, nhưng không ai có thể thay thế mẹ tôi.</w:t>
      </w:r>
    </w:p>
    <w:p>
      <w:pPr>
        <w:spacing w:after="80"/>
      </w:pPr>
      <w:r>
        <w:rPr>
          <w:b w:val="0"/>
          <w:i w:val="0"/>
        </w:rPr>
        <w:t>Điều khác bạn có thể làm là để nỗi cô đơn dẫn bạn đến sự đơn độc. Khi bạn cảm thấy gánh nặng của việc lãnh đạo, hãy tìm cách ở một mình và suy nghĩ thấu đáo mọi việc.</w:t>
      </w:r>
    </w:p>
    <w:p>
      <w:pPr>
        <w:spacing w:after="80"/>
        <w:jc w:val="center"/>
      </w:pPr>
      <w:r>
        <w:rPr>
          <w:b/>
          <w:i w:val="0"/>
        </w:rPr>
        <w:t>Hãy để nỗi cô đơn dẫn bạn đến sự đơn độc. Khi bạn cảm thấy gánh nặng của việc lãnh đạo, hãy tìm cách ở một mình và suy nghĩ thấu đáo mọi việc.</w:t>
      </w:r>
    </w:p>
    <w:p>
      <w:pPr>
        <w:pStyle w:val="Heading2"/>
      </w:pPr>
      <w:r>
        <w:rPr>
          <w:rFonts w:ascii="Calibri" w:hAnsi="Calibri"/>
          <w:b/>
          <w:i w:val="0"/>
          <w:sz w:val="32"/>
        </w:rPr>
        <w:t>10. Làm thế nào các nhà lãnh đạo có thể phát triển khả năng "lọc" cảm xúc của mình để đưa ra những quyết định lãnh đạo tốt?</w:t>
      </w:r>
    </w:p>
    <w:p>
      <w:pPr>
        <w:spacing w:after="80"/>
      </w:pPr>
      <w:r>
        <w:rPr>
          <w:b w:val="0"/>
          <w:i w:val="0"/>
        </w:rPr>
        <w:t>Một trong những nguyên tắc quan trọng nhất của việc ra quyết định đối với các nhà lãnh đạo là không đưa ra quyết định vào lúc cảm xúc đang xuống thấp. Khi bạn đang ở trong thung lũng cảm xúc, góc nhìn của bạn không tốt. Mọi thứ trông đều khó khăn. Những ngọn núi xung quanh bạn trông thật to lớn. Bạn không thể biết chúng cao bao nhiêu hay bạn còn cách mục tiêu bao xa. Ngược lại, khi bạn đang ở trên đỉnh núi, bạn có thể nhìn thấy gần như mọi thứ. Bạn có thể biết những thung lũng thực sự sâu đến mức nào. Bạn có thể biết mình đang ở độ cao bao nhiêu. Và bạn có thể quan sát những ngọn núi khác, cả lớn lẫn nhỏ, xung quanh mình. Vậy nên bất cứ khi nào có thể, hãy cố gắng đưa ra những quyết định lớn khi bạn có góc nhìn tốt.</w:t>
      </w:r>
    </w:p>
    <w:p>
      <w:pPr>
        <w:spacing w:after="80"/>
      </w:pPr>
      <w:r>
        <w:rPr>
          <w:b w:val="0"/>
          <w:i w:val="0"/>
        </w:rPr>
        <w:t xml:space="preserve">Dù vậy, tôi thừa nhận rằng có những lúc bạn </w:t>
      </w:r>
      <w:r>
        <w:rPr>
          <w:b w:val="0"/>
          <w:i/>
        </w:rPr>
        <w:t>buộc phải</w:t>
      </w:r>
      <w:r>
        <w:rPr>
          <w:b w:val="0"/>
          <w:i w:val="0"/>
        </w:rPr>
        <w:t xml:space="preserve"> đưa ra những quyết định lãnh đạo trong những thời điểm khó khăn về cảm xúc. Để giúp bạn trong những hoàn cảnh như vậy, đây là những gì tôi khuyên:</w:t>
      </w:r>
    </w:p>
    <w:p>
      <w:pPr>
        <w:pStyle w:val="Heading3"/>
      </w:pPr>
      <w:r>
        <w:rPr>
          <w:rFonts w:ascii="Calibri" w:hAnsi="Calibri"/>
          <w:b/>
          <w:i w:val="0"/>
          <w:sz w:val="26"/>
        </w:rPr>
        <w:t>1. Hãy làm bài tập về nhà của bạn</w:t>
      </w:r>
    </w:p>
    <w:p>
      <w:pPr>
        <w:spacing w:after="80"/>
      </w:pPr>
      <w:r>
        <w:rPr>
          <w:b w:val="0"/>
          <w:i w:val="0"/>
        </w:rPr>
        <w:t>Tuyến phòng thủ đầu tiên chống lại việc những cảm xúc chưa được lọc ảnh hưởng tiêu cực đến việc ra quyết định của bạn là xem xét các sự kiện. Hãy xác định vấn đề. Viết nó ra nếu cần. Sau đó thu thập thông tin, cân nhắc độ tin cậy của các nguồn. Bạn càng có nhiều thông tin vững chắc, bạn càng có thể chống lại những cảm xúc phi lý.</w:t>
      </w:r>
    </w:p>
    <w:p>
      <w:pPr>
        <w:pStyle w:val="Heading3"/>
      </w:pPr>
      <w:r>
        <w:rPr>
          <w:rFonts w:ascii="Calibri" w:hAnsi="Calibri"/>
          <w:b/>
          <w:i w:val="0"/>
          <w:sz w:val="26"/>
        </w:rPr>
        <w:t>2. Liệt kê các lựa chọn của bạn và nơi chúng có thể dẫn đến</w:t>
      </w:r>
    </w:p>
    <w:p>
      <w:pPr>
        <w:spacing w:after="80"/>
      </w:pPr>
      <w:r>
        <w:rPr>
          <w:b w:val="0"/>
          <w:i w:val="0"/>
        </w:rPr>
        <w:t>Một phần khác của quá trình tìm hiểu sự thật là suy nghĩ về các kết quả. Hãy động não mọi lựa chọn bạn có thể nghĩ ra và những kết quả tiềm năng có thể xảy ra. Điều này sẽ giúp bạn loại bỏ những ý tưởng nghe có vẻ hay về mặt cảm xúc nhưng không vững chắc về mặt lý trí.</w:t>
      </w:r>
    </w:p>
    <w:p>
      <w:pPr>
        <w:pStyle w:val="Heading3"/>
      </w:pPr>
      <w:r>
        <w:rPr>
          <w:rFonts w:ascii="Calibri" w:hAnsi="Calibri"/>
          <w:b/>
          <w:i w:val="0"/>
          <w:sz w:val="26"/>
        </w:rPr>
        <w:t>3. Tìm lời khuyên từ đúng người</w:t>
      </w:r>
    </w:p>
    <w:p>
      <w:pPr>
        <w:spacing w:after="80"/>
      </w:pPr>
      <w:r>
        <w:rPr>
          <w:b w:val="0"/>
          <w:i w:val="0"/>
        </w:rPr>
        <w:t>Có hai kiểu người bạn cần tham khảo ý kiến. Nhóm đầu tiên bao gồm những người cần thiết để biến một quyết định thành hiện thực. Nếu họ không đồng lòng, bạn sẽ gặp rắc rối nếu bạn đưa ra quyết định đó. Nhóm thứ hai gồm những người đã thành công trong lĩnh vực đang được xem xét và có lợi ích của bạn trong lòng. Họ có thể cho bạn những lời khuyên tốt.</w:t>
      </w:r>
    </w:p>
    <w:p>
      <w:pPr>
        <w:pStyle w:val="Heading3"/>
      </w:pPr>
      <w:r>
        <w:rPr>
          <w:rFonts w:ascii="Calibri" w:hAnsi="Calibri"/>
          <w:b/>
          <w:i w:val="0"/>
          <w:sz w:val="26"/>
        </w:rPr>
        <w:t>4. Lắng nghe bản năng của bạn</w:t>
      </w:r>
    </w:p>
    <w:p>
      <w:pPr>
        <w:spacing w:after="80"/>
      </w:pPr>
      <w:r>
        <w:rPr>
          <w:b w:val="0"/>
          <w:i w:val="0"/>
        </w:rPr>
        <w:t>Bạn không muốn cảm xúc cuốn mình đi khi đưa ra quyết định, nhưng cũng không muốn phớt lờ trực giác của mình. Giáo sư kiêm chuyên gia tư vấn quản lý Weston H. Agor gọi trực giác là “điều ta biết chắc chắn mà không cần biết một cách chắc chắn.” Thường thì trực giác cảnh báo bạn theo cách vượt xa các sự kiện. Nhà tâm lý học Joyce Brothers khuyên rằng: “Hãy tin vào linh cảm của bạn. Chúng thường dựa trên những sự thật được lưu giữ ngay bên dưới tầng ý thức.”</w:t>
      </w:r>
    </w:p>
    <w:p>
      <w:pPr>
        <w:spacing w:after="80"/>
        <w:jc w:val="center"/>
      </w:pPr>
      <w:r>
        <w:rPr>
          <w:b/>
          <w:i w:val="0"/>
        </w:rPr>
        <w:t>“Trực giác là điều ta biết chắc chắn mà không cần biết một cách chắc chắn.”</w:t>
      </w:r>
    </w:p>
    <w:p>
      <w:pPr>
        <w:spacing w:after="80"/>
        <w:jc w:val="center"/>
      </w:pPr>
      <w:r>
        <w:rPr>
          <w:b/>
          <w:i/>
        </w:rPr>
        <w:t>—Weston H. Agor</w:t>
      </w:r>
    </w:p>
    <w:p>
      <w:pPr>
        <w:pStyle w:val="Heading3"/>
      </w:pPr>
      <w:r>
        <w:rPr>
          <w:rFonts w:ascii="Calibri" w:hAnsi="Calibri"/>
          <w:b/>
          <w:i w:val="0"/>
          <w:sz w:val="26"/>
        </w:rPr>
        <w:t>Đánh giá thành tích trực giác của bạn</w:t>
      </w:r>
    </w:p>
    <w:p>
      <w:pPr>
        <w:spacing w:after="80"/>
      </w:pPr>
      <w:r>
        <w:rPr>
          <w:b w:val="0"/>
          <w:i w:val="0"/>
        </w:rPr>
        <w:t>Khi nào bạn biết rằng nghe theo trực giác là một ý hay? Hãy tự hỏi mình những câu hỏi sau:</w:t>
      </w:r>
    </w:p>
    <w:p>
      <w:pPr>
        <w:spacing w:after="80"/>
      </w:pPr>
      <w:r>
        <w:rPr>
          <w:b w:val="0"/>
          <w:i w:val="0"/>
        </w:rPr>
        <w:t>Mình có phải là một nhà lãnh đạo trực giác không?</w:t>
      </w:r>
    </w:p>
    <w:p>
      <w:pPr>
        <w:spacing w:after="80"/>
      </w:pPr>
      <w:r>
        <w:rPr>
          <w:b w:val="0"/>
          <w:i w:val="0"/>
        </w:rPr>
        <w:t>Những linh cảm của mình có thường đúng không?</w:t>
      </w:r>
    </w:p>
    <w:p>
      <w:pPr>
        <w:spacing w:after="80"/>
      </w:pPr>
      <w:r>
        <w:rPr>
          <w:b w:val="0"/>
          <w:i w:val="0"/>
        </w:rPr>
        <w:t>Mình có biết nhiều về lĩnh vực mà mình đang ra quyết định không?</w:t>
      </w:r>
    </w:p>
    <w:p>
      <w:pPr>
        <w:spacing w:after="80"/>
      </w:pPr>
      <w:r>
        <w:rPr>
          <w:b w:val="0"/>
          <w:i w:val="0"/>
        </w:rPr>
        <w:t>Mình có nhiều kinh nghiệm thành công trong lĩnh vực này không?</w:t>
      </w:r>
    </w:p>
    <w:p>
      <w:pPr>
        <w:spacing w:after="80"/>
      </w:pPr>
      <w:r>
        <w:rPr>
          <w:b w:val="0"/>
          <w:i w:val="0"/>
        </w:rPr>
        <w:t>Mình có năng khiếu trong lĩnh vực này không?</w:t>
      </w:r>
    </w:p>
    <w:p>
      <w:pPr>
        <w:pStyle w:val="Heading3"/>
      </w:pPr>
      <w:r>
        <w:rPr>
          <w:rFonts w:ascii="Calibri" w:hAnsi="Calibri"/>
          <w:b/>
          <w:i w:val="0"/>
          <w:sz w:val="26"/>
        </w:rPr>
        <w:t>5. Đưa ra quyết định dựa trên những nguyên tắc và giá trị bạn tin tưởng</w:t>
      </w:r>
    </w:p>
    <w:p>
      <w:pPr>
        <w:spacing w:after="80"/>
      </w:pPr>
      <w:r>
        <w:rPr>
          <w:b w:val="0"/>
          <w:i w:val="0"/>
        </w:rPr>
        <w:t>Suy cho cùng, bạn phải có thể sống chung với những quyết định mình đưa ra. Khi phải đưa ra một quyết định khó khăn hoặc mang nặng cảm xúc, tôi được truyền cảm hứng từ Abraham Lincoln, người đã nói: “Tôi mong muốn điều hành công việc của chính quyền này theo cách mà nếu đến cuối cùng, khi tôi trao lại quyền lực, tôi có mất đi mọi người bạn khác trên đời, thì tôi vẫn còn ít nhất một người bạn, và người bạn đó sẽ ở ngay bên trong tôi.”</w:t>
      </w:r>
    </w:p>
    <w:p>
      <w:pPr>
        <w:spacing w:after="80"/>
      </w:pPr>
      <w:r>
        <w:rPr>
          <w:b w:val="0"/>
          <w:i w:val="0"/>
        </w:rPr>
        <w:t>Lãnh đạo chính mình có lẽ là khía cạnh ít được bàn đến nhất nhưng lại quan trọng nhất của việc lãnh đạo. Điều gì xảy ra khi các nhà lãnh đạo không làm những điều đúng đắn bên trong mình, ngày này qua ngày khác? Họ gặp rắc rối. Bản tin đầy rẫy tên của những người có tài năng lớn và cơ hội to lớn nhưng lại làm những điều sai trái và nuôi dưỡng những thói quen xấu khi không ai để ý.</w:t>
      </w:r>
    </w:p>
    <w:p>
      <w:pPr>
        <w:spacing w:after="80"/>
      </w:pPr>
      <w:r>
        <w:rPr>
          <w:b w:val="0"/>
          <w:i w:val="0"/>
        </w:rPr>
        <w:t>Nếu bạn và tôi muốn thành công trong cuộc sống, thành công trong lãnh đạo, và thành công trong việc kết thúc tốt đẹp, chúng ta phải học cách lãnh đạo chính mình một cách thành công.</w:t>
      </w:r>
    </w:p>
    <w:p>
      <w:pPr>
        <w:pStyle w:val="Heading3"/>
      </w:pPr>
      <w:r>
        <w:rPr>
          <w:rFonts w:ascii="Calibri" w:hAnsi="Calibri"/>
          <w:b/>
          <w:i w:val="0"/>
          <w:sz w:val="26"/>
        </w:rPr>
        <w:t>Những câu hỏi liên quan đến cách thức lãnh đạo vận hành</w:t>
      </w:r>
    </w:p>
    <w:p>
      <w:pPr>
        <w:spacing w:after="80"/>
        <w:ind w:left="360"/>
      </w:pPr>
      <w:r>
        <w:t xml:space="preserve">1. </w:t>
      </w:r>
      <w:r>
        <w:rPr>
          <w:b w:val="0"/>
          <w:i w:val="0"/>
        </w:rPr>
        <w:t>Có phải ai cũng có tiềm năng trở thành một nhà lãnh đạo hiệu quả?</w:t>
      </w:r>
    </w:p>
    <w:p>
      <w:pPr>
        <w:spacing w:after="80"/>
        <w:ind w:left="360"/>
      </w:pPr>
      <w:r>
        <w:t xml:space="preserve">2. </w:t>
      </w:r>
      <w:r>
        <w:rPr>
          <w:b w:val="0"/>
          <w:i w:val="0"/>
        </w:rPr>
        <w:t>Làm sao bạn có thể trở thành người lãnh đạo ngay tại vị trí của mình, kể cả khi bạn đang ở tận cùng?</w:t>
      </w:r>
    </w:p>
    <w:p>
      <w:pPr>
        <w:spacing w:after="80"/>
        <w:ind w:left="360"/>
      </w:pPr>
      <w:r>
        <w:t xml:space="preserve">3. </w:t>
      </w:r>
      <w:r>
        <w:rPr>
          <w:b w:val="0"/>
          <w:i w:val="0"/>
        </w:rPr>
        <w:t>Mục đích tối thượng của việc lãnh đạo là gì?</w:t>
      </w:r>
    </w:p>
    <w:p>
      <w:pPr>
        <w:spacing w:after="80"/>
        <w:ind w:left="360"/>
      </w:pPr>
      <w:r>
        <w:t xml:space="preserve">4. </w:t>
      </w:r>
      <w:r>
        <w:rPr>
          <w:b w:val="0"/>
          <w:i w:val="0"/>
        </w:rPr>
        <w:t>Sự khác biệt giữa giao phó và buông bỏ trách nhiệm là gì?</w:t>
      </w:r>
    </w:p>
    <w:p>
      <w:pPr>
        <w:spacing w:after="80"/>
        <w:ind w:left="360"/>
      </w:pPr>
      <w:r>
        <w:t xml:space="preserve">5. </w:t>
      </w:r>
      <w:r>
        <w:rPr>
          <w:b w:val="0"/>
          <w:i w:val="0"/>
        </w:rPr>
        <w:t>Thách thức lớn nhất khi đáp lại tiếng gọi lãnh đạo là gì?</w:t>
      </w:r>
    </w:p>
    <w:p>
      <w:pPr>
        <w:spacing w:after="80"/>
        <w:ind w:left="360"/>
      </w:pPr>
      <w:r>
        <w:t xml:space="preserve">6. </w:t>
      </w:r>
      <w:r>
        <w:rPr>
          <w:b w:val="0"/>
          <w:i w:val="0"/>
        </w:rPr>
        <w:t>Liệu một người lãnh đạo có thể thực sự vừa dẫn dắt vừa phục vụ cùng một lúc không?</w:t>
      </w:r>
    </w:p>
    <w:p>
      <w:pPr>
        <w:spacing w:after="80"/>
        <w:ind w:left="360"/>
      </w:pPr>
      <w:r>
        <w:t xml:space="preserve">7. </w:t>
      </w:r>
      <w:r>
        <w:rPr>
          <w:b w:val="0"/>
          <w:i w:val="0"/>
        </w:rPr>
        <w:t>Những kỹ năng hàng đầu cần có để dẫn dắt mọi người vượt qua những giai đoạn khó khăn kéo dài là gì?</w:t>
      </w:r>
    </w:p>
    <w:p>
      <w:pPr>
        <w:spacing w:after="80"/>
        <w:ind w:left="360"/>
      </w:pPr>
      <w:r>
        <w:t xml:space="preserve">8. </w:t>
      </w:r>
      <w:r>
        <w:rPr>
          <w:b w:val="0"/>
          <w:i w:val="0"/>
        </w:rPr>
        <w:t>Có thể trở thành người lãnh đạo trong mọi lĩnh vực của cuộc sống không?</w:t>
      </w:r>
    </w:p>
    <w:p>
      <w:pPr>
        <w:spacing w:after="80"/>
        <w:ind w:left="360"/>
      </w:pPr>
      <w:r>
        <w:t xml:space="preserve">9. </w:t>
      </w:r>
      <w:r>
        <w:rPr>
          <w:b w:val="0"/>
          <w:i w:val="0"/>
        </w:rPr>
        <w:t>Nhịp điệu của việc lãnh đạo khi bạn đi từ độ tuổi hai mươi sang ba mươi, bốn mươi và xa hơn nữa là gì? Bạn nên phát triển, thay đổi, nắm bắt hay buông bỏ điều gì khi bạn trưởng thành bước vào mỗi mùa?</w:t>
      </w:r>
    </w:p>
    <w:p>
      <w:pPr>
        <w:jc w:val="center"/>
      </w:pPr>
      <w:r>
        <w:drawing>
          <wp:inline xmlns:a="http://schemas.openxmlformats.org/drawingml/2006/main" xmlns:pic="http://schemas.openxmlformats.org/drawingml/2006/picture">
            <wp:extent cx="695325" cy="19050"/>
            <wp:docPr id="17" name="Picture 17"/>
            <wp:cNvGraphicFramePr>
              <a:graphicFrameLocks noChangeAspect="1"/>
            </wp:cNvGraphicFramePr>
            <a:graphic>
              <a:graphicData uri="http://schemas.openxmlformats.org/drawingml/2006/picture">
                <pic:pic>
                  <pic:nvPicPr>
                    <pic:cNvPr id="0" name="00003.jpeg"/>
                    <pic:cNvPicPr/>
                  </pic:nvPicPr>
                  <pic:blipFill>
                    <a:blip r:embed="rId12"/>
                    <a:stretch>
                      <a:fillRect/>
                    </a:stretch>
                  </pic:blipFill>
                  <pic:spPr>
                    <a:xfrm>
                      <a:off x="0" y="0"/>
                      <a:ext cx="695325" cy="19050"/>
                    </a:xfrm>
                    <a:prstGeom prst="rect"/>
                  </pic:spPr>
                </pic:pic>
              </a:graphicData>
            </a:graphic>
          </wp:inline>
        </w:drawing>
      </w:r>
    </w:p>
    <w:p>
      <w:pPr>
        <w:pStyle w:val="Heading1"/>
      </w:pPr>
      <w:r>
        <w:rPr>
          <w:rFonts w:ascii="Calibri" w:hAnsi="Calibri"/>
          <w:b/>
          <w:i w:val="0"/>
          <w:sz w:val="40"/>
        </w:rPr>
        <w:t>5</w:t>
      </w:r>
    </w:p>
    <w:p>
      <w:pPr>
        <w:jc w:val="center"/>
      </w:pPr>
      <w:r>
        <w:drawing>
          <wp:inline xmlns:a="http://schemas.openxmlformats.org/drawingml/2006/main" xmlns:pic="http://schemas.openxmlformats.org/drawingml/2006/picture">
            <wp:extent cx="695325" cy="19050"/>
            <wp:docPr id="18" name="Picture 18"/>
            <wp:cNvGraphicFramePr>
              <a:graphicFrameLocks noChangeAspect="1"/>
            </wp:cNvGraphicFramePr>
            <a:graphic>
              <a:graphicData uri="http://schemas.openxmlformats.org/drawingml/2006/picture">
                <pic:pic>
                  <pic:nvPicPr>
                    <pic:cNvPr id="0" name="00003.jpeg"/>
                    <pic:cNvPicPr/>
                  </pic:nvPicPr>
                  <pic:blipFill>
                    <a:blip r:embed="rId12"/>
                    <a:stretch>
                      <a:fillRect/>
                    </a:stretch>
                  </pic:blipFill>
                  <pic:spPr>
                    <a:xfrm>
                      <a:off x="0" y="0"/>
                      <a:ext cx="695325" cy="19050"/>
                    </a:xfrm>
                    <a:prstGeom prst="rect"/>
                  </pic:spPr>
                </pic:pic>
              </a:graphicData>
            </a:graphic>
          </wp:inline>
        </w:drawing>
      </w:r>
    </w:p>
    <w:p>
      <w:pPr>
        <w:pStyle w:val="Heading1"/>
      </w:pPr>
      <w:r>
        <w:rPr>
          <w:rFonts w:ascii="Calibri" w:hAnsi="Calibri"/>
          <w:b/>
          <w:i w:val="0"/>
          <w:sz w:val="40"/>
        </w:rPr>
        <w:t>Lãnh đạo vận hành như thế nào?</w:t>
      </w:r>
    </w:p>
    <w:p>
      <w:pPr>
        <w:spacing w:after="80"/>
      </w:pPr>
      <w:r>
        <w:rPr>
          <w:b w:val="0"/>
          <w:i w:val="0"/>
        </w:rPr>
        <w:t>Khi tôi bắt đầu sự nghiệp, lãnh đạo không phải là điều tôi nghĩ đến. Có những thứ tôi cho là quan trọng, chẳng hạn như thái độ. Khi tôi học năm thứ ba trung học, huấn luyện viên của tôi phong tôi làm đội trưởng vì ông nói thái độ của tôi tốt, thế là điều đó trở nên quan trọng với tôi. Tôi đã được dạy rằng một tinh thần làm việc chăm chỉ là yếu tố then chốt để thành công, nên tôi đã làm việc chăm chỉ. Tôi bước vào vị trí đầu tiên với suy nghĩ rằng chức danh của mình khiến tôi trở thành người lãnh đạo, nhưng tôi nhanh chóng nhận ra rằng mọi người trong tổ chức đi theo những người khác chứ không phải tôi.</w:t>
      </w:r>
    </w:p>
    <w:p>
      <w:pPr>
        <w:spacing w:after="80"/>
      </w:pPr>
      <w:r>
        <w:rPr>
          <w:b w:val="0"/>
          <w:i w:val="0"/>
        </w:rPr>
        <w:t xml:space="preserve">Trong những năm đầu đó, mục tiêu của tôi là hoàn thành công việc. Tôi muốn giúp đỡ mọi người và phát triển tổ chức. Tôi đã thử nhiều cách khác nhau. Một số hiệu quả, số khác thì không. Rồi tôi đọc cuốn sách </w:t>
      </w:r>
      <w:r>
        <w:rPr>
          <w:b w:val="0"/>
          <w:i/>
        </w:rPr>
        <w:t>Spiritual Leadership</w:t>
      </w:r>
      <w:r>
        <w:rPr>
          <w:b w:val="0"/>
          <w:i w:val="0"/>
        </w:rPr>
        <w:t xml:space="preserve"> của J. Oswald Sanders. Trong đó tôi bắt gặp điều này:</w:t>
      </w:r>
    </w:p>
    <w:p>
      <w:pPr>
        <w:spacing w:after="80"/>
      </w:pPr>
      <w:r>
        <w:rPr>
          <w:b w:val="0"/>
          <w:i w:val="0"/>
        </w:rPr>
        <w:t>Lãnh đạo là sự ảnh hưởng, là khả năng của một người tác động đến người khác để họ đi theo sự dẫn dắt của mình. Những nhà lãnh đạo nổi tiếng luôn biết điều này.</w:t>
      </w:r>
    </w:p>
    <w:p>
      <w:pPr>
        <w:spacing w:after="80"/>
      </w:pPr>
      <w:r>
        <w:rPr>
          <w:b w:val="0"/>
          <w:i w:val="0"/>
        </w:rPr>
        <w:t>Những lời này đã thay đổi cuộc đời tôi. Tôi hiểu rõ tại sao vị trí và chức danh của mình chẳng giúp được gì nhiều. Tôi cần trở thành một người lãnh đạo giỏi hơn. Tôi cần học cách gây ảnh hưởng đến mọi người. Lãnh đạo trở thành trọng tâm của sự phát triển cá nhân tôi.</w:t>
      </w:r>
    </w:p>
    <w:p>
      <w:pPr>
        <w:spacing w:after="80"/>
      </w:pPr>
      <w:r>
        <w:rPr>
          <w:b w:val="0"/>
          <w:i w:val="0"/>
        </w:rPr>
        <w:t xml:space="preserve">Mọi thứ đều thăng trầm theo việc lãnh đạo. Trang bị kiến thức rằng lãnh đạo là chìa khóa để xây dựng đội ngũ, phát triển tổ chức và hiện thực hóa tầm nhìn, tôi bắt tay vào việc giảng dạy về lãnh đạo. Tôi tổ chức hội nghị lãnh đạo đầu tiên của mình và—chẳng ai đến. À, không </w:t>
      </w:r>
      <w:r>
        <w:rPr>
          <w:b w:val="0"/>
          <w:i/>
        </w:rPr>
        <w:t>hoàn toàn</w:t>
      </w:r>
      <w:r>
        <w:rPr>
          <w:b w:val="0"/>
          <w:i w:val="0"/>
        </w:rPr>
        <w:t xml:space="preserve"> đúng. Mười bảy người đã xuất hiện, nhưng tôi đã hy vọng và lên kế hoạch cho số lượng gấp mười lần như thế. Hội nghị tiếp theo cũng ít người tham dự. Và cả lần sau nữa. Khi tôi bắt đầu nói chuyện với mọi người về điều đó, tôi phát hiện ra rằng họ nghĩ: "Tôi đã là người lãnh đạo rồi. Tại sao tôi lại đến một hội nghị lãnh đạo chứ?" Họ tin rằng vị trí của họ khiến họ trở thành người lãnh đạo, giống hệt như tôi trước đây. Đó là lúc tôi bắt đầu nói với tất cả những ai chịu lắng nghe: "Lãnh đạo là sự ảnh hưởng." Dần dần, mọi người bắt đầu đến các hội nghị vì họ muốn có ảnh hưởng nhiều hơn đến người khác. Khi họ phát triển được nhiều ảnh hưởng hơn, họ trở nên hiệu quả hơn và tổ chức của họ cũng vậy.</w:t>
      </w:r>
    </w:p>
    <w:p>
      <w:pPr>
        <w:spacing w:after="80"/>
      </w:pPr>
      <w:r>
        <w:rPr>
          <w:b w:val="0"/>
          <w:i w:val="0"/>
        </w:rPr>
        <w:t>Lãnh đạo là một chủ đề phức tạp. Tôi đã sáu mươi bảy tuổi và tôi vẫn đang học. Tôi dự định sẽ là một người học trò của lãnh đạo cho đến ngày tôi qua đời. Nhưng tôi sẽ không bao giờ đánh mất sự thật rằng lãnh đạo bắt đầu từ sự ảnh hưởng và xây dựng từ đó. Hãy ghi nhớ điều đó khi bạn đọc chương này.</w:t>
      </w:r>
    </w:p>
    <w:p>
      <w:pPr>
        <w:pStyle w:val="Heading2"/>
      </w:pPr>
      <w:r>
        <w:rPr>
          <w:rFonts w:ascii="Calibri" w:hAnsi="Calibri"/>
          <w:b/>
          <w:i w:val="0"/>
          <w:sz w:val="32"/>
        </w:rPr>
        <w:t>1. Có phải ai cũng có tiềm năng trở thành một nhà lãnh đạo hiệu quả?</w:t>
      </w:r>
    </w:p>
    <w:p>
      <w:pPr>
        <w:spacing w:after="80"/>
      </w:pPr>
      <w:r>
        <w:rPr>
          <w:b w:val="0"/>
          <w:i w:val="0"/>
        </w:rPr>
        <w:t>Tôi tin điều bạn thực sự đang hỏi là liệu lãnh đạo có phải là một câu lạc bộ độc quyền chỉ dành cho những người sinh ra đã có sẵn khả năng ấy không. Câu trả lời của tôi là không. Ai cũng có tiềm năng lãnh đạo ở một mức độ nào đó, và bất kỳ ai cũng có thể trở nên lãnh đạo giỏi hơn. Đúng là có những người sinh ra đã có những tố chất giúp họ trở thành nhà lãnh đạo tốt hơn người khác, nhưng những tố chất tự nhiên ấy chỉ là khởi đầu.</w:t>
      </w:r>
    </w:p>
    <w:p>
      <w:pPr>
        <w:spacing w:after="80"/>
      </w:pPr>
      <w:r>
        <w:rPr>
          <w:b w:val="0"/>
          <w:i w:val="0"/>
        </w:rPr>
        <w:t>Tác giả người Anh Leonard Ravenhill kể câu chuyện về một nhóm du khách ghé thăm một ngôi làng đẹp như tranh, nơi họ thấy một ông lão ngồi bên hàng rào. Với vẻ khá kẻ cả, một vị khách hỏi: "Ngôi làng này có sinh ra vĩ nhân nào không?"</w:t>
      </w:r>
    </w:p>
    <w:p>
      <w:pPr>
        <w:spacing w:after="80"/>
      </w:pPr>
      <w:r>
        <w:rPr>
          <w:b w:val="0"/>
          <w:i w:val="0"/>
        </w:rPr>
        <w:t>Không ngước lên, ông lão đáp: "Không, chỉ có những đứa trẻ thôi."</w:t>
      </w:r>
    </w:p>
    <w:p>
      <w:pPr>
        <w:spacing w:after="80"/>
      </w:pPr>
      <w:r>
        <w:rPr>
          <w:b w:val="0"/>
          <w:i w:val="0"/>
        </w:rPr>
        <w:t>Những nhà lãnh đạo vĩ đại không khởi đầu là vĩ đại. Như mọi người, họ khởi đầu là những đứa trẻ, rồi lớn lên trở thành những nhà lãnh đạo đủ tốt, rồi giỏi, rồi vĩ đại. Lãnh đạo là thứ được phát triển, chứ không phải được khám phá. Đó là một quá trình. Có ba thành tố chính góp phần vào việc phát triển một nhà lãnh đạo:</w:t>
      </w:r>
    </w:p>
    <w:p>
      <w:pPr>
        <w:pStyle w:val="Heading3"/>
      </w:pPr>
      <w:r>
        <w:rPr>
          <w:rFonts w:ascii="Calibri" w:hAnsi="Calibri"/>
          <w:b/>
          <w:i w:val="0"/>
          <w:sz w:val="26"/>
        </w:rPr>
        <w:t>Môi trường: Sự hóa thân của lãnh đạo</w:t>
      </w:r>
    </w:p>
    <w:p>
      <w:pPr>
        <w:spacing w:after="80"/>
      </w:pPr>
      <w:r>
        <w:rPr>
          <w:b w:val="0"/>
          <w:i w:val="0"/>
        </w:rPr>
        <w:t>Môi trường của một người có tác động to lớn đến họ. Lãnh đạo là thứ học được qua quan sát nhiều hơn là qua giảng dạy. Tôi học được điều này ngay tại nhà khi còn nhỏ, vì tôi lớn lên trong gia đình của một nhà lãnh đạo tuyệt vời: cha tôi. Ông không chỉ làm gương về lãnh đạo tốt, mà còn cố gắng hết sức để khơi ra những điều tốt đẹp nhất trong chúng tôi. Ông nhận ra năng khiếu và tài năng của chúng tôi từ sớm, và khuyến khích chúng tôi phát triển theo thế mạnh của mình. Và ông khen ngợi, thưởng cho chúng tôi khi chúng tôi thể hiện phẩm chất mạnh mẽ và khả năng lãnh đạo tốt.</w:t>
      </w:r>
    </w:p>
    <w:p>
      <w:pPr>
        <w:spacing w:after="80"/>
        <w:jc w:val="center"/>
      </w:pPr>
      <w:r>
        <w:rPr>
          <w:b/>
          <w:i w:val="0"/>
        </w:rPr>
        <w:t>Lãnh đạo là thứ được phát triển, chứ không phải được khám phá.</w:t>
      </w:r>
    </w:p>
    <w:p>
      <w:pPr>
        <w:spacing w:after="80"/>
      </w:pPr>
      <w:r>
        <w:rPr>
          <w:b w:val="0"/>
          <w:i w:val="0"/>
        </w:rPr>
        <w:t xml:space="preserve">Nếu bạn lớn lên trong một môi trường lãnh đạo, có lẽ bạn đã nhận ra khả năng lãnh đạo của mình từ sớm, như tôi. Môi trường của bạn và những nhà lãnh đạo đã tạo nên nó đã đưa lãnh đạo </w:t>
      </w:r>
      <w:r>
        <w:rPr>
          <w:b w:val="0"/>
          <w:i/>
        </w:rPr>
        <w:t>vào</w:t>
      </w:r>
      <w:r>
        <w:rPr>
          <w:b w:val="0"/>
          <w:i w:val="0"/>
        </w:rPr>
        <w:t xml:space="preserve"> trong bạn. Nó trở thành một phần con người bạn, và có lẽ bạn còn không nhận ra điều đó đang diễn ra.</w:t>
      </w:r>
    </w:p>
    <w:p>
      <w:pPr>
        <w:spacing w:after="80"/>
      </w:pPr>
      <w:r>
        <w:rPr>
          <w:b w:val="0"/>
          <w:i w:val="0"/>
        </w:rPr>
        <w:t>Nếu hiện giờ bạn đang ở trong một môi trường lãnh đạo tích cực, có lẽ bạn đang được khuyến khích phát huy những phẩm chất lãnh đạo và chúng có thể đang bắt đầu bộc lộ. Môi trường phù hợp luôn khiến việc học trở nên dễ dàng hơn. Sống trong một môi trường nghệ thuật, và sự sáng tạo thường trở nên tự nhiên với bạn. Sống trong một môi trường thể thao, và bạn sẽ bị hút về phía thể thao. Sống trong một môi trường lãnh đạo, và bạn sẽ trở thành một nhà lãnh đạo giỏi hơn.</w:t>
      </w:r>
    </w:p>
    <w:p>
      <w:pPr>
        <w:spacing w:after="80"/>
      </w:pPr>
      <w:r>
        <w:rPr>
          <w:b w:val="0"/>
          <w:i w:val="0"/>
        </w:rPr>
        <w:t>Nếu hiện giờ bạn không ở trong một môi trường lãnh đạo, và chưa từng dành thời gian trong một môi trường như vậy, có lẽ bạn đang gặp khó khăn trong việc hiểu lãnh đạo nghĩa là gì. Nếu vậy, bạn sẽ cần tìm một môi trường lãnh đạo tích cực để hỗ trợ việc phát triển năng lực lãnh đạo của mình. Liệu có thể học lãnh đạo mà không có một môi trường thuận lợi không? Có, nhưng khó, và quá trình phát triển của bạn sẽ chậm. William Bernbach, đồng sáng lập công ty quảng cáo Doyle Dane Bernbach, đã nói lên điều này khi ông nói: "Tôi thấy buồn cười khi các công ty khác cố gắng lôi kéo người của tôi. Họ sẽ phải 'thuê' cả môi trường. Để một bông hoa nở, bạn cần đất tốt cũng như hạt giống tốt."</w:t>
      </w:r>
    </w:p>
    <w:p>
      <w:pPr>
        <w:pStyle w:val="Heading3"/>
      </w:pPr>
      <w:r>
        <w:rPr>
          <w:rFonts w:ascii="Calibri" w:hAnsi="Calibri"/>
          <w:b/>
          <w:i w:val="0"/>
          <w:sz w:val="26"/>
        </w:rPr>
        <w:t>Một môi trường phát triển trông như thế nào?</w:t>
      </w:r>
    </w:p>
    <w:p>
      <w:pPr>
        <w:spacing w:after="80"/>
      </w:pPr>
      <w:r>
        <w:rPr>
          <w:b w:val="0"/>
          <w:i w:val="0"/>
        </w:rPr>
        <w:t xml:space="preserve">Người khác </w:t>
      </w:r>
      <w:r>
        <w:rPr>
          <w:b w:val="0"/>
          <w:i/>
        </w:rPr>
        <w:t>Đi trước</w:t>
      </w:r>
      <w:r>
        <w:rPr>
          <w:b w:val="0"/>
          <w:i w:val="0"/>
        </w:rPr>
        <w:t xml:space="preserve"> tôi.</w:t>
      </w:r>
    </w:p>
    <w:p>
      <w:pPr>
        <w:spacing w:after="80"/>
      </w:pPr>
      <w:r>
        <w:rPr>
          <w:b w:val="0"/>
          <w:i w:val="0"/>
        </w:rPr>
        <w:t xml:space="preserve">Tôi liên tục được </w:t>
      </w:r>
      <w:r>
        <w:rPr>
          <w:b w:val="0"/>
          <w:i/>
        </w:rPr>
        <w:t>Thử thách</w:t>
      </w:r>
      <w:r>
        <w:rPr>
          <w:b w:val="0"/>
          <w:i w:val="0"/>
        </w:rPr>
        <w:t>.</w:t>
      </w:r>
    </w:p>
    <w:p>
      <w:pPr>
        <w:spacing w:after="80"/>
      </w:pPr>
      <w:r>
        <w:rPr>
          <w:b w:val="0"/>
          <w:i w:val="0"/>
        </w:rPr>
        <w:t xml:space="preserve">Trọng tâm của tôi là </w:t>
      </w:r>
      <w:r>
        <w:rPr>
          <w:b w:val="0"/>
          <w:i/>
        </w:rPr>
        <w:t>Hướng về phía trước</w:t>
      </w:r>
      <w:r>
        <w:rPr>
          <w:b w:val="0"/>
          <w:i w:val="0"/>
        </w:rPr>
        <w:t>.</w:t>
      </w:r>
    </w:p>
    <w:p>
      <w:pPr>
        <w:spacing w:after="80"/>
      </w:pPr>
      <w:r>
        <w:rPr>
          <w:b w:val="0"/>
          <w:i w:val="0"/>
        </w:rPr>
        <w:t xml:space="preserve">Bầu không khí là </w:t>
      </w:r>
      <w:r>
        <w:rPr>
          <w:b w:val="0"/>
          <w:i/>
        </w:rPr>
        <w:t>Khích lệ</w:t>
      </w:r>
      <w:r>
        <w:rPr>
          <w:b w:val="0"/>
          <w:i w:val="0"/>
        </w:rPr>
        <w:t>.</w:t>
      </w:r>
    </w:p>
    <w:p>
      <w:pPr>
        <w:spacing w:after="80"/>
      </w:pPr>
      <w:r>
        <w:rPr>
          <w:b w:val="0"/>
          <w:i w:val="0"/>
        </w:rPr>
        <w:t xml:space="preserve">Tôi thường xuyên ở ngoài </w:t>
      </w:r>
      <w:r>
        <w:rPr>
          <w:b w:val="0"/>
          <w:i/>
        </w:rPr>
        <w:t>Vùng An Toàn</w:t>
      </w:r>
      <w:r>
        <w:rPr>
          <w:b w:val="0"/>
          <w:i w:val="0"/>
        </w:rPr>
        <w:t xml:space="preserve"> của mình.</w:t>
      </w:r>
    </w:p>
    <w:p>
      <w:pPr>
        <w:spacing w:after="80"/>
      </w:pPr>
      <w:r>
        <w:rPr>
          <w:b w:val="0"/>
          <w:i w:val="0"/>
        </w:rPr>
        <w:t xml:space="preserve">Tôi thức dậy với </w:t>
      </w:r>
      <w:r>
        <w:rPr>
          <w:b w:val="0"/>
          <w:i/>
        </w:rPr>
        <w:t>Sự Hào Hứng</w:t>
      </w:r>
      <w:r>
        <w:rPr>
          <w:b w:val="0"/>
          <w:i w:val="0"/>
        </w:rPr>
        <w:t>.</w:t>
      </w:r>
    </w:p>
    <w:p>
      <w:pPr>
        <w:spacing w:after="80"/>
      </w:pPr>
      <w:r>
        <w:rPr>
          <w:b w:val="0"/>
          <w:i w:val="0"/>
        </w:rPr>
        <w:t xml:space="preserve">Thất bại không phải là </w:t>
      </w:r>
      <w:r>
        <w:rPr>
          <w:b w:val="0"/>
          <w:i/>
        </w:rPr>
        <w:t>Kẻ Thù</w:t>
      </w:r>
      <w:r>
        <w:rPr>
          <w:b w:val="0"/>
          <w:i w:val="0"/>
        </w:rPr>
        <w:t xml:space="preserve"> của tôi.</w:t>
      </w:r>
    </w:p>
    <w:p>
      <w:pPr>
        <w:spacing w:after="80"/>
      </w:pPr>
      <w:r>
        <w:rPr>
          <w:b w:val="0"/>
          <w:i w:val="0"/>
        </w:rPr>
        <w:t xml:space="preserve">Những người khác đang </w:t>
      </w:r>
      <w:r>
        <w:rPr>
          <w:b w:val="0"/>
          <w:i/>
        </w:rPr>
        <w:t>Phát Triển</w:t>
      </w:r>
      <w:r>
        <w:rPr>
          <w:b w:val="0"/>
          <w:i w:val="0"/>
        </w:rPr>
        <w:t>.</w:t>
      </w:r>
    </w:p>
    <w:p>
      <w:pPr>
        <w:spacing w:after="80"/>
      </w:pPr>
      <w:r>
        <w:rPr>
          <w:b w:val="0"/>
          <w:i w:val="0"/>
        </w:rPr>
        <w:t xml:space="preserve">Mọi người khao khát </w:t>
      </w:r>
      <w:r>
        <w:rPr>
          <w:b w:val="0"/>
          <w:i/>
        </w:rPr>
        <w:t>Sự Thay Đổi</w:t>
      </w:r>
      <w:r>
        <w:rPr>
          <w:b w:val="0"/>
          <w:i w:val="0"/>
        </w:rPr>
        <w:t>.</w:t>
      </w:r>
    </w:p>
    <w:p>
      <w:pPr>
        <w:spacing w:after="80"/>
      </w:pPr>
      <w:r>
        <w:rPr>
          <w:b w:val="0"/>
          <w:i w:val="0"/>
        </w:rPr>
        <w:t xml:space="preserve">Sự phát triển được </w:t>
      </w:r>
      <w:r>
        <w:rPr>
          <w:b w:val="0"/>
          <w:i/>
        </w:rPr>
        <w:t>Làm Gương</w:t>
      </w:r>
      <w:r>
        <w:rPr>
          <w:b w:val="0"/>
          <w:i w:val="0"/>
        </w:rPr>
        <w:t xml:space="preserve"> và </w:t>
      </w:r>
      <w:r>
        <w:rPr>
          <w:b w:val="0"/>
          <w:i/>
        </w:rPr>
        <w:t>Kỳ Vọng</w:t>
      </w:r>
      <w:r>
        <w:rPr>
          <w:b w:val="0"/>
          <w:i w:val="0"/>
        </w:rPr>
        <w:t>.</w:t>
      </w:r>
    </w:p>
    <w:p>
      <w:pPr>
        <w:pStyle w:val="Heading3"/>
      </w:pPr>
      <w:r>
        <w:rPr>
          <w:rFonts w:ascii="Calibri" w:hAnsi="Calibri"/>
          <w:b/>
          <w:i w:val="0"/>
          <w:sz w:val="26"/>
        </w:rPr>
        <w:t>Trải nghiệm: Nguồn cảm hứng cho vai trò lãnh đạo</w:t>
      </w:r>
    </w:p>
    <w:p>
      <w:pPr>
        <w:spacing w:after="80"/>
      </w:pPr>
      <w:r>
        <w:rPr>
          <w:b w:val="0"/>
          <w:i w:val="0"/>
        </w:rPr>
        <w:t>Một trong những điều truyền cảm hứng lớn nhất cho tôi là được tiếp xúc với những nhà lãnh đạo vĩ đại. Cha tôi là người đầu tiên giới thiệu tôi với những nhà lãnh đạo. Khi tôi còn học trung học, ông đưa tôi đi gặp Norman Vincent Peale và E. Stanley Jones. Ông bắt tôi đọc những cuốn sách giới thiệu các khái niệm về lãnh đạo. Sau khi tốt nghiệp đại học, tôi tiếp tục tìm kiếm những nhà lãnh đạo và diễn giả để học hỏi từ họ, những người như Zig Ziglar, Elmer Towns, Peter Drucker và John Wooden. Tôi đã học được rất nhiều từ họ và được họ truyền cảm hứng để theo đuổi những tầm nhìn lớn lao hơn.</w:t>
      </w:r>
    </w:p>
    <w:p>
      <w:pPr>
        <w:spacing w:after="80"/>
      </w:pPr>
      <w:r>
        <w:rPr>
          <w:b w:val="0"/>
          <w:i w:val="0"/>
        </w:rPr>
        <w:t>Tôi thích nghe những nhà lãnh đạo vĩ đại nói chuyện. Tôi có được ý tưởng từ việc đọc sách của họ. Tôi thích đặt câu hỏi cho họ. Tôi thấy phấn khích khi xem họ dẫn dắt. Tôi thậm chí còn được truyền cảm hứng khi đến thăm không gian làm việc của họ. Tôi đặc biệt thích thú khi đến thăm văn phòng của Adolph Rupp tại Đại học Kentucky và ngồi trong phòng thay đồ nguyên bản nơi ông từng huấn luyện. Tôi yêu thích chơi bóng rổ khi còn nhỏ, nên tôi tưởng tượng mình là một trong những cầu thủ của ông, lắng nghe một trong những bài phát biểu đầy nhiệt huyết của ông trước trận đấu hoặc trải qua những điều chỉnh giờ nghỉ giữa hiệp trước khi bước vào sân.</w:t>
      </w:r>
    </w:p>
    <w:p>
      <w:pPr>
        <w:spacing w:after="80"/>
      </w:pPr>
      <w:r>
        <w:rPr>
          <w:b w:val="0"/>
          <w:i w:val="0"/>
        </w:rPr>
        <w:t>Tôi cũng đã đến thăm mọi thư viện tổng thống, từ của Washington đến của Clinton. (Vào lúc tôi viết những dòng này, thư viện của George W. Bush và Barack Obama vẫn chưa mở cửa.) Khi Margaret và tôi đến thăm một thư viện, chúng tôi dành trọn một ngày chỉ để đắm mình vào sự lãnh đạo và được nó truyền cảm hứng.</w:t>
      </w:r>
    </w:p>
    <w:p>
      <w:pPr>
        <w:pStyle w:val="Heading3"/>
      </w:pPr>
      <w:r>
        <w:rPr>
          <w:rFonts w:ascii="Calibri" w:hAnsi="Calibri"/>
          <w:b/>
          <w:i w:val="0"/>
          <w:sz w:val="26"/>
        </w:rPr>
        <w:t>Bạn sẽ đi đâu để tìm cảm hứng lãnh đạo?</w:t>
      </w:r>
    </w:p>
    <w:p>
      <w:pPr>
        <w:spacing w:after="80"/>
      </w:pPr>
      <w:r>
        <w:rPr>
          <w:b w:val="0"/>
          <w:i w:val="0"/>
        </w:rPr>
        <w:t>Bạn ngưỡng mộ ai với tư cách là nhà lãnh đạo? Hãy lên kế hoạch đi nghe người bạn ngưỡng mộ nói chuyện. Hãy thực hiện một chuyến đi đến thư viện tổng thống hoặc một bảo tàng. Hãy đặt lịch hẹn để phỏng vấn một nhà lãnh đạo có sức ảnh hưởng. Hãy để bản thân được truyền cảm hứng!</w:t>
      </w:r>
    </w:p>
    <w:p>
      <w:pPr>
        <w:pStyle w:val="Heading3"/>
      </w:pPr>
      <w:r>
        <w:rPr>
          <w:rFonts w:ascii="Calibri" w:hAnsi="Calibri"/>
          <w:b/>
          <w:i w:val="0"/>
          <w:sz w:val="26"/>
        </w:rPr>
        <w:t>Trang bị: Ý định cho vai trò lãnh đạo</w:t>
      </w:r>
    </w:p>
    <w:p>
      <w:pPr>
        <w:spacing w:after="80"/>
      </w:pPr>
      <w:r>
        <w:rPr>
          <w:b w:val="0"/>
          <w:i w:val="0"/>
        </w:rPr>
        <w:t>Lãnh đạo là sự ảnh hưởng, và vì lý do đó nó có thể được dạy. Bạn có thể học cách kết nối với mọi người. Bạn có thể học cách giao tiếp. Bạn có thể học cách lập kế hoạch và hoạch định chiến lược. Bạn có thể học cách ưu tiên. Bạn có thể học cách khiến mọi người làm việc cùng nhau. Bạn có thể học cách đào tạo và trang bị cho mọi người. Bạn có thể học cách truyền cảm hứng và tạo động lực cho người khác. Hầu hết các kỹ năng lãnh đạo đều có thể được dạy cho mọi người; mọi người có thể được trang bị để lãnh đạo.</w:t>
      </w:r>
    </w:p>
    <w:p>
      <w:pPr>
        <w:spacing w:after="80"/>
      </w:pPr>
      <w:r>
        <w:rPr>
          <w:b w:val="0"/>
          <w:i w:val="0"/>
        </w:rPr>
        <w:t>Đây là lý do tôi đã dành ba mươi năm cuối đời mình để tập trung viết sách và phát triển các nguồn tài liệu nhằm giúp mọi người phát triển và học hỏi. Tôi tin rằng mỗi người đều có thể được trang bị để lãnh đạo. Tôi thấy rất đáng giá khi mọi người cho tôi biết rằng tôi đã giúp họ theo cách nào đó để phát triển với tư cách là nhà lãnh đạo.</w:t>
      </w:r>
    </w:p>
    <w:p>
      <w:pPr>
        <w:spacing w:after="80"/>
      </w:pPr>
      <w:r>
        <w:rPr>
          <w:b w:val="0"/>
          <w:i w:val="0"/>
        </w:rPr>
        <w:t>Gần đây tôi nhận được một e-mail từ J. M. Hardy, trong đó ông viết:</w:t>
      </w:r>
    </w:p>
    <w:p>
      <w:pPr>
        <w:spacing w:after="80"/>
      </w:pPr>
      <w:r>
        <w:rPr>
          <w:b w:val="0"/>
          <w:i w:val="0"/>
        </w:rPr>
        <w:t xml:space="preserve">Đêm nay tôi viết thư để gửi lời cảm ơn đến ngài vì những tác động ngài đã tạo nên trong cuộc đời tôi. Tôi đã sưu tầm hàng trăm cuốn băng của ngài cùng mọi cuốn sách hay đĩa CD mà ngài từng sản xuất. Nhờ sự dìu dắt từ xa của ngài, tôi đã vượt qua những thử thách của tuổi trẻ. Ngày hôm nay, tôi có được những điều mà nhiều người khác chỉ dám mơ ước. Tôi có bằng cử nhân và thạc sĩ về nghiên cứu lãnh đạo. Hiện tôi đang chuẩn bị cho bằng Ph.D. Tôi làm việc cho một công ty trong danh sách </w:t>
      </w:r>
      <w:r>
        <w:rPr>
          <w:b w:val="0"/>
          <w:i/>
        </w:rPr>
        <w:t>Fortune</w:t>
      </w:r>
      <w:r>
        <w:rPr>
          <w:b w:val="0"/>
          <w:i w:val="0"/>
        </w:rPr>
        <w:t xml:space="preserve"> 100, nơi tôi phụ trách hơn $120 triệu doanh số và 500 nhân viên. Tôi có một người vợ xinh đẹp và ba đứa con đang học đại học.</w:t>
      </w:r>
    </w:p>
    <w:p>
      <w:pPr>
        <w:spacing w:after="80"/>
      </w:pPr>
      <w:r>
        <w:rPr>
          <w:b w:val="0"/>
          <w:i w:val="0"/>
        </w:rPr>
        <w:t>Từ gia đình tôi đến gia đình ngài, Chúa phù hộ ngài và cảm ơn ngài. Tôi sẽ chờ đợi bài học tiếp theo và cuốn sách tiếp theo ngài viết. Tôi không bao giờ nói lời cảm ơn đủ. Rất có thể tôi sẽ không bao giờ gặp ngài hay được bắt tay ngài, nhưng tôi muốn ngài biết tôi trân trọng ngài và tất cả những gì ngài đã làm nhiều đến nhường nào, ngay cả khi ngài không biết mình đang làm điều đó.</w:t>
      </w:r>
    </w:p>
    <w:p>
      <w:pPr>
        <w:spacing w:after="80"/>
      </w:pPr>
      <w:r>
        <w:rPr>
          <w:b w:val="0"/>
          <w:i w:val="0"/>
        </w:rPr>
        <w:t>Khi tôi đọc một thông điệp như thế, tôi có thể giảng dạy và viết lách thêm ba mươi năm nữa!</w:t>
      </w:r>
    </w:p>
    <w:p>
      <w:pPr>
        <w:spacing w:after="80"/>
      </w:pPr>
      <w:r>
        <w:rPr>
          <w:b w:val="0"/>
          <w:i w:val="0"/>
        </w:rPr>
        <w:t>Điều duy nhất bạn có thể làm để tạo tác động lớn nhất đến tiềm năng lãnh đạo của mình là mỗi ngày đều có chủ đích rèn luyện để trở nên được trang bị đầy đủ cho việc lãnh đạo. Mỗi cuốn sách bạn đọc, mỗi bài học bạn tiếp thu, mỗi nguyên tắc bạn áp dụng đều giúp bạn trở thành một nhà lãnh đạo giỏi hơn và đưa bạn tiến thêm một bước trên con đường phát huy tiềm năng lãnh đạo của mình.</w:t>
      </w:r>
    </w:p>
    <w:p>
      <w:pPr>
        <w:spacing w:after="80"/>
        <w:jc w:val="center"/>
      </w:pPr>
      <w:r>
        <w:rPr>
          <w:b/>
          <w:i w:val="0"/>
        </w:rPr>
        <w:t>Điều duy nhất bạn có thể làm để tạo tác động lớn nhất đến tiềm năng lãnh đạo của mình là mỗi ngày đều có chủ đích rèn luyện để trở nên được trang bị đầy đủ cho việc lãnh đạo.</w:t>
      </w:r>
    </w:p>
    <w:p>
      <w:pPr>
        <w:pStyle w:val="Heading3"/>
      </w:pPr>
      <w:r>
        <w:rPr>
          <w:rFonts w:ascii="Calibri" w:hAnsi="Calibri"/>
          <w:b/>
          <w:i w:val="0"/>
          <w:sz w:val="26"/>
        </w:rPr>
        <w:t>Kế hoạch phát triển năng lực lãnh đạo của bạn là gì?</w:t>
      </w:r>
    </w:p>
    <w:p>
      <w:pPr>
        <w:spacing w:after="80"/>
      </w:pPr>
      <w:r>
        <w:rPr>
          <w:b w:val="0"/>
          <w:i w:val="0"/>
        </w:rPr>
        <w:t>Nếu bạn không có kế hoạch, khả năng bạn phát triển thành một nhà lãnh đạo là rất thấp. Hãy đặt ra vài mục tiêu và xây dựng một chiến lược cá nhân để phát triển trong năm tới. Sau đó chia nhỏ kế hoạch thành những kỷ luật hằng ngày và hằng tuần.</w:t>
      </w:r>
    </w:p>
    <w:p>
      <w:pPr>
        <w:pStyle w:val="Heading2"/>
      </w:pPr>
      <w:r>
        <w:rPr>
          <w:rFonts w:ascii="Calibri" w:hAnsi="Calibri"/>
          <w:b/>
          <w:i w:val="0"/>
          <w:sz w:val="32"/>
        </w:rPr>
        <w:t>2. Làm thế nào bạn có thể trở thành một nhà lãnh đạo ngay tại vị trí của mình, kể cả khi bạn đang ở dưới cùng?</w:t>
      </w:r>
    </w:p>
    <w:p>
      <w:pPr>
        <w:spacing w:after="80"/>
      </w:pPr>
      <w:r>
        <w:rPr>
          <w:b w:val="0"/>
          <w:i w:val="0"/>
        </w:rPr>
        <w:t>Tin tốt là bạn có thể trở thành một nhà lãnh đạo dù bạn ở đâu. Bạn không cần chức danh. Bạn không cần chức vụ. Bạn không cần bằng cấp chính quy. Tất cả những gì bạn cần để bắt đầu là khát khao lãnh đạo và sự sẵn lòng học hỏi. Chìa khóa nằm ở sức ảnh hưởng.</w:t>
      </w:r>
    </w:p>
    <w:p>
      <w:pPr>
        <w:pStyle w:val="Heading3"/>
      </w:pPr>
      <w:r>
        <w:rPr>
          <w:rFonts w:ascii="Calibri" w:hAnsi="Calibri"/>
          <w:b/>
          <w:i w:val="0"/>
          <w:sz w:val="26"/>
        </w:rPr>
        <w:t>Lãnh đạo là sức ảnh hưởng</w:t>
      </w:r>
    </w:p>
    <w:p>
      <w:pPr>
        <w:spacing w:after="80"/>
      </w:pPr>
      <w:r>
        <w:rPr>
          <w:b w:val="0"/>
          <w:i w:val="0"/>
        </w:rPr>
        <w:t>Như tôi đã trình bày, lãnh đạo bắt đầu từ sức ảnh hưởng. Khả năng gây ảnh hưởng đến người khác sẽ là yếu tố lớn nhất quyết định thành công của bạn với tư cách một nhà lãnh đạo. Tác giả và giáo sư Harry Allen Overstreet khẳng định: "Tinh túy của mọi quyền năng gây ảnh hưởng nằm ở việc khiến người khác tham gia." Ảnh hưởng là một lời mời mà bất kỳ ai cũng có thể gửi đến người khác.</w:t>
      </w:r>
    </w:p>
    <w:p>
      <w:pPr>
        <w:spacing w:after="80"/>
      </w:pPr>
      <w:r>
        <w:rPr>
          <w:b w:val="0"/>
          <w:i w:val="0"/>
        </w:rPr>
        <w:t>Tôi rất thích lời cầu nguyện của người lãnh đạo do Pauline H. Peters viết: "Lạy Chúa, khi con sai, xin cho con sẵn lòng thay đổi. Khi con đúng, xin cho con dễ sống chung. Vậy xin ban sức mạnh cho con để quyền năng từ tấm gương của con sẽ vượt xa quyền uy từ chức vị của con."</w:t>
      </w:r>
    </w:p>
    <w:p>
      <w:pPr>
        <w:pStyle w:val="Heading3"/>
      </w:pPr>
      <w:r>
        <w:rPr>
          <w:rFonts w:ascii="Calibri" w:hAnsi="Calibri"/>
          <w:b/>
          <w:i w:val="0"/>
          <w:sz w:val="26"/>
        </w:rPr>
        <w:t>Gây ảnh hưởng đến người khác là một lựa chọn</w:t>
      </w:r>
    </w:p>
    <w:p>
      <w:pPr>
        <w:spacing w:after="80"/>
      </w:pPr>
      <w:r>
        <w:rPr>
          <w:b w:val="0"/>
          <w:i w:val="0"/>
        </w:rPr>
        <w:t xml:space="preserve">Gần đây tôi dùng bữa tối với Jim Collins, tác giả cuốn </w:t>
      </w:r>
      <w:r>
        <w:rPr>
          <w:b w:val="0"/>
          <w:i/>
        </w:rPr>
        <w:t>Good to Great</w:t>
      </w:r>
      <w:r>
        <w:rPr>
          <w:b w:val="0"/>
          <w:i w:val="0"/>
        </w:rPr>
        <w:t>. Chúng tôi nói về nhiều thứ, trong đó có lãnh đạo. Một trong những điều Jim nói với tôi là: "Anh không phải người đầu tiên nói rằng lãnh đạo là sức ảnh hưởng, nhưng anh đã chứng minh điều đó là đúng."</w:t>
      </w:r>
    </w:p>
    <w:p>
      <w:pPr>
        <w:spacing w:after="80"/>
      </w:pPr>
      <w:r>
        <w:rPr>
          <w:b w:val="0"/>
          <w:i w:val="0"/>
        </w:rPr>
        <w:t>Ở đầu chương này, tôi đã kể cho bạn câu chuyện về lý do tôi bắt đầu nói với mọi người rằng lãnh đạo là sức ảnh hưởng. Thực tế là ảnh hưởng là một lựa chọn. Chúng ta có thể thờ ơ với mọi người, theo đuổi mục tiêu riêng của mình, có thái độ xấu và từ chối làm việc nhóm. Hoặc chúng ta có thể quan tâm đến mọi người, bao dung, nỗ lực tích cực, hợp tác với người khác và cố gắng gây ảnh hưởng tích cực đến họ. Mỗi ngày, đó là lựa chọn của chúng ta. Nếu chọn cố gắng gây ảnh hưởng đến mọi người, chúng ta có thể lãnh đạo từ bất cứ đâu.</w:t>
      </w:r>
    </w:p>
    <w:p>
      <w:pPr>
        <w:pStyle w:val="Heading3"/>
      </w:pPr>
      <w:r>
        <w:rPr>
          <w:rFonts w:ascii="Calibri" w:hAnsi="Calibri"/>
          <w:b/>
          <w:i w:val="0"/>
          <w:sz w:val="26"/>
        </w:rPr>
        <w:t>Sức ảnh hưởng của chúng ta không đồng đều ở mọi lĩnh vực</w:t>
      </w:r>
    </w:p>
    <w:p>
      <w:pPr>
        <w:spacing w:after="80"/>
      </w:pPr>
      <w:r>
        <w:rPr>
          <w:b w:val="0"/>
          <w:i w:val="0"/>
        </w:rPr>
        <w:t>Chỉ vì bạn có ảnh hưởng với một người nào đó không có nghĩa là bạn có ảnh hưởng với tất cả mọi người. Ảnh hưởng phải được phát triển với từng cá nhân. Nếu bạn không tin tôi, hãy thử ra lệnh cho con chó của người khác xem! Tôi từng bắt gặp một bài thơ có tên "A Born Leader" (Một nhà lãnh đạo bẩm sinh) mô tả điều này rất hay:</w:t>
      </w:r>
    </w:p>
    <w:p>
      <w:pPr>
        <w:spacing w:after="80"/>
      </w:pPr>
      <w:r>
        <w:rPr>
          <w:b w:val="0"/>
          <w:i/>
        </w:rPr>
        <w:t>Tôi được trả lương để làm đốc công.</w:t>
      </w:r>
    </w:p>
    <w:p>
      <w:pPr>
        <w:spacing w:after="80"/>
      </w:pPr>
      <w:r>
        <w:rPr>
          <w:b w:val="0"/>
          <w:i/>
        </w:rPr>
        <w:t>Công việc của tôi là dẫn dắt người ta.</w:t>
      </w:r>
    </w:p>
    <w:p>
      <w:pPr>
        <w:spacing w:after="80"/>
      </w:pPr>
      <w:r>
        <w:rPr>
          <w:b w:val="0"/>
          <w:i/>
        </w:rPr>
        <w:t>Sếp tôi nghĩ tôi là người có tố chất trời cho,</w:t>
      </w:r>
    </w:p>
    <w:p>
      <w:pPr>
        <w:spacing w:after="80"/>
      </w:pPr>
      <w:r>
        <w:rPr>
          <w:b w:val="0"/>
          <w:i/>
        </w:rPr>
        <w:t>Nhưng nếu đúng thế, thì tại sao,</w:t>
      </w:r>
    </w:p>
    <w:p>
      <w:pPr>
        <w:spacing w:after="80"/>
      </w:pPr>
      <w:r>
        <w:rPr>
          <w:b w:val="0"/>
          <w:i/>
        </w:rPr>
        <w:t>Tôi ước có ai đó nói cho tôi biết</w:t>
      </w:r>
    </w:p>
    <w:p>
      <w:pPr>
        <w:spacing w:after="80"/>
      </w:pPr>
      <w:r>
        <w:rPr>
          <w:b w:val="0"/>
          <w:i/>
        </w:rPr>
        <w:t>Tại sao tôi lại phải dọn những lối đi đầy tuyết,</w:t>
      </w:r>
    </w:p>
    <w:p>
      <w:pPr>
        <w:spacing w:after="80"/>
      </w:pPr>
      <w:r>
        <w:rPr>
          <w:b w:val="0"/>
          <w:i/>
        </w:rPr>
        <w:t>Trong khi trong nhà có hai đứa con trai đã lớn</w:t>
      </w:r>
    </w:p>
    <w:p>
      <w:pPr>
        <w:spacing w:after="80"/>
      </w:pPr>
      <w:r>
        <w:rPr>
          <w:b w:val="0"/>
          <w:i/>
        </w:rPr>
        <w:t>Đã từng vào đội bóng bầu dục</w:t>
      </w:r>
      <w:r>
        <w:rPr>
          <w:b w:val="0"/>
          <w:i w:val="0"/>
        </w:rPr>
        <w:t>.</w:t>
      </w:r>
    </w:p>
    <w:p>
      <w:pPr>
        <w:spacing w:after="80"/>
      </w:pPr>
      <w:r>
        <w:rPr>
          <w:b w:val="0"/>
          <w:i w:val="0"/>
        </w:rPr>
        <w:t xml:space="preserve">Tôi bàn về quá trình phát triển ảnh hưởng với người khác trong cuốn </w:t>
      </w:r>
      <w:r>
        <w:rPr>
          <w:b w:val="0"/>
          <w:i/>
        </w:rPr>
        <w:t>The 5 Levels of Leadership</w:t>
      </w:r>
      <w:r>
        <w:rPr>
          <w:b w:val="0"/>
          <w:i w:val="0"/>
        </w:rPr>
        <w:t xml:space="preserve"> (5 Cấp độ Lãnh đạo). Tóm lại, nó bắt đầu từ </w:t>
      </w:r>
      <w:r>
        <w:rPr>
          <w:b w:val="0"/>
          <w:i/>
        </w:rPr>
        <w:t>Vị trí</w:t>
      </w:r>
      <w:r>
        <w:rPr>
          <w:b w:val="0"/>
          <w:i w:val="0"/>
        </w:rPr>
        <w:t xml:space="preserve"> (Position), phát triển thành </w:t>
      </w:r>
      <w:r>
        <w:rPr>
          <w:b w:val="0"/>
          <w:i/>
        </w:rPr>
        <w:t>Sự cho phép</w:t>
      </w:r>
      <w:r>
        <w:rPr>
          <w:b w:val="0"/>
          <w:i w:val="0"/>
        </w:rPr>
        <w:t xml:space="preserve"> (Permission) khi bạn xây dựng mối quan hệ, được củng cố nhờ </w:t>
      </w:r>
      <w:r>
        <w:rPr>
          <w:b w:val="0"/>
          <w:i/>
        </w:rPr>
        <w:t>Hiệu suất</w:t>
      </w:r>
      <w:r>
        <w:rPr>
          <w:b w:val="0"/>
          <w:i w:val="0"/>
        </w:rPr>
        <w:t xml:space="preserve"> (Production) khi bạn giúp người khác hoàn thành công việc, mạnh lên khi bạn tham gia vào </w:t>
      </w:r>
      <w:r>
        <w:rPr>
          <w:b w:val="0"/>
          <w:i/>
        </w:rPr>
        <w:t>Phát triển con người</w:t>
      </w:r>
      <w:r>
        <w:rPr>
          <w:b w:val="0"/>
          <w:i w:val="0"/>
        </w:rPr>
        <w:t xml:space="preserve"> (People Development), và đạt đỉnh cao ở </w:t>
      </w:r>
      <w:r>
        <w:rPr>
          <w:b w:val="0"/>
          <w:i/>
        </w:rPr>
        <w:t>Đỉnh điểm</w:t>
      </w:r>
      <w:r>
        <w:rPr>
          <w:b w:val="0"/>
          <w:i w:val="0"/>
        </w:rPr>
        <w:t xml:space="preserve"> (Pinnacle) khi bạn nâng đỡ những nhà lãnh đạo khác, những người lại tiếp tục phát triển người khác. Những nhà lãnh đạo hiệu quả nhất luôn có chủ đích trong việc cố gắng tạo ảnh hưởng tích cực đến người khác. Và họ hiểu rằng họ phải nỗ lực để gia tăng ảnh hưởng của mình với từng cá nhân.</w:t>
      </w:r>
    </w:p>
    <w:p>
      <w:pPr>
        <w:pStyle w:val="Heading3"/>
      </w:pPr>
      <w:r>
        <w:rPr>
          <w:rFonts w:ascii="Calibri" w:hAnsi="Calibri"/>
          <w:b/>
          <w:i w:val="0"/>
          <w:sz w:val="26"/>
        </w:rPr>
        <w:t>Ảnh hưởng đi kèm với Trách nhiệm</w:t>
      </w:r>
    </w:p>
    <w:p>
      <w:pPr>
        <w:spacing w:after="80"/>
      </w:pPr>
      <w:r>
        <w:rPr>
          <w:b w:val="0"/>
          <w:i w:val="0"/>
        </w:rPr>
        <w:t>Trong văn hóa của chúng ta, người ta có xu hướng tập trung vào quyền lợi của mình. Bởi vì phần lớn lịch sử nhân loại là câu chuyện về những nhà lãnh đạo chà đạp lên những người họ dẫn dắt, những người sáng lập nước Mỹ đã có một niềm tin mạnh mẽ rằng họ nên bảo vệ những quyền bất khả xâm phạm nhất định mà con người được tạo hóa ban cho. Điều đó đã dẫn đến sự tự do chưa từng có ở quốc gia chúng ta, một điều phi thường. Đáng tiếc là nó đã đề cao quá mức quyền lợi, gây bất lợi cho văn hóa của chúng ta.</w:t>
      </w:r>
    </w:p>
    <w:p>
      <w:pPr>
        <w:spacing w:after="80"/>
      </w:pPr>
      <w:r>
        <w:rPr>
          <w:b w:val="0"/>
          <w:i w:val="0"/>
        </w:rPr>
        <w:t>Những người khao khát lãnh đạo thường tìm kiếm các vị trí lãnh đạo vì những đặc quyền và lợi ích. Tuy nhiên, với tư cách là nhà lãnh đạo, chúng ta phải luôn ý thức rằng lãnh đạo mang theo trách nhiệm, rằng những gì chúng ta làm sẽ ảnh hưởng đến những người mà cảm xúc và hạnh phúc của họ nằm trong tầm ảnh hưởng của chúng ta. Ảnh hưởng mà chúng ta có với người khác sẽ là tích cực hoặc tiêu cực. Chúng ta chọn điều nào sẽ xảy ra.</w:t>
      </w:r>
    </w:p>
    <w:p>
      <w:pPr>
        <w:pStyle w:val="Heading3"/>
      </w:pPr>
      <w:r>
        <w:rPr>
          <w:rFonts w:ascii="Calibri" w:hAnsi="Calibri"/>
          <w:b/>
          <w:i w:val="0"/>
          <w:sz w:val="26"/>
        </w:rPr>
        <w:t>Những người có Ảnh hưởng Tích cực sẽ Gia tăng Giá trị cho Người khác</w:t>
      </w:r>
    </w:p>
    <w:p>
      <w:pPr>
        <w:spacing w:after="80"/>
      </w:pPr>
      <w:r>
        <w:rPr>
          <w:b w:val="0"/>
          <w:i w:val="0"/>
        </w:rPr>
        <w:t>Cầu thủ đột phá của giải Major League Baseball, Jackie Robinson, đã nhận xét: "Một cuộc đời không có ý nghĩa gì ngoài tác động của nó lên những cuộc đời khác." Nếu bạn chọn gây ảnh hưởng đến người khác và trở thành một nhà lãnh đạo tốt hơn, tôi hy vọng bạn sẽ làm điều đó để gia tăng giá trị cho người khác.</w:t>
      </w:r>
    </w:p>
    <w:p>
      <w:pPr>
        <w:spacing w:after="80"/>
        <w:jc w:val="center"/>
      </w:pPr>
      <w:r>
        <w:rPr>
          <w:b/>
          <w:i w:val="0"/>
        </w:rPr>
        <w:t>"Một cuộc đời không có ý nghĩa gì ngoài tác động của nó lên những cuộc đời khác."</w:t>
      </w:r>
    </w:p>
    <w:p>
      <w:pPr>
        <w:spacing w:after="80"/>
        <w:jc w:val="center"/>
      </w:pPr>
      <w:r>
        <w:rPr>
          <w:b/>
          <w:i/>
        </w:rPr>
        <w:t>—Jackie Robinson</w:t>
      </w:r>
    </w:p>
    <w:p>
      <w:pPr>
        <w:pStyle w:val="Heading2"/>
      </w:pPr>
      <w:r>
        <w:rPr>
          <w:rFonts w:ascii="Calibri" w:hAnsi="Calibri"/>
          <w:b/>
          <w:i w:val="0"/>
          <w:sz w:val="32"/>
        </w:rPr>
        <w:t>3. Mục đích tối thượng của lãnh đạo là gì?</w:t>
      </w:r>
    </w:p>
    <w:p>
      <w:pPr>
        <w:spacing w:after="80"/>
      </w:pPr>
      <w:r>
        <w:rPr>
          <w:b w:val="0"/>
          <w:i w:val="0"/>
        </w:rPr>
        <w:t>Trước hết và trên hết, lãnh đạo là mang lại giá trị cho con người. Tác giả Norman Vincent Peale đã nói: "Thành công là biết giúp đỡ, quan tâm và xây dựng, làm cho mọi thứ và mọi người bạn chạm đến đều tốt đẹp hơn một chút. Điều tốt nhất bạn có thể trao đi chính là bản thân bạn." Nếu bạn muốn thành công với tư cách một nhà lãnh đạo, bạn cần làm cho người khác trở nên tốt hơn. Bạn cần giúp họ gỡ bỏ những giới hạn tự đặt ra và khuyến khích họ vươn tới tiềm năng của mình. Bạn có thể làm điều đó bằng cách:</w:t>
      </w:r>
    </w:p>
    <w:p>
      <w:pPr>
        <w:pStyle w:val="Heading3"/>
      </w:pPr>
      <w:r>
        <w:rPr>
          <w:rFonts w:ascii="Calibri" w:hAnsi="Calibri"/>
          <w:b/>
          <w:i w:val="0"/>
          <w:sz w:val="26"/>
        </w:rPr>
        <w:t>Lắng nghe câu chuyện của họ và đặt câu hỏi</w:t>
      </w:r>
    </w:p>
    <w:p>
      <w:pPr>
        <w:spacing w:after="80"/>
      </w:pPr>
      <w:r>
        <w:rPr>
          <w:b w:val="0"/>
          <w:i w:val="0"/>
        </w:rPr>
        <w:t>Bạn chưa thực sự hiểu một người cho đến khi nghe được câu chuyện cuộc đời họ. Nếu bạn biết câu chuyện của họ, bạn nắm được quá khứ, những nỗi đau, những hy vọng và khát vọng của họ. Bạn đặt mình vào vị trí của họ. Và chỉ bằng việc lắng nghe và ghi nhớ điều gì quan trọng với họ, bạn đã truyền đi thông điệp rằng bạn quan tâm và mong muốn mang lại giá trị.</w:t>
      </w:r>
    </w:p>
    <w:p>
      <w:pPr>
        <w:pStyle w:val="Heading3"/>
      </w:pPr>
      <w:r>
        <w:rPr>
          <w:rFonts w:ascii="Calibri" w:hAnsi="Calibri"/>
          <w:b/>
          <w:i w:val="0"/>
          <w:sz w:val="26"/>
        </w:rPr>
        <w:t>Biến mục tiêu của họ thành ưu tiên của bạn</w:t>
      </w:r>
    </w:p>
    <w:p>
      <w:pPr>
        <w:spacing w:after="80"/>
      </w:pPr>
      <w:r>
        <w:rPr>
          <w:b w:val="0"/>
          <w:i w:val="0"/>
        </w:rPr>
        <w:t>Quá nhiều nhà lãnh đạo nghĩ rằng lãnh đạo là tất cả về bản thân họ. Những nhà lãnh đạo giỏi tập trung vào nhu cầu và mong muốn của người dưới quyền, và trong khả năng của mình, họ đặt hy vọng và ước mơ của mọi người lên hàng ưu tiên. Có một sức mạnh to lớn khi tầm nhìn của tổ chức và ước mơ của con người hòa làm một, và tất cả đều thắng.</w:t>
      </w:r>
    </w:p>
    <w:p>
      <w:pPr>
        <w:pStyle w:val="Heading3"/>
      </w:pPr>
      <w:r>
        <w:rPr>
          <w:rFonts w:ascii="Calibri" w:hAnsi="Calibri"/>
          <w:b/>
          <w:i w:val="0"/>
          <w:sz w:val="26"/>
        </w:rPr>
        <w:t>Tin vào họ</w:t>
      </w:r>
    </w:p>
    <w:p>
      <w:pPr>
        <w:spacing w:after="80"/>
      </w:pPr>
      <w:r>
        <w:rPr>
          <w:b w:val="0"/>
          <w:i w:val="0"/>
        </w:rPr>
        <w:t>Nếu bạn muốn giúp người khác, hãy tin vào họ. Khi con người tin vào chính mình, họ làm việc tốt hơn. Đó là lý do tôi nói thật tuyệt vời khi mọi người tin vào nhà lãnh đạo; còn tuyệt vời hơn nữa khi nhà lãnh đạo tin vào mọi người.</w:t>
      </w:r>
    </w:p>
    <w:p>
      <w:pPr>
        <w:spacing w:after="80"/>
      </w:pPr>
      <w:r>
        <w:rPr>
          <w:b w:val="0"/>
          <w:i w:val="0"/>
        </w:rPr>
        <w:t>Làm thế nào để gia tăng niềm tin của con người vào chính họ? Bạn thể hiện niềm tin của mình vào họ. Nhìn chung, con người vươn tới ngang tầm kỳ vọng của bạn. Tôi gọi đây là việc đặt một con số "10" trên đầu mỗi người, nghĩa là bạn nhìn nhận mỗi người như một người chiến thắng hoặc một người chiến thắng tiềm năng. Nếu bạn thấy giá trị ở mỗi người và cho họ biết rằng bạn trân trọng họ, điều đó giúp ích cho họ, giúp ích cho tổ chức và giúp ích cho chính bạn với tư cách nhà lãnh đạo.</w:t>
      </w:r>
    </w:p>
    <w:p>
      <w:pPr>
        <w:pStyle w:val="Heading3"/>
      </w:pPr>
      <w:r>
        <w:rPr>
          <w:rFonts w:ascii="Calibri" w:hAnsi="Calibri"/>
          <w:b/>
          <w:i w:val="0"/>
          <w:sz w:val="26"/>
        </w:rPr>
        <w:t>Thảo luận cách hiện thực hóa tầm nhìn của họ và tạo ra những kế hoạch phù hợp với họ</w:t>
      </w:r>
    </w:p>
    <w:p>
      <w:pPr>
        <w:spacing w:after="80"/>
      </w:pPr>
      <w:r>
        <w:rPr>
          <w:b w:val="0"/>
          <w:i w:val="0"/>
        </w:rPr>
        <w:t>Khi bạn biết điều gì thúc đẩy con người và hiểu được hy vọng, ước mơ của họ, bạn có tiềm năng mang lại giá trị cho họ một cách mạnh mẽ. Hãy nói chuyện với họ về những cách giúp họ hiện thực hóa tầm nhìn trong khi vẫn làm tốt công việc và đóng góp cho tổ chức. Sau đó, cùng nhau xây dựng một kế hoạch để giúp họ làm được điều đó.</w:t>
      </w:r>
    </w:p>
    <w:p>
      <w:pPr>
        <w:pStyle w:val="Heading3"/>
      </w:pPr>
      <w:r>
        <w:rPr>
          <w:rFonts w:ascii="Calibri" w:hAnsi="Calibri"/>
          <w:b/>
          <w:i w:val="0"/>
          <w:sz w:val="26"/>
        </w:rPr>
        <w:t>Đồng hành cùng họ cho đến khi tầm nhìn thành hiện thực</w:t>
      </w:r>
    </w:p>
    <w:p>
      <w:pPr>
        <w:spacing w:after="80"/>
      </w:pPr>
      <w:r>
        <w:rPr>
          <w:b w:val="0"/>
          <w:i w:val="0"/>
        </w:rPr>
        <w:t>Nói rằng bạn muốn giúp đỡ những người trong đội của mình là một chuyện. Thực sự theo đuổi đến cùng và hỗ trợ họ suốt chặng đường lại là chuyện khác. Khi bạn theo đuổi đến cùng, bạn không chỉ giúp họ mà còn xây dựng uy tín lãnh đạo và ảnh hưởng của mình, không chỉ với họ mà với tất cả mọi người trong đội.</w:t>
      </w:r>
    </w:p>
    <w:p>
      <w:pPr>
        <w:spacing w:after="80"/>
      </w:pPr>
      <w:r>
        <w:rPr>
          <w:b w:val="0"/>
          <w:i w:val="0"/>
        </w:rPr>
        <w:t>Không có mặt trái nào khi mang lại giá trị cho con người. Đúng, điều đó sẽ tốn thời gian và công sức của bạn. Nhưng khi bạn mang lại giá trị cho con người, bạn giúp họ và làm cho họ trở nên có giá trị hơn. Nếu bạn là nhà lãnh đạo, khi người dưới quyền sống có mục đích và hài lòng, bạn giúp ích cho đội của mình. Khi đội của bạn hiệu quả hơn, bạn giúp ích cho tổ chức vì tổ chức trở nên tốt hơn. Và toàn bộ quá trình đó sẽ mang lại cho bạn một cảm giác thỏa mãn sâu sắc.</w:t>
      </w:r>
    </w:p>
    <w:p>
      <w:pPr>
        <w:spacing w:after="80"/>
        <w:jc w:val="center"/>
      </w:pPr>
      <w:r>
        <w:rPr>
          <w:b/>
          <w:i w:val="0"/>
        </w:rPr>
        <w:t>Không có mặt trái nào khi mang lại giá trị cho con người.</w:t>
      </w:r>
    </w:p>
    <w:p>
      <w:pPr>
        <w:pStyle w:val="Heading2"/>
      </w:pPr>
      <w:r>
        <w:rPr>
          <w:rFonts w:ascii="Calibri" w:hAnsi="Calibri"/>
          <w:b/>
          <w:i w:val="0"/>
          <w:sz w:val="32"/>
        </w:rPr>
        <w:t>4. Sự khác biệt giữa ủy thác và từ bỏ trách nhiệm là gì?</w:t>
      </w:r>
    </w:p>
    <w:p>
      <w:pPr>
        <w:spacing w:after="80"/>
      </w:pPr>
      <w:r>
        <w:rPr>
          <w:b w:val="0"/>
          <w:i w:val="0"/>
        </w:rPr>
        <w:t>Khi các nhà lãnh đạo giao việc cho người khác, họ thường làm theo một trong hai cách: ủy thác công việc hoặc vứt bỏ chúng. Tác giả Roger Fritz khẳng định: "Vứt bỏ là làm một cách bừa bãi. Nó được thực hiện vì sự tiện lợi, không quan tâm đến điểm mạnh và điểm yếu của người được cho là sẽ làm công việc đó."</w:t>
      </w:r>
    </w:p>
    <w:p>
      <w:pPr>
        <w:spacing w:after="80"/>
      </w:pPr>
      <w:r>
        <w:rPr>
          <w:b w:val="0"/>
          <w:i w:val="0"/>
        </w:rPr>
        <w:t>Những người từ bỏ trách nhiệm đã xao nhãng vai trò lãnh đạo khi họ vứt việc cho người khác. Những nhà lãnh đạo giỏi luôn tính đến kỹ năng, khả năng và sở thích của người làm việc. Việc vứt bỏ thường xảy ra một cách bất chợt. Nó phớt lờ nhu cầu của người đó về thêm thông tin hoặc đào tạo. Việc vứt bỏ thường xảy ra khi những người có thẩm quyền muốn tống khứ một vấn đề hoặc gạt bỏ một nhiệm vụ khó chịu khỏi đĩa của mình.</w:t>
      </w:r>
    </w:p>
    <w:p>
      <w:pPr>
        <w:spacing w:after="80"/>
      </w:pPr>
      <w:r>
        <w:rPr>
          <w:b w:val="0"/>
          <w:i w:val="0"/>
        </w:rPr>
        <w:t>Ngược lại, ủy thác giỏi bao gồm việc lựa chọn cẩn thận đúng người cho một nhiệm vụ. Những nhà lãnh đạo giỏi tính đến những kỹ năng và khả năng phù hợp nhất để hoàn thành nhiệm vụ trước mắt. Những nhà lãnh đạo ủy thác giỏi xác lập mục tiêu là gì, trao quyền để hoàn thành công việc, và cung cấp các nguồn lực cần thiết cho công việc, nhưng vẫn khuyến khích hành động độc lập từ phía người làm việc. Họ đồng tình với triết lý mà Tướng George S. Patton đã bày tỏ: "Đừng bao giờ nói với người ta cách làm mọi thứ. Hãy nói với họ cần làm gì và họ sẽ khiến bạn ngạc nhiên bằng sự khéo léo của mình."</w:t>
      </w:r>
    </w:p>
    <w:p>
      <w:pPr>
        <w:spacing w:after="80"/>
      </w:pPr>
      <w:r>
        <w:rPr>
          <w:b w:val="0"/>
          <w:i w:val="0"/>
        </w:rPr>
        <w:t>Cuối cùng, nhà lãnh đạo ủy thác công việc vẫn chịu trách nhiệm đảm bảo công việc được hoàn thành. Byron Dorgan nhận xét: "Bạn có thể ủy thác quyền hạn, nhưng bạn không thể ủy thác trách nhiệm." Nếu nhiệm vụ không được hoàn thành, nếu bạn là nhà lãnh đạo, trách nhiệm dừng lại ở bạn.</w:t>
      </w:r>
    </w:p>
    <w:p>
      <w:pPr>
        <w:pStyle w:val="Heading2"/>
      </w:pPr>
      <w:r>
        <w:rPr>
          <w:rFonts w:ascii="Calibri" w:hAnsi="Calibri"/>
          <w:b/>
          <w:i w:val="0"/>
          <w:sz w:val="32"/>
        </w:rPr>
        <w:t>5. Thách thức lớn nhất khi đáp lại tiếng gọi lãnh đạo là gì?</w:t>
      </w:r>
    </w:p>
    <w:p>
      <w:pPr>
        <w:spacing w:after="80"/>
      </w:pPr>
      <w:r>
        <w:rPr>
          <w:b w:val="0"/>
          <w:i w:val="0"/>
        </w:rPr>
        <w:t>Thách thức lớn nhất trong lãnh đạo là đưa ra những quyết định ảnh hưởng đến người khác. Thật khó để đưa ra quyết định đúng đắn mỗi ngày vì mọi người. Đó là lý do tại sao một số nhà lãnh đạo thà hành xử như nhà cách mạng Pháp đã nói: "Kìa dân ta đang đi. Ta phải tìm xem họ đang đi đâu, để ta có thể dẫn dắt họ."</w:t>
      </w:r>
    </w:p>
    <w:p>
      <w:pPr>
        <w:spacing w:after="80"/>
        <w:jc w:val="center"/>
      </w:pPr>
      <w:r>
        <w:rPr>
          <w:b/>
          <w:i w:val="0"/>
        </w:rPr>
        <w:t>Thách thức lớn nhất trong lãnh đạo là đưa ra những quyết định ảnh hưởng đến người khác.</w:t>
      </w:r>
    </w:p>
    <w:p>
      <w:pPr>
        <w:spacing w:after="80"/>
      </w:pPr>
      <w:r>
        <w:rPr>
          <w:b w:val="0"/>
          <w:i w:val="0"/>
        </w:rPr>
        <w:t>Nơi cô đơn nhất trong lãnh đạo được dành cho người đưa ra quyết định đầu tiên. Những gì nhà lãnh đạo làm và lý do họ làm thường bị hiểu lầm. Nhưng việc ra quyết định có thể khó khăn và đau đớn không vì thế mà giải thoát nhà lãnh đạo khỏi trách nhiệm. Họ vẫn cần đưa ra những quyết định sớm và khó khăn, bởi vì những nhà lãnh đạo từ chối ra quyết định sẽ tạo ra sự bất an nơi người đi theo và làm suy yếu chính vai trò lãnh đạo của họ.</w:t>
      </w:r>
    </w:p>
    <w:p>
      <w:pPr>
        <w:spacing w:after="80"/>
      </w:pPr>
      <w:r>
        <w:rPr>
          <w:b w:val="0"/>
          <w:i w:val="0"/>
        </w:rPr>
        <w:t>Nếu bạn muốn trở thành một nhà lãnh đạo giỏi hơn, hãy sẵn lòng đưa ra những lựa chọn khó khăn và những quyết định không thoải mái. Những điều đó có thể bao gồm:</w:t>
      </w:r>
    </w:p>
    <w:p>
      <w:pPr>
        <w:pStyle w:val="Heading3"/>
      </w:pPr>
      <w:r>
        <w:rPr>
          <w:rFonts w:ascii="Calibri" w:hAnsi="Calibri"/>
          <w:b/>
          <w:i w:val="0"/>
          <w:sz w:val="26"/>
        </w:rPr>
        <w:t>Những quyết định can đảm: Điều gì phải được làm</w:t>
      </w:r>
    </w:p>
    <w:p>
      <w:pPr>
        <w:spacing w:after="80"/>
      </w:pPr>
      <w:r>
        <w:rPr>
          <w:b w:val="0"/>
          <w:i w:val="0"/>
        </w:rPr>
        <w:t>Peter Drucker, người được gọi là cha đẻ của quản trị hiện đại, nhận xét: "Bất cứ khi nào bạn thấy một doanh nghiệp thành công, ai đó đã từng đưa ra một quyết định can đảm." Tiến bộ giành được một cách khó khăn thường đến như kết quả của những quyết định khó khăn có thể đáng sợ. Đôi khi cả tổ chức đang bị đe dọa và những người duy nhất ở vị trí có thể đưa ra những lời kêu gọi can đảm chính là các nhà lãnh đạo.</w:t>
      </w:r>
    </w:p>
    <w:p>
      <w:pPr>
        <w:pStyle w:val="Heading3"/>
      </w:pPr>
      <w:r>
        <w:rPr>
          <w:rFonts w:ascii="Calibri" w:hAnsi="Calibri"/>
          <w:b/>
          <w:i w:val="0"/>
          <w:sz w:val="26"/>
        </w:rPr>
        <w:t>Những quyết định ưu tiên: Điều gì phải được làm trước</w:t>
      </w:r>
    </w:p>
    <w:p>
      <w:pPr>
        <w:spacing w:after="80"/>
      </w:pPr>
      <w:r>
        <w:rPr>
          <w:b w:val="0"/>
          <w:i w:val="0"/>
        </w:rPr>
        <w:t>Trách nhiệm của nhà lãnh đạo là nhìn về phía trước, thấy được bức tranh lớn hơn, hiểu được tầm nhìn lớn hơn, và đưa ra quyết định dựa trên các ưu tiên của cả đội ngũ và tổ chức. Nhà kinh tế học người Ý Vilfredo Pareto nói: "Nếu bạn là Noah, và con tàu của bạn sắp chìm, hãy tìm những con voi trước, bởi vì bạn có thể ném qua một bầy mèo, chó, sóc và mọi thứ khác chỉ là động vật nhỏ—và con tàu của bạn sẽ vẫn tiếp tục chìm. Nhưng nếu bạn có thể tìm được một con voi để ném qua mạn, bạn sẽ ở trong tình trạng tốt hơn nhiều."</w:t>
      </w:r>
    </w:p>
    <w:p>
      <w:pPr>
        <w:pStyle w:val="Heading3"/>
      </w:pPr>
      <w:r>
        <w:rPr>
          <w:rFonts w:ascii="Calibri" w:hAnsi="Calibri"/>
          <w:b/>
          <w:i w:val="0"/>
          <w:sz w:val="26"/>
        </w:rPr>
        <w:t>Những quyết định thay đổi: Điều gì phải được làm khác đi</w:t>
      </w:r>
    </w:p>
    <w:p>
      <w:pPr>
        <w:spacing w:after="80"/>
      </w:pPr>
      <w:r>
        <w:rPr>
          <w:b w:val="0"/>
          <w:i w:val="0"/>
        </w:rPr>
        <w:t>Một trong những vai trò khó khăn nhất nhưng thiết yếu nhất của nhà lãnh đạo là trở thành những tác nhân thay đổi vì lợi ích của đội ngũ và tổ chức. Hầu hết mọi người không thích thay đổi. Họ sợ nó và chống lại nó. Jim Rohn khẳng định: "Nếu ai đó đang đi sai đường, anh ta không cần động lực để tăng tốc. Điều anh ta cần là sự giáo dục để quay đầu lại." Nhà lãnh đạo thường cung cấp sự giáo dục và động lực để tạo ra những thay đổi.</w:t>
      </w:r>
    </w:p>
    <w:p>
      <w:pPr>
        <w:pStyle w:val="Heading3"/>
      </w:pPr>
      <w:r>
        <w:rPr>
          <w:rFonts w:ascii="Calibri" w:hAnsi="Calibri"/>
          <w:b/>
          <w:i w:val="0"/>
          <w:sz w:val="26"/>
        </w:rPr>
        <w:t>Quyết định sáng tạo: Điều gì có thể trở thành hiện thực</w:t>
      </w:r>
    </w:p>
    <w:p>
      <w:pPr>
        <w:spacing w:after="80"/>
      </w:pPr>
      <w:r>
        <w:rPr>
          <w:b w:val="0"/>
          <w:i w:val="0"/>
        </w:rPr>
        <w:t>Có người từng nói rằng 95 phần trăm các quyết định mà người lãnh đạo đưa ra đều có thể do một học sinh lớp 10 thông minh vừa phải thực hiện. Người lãnh đạo được trả lương cho 5 phần trăm còn lại. Đôi khi, việc đưa ra những quyết định khó khăn ấy đòi hỏi kinh nghiệm. Nhưng thường thì điều thực sự có ích lại chính là sự sáng tạo. Những nhà lãnh đạo giỏi biết suy nghĩ vượt ra ngoài khuôn khổ (think outside the box), giúp đội ngũ phá vỡ rào cản và khám phá những vùng đất mới.</w:t>
      </w:r>
    </w:p>
    <w:p>
      <w:pPr>
        <w:pStyle w:val="Heading3"/>
      </w:pPr>
      <w:r>
        <w:rPr>
          <w:rFonts w:ascii="Calibri" w:hAnsi="Calibri"/>
          <w:b/>
          <w:i w:val="0"/>
          <w:sz w:val="26"/>
        </w:rPr>
        <w:t>Quyết định về con người: Ai nên—và ai không nên—tham gia</w:t>
      </w:r>
    </w:p>
    <w:p>
      <w:pPr>
        <w:spacing w:after="80"/>
      </w:pPr>
      <w:r>
        <w:rPr>
          <w:b w:val="0"/>
          <w:i w:val="0"/>
        </w:rPr>
        <w:t>Những quyết định khó khăn nhất thường liên quan trực tiếp đến con người. Không phải lúc nào cũng dễ tìm được đúng người cho một công việc nhất định. Càng khó hơn khi phải quyết định xem liệu một ai đó có còn phù hợp với đội ngũ hay không. Thực tế, đây là một quá trình quan trọng và phức tạp đến mức tôi đã dành trọn một chương để bàn về việc giải quyết xung đột và dẫn dắt những người khó tính.</w:t>
      </w:r>
    </w:p>
    <w:p>
      <w:pPr>
        <w:spacing w:after="80"/>
      </w:pPr>
      <w:r>
        <w:rPr>
          <w:b w:val="0"/>
          <w:i w:val="0"/>
        </w:rPr>
        <w:t>Dù việc ra quyết định là khó khăn, nó lại vô cùng thiết yếu đối với một nhà lãnh đạo giỏi. H. W. Andrews khẳng định: "Việc không đưa ra quyết định sau khi đã cân nhắc kỹ lưỡng mọi dữ kiện sẽ nhanh chóng khiến một người bị đánh giá là không phù hợp với vị trí đòi hỏi trách nhiệm. Không phải mọi quyết định của bạn đều đúng. Không ai trong chúng ta hoàn hảo cả. Nhưng nếu bạn tạo cho mình thói quen ra quyết định, kinh nghiệm sẽ rèn luyện khả năng phán đoán của bạn đến mức ngày càng có nhiều quyết định của bạn trở nên đúng đắn." Và nhờ đó, bạn sẽ trở thành một nhà lãnh đạo giỏi hơn.</w:t>
      </w:r>
    </w:p>
    <w:p>
      <w:pPr>
        <w:pStyle w:val="Heading2"/>
      </w:pPr>
      <w:r>
        <w:rPr>
          <w:rFonts w:ascii="Calibri" w:hAnsi="Calibri"/>
          <w:b/>
          <w:i w:val="0"/>
          <w:sz w:val="32"/>
        </w:rPr>
        <w:t>6. Liệu một nhà lãnh đạo có thể vừa lãnh đạo vừa phục vụ cùng một lúc không?</w:t>
      </w:r>
    </w:p>
    <w:p>
      <w:pPr>
        <w:spacing w:after="80"/>
      </w:pPr>
      <w:r>
        <w:rPr>
          <w:b w:val="0"/>
          <w:i w:val="0"/>
        </w:rPr>
        <w:t>Có một quan niệm sai lầm phổ biến rằng vai trò của người đi theo là phục vụ, còn người lãnh đạo là được phục vụ. Đó là một cách nhìn sai lệch về lãnh đạo giỏi. Khi Ed Zore, chủ tịch kiêm cựu CEO của Northwestern Mutual, đang từng bước thăng tiến trong công ty, ông nghĩ rằng khi lên đến đỉnh cao, ông sẽ hoàn toàn kiểm soát được cuộc sống và tổ chức của mình—như một thuyền trưởng của con tàu riêng, một người có thể làm bất cứ điều gì mình muốn. Điều ông khám phá ra là lãnh đạo thực chất chính là sự phục vụ.</w:t>
      </w:r>
    </w:p>
    <w:p>
      <w:pPr>
        <w:spacing w:after="80"/>
      </w:pPr>
      <w:r>
        <w:rPr>
          <w:b w:val="0"/>
          <w:i w:val="0"/>
        </w:rPr>
        <w:t>Hầu hết những người có tiềm năng lãnh đạo đều đánh giá quá cao những đặc quyền và đánh giá quá thấp cái giá của việc lãnh đạo. Khi họ chỉ tập trung vào những lợi ích của việc lãnh đạo, họ trở nên vụ lợi. Đây là sự khác biệt giữa hai kiểu lãnh đạo:</w:t>
      </w:r>
    </w:p>
    <w:p>
      <w:pPr>
        <w:spacing w:after="80"/>
      </w:pPr>
      <w:r>
        <w:rPr>
          <w:b w:val="0"/>
          <w:i w:val="0"/>
        </w:rPr>
        <w:t>Nhà lãnh đạo vụ lợi hỏi: "Người khác đang làm gì cho tôi?"</w:t>
      </w:r>
    </w:p>
    <w:p>
      <w:pPr>
        <w:spacing w:after="80"/>
      </w:pPr>
      <w:r>
        <w:rPr>
          <w:b w:val="0"/>
          <w:i w:val="0"/>
        </w:rPr>
        <w:t>Nhà lãnh đạo phục vụ hỏi: "Tôi đang làm gì cho người khác?"</w:t>
      </w:r>
    </w:p>
    <w:p>
      <w:pPr>
        <w:spacing w:after="80"/>
      </w:pPr>
      <w:r>
        <w:rPr>
          <w:b w:val="0"/>
          <w:i w:val="0"/>
        </w:rPr>
        <w:t>Nhà lãnh đạo vụ lợi coi người khác là những người làm thuê thuộc quyền sở hữu của mình.</w:t>
      </w:r>
    </w:p>
    <w:p>
      <w:pPr>
        <w:spacing w:after="80"/>
      </w:pPr>
      <w:r>
        <w:rPr>
          <w:b w:val="0"/>
          <w:i w:val="0"/>
        </w:rPr>
        <w:t>Nhà lãnh đạo phục vụ coi người khác là những đồng đội được giao phó cho mình.</w:t>
      </w:r>
    </w:p>
    <w:p>
      <w:pPr>
        <w:spacing w:after="80"/>
      </w:pPr>
      <w:r>
        <w:rPr>
          <w:b w:val="0"/>
          <w:i w:val="0"/>
        </w:rPr>
        <w:t>Nhà lãnh đạo vụ lợi đặt lợi ích của bản thân lên trên lợi ích của đội ngũ.</w:t>
      </w:r>
    </w:p>
    <w:p>
      <w:pPr>
        <w:spacing w:after="80"/>
      </w:pPr>
      <w:r>
        <w:rPr>
          <w:b w:val="0"/>
          <w:i w:val="0"/>
        </w:rPr>
        <w:t>Nhà lãnh đạo phục vụ đặt lợi ích của đội ngũ lên trên lợi ích của bản thân.</w:t>
      </w:r>
    </w:p>
    <w:p>
      <w:pPr>
        <w:spacing w:after="80"/>
      </w:pPr>
      <w:r>
        <w:rPr>
          <w:b w:val="0"/>
          <w:i w:val="0"/>
        </w:rPr>
        <w:t>Nhà lãnh đạo vụ lợi thao túng người khác vì lợi ích của chính mình.</w:t>
      </w:r>
    </w:p>
    <w:p>
      <w:pPr>
        <w:spacing w:after="80"/>
      </w:pPr>
      <w:r>
        <w:rPr>
          <w:b w:val="0"/>
          <w:i w:val="0"/>
        </w:rPr>
        <w:t>Nhà lãnh đạo phục vụ tạo động lực cho người khác vì lợi ích chung.</w:t>
      </w:r>
    </w:p>
    <w:p>
      <w:pPr>
        <w:spacing w:after="80"/>
      </w:pPr>
      <w:r>
        <w:rPr>
          <w:b w:val="0"/>
          <w:i w:val="0"/>
        </w:rPr>
        <w:t>Nếu bạn muốn trở thành nhà lãnh đạo giỏi nhất có thể, bất kể bạn có ít hay nhiều tài năng lãnh đạo bẩm sinh, bạn cần trở thành một nhà lãnh đạo phụng sự. Và đây là tin tốt: đó là một lựa chọn. Những gì cần thiết để phục vụ người khác nằm trong tầm kiểm soát của bạn:</w:t>
      </w:r>
    </w:p>
    <w:p>
      <w:pPr>
        <w:pStyle w:val="Heading3"/>
      </w:pPr>
      <w:r>
        <w:rPr>
          <w:rFonts w:ascii="Calibri" w:hAnsi="Calibri"/>
          <w:b/>
          <w:i w:val="0"/>
          <w:sz w:val="26"/>
        </w:rPr>
        <w:t>1. Phục vụ người khác là vấn đề thái độ</w:t>
      </w:r>
    </w:p>
    <w:p>
      <w:pPr>
        <w:spacing w:after="80"/>
      </w:pPr>
      <w:r>
        <w:rPr>
          <w:b w:val="0"/>
          <w:i w:val="0"/>
        </w:rPr>
        <w:t>Leon A. Gorman của L.L. Bean đã nhận xét: "Phục vụ chỉ là một kiểu hoạt động ngày này qua ngày khác, liên tục, không ngừng nghỉ, không mệt mỏi, kiên trì và đầy lòng trắc ẩn." Trước hết và trên hết, đó là vấn đề thái độ. Và nó có sức lan tỏa.</w:t>
      </w:r>
    </w:p>
    <w:p>
      <w:pPr>
        <w:spacing w:after="80"/>
      </w:pPr>
      <w:r>
        <w:rPr>
          <w:b w:val="0"/>
          <w:i w:val="0"/>
        </w:rPr>
        <w:t>Tôi đã được ban phước hơn hai mươi lăm năm nhờ thái độ tuyệt vời của một trong những thành viên trong nhóm của tôi: Linda Eggers. Cô ấy có một trái tim để phục vụ, và khi người khác thấy cô ấy phục vụ, điều đó khiến họ cũng muốn phục vụ. Linda nói: "Một trong những món quà lớn nhất mà Chúa đã ban cho tôi là cơ hội được làm trợ lý cho John. Vì một trong những món quà của tôi là phục vụ, nên việc làm các công việc cho anh ấy tương đối dễ dàng. Vì vậy, tôi luôn tìm cách để đi thêm một dặm và làm nhiều hơn những gì được mong đợi cho anh ấy, cho gia đình anh ấy, và cho những người mà tôi tiếp xúc thay mặt anh ấy. Tôi có tâm thế 'làm bất cứ điều gì cần thiết và bất cứ khi nào anh ấy cần' với ý thức rằng tôi cùng chia sẻ sứ mệnh của anh ấy ở hậu trường."</w:t>
      </w:r>
    </w:p>
    <w:p>
      <w:pPr>
        <w:spacing w:after="80"/>
      </w:pPr>
      <w:r>
        <w:rPr>
          <w:b w:val="0"/>
          <w:i w:val="0"/>
        </w:rPr>
        <w:t>Tôi là một người tốt hơn nhờ Linda phục vụ tôi quá tốt, và điều đó thúc đẩy tôi phục vụ cô ấy và những người khác trong nhóm của tôi.</w:t>
      </w:r>
    </w:p>
    <w:p>
      <w:pPr>
        <w:pStyle w:val="Heading3"/>
      </w:pPr>
      <w:r>
        <w:rPr>
          <w:rFonts w:ascii="Calibri" w:hAnsi="Calibri"/>
          <w:b/>
          <w:i w:val="0"/>
          <w:sz w:val="26"/>
        </w:rPr>
        <w:t>2. Phục vụ người khác là vấn đề động cơ</w:t>
      </w:r>
    </w:p>
    <w:p>
      <w:pPr>
        <w:spacing w:after="80"/>
      </w:pPr>
      <w:r>
        <w:rPr>
          <w:b w:val="0"/>
          <w:i w:val="0"/>
        </w:rPr>
        <w:t xml:space="preserve">Robert K. Greenleaf, người sáng lập Trung tâm Lãnh đạo Phụng sự Robert K. Greenleaf, đã nhận xét: "Nhà lãnh đạo phụng sự </w:t>
      </w:r>
      <w:r>
        <w:rPr>
          <w:b w:val="0"/>
          <w:i/>
        </w:rPr>
        <w:t>là</w:t>
      </w:r>
      <w:r>
        <w:rPr>
          <w:b w:val="0"/>
          <w:i w:val="0"/>
        </w:rPr>
        <w:t xml:space="preserve"> người phục vụ trước tiên.… Nó bắt đầu từ cảm giác tự nhiên rằng người ta muốn phục vụ, muốn phục vụ </w:t>
      </w:r>
      <w:r>
        <w:rPr>
          <w:b w:val="0"/>
          <w:i/>
        </w:rPr>
        <w:t>trước tiên</w:t>
      </w:r>
      <w:r>
        <w:rPr>
          <w:b w:val="0"/>
          <w:i w:val="0"/>
        </w:rPr>
        <w:t>. Sau đó, lựa chọn có ý thức đưa người ta đến khát vọng lãnh đạo.… Sự khác biệt thể hiện ở sự quan tâm mà người phục vụ trước tiên dành để đảm bảo rằng những nhu cầu ưu tiên cao nhất của người khác được đáp ứng." Nếu bạn bước vào vai trò lãnh đạo với động cơ phục vụ người khác, phục vụ nhóm, và phục vụ tổ chức, thì bạn sẽ khó mà đi sai đường.</w:t>
      </w:r>
    </w:p>
    <w:p>
      <w:pPr>
        <w:pStyle w:val="Heading3"/>
      </w:pPr>
      <w:r>
        <w:rPr>
          <w:rFonts w:ascii="Calibri" w:hAnsi="Calibri"/>
          <w:b/>
          <w:i w:val="0"/>
          <w:sz w:val="26"/>
        </w:rPr>
        <w:t>3. Phục vụ người khác là vấn đề giá trị</w:t>
      </w:r>
    </w:p>
    <w:p>
      <w:pPr>
        <w:spacing w:after="80"/>
      </w:pPr>
      <w:r>
        <w:rPr>
          <w:b w:val="0"/>
          <w:i w:val="0"/>
        </w:rPr>
        <w:t>Nếu bạn coi trọng con người, bạn sẽ muốn gia tăng giá trị cho họ và phục vụ họ. Tôi biết điều đó có thể nghe có vẻ lý tưởng hóa đối với một số nhà lãnh đạo. Tuy nhiên, việc phục vụ người khác cũng có một giá trị rất thực tế. Mọi điều bạn sẽ đạt được với tư cách là một nhà lãnh đạo cuối cùng đều phụ thuộc vào những người bạn làm việc cùng. Không có họ, thành công của bạn với tư cách là một nhà lãnh đạo sẽ bị giới hạn rất nhiều. Mỗi ngày, các tổ chức phải chịu trách nhiệm về sự lãng phí lớn nhất trong kinh doanh—đó là sự lãng phí tiềm năng con người. Nếu bạn có thể phát triển con người và giúp họ khám phá vùng mạnh của mình, thì tất cả đều thắng.</w:t>
      </w:r>
    </w:p>
    <w:p>
      <w:pPr>
        <w:spacing w:after="80"/>
        <w:jc w:val="center"/>
      </w:pPr>
      <w:r>
        <w:rPr>
          <w:b/>
          <w:i w:val="0"/>
        </w:rPr>
        <w:t>Nếu bạn coi trọng con người, bạn sẽ muốn gia tăng giá trị cho họ và phục vụ họ.</w:t>
      </w:r>
    </w:p>
    <w:p>
      <w:pPr>
        <w:spacing w:after="80"/>
      </w:pPr>
      <w:r>
        <w:rPr>
          <w:b w:val="0"/>
          <w:i w:val="0"/>
        </w:rPr>
        <w:t>Tôi tin rằng không có sự phân chia giữa phục vụ và lãnh đạo. Nền tảng của lãnh đạo hiệu quả thực ra chính là phục vụ. Ở mức độ cá nhân, tôi không thể tưởng tượng được việc phục vụ mà không có lãnh đạo, và cũng không thể tưởng tượng được lãnh đạo mà không có phục vụ. Và mọi người có thể nhận ra thái độ của bạn. Nó thể hiện trong mọi việc bạn làm. Ví dụ, mỗi khi một trong những tổ chức của tôi tổ chức một sự kiện, tôi bảo họ đừng tạo ra một bàn dành cho người chủ trì. Hầu hết các buổi tiệc lớn đều xếp tất cả các nhân vật quan trọng ngồi chung một bàn ở phía trước phòng. Điều đó tạo ra sự tách biệt giữa họ và mọi người khác. Đó không phải là thái độ đúng đắn của một nhà lãnh đạo phụng sự, và nó gửi đi một thông điệp tiêu cực.</w:t>
      </w:r>
    </w:p>
    <w:p>
      <w:pPr>
        <w:spacing w:after="80"/>
      </w:pPr>
      <w:r>
        <w:rPr>
          <w:b w:val="0"/>
          <w:i w:val="0"/>
        </w:rPr>
        <w:t>Những nhà lãnh đạo giỏi phục vụ. Họ xem vai trò của mình là người phục vụ, người hỗ trợ, người gia tăng giá trị, người mang lại thành công—nhưng họ làm điều này một cách lặng lẽ, không phô trương. Tư duy của họ giống như điều mà ngôi sao quần vợt Arthur Ashe đã mô tả: "Chủ nghĩa anh hùng đích thực thì rất điềm tĩnh, rất không kịch tính. Đó không phải là khát khao vượt qua tất cả những người khác bằng bất cứ giá nào, mà là khát khao phục vụ người khác bằng bất cứ giá nào."</w:t>
      </w:r>
    </w:p>
    <w:p>
      <w:pPr>
        <w:pStyle w:val="Heading3"/>
      </w:pPr>
      <w:r>
        <w:rPr>
          <w:rFonts w:ascii="Calibri" w:hAnsi="Calibri"/>
          <w:b/>
          <w:i w:val="0"/>
          <w:sz w:val="26"/>
        </w:rPr>
        <w:t>Những câu hỏi nhà lãnh đạo nên tự hỏi về việc phục vụ</w:t>
      </w:r>
    </w:p>
    <w:p>
      <w:pPr>
        <w:spacing w:after="80"/>
      </w:pPr>
      <w:r>
        <w:rPr>
          <w:b w:val="0"/>
          <w:i w:val="0"/>
        </w:rPr>
        <w:t>Bạn có phải là một nhà lãnh đạo phụng sự không? Để tìm ra, hãy tự hỏi mình những câu hỏi sau:</w:t>
      </w:r>
    </w:p>
    <w:p>
      <w:pPr>
        <w:spacing w:after="80"/>
        <w:ind w:left="360"/>
      </w:pPr>
      <w:r>
        <w:t xml:space="preserve">1. </w:t>
      </w:r>
      <w:r>
        <w:rPr>
          <w:b w:val="0"/>
          <w:i w:val="0"/>
        </w:rPr>
        <w:t>Tại sao tôi muốn lãnh đạo người khác?</w:t>
      </w:r>
    </w:p>
    <w:p>
      <w:pPr>
        <w:spacing w:after="80"/>
        <w:ind w:left="360"/>
      </w:pPr>
      <w:r>
        <w:t xml:space="preserve">2. </w:t>
      </w:r>
      <w:r>
        <w:rPr>
          <w:b w:val="0"/>
          <w:i w:val="0"/>
        </w:rPr>
        <w:t>Địa vị quan trọng với tôi đến mức nào?</w:t>
      </w:r>
    </w:p>
    <w:p>
      <w:pPr>
        <w:spacing w:after="80"/>
        <w:ind w:left="360"/>
      </w:pPr>
      <w:r>
        <w:t xml:space="preserve">3. </w:t>
      </w:r>
      <w:r>
        <w:rPr>
          <w:b w:val="0"/>
          <w:i w:val="0"/>
        </w:rPr>
        <w:t xml:space="preserve">Người khác làm việc </w:t>
      </w:r>
      <w:r>
        <w:rPr>
          <w:b w:val="0"/>
          <w:i/>
        </w:rPr>
        <w:t>cho</w:t>
      </w:r>
      <w:r>
        <w:rPr>
          <w:b w:val="0"/>
          <w:i w:val="0"/>
        </w:rPr>
        <w:t xml:space="preserve"> tôi hay </w:t>
      </w:r>
      <w:r>
        <w:rPr>
          <w:b w:val="0"/>
          <w:i/>
        </w:rPr>
        <w:t>cùng</w:t>
      </w:r>
      <w:r>
        <w:rPr>
          <w:b w:val="0"/>
          <w:i w:val="0"/>
        </w:rPr>
        <w:t xml:space="preserve"> tôi?</w:t>
      </w:r>
    </w:p>
    <w:p>
      <w:pPr>
        <w:spacing w:after="80"/>
        <w:ind w:left="360"/>
      </w:pPr>
      <w:r>
        <w:t xml:space="preserve">4. </w:t>
      </w:r>
      <w:r>
        <w:rPr>
          <w:b w:val="0"/>
          <w:i w:val="0"/>
        </w:rPr>
        <w:t>Tôi có vui vẻ phục vụ người khác và làm điều đó một cách hồ hởi không?</w:t>
      </w:r>
    </w:p>
    <w:p>
      <w:pPr>
        <w:spacing w:after="80"/>
        <w:ind w:left="360"/>
      </w:pPr>
      <w:r>
        <w:t xml:space="preserve">5. </w:t>
      </w:r>
      <w:r>
        <w:rPr>
          <w:b w:val="0"/>
          <w:i w:val="0"/>
        </w:rPr>
        <w:t>Đội của tôi có tốt hơn nhờ có tôi trong đó không?</w:t>
      </w:r>
    </w:p>
    <w:p>
      <w:pPr>
        <w:spacing w:after="80"/>
        <w:ind w:left="360"/>
      </w:pPr>
      <w:r>
        <w:t xml:space="preserve">6. </w:t>
      </w:r>
      <w:r>
        <w:rPr>
          <w:b w:val="0"/>
          <w:i w:val="0"/>
        </w:rPr>
        <w:t>Chính xác thì nó tốt hơn ở điểm nào?</w:t>
      </w:r>
    </w:p>
    <w:p>
      <w:pPr>
        <w:spacing w:after="80"/>
      </w:pPr>
      <w:r>
        <w:rPr>
          <w:b w:val="0"/>
          <w:i w:val="0"/>
        </w:rPr>
        <w:t>Nếu bạn thấy khó khăn hoặc cảm thấy việc phục vụ người khác là "thấp kém" so với mình, thì trái tim bạn có thể chưa đúng chỗ. Để giành được quyền lãnh đạo trong những việc lớn lao hơn, trước tiên hãy học cách phục vụ trong những việc nhỏ bé hơn.</w:t>
      </w:r>
    </w:p>
    <w:p>
      <w:pPr>
        <w:pStyle w:val="Heading2"/>
      </w:pPr>
      <w:r>
        <w:rPr>
          <w:rFonts w:ascii="Calibri" w:hAnsi="Calibri"/>
          <w:b/>
          <w:i w:val="0"/>
          <w:sz w:val="32"/>
        </w:rPr>
        <w:t>7. Những kỹ năng hàng đầu nào cần có để dẫn dắt con người vượt qua những giai đoạn khó khăn kéo dài?</w:t>
      </w:r>
    </w:p>
    <w:p>
      <w:pPr>
        <w:spacing w:after="80"/>
      </w:pPr>
      <w:r>
        <w:rPr>
          <w:b w:val="0"/>
          <w:i w:val="0"/>
        </w:rPr>
        <w:t>Một trong những nhiệm vụ thử thách nhất mà bất kỳ nhà lãnh đạo nào cũng phải đối mặt là trở thành người tạo ra thay đổi và dẫn dắt con người vượt qua những giai đoạn khó khăn. Nhưng đó cũng có thể là một trong những nhiệm vụ đáng giá nhất. Nhà kinh tế học John Kenneth Galbraith khẳng định: "Tất cả những nhà lãnh đạo vĩ đại đều có chung một đặc điểm: đó là sự sẵn sàng đối mặt một cách dứt khoát với nỗi lo âu lớn nhất của người dân trong thời đại của họ."</w:t>
      </w:r>
    </w:p>
    <w:p>
      <w:pPr>
        <w:spacing w:after="80"/>
      </w:pPr>
      <w:r>
        <w:rPr>
          <w:b w:val="0"/>
          <w:i w:val="0"/>
        </w:rPr>
        <w:t>Những giai đoạn khó khăn cho chúng ta thấy chính mình. Những người chúng ta dẫn dắt cũng khám phá ra họ là ai. Với tư cách là nhà lãnh đạo, chúng ta cũng khám phá ra mình được làm từ chất liệu gì. Như tác giả Jack Kinder nói: "Bạn không được tạo ra trong một cuộc khủng hoảng — bạn được bộc lộ ra. Khi bạn bóp một quả cam — bạn nhận được nước cam. Khi bạn bóp một quả chanh — bạn nhận được nước chanh. Khi một con người bị bóp — bạn nhận được những gì bên trong — tích cực hay tiêu cực."</w:t>
      </w:r>
    </w:p>
    <w:p>
      <w:pPr>
        <w:spacing w:after="80"/>
      </w:pPr>
      <w:r>
        <w:rPr>
          <w:b w:val="0"/>
          <w:i w:val="0"/>
        </w:rPr>
        <w:t>Cách tốt nhất để đối diện với những giai đoạn khó khăn là cố gắng nhìn chúng như những cơ hội. Hầu hết mọi người muốn vấn đề của mình được giải quyết mà không phải đối mặt với chúng, nhưng đó là điều bất khả thi. Với tư cách là nhà lãnh đạo, là người huấn luyện, là chất xúc tác cho sự chuyển mình, bạn cần giúp mọi người giải quyết vấn đề, chịu trách nhiệm và nỗ lực để mọi thứ tốt hơn. Phần lớn thời gian, mọi người cần tự mình vượt ra khỏi những khó khăn của họ — dù họ có phải là nguyên nhân gây ra chúng hay không. Họ cần sự giúp đỡ, mà bạn có thể trao cho họ dưới hình thức lời khuyên, sự động viên và sự củng cố tích cực, nhưng mỗi người đều cần làm phần việc của mình và cùng nhau hợp tác.</w:t>
      </w:r>
    </w:p>
    <w:p>
      <w:pPr>
        <w:spacing w:after="80"/>
      </w:pPr>
      <w:r>
        <w:rPr>
          <w:b w:val="0"/>
          <w:i w:val="0"/>
        </w:rPr>
        <w:t>Với bối cảnh đó trong đầu, đây là cách tôi khuyên bạn nên lãnh đạo và phục vụ mọi người trong những giai đoạn khó khăn:</w:t>
      </w:r>
    </w:p>
    <w:p>
      <w:pPr>
        <w:pStyle w:val="Heading3"/>
      </w:pPr>
      <w:r>
        <w:rPr>
          <w:rFonts w:ascii="Calibri" w:hAnsi="Calibri"/>
          <w:b/>
          <w:i w:val="0"/>
          <w:sz w:val="26"/>
        </w:rPr>
        <w:t>1. Xác định thực tế</w:t>
      </w:r>
    </w:p>
    <w:p>
      <w:pPr>
        <w:spacing w:after="80"/>
      </w:pPr>
      <w:r>
        <w:rPr>
          <w:b w:val="0"/>
          <w:i w:val="0"/>
        </w:rPr>
        <w:t>Phản ứng của hầu hết mọi người trước những giai đoạn khó khăn hoặc một cuộc khủng hoảng là nói: "Hãy quên hết chuyện này đi." Có lẽ đó là lý do Peter Drucker nói: "Thời kỳ hỗn loạn là thời kỳ nguy hiểm, nhưng nguy hiểm lớn nhất của nó là cám dỗ phủ nhận thực tế." Vậy nhà lãnh đạo phải làm gì? Hãy xác định thực tế cho mọi người. Đó là điều Max De Pree khuyên. Ông nói đó là trách nhiệm đầu tiên của một nhà lãnh đạo.</w:t>
      </w:r>
    </w:p>
    <w:p>
      <w:pPr>
        <w:spacing w:after="80"/>
      </w:pPr>
      <w:r>
        <w:rPr>
          <w:b w:val="0"/>
          <w:i w:val="0"/>
        </w:rPr>
        <w:t xml:space="preserve">Quy luật Bảng Điểm trong cuốn sách </w:t>
      </w:r>
      <w:r>
        <w:rPr>
          <w:b w:val="0"/>
          <w:i/>
        </w:rPr>
        <w:t>The 17 Indisputable Laws of Teamwork</w:t>
      </w:r>
      <w:r>
        <w:rPr>
          <w:b w:val="0"/>
          <w:i w:val="0"/>
        </w:rPr>
        <w:t xml:space="preserve"> của tôi nói rằng đội có thể điều chỉnh khi biết mình đang đứng ở đâu. Với tư cách là người lãnh đạo một đội, bạn cần giúp mọi người xác định những điều đang kìm hãm họ. Sau đó bạn cần xác định những điều sẽ giải phóng họ. Mọi người không thể đưa ra lựa chọn tốt nếu họ không biết những điều này là gì, và nhiều người gặp khó khăn khi tự mình tìm ra chúng. Bạn ở đó để giúp họ.</w:t>
      </w:r>
    </w:p>
    <w:p>
      <w:pPr>
        <w:pStyle w:val="Heading3"/>
      </w:pPr>
      <w:r>
        <w:rPr>
          <w:rFonts w:ascii="Calibri" w:hAnsi="Calibri"/>
          <w:b/>
          <w:i w:val="0"/>
          <w:sz w:val="26"/>
        </w:rPr>
        <w:t>2. Nhắc họ nhớ về bức tranh tổng thể</w:t>
      </w:r>
    </w:p>
    <w:p>
      <w:pPr>
        <w:spacing w:after="80"/>
      </w:pPr>
      <w:r>
        <w:rPr>
          <w:b w:val="0"/>
          <w:i w:val="0"/>
        </w:rPr>
        <w:t>Winifred E. Newman, phó giáo sư Khoa Kiến trúc tại Đại học Quốc tế Florida, nhận xét: "Tầm nhìn là nhu cầu tuyệt vọng nhất của thế giới. Không có tình huống nào là vô vọng, chỉ có những người suy nghĩ một cách vô vọng." Nhà lãnh đạo là người gìn giữ và truyền đạt tầm nhìn. Họ gánh trách nhiệm luôn nhìn thấy bức tranh tổng thể và giúp người của mình nhìn thấy nó. Mọi người cần được nhắc nhở về lý do họ làm những gì họ làm, và về những lợi ích đang chờ đợi họ như phần thưởng cho sự chăm chỉ của họ.</w:t>
      </w:r>
    </w:p>
    <w:p>
      <w:pPr>
        <w:spacing w:after="80"/>
      </w:pPr>
      <w:r>
        <w:rPr>
          <w:b w:val="0"/>
          <w:i w:val="0"/>
        </w:rPr>
        <w:t>Điều đó không có nghĩa là tầm nhìn rõ ràng 100 phần trăm đối với nhà lãnh đạo, đặc biệt là trong những giai đoạn khó khăn. Nhưng điều đó không sao. Tác giả và người bạn Andy Stanley nói: "Sự không chắc chắn không phải là dấu hiệu của lãnh đạo kém; nó nhấn mạnh nhu cầu cần có lãnh đạo... Bản chất của lãnh đạo đòi hỏi luôn phải có một yếu tố không chắc chắn. Cám dỗ là nghĩ rằng: 'Nếu tôi là một nhà lãnh đạo giỏi, tôi sẽ biết chính xác phải làm gì.' Trách nhiệm càng lớn nghĩa là phải xử lý nhiều hơn với những điều vô hình và do đó là sự không chắc chắn phức tạp hơn. Nhà lãnh đạo có thể chấp nhận sự không chắc chắn, nhưng chúng ta không thể chấp nhận sự mơ hồ. Mọi người sẽ không đi theo sự lãnh đạo mơ hồ."</w:t>
      </w:r>
    </w:p>
    <w:p>
      <w:pPr>
        <w:spacing w:after="80"/>
      </w:pPr>
      <w:r>
        <w:rPr>
          <w:b w:val="0"/>
          <w:i w:val="0"/>
        </w:rPr>
        <w:t xml:space="preserve">Khi tôi dẫn dắt mọi người vượt qua một tình huống khó khăn, tôi thường không biết hết câu trả lời. Nhưng tôi biết </w:t>
      </w:r>
      <w:r>
        <w:rPr>
          <w:b w:val="0"/>
          <w:i/>
        </w:rPr>
        <w:t>có</w:t>
      </w:r>
      <w:r>
        <w:rPr>
          <w:b w:val="0"/>
          <w:i w:val="0"/>
        </w:rPr>
        <w:t xml:space="preserve"> câu trả lời, và tôi sẽ làm mọi thứ có thể để đảm bảo chúng ta tìm ra chúng là gì. Điều đó mang lại sự an tâm cho mọi người.</w:t>
      </w:r>
    </w:p>
    <w:p>
      <w:pPr>
        <w:pStyle w:val="Heading3"/>
      </w:pPr>
      <w:r>
        <w:rPr>
          <w:rFonts w:ascii="Calibri" w:hAnsi="Calibri"/>
          <w:b/>
          <w:i w:val="0"/>
          <w:sz w:val="26"/>
        </w:rPr>
        <w:t>3. Giúp họ xây dựng một kế hoạch</w:t>
      </w:r>
    </w:p>
    <w:p>
      <w:pPr>
        <w:spacing w:after="80"/>
      </w:pPr>
      <w:r>
        <w:rPr>
          <w:b w:val="0"/>
          <w:i w:val="0"/>
        </w:rPr>
        <w:t>Trước khi bạn có thể phát triển một chiến lược để thoát khỏi tình huống khó khăn, bạn phải biết mình đang ở đâu và mình muốn đi đâu. Nếu bạn đã giúp mọi người bằng cách xác định thực tế và cho họ thấy bức tranh toàn cảnh, nhiệm vụ tiếp theo là xác định các bước cần thiết để đi từ đây đến đó. Không phải ai cũng thấy việc đó dễ dàng. Với tư cách là một nhà lãnh đạo, bạn cần đồng hành cùng họ và giúp họ tìm ra cách làm.</w:t>
      </w:r>
    </w:p>
    <w:p>
      <w:pPr>
        <w:pStyle w:val="Heading3"/>
      </w:pPr>
      <w:r>
        <w:rPr>
          <w:rFonts w:ascii="Calibri" w:hAnsi="Calibri"/>
          <w:b/>
          <w:i w:val="0"/>
          <w:sz w:val="26"/>
        </w:rPr>
        <w:t>4. Giúp họ đưa ra những lựa chọn tốt</w:t>
      </w:r>
    </w:p>
    <w:p>
      <w:pPr>
        <w:spacing w:after="80"/>
      </w:pPr>
      <w:r>
        <w:rPr>
          <w:b w:val="0"/>
          <w:i w:val="0"/>
        </w:rPr>
        <w:t>Một trong những câu nói tôi thích nhất là: "Trong mọi việc bạn làm, luôn có một lựa chọn bạn phải đưa ra. Vậy nên hãy nhớ rằng, cuối cùng, lựa chọn bạn đưa ra sẽ tạo nên con người bạn." Những lựa chọn của con người định hình họ là ai và quyết định họ sẽ đi đâu. Đúng là chúng ta không chọn mọi thứ mình nhận được trong cuộc sống, nhưng phần lớn những gì ta nhận được đều đến từ những gì ta đã chọn.</w:t>
      </w:r>
    </w:p>
    <w:p>
      <w:pPr>
        <w:spacing w:after="80"/>
      </w:pPr>
      <w:r>
        <w:rPr>
          <w:b w:val="0"/>
          <w:i w:val="0"/>
        </w:rPr>
        <w:t>Với tư cách là một nhà lãnh đạo, bạn càng đưa ra nhiều lựa chọn tốt trong suốt cuộc đời mình, thì bạn càng có vị thế tốt hơn để giúp đỡ người khác, không chỉ vì bạn đã tích lũy kinh nghiệm và phát triển sự khôn ngoan, mà còn vì những lựa chọn tốt lặp đi lặp lại thường dẫn đến thành công cá nhân và nhiều lựa chọn hơn. Nếu những điều này đúng với bạn, hãy tận dụng chúng thật tốt bằng cách giúp người khác vượt qua những vùng nước khó khăn.</w:t>
      </w:r>
    </w:p>
    <w:p>
      <w:pPr>
        <w:pStyle w:val="Heading3"/>
      </w:pPr>
      <w:r>
        <w:rPr>
          <w:rFonts w:ascii="Calibri" w:hAnsi="Calibri"/>
          <w:b/>
          <w:i w:val="0"/>
          <w:sz w:val="26"/>
        </w:rPr>
        <w:t>5. Coi trọng và thúc đẩy tinh thần đồng đội</w:t>
      </w:r>
    </w:p>
    <w:p>
      <w:pPr>
        <w:spacing w:after="80"/>
      </w:pPr>
      <w:r>
        <w:rPr>
          <w:b w:val="0"/>
          <w:i w:val="0"/>
        </w:rPr>
        <w:t>Hai người đàn ông bị đắm tàu trong bộ quần áo rách rưới ngồi ủ rũ cùng nhau ở một đầu chiếc xuồng cứu sinh. Họ thản nhiên nhìn ba người ở đầu kia của con thuyền đang hối hả tát nước, cố giữ cho con thuyền nổi. Một người bèn nói với người kia: "Ơn Chúa là cái lỗ đó không nằm ở đầu thuyền của chúng ta!" Khi thời thế khó khăn, mọi người đều cần làm việc cùng nhau nếu họ muốn đưa cả đội thoát khỏi rắc rối.</w:t>
      </w:r>
    </w:p>
    <w:p>
      <w:pPr>
        <w:spacing w:after="80"/>
      </w:pPr>
      <w:r>
        <w:rPr>
          <w:b w:val="0"/>
          <w:i w:val="0"/>
        </w:rPr>
        <w:t xml:space="preserve">Định luật Everest trong cuốn </w:t>
      </w:r>
      <w:r>
        <w:rPr>
          <w:b w:val="0"/>
          <w:i/>
        </w:rPr>
        <w:t>17 Định luật không thể tranh cãi của làm việc nhóm</w:t>
      </w:r>
      <w:r>
        <w:rPr>
          <w:b w:val="0"/>
          <w:i w:val="0"/>
        </w:rPr>
        <w:t xml:space="preserve"> nói rằng: "Khi thử thách leo thang, nhu cầu về tinh thần đồng đội cũng tăng lên." Không đội nào có thể chiến thắng và tiếp tục chiến thắng trừ khi mọi người làm việc cùng nhau. Trách nhiệm của nhà lãnh đạo là thúc đẩy tinh thần đồng đội và khiến các thành viên trong đội hợp tác và làm việc cùng nhau.</w:t>
      </w:r>
    </w:p>
    <w:p>
      <w:pPr>
        <w:pStyle w:val="Heading3"/>
      </w:pPr>
      <w:r>
        <w:rPr>
          <w:rFonts w:ascii="Calibri" w:hAnsi="Calibri"/>
          <w:b/>
          <w:i w:val="0"/>
          <w:sz w:val="26"/>
        </w:rPr>
        <w:t>6. Trao cho họ hy vọng</w:t>
      </w:r>
    </w:p>
    <w:p>
      <w:pPr>
        <w:spacing w:after="80"/>
      </w:pPr>
      <w:r>
        <w:rPr>
          <w:b w:val="0"/>
          <w:i w:val="0"/>
        </w:rPr>
        <w:t>John W. Gardner, cựu bộ trưởng y tế, giáo dục và phúc lợi, đã nói: "Nhiệm vụ đầu tiên và cuối cùng của một nhà lãnh đạo là giữ cho hy vọng luôn sống—hy vọng rằng cuối cùng chúng ta có thể tìm ra con đường dẫn đến một thế giới tốt đẹp hơn—bất chấp những hành động của ngày hôm nay, bất chấp sự trì trệ, nông cạn và quyết tâm chao đảo của chính chúng ta." Hy vọng là nền tảng của sự thay đổi. Nếu chúng ta tiếp tục giữ hy vọng cao và giúp người khác làm điều tương tự, thì luôn có cơ hội để tiến về phía trước và thành công.</w:t>
      </w:r>
    </w:p>
    <w:p>
      <w:pPr>
        <w:spacing w:after="80"/>
      </w:pPr>
      <w:r>
        <w:rPr>
          <w:b w:val="0"/>
          <w:i w:val="0"/>
        </w:rPr>
        <w:t>Khủng hoảng mang trong mình cơ hội để được tái sinh. Những thời điểm khó khăn có thể rèn luyện chúng ta trở nên mạnh mẽ hơn. Xung đột thực sự có thể làm mới cơ hội xây dựng những mối quan hệ tốt đẹp hơn. Không phải lúc nào cũng dễ nhớ những điều này. Với tư cách là nhà lãnh đạo, công việc của chúng ta là nhắc nhở mọi người về những khả năng và giúp họ thành công.</w:t>
      </w:r>
    </w:p>
    <w:p>
      <w:pPr>
        <w:pStyle w:val="Heading2"/>
      </w:pPr>
      <w:r>
        <w:rPr>
          <w:rFonts w:ascii="Calibri" w:hAnsi="Calibri"/>
          <w:b/>
          <w:i w:val="0"/>
          <w:sz w:val="32"/>
        </w:rPr>
        <w:t>8. Liệu có thể trở thành nhà lãnh đạo trong mọi lĩnh vực của cuộc sống không?</w:t>
      </w:r>
    </w:p>
    <w:p>
      <w:pPr>
        <w:spacing w:after="80"/>
      </w:pPr>
      <w:r>
        <w:rPr>
          <w:b w:val="0"/>
          <w:i w:val="0"/>
        </w:rPr>
        <w:t xml:space="preserve">Câu trả lời ngắn gọn cho câu hỏi này là không. Và đây là lý do. Bạn không thể phát triển tầm ảnh hưởng với tất cả mọi người. Một ngày không có đủ thời gian, một năm không có đủ ngày. Phát triển tầm ảnh hưởng là một quá trình. Tôi mô tả điều này trong cuốn </w:t>
      </w:r>
      <w:r>
        <w:rPr>
          <w:b w:val="0"/>
          <w:i/>
        </w:rPr>
        <w:t>5 Cấp độ của Lãnh đạo</w:t>
      </w:r>
      <w:r>
        <w:rPr>
          <w:b w:val="0"/>
          <w:i w:val="0"/>
        </w:rPr>
        <w:t>. Mọi người bắt đầu hành trình ảnh hưởng của mình ở Cấp độ 1: Vị trí. Bạn không cần phải nắm giữ một vị trí hay chức danh để bắt đầu phát triển tầm ảnh hưởng với người khác, nhưng nếu bạn có một vị trí, bạn phải nhận ra rằng đó chỉ là điểm khởi đầu.</w:t>
      </w:r>
    </w:p>
    <w:p>
      <w:pPr>
        <w:spacing w:after="80"/>
      </w:pPr>
      <w:r>
        <w:rPr>
          <w:b w:val="0"/>
          <w:i w:val="0"/>
        </w:rPr>
        <w:t>Để bắt đầu thực sự ảnh hưởng đến mọi người, bạn phải phát triển các mối quan hệ. Điều này được thực hiện ở Cấp độ 2: Sự cho phép. Để xây dựng trên nền tảng đó và có thêm tầm ảnh hưởng, bạn phải giúp mọi người làm việc hiệu quả và hợp tác với những người khác trong một đội. Điều này diễn ra ở Cấp độ 3: Sản xuất. Tất cả những điều này đều cần thời gian. Bạn không thể phát triển các mối quan hệ đủ sâu sắc trong mọi lĩnh vực của cuộc sống. Bạn không thể giúp mọi người bạn biết trở nên hiệu quả. Điều đó là không thể.</w:t>
      </w:r>
    </w:p>
    <w:p>
      <w:pPr>
        <w:spacing w:after="80"/>
      </w:pPr>
      <w:r>
        <w:rPr>
          <w:b w:val="0"/>
          <w:i w:val="0"/>
        </w:rPr>
        <w:t>Vậy bạn làm gì? Hãy chọn nơi bạn sẽ đầu tư bản thân để phát triển tầm ảnh hưởng và trở thành một nhà lãnh đạo hiệu quả. Những kỹ năng lãnh đạo bạn phát triển sẽ giúp bạn trong mọi lĩnh vực của cuộc sống, nhưng bạn không thể mong đợi dẫn dắt trong mọi lĩnh vực của cuộc sống. Điều đó đơn giản là không thực tế.</w:t>
      </w:r>
    </w:p>
    <w:p>
      <w:pPr>
        <w:pStyle w:val="Heading2"/>
      </w:pPr>
      <w:r>
        <w:rPr>
          <w:rFonts w:ascii="Calibri" w:hAnsi="Calibri"/>
          <w:b/>
          <w:i w:val="0"/>
          <w:sz w:val="32"/>
        </w:rPr>
        <w:t>9. Nhịp điệu của lãnh đạo khi bạn đi từ tuổi hai mươi sang tuổi ba mươi, tuổi bốn mươi và xa hơn nữa là gì? Bạn nên phát triển, thay đổi, nắm bắt hay buông bỏ điều gì khi bước vào mỗi mùa?</w:t>
      </w:r>
    </w:p>
    <w:p>
      <w:pPr>
        <w:spacing w:after="80"/>
      </w:pPr>
      <w:r>
        <w:rPr>
          <w:b w:val="0"/>
          <w:i w:val="0"/>
        </w:rPr>
        <w:t>Các thập kỷ của cuộc đời không giống nhau với mỗi người. Ai cũng biết điều đó. Và mỗi độ tuổi đều có cả mặt tích cực lẫn tiêu cực. Ví dụ, khi còn trẻ, chúng ta có nguồn năng lượng dồi dào, nhưng lại không biết dùng nó vào việc gì; khi về già, chúng ta biết mình cần làm gì, nhưng cơ thể đã hao mòn và năng lượng bắt đầu cạn dần.</w:t>
      </w:r>
    </w:p>
    <w:p>
      <w:pPr>
        <w:spacing w:after="80"/>
      </w:pPr>
      <w:r>
        <w:rPr>
          <w:b w:val="0"/>
          <w:i w:val="0"/>
        </w:rPr>
        <w:t>Bạn có thể nhìn vào các thập kỷ trong cuộc đời một nhà lãnh đạo và đưa ra một vài khái quát về chúng:</w:t>
      </w:r>
    </w:p>
    <w:p>
      <w:pPr>
        <w:spacing w:after="80"/>
        <w:ind w:left="360"/>
      </w:pPr>
      <w:r>
        <w:t xml:space="preserve">• </w:t>
      </w:r>
      <w:r>
        <w:rPr>
          <w:b/>
          <w:i w:val="0"/>
        </w:rPr>
        <w:t>Tuổi hai mươi—Định hướng:</w:t>
      </w:r>
      <w:r>
        <w:rPr>
          <w:b w:val="0"/>
          <w:i w:val="0"/>
        </w:rPr>
        <w:t xml:space="preserve"> Chúng ta xây dựng nền tảng và chuẩn bị cho thành công trong tương lai.</w:t>
      </w:r>
    </w:p>
    <w:p>
      <w:pPr>
        <w:spacing w:after="80"/>
        <w:ind w:left="360"/>
      </w:pPr>
      <w:r>
        <w:t xml:space="preserve">• </w:t>
      </w:r>
      <w:r>
        <w:rPr>
          <w:b/>
          <w:i w:val="0"/>
        </w:rPr>
        <w:t>Tuổi ba mươi—Điều chỉnh:</w:t>
      </w:r>
      <w:r>
        <w:rPr>
          <w:b w:val="0"/>
          <w:i w:val="0"/>
        </w:rPr>
        <w:t xml:space="preserve"> Chúng ta thử nhiều thứ khác nhau và tìm ra điều gì hiệu quả, điều gì không.</w:t>
      </w:r>
    </w:p>
    <w:p>
      <w:pPr>
        <w:spacing w:after="80"/>
        <w:ind w:left="360"/>
      </w:pPr>
      <w:r>
        <w:t xml:space="preserve">• </w:t>
      </w:r>
      <w:r>
        <w:rPr>
          <w:b/>
          <w:i w:val="0"/>
        </w:rPr>
        <w:t>Tuổi bốn mươi—Tiến bộ:</w:t>
      </w:r>
      <w:r>
        <w:rPr>
          <w:b w:val="0"/>
          <w:i w:val="0"/>
        </w:rPr>
        <w:t xml:space="preserve"> Chúng ta tập trung vào vùng mạnh của mình và tận dụng tối đa những gì hiệu quả.</w:t>
      </w:r>
    </w:p>
    <w:p>
      <w:pPr>
        <w:spacing w:after="80"/>
        <w:ind w:left="360"/>
      </w:pPr>
      <w:r>
        <w:t xml:space="preserve">• </w:t>
      </w:r>
      <w:r>
        <w:rPr>
          <w:b/>
          <w:i w:val="0"/>
        </w:rPr>
        <w:t>Tuổi năm mươi—Đánh giá:</w:t>
      </w:r>
      <w:r>
        <w:rPr>
          <w:b w:val="0"/>
          <w:i w:val="0"/>
        </w:rPr>
        <w:t xml:space="preserve"> Chúng ta đánh giá lại các ưu tiên của mình và hy vọng chuyển từ thành công sang ý nghĩa.</w:t>
      </w:r>
    </w:p>
    <w:p>
      <w:pPr>
        <w:spacing w:after="80"/>
        <w:ind w:left="360"/>
      </w:pPr>
      <w:r>
        <w:t xml:space="preserve">• </w:t>
      </w:r>
      <w:r>
        <w:rPr>
          <w:b/>
          <w:i w:val="0"/>
        </w:rPr>
        <w:t>Tuổi sáu mươi—Đỉnh cao:</w:t>
      </w:r>
      <w:r>
        <w:rPr>
          <w:b w:val="0"/>
          <w:i w:val="0"/>
        </w:rPr>
        <w:t xml:space="preserve"> Chúng ta đạt đến đỉnh cao trong lĩnh vực của mình và tầm ảnh hưởng lớn nhất.</w:t>
      </w:r>
    </w:p>
    <w:p>
      <w:pPr>
        <w:spacing w:after="80"/>
      </w:pPr>
      <w:r>
        <w:rPr>
          <w:b w:val="0"/>
          <w:i w:val="0"/>
        </w:rPr>
        <w:t>Tất nhiên, không phải cuộc đời ai cũng diễn ra theo cách này. Đó là lý do tôi nghĩ sẽ hữu ích hơn nếu nghĩ về cuộc đời mình theo các mùa. Tôi học về các mùa trong vị trí lãnh đạo đầu tiên của mình, ở vùng nông thôn Indiana. Hầu hết những người tôi lãnh đạo đều là nông dân, và mọi việc họ làm đều gắn với các mùa trong năm. Là những nhà lãnh đạo, chúng ta có những mùa không dài bằng nhau, khác với nông dân. Và chúng ta thường chỉ trải qua một vòng trong cả cuộc đời, chứ không phải các vòng lặp đi lặp lại hằng năm. Nhưng chúng ta vẫn có thể học được rất nhiều từ một số chân lý mà nông dân hiểu rõ.</w:t>
      </w:r>
    </w:p>
    <w:p>
      <w:pPr>
        <w:spacing w:after="80"/>
      </w:pPr>
      <w:r>
        <w:rPr>
          <w:b w:val="0"/>
          <w:i w:val="0"/>
        </w:rPr>
        <w:t xml:space="preserve">Ví dụ, mỗi mùa đều có khởi đầu và kết thúc. Cuộc đời chúng ta không hề tĩnh tại. Ngay cả khi một người chọn không phát triển, cuộc sống vẫn không giữ nguyên. (Những người từ chối phát triển về mặt nghề nghiệp sẽ đi xuống.) Khi đang ở trong một mùa của cuộc đời, chúng ta nên làm hết sức mình. Rất thường, người ta làm ít hơn khả năng của mình, nghĩ rằng sau này có thể bù lại. Điều họ không hiểu là một khi một mùa đã kết thúc, họ thường </w:t>
      </w:r>
      <w:r>
        <w:rPr>
          <w:b w:val="0"/>
          <w:i/>
        </w:rPr>
        <w:t>không thể</w:t>
      </w:r>
      <w:r>
        <w:rPr>
          <w:b w:val="0"/>
          <w:i w:val="0"/>
        </w:rPr>
        <w:t xml:space="preserve"> quay lại. Họ không có cơ hội thứ hai. Khi mùa mới đến, chúng ta cần sẵn sàng thực hiện những thay đổi phù hợp để bước sang mùa đó.</w:t>
      </w:r>
    </w:p>
    <w:p>
      <w:pPr>
        <w:spacing w:after="80"/>
      </w:pPr>
      <w:r>
        <w:rPr>
          <w:b w:val="0"/>
          <w:i w:val="0"/>
        </w:rPr>
        <w:t>Một chân lý khác là các mùa luôn đến theo trình tự. Mùa xuân luôn đến sau mùa đông. Mùa thu luôn đến sau mùa hè. Chúng ta không kiểm soát được thứ tự các mùa của trái đất diễn ra. Điều tương tự cũng đúng với các mùa của thành công. Bạn không thể thu hoạch phần thưởng của cuộc đời mà không gieo hạt trước. Vậy mà nhiều người muốn dành cả cuộc đời mình trong mùa thu hoạch. Điều đó đơn giản là không xảy ra.</w:t>
      </w:r>
    </w:p>
    <w:p>
      <w:pPr>
        <w:spacing w:after="80"/>
      </w:pPr>
      <w:r>
        <w:rPr>
          <w:b w:val="0"/>
          <w:i w:val="0"/>
        </w:rPr>
        <w:t>Mỗi chúng ta có trách nhiệm quản lý các mùa trong cuộc đời mình. Tất cả chúng ta đều được trao cho những hạt giống. Tất cả chúng ta đều phải trải qua bão tố và hạn hán. Và việc gieo trồng, vun đắp nhiều "vụ mùa" cho cuộc sống cùng lúc là tùy thuộc vào chúng ta. Nông dân biết rằng đậu, khoai tây, cà chua, ngô và bông có thể được trồng cạnh nhau. Vậy mà chúng lại được thu hoạch vào những thời điểm khác nhau. Tương tự, chúng ta phải nhận ra rằng mình có thể đang ở một mùa của đời sống gia đình, một mùa khác của đời sống tâm linh, và lại một mùa khác nữa của đời sống lãnh đạo. Chúng ta phải làm điều đúng cho mùa trong từng lĩnh vực, và làm mọi việc theo đúng trình tự, nếu muốn cuối cùng được thấy những mùa thu hoạch trong cuộc đời.</w:t>
      </w:r>
    </w:p>
    <w:p>
      <w:pPr>
        <w:spacing w:after="80"/>
      </w:pPr>
      <w:r>
        <w:rPr>
          <w:b w:val="0"/>
          <w:i w:val="0"/>
        </w:rPr>
        <w:t>Sách Truyền Đạo nói rằng: "Mọi việc đều có thời điểm của nó, và mọi công việc dưới trời đều có mùa của nó." Nhiều người thất bại vì họ lệch pha với thời điểm và hoàn cảnh trong các mùa của cuộc đời. Đôi khi thất bại của họ không liên quan gì đến sự quyết tâm hay lòng sẵn lòng, mà đến từ việc nỗ lực của họ bị sai trình tự. Khi điều này xảy ra, họ trở nên bực bội và có thể bắt đầu tin rằng mình không thể đạt được bất cứ điều gì đáng kể, và điều đó dẫn đến sự nản lòng. Tôi tin rằng mọi người đều có thể gặt hái một vụ mùa bội thu tùy theo khả năng của mình, nhưng họ phải học được bí quyết làm chủ từng mùa trong bốn mùa:</w:t>
      </w:r>
    </w:p>
    <w:p>
      <w:pPr>
        <w:pStyle w:val="Heading3"/>
      </w:pPr>
      <w:r>
        <w:rPr>
          <w:rFonts w:ascii="Calibri" w:hAnsi="Calibri"/>
          <w:b/>
          <w:i w:val="0"/>
          <w:sz w:val="26"/>
        </w:rPr>
        <w:t>Mùa đông là mùa để lập kế hoạch</w:t>
      </w:r>
    </w:p>
    <w:p>
      <w:pPr>
        <w:spacing w:after="80"/>
      </w:pPr>
      <w:r>
        <w:rPr>
          <w:b w:val="0"/>
          <w:i w:val="0"/>
        </w:rPr>
        <w:t>Với những người không hiểu về thành công và các mùa của cuộc đời, mùa đông là khoảng thời gian ảm đạm. Mặt đất lạnh giá. Đất đai không sinh sản. Cây cối trơ trụi và trông như không còn sự sống. Với những người không thành công, mùa đông là thời gian ngủ đông, vất vả cực nhọc và những kỳ vọng thấp.</w:t>
      </w:r>
    </w:p>
    <w:p>
      <w:pPr>
        <w:spacing w:after="80"/>
      </w:pPr>
      <w:r>
        <w:rPr>
          <w:b w:val="0"/>
          <w:i w:val="0"/>
        </w:rPr>
        <w:t>Với những người thành công, mùa đông là thời gian của những khởi đầu. Đây là thời gian cho tầm nhìn và ước mơ. Đây là thời gian của sự mong đợi. Các mục tiêu được đặt ra và kế hoạch được vạch ra trong mùa đông, và nếu không có chúng, cơ hội có một vụ thu hoạch thành công là rất mong manh.</w:t>
      </w:r>
    </w:p>
    <w:p>
      <w:pPr>
        <w:pStyle w:val="Heading3"/>
      </w:pPr>
      <w:r>
        <w:rPr>
          <w:rFonts w:ascii="Calibri" w:hAnsi="Calibri"/>
          <w:b/>
          <w:i w:val="0"/>
          <w:sz w:val="26"/>
        </w:rPr>
        <w:t>Xác định “Mùa màng” và Mùa của Chúng</w:t>
      </w:r>
    </w:p>
    <w:p>
      <w:pPr>
        <w:spacing w:after="80"/>
      </w:pPr>
      <w:r>
        <w:rPr>
          <w:b w:val="0"/>
          <w:i w:val="0"/>
        </w:rPr>
        <w:t>Những lĩnh vực nào trong cuộc sống quan trọng với bạn? Đây chính là những cánh đồng nơi bạn gieo “mùa màng” cho cuộc đời mình. Bạn đã xác định được chúng chưa? Nếu chưa, hãy lập một danh sách.</w:t>
      </w:r>
    </w:p>
    <w:p>
      <w:pPr>
        <w:spacing w:after="80"/>
      </w:pPr>
      <w:r>
        <w:rPr>
          <w:b w:val="0"/>
          <w:i w:val="0"/>
        </w:rPr>
        <w:t>Sau khi đã xác định những lĩnh vực quan trọng trong cuộc sống, hãy xác định xem bạn đang ở mùa nào trong từng lĩnh vực. Điều này sẽ giúp bạn đi qua từng mùa một cách suôn sẻ. Hãy nhớ rằng, bạn sẽ không ở cùng một mùa trong mọi lĩnh vực đâu.</w:t>
      </w:r>
    </w:p>
    <w:p>
      <w:pPr>
        <w:spacing w:after="80"/>
      </w:pPr>
      <w:r>
        <w:rPr>
          <w:b w:val="0"/>
          <w:i w:val="0"/>
        </w:rPr>
        <w:t xml:space="preserve">Ở bất kỳ lĩnh vực nào trong cuộc sống mà bạn đang trải qua mùa đông, hãy dành chút thời gian nghĩ về vụ thu hoạch mà bạn hy vọng một ngày nào đó sẽ gặt hái được. Mùa đông là mùa của những giấc mơ và chi tiết. Bạn phải nghĩ lớn và lập kế hoạch nhỏ. Hãy nghĩ lớn về những gì có thể xảy ra. Rồi lập kế hoạch xem bạn sẽ đến đó bằng cách nào. (Nếu bạn chưa chắc về cách thực hiện quá trình đó, có thể bạn sẽ muốn xem cuốn sách </w:t>
      </w:r>
      <w:r>
        <w:rPr>
          <w:b w:val="0"/>
          <w:i/>
        </w:rPr>
        <w:t>Put Your Dream to the Test</w:t>
      </w:r>
      <w:r>
        <w:rPr>
          <w:b w:val="0"/>
          <w:i w:val="0"/>
        </w:rPr>
        <w:t xml:space="preserve"> của tôi.)</w:t>
      </w:r>
    </w:p>
    <w:p>
      <w:pPr>
        <w:pStyle w:val="Heading3"/>
      </w:pPr>
      <w:r>
        <w:rPr>
          <w:rFonts w:ascii="Calibri" w:hAnsi="Calibri"/>
          <w:b/>
          <w:i w:val="0"/>
          <w:sz w:val="26"/>
        </w:rPr>
        <w:t>Mùa Xuân là Mùa Gieo Trồng</w:t>
      </w:r>
    </w:p>
    <w:p>
      <w:pPr>
        <w:spacing w:after="80"/>
      </w:pPr>
      <w:r>
        <w:rPr>
          <w:b w:val="0"/>
          <w:i w:val="0"/>
        </w:rPr>
        <w:t>Những người không hiểu các mùa của cuộc đời thường mắc “cơn sốt mùa xuân”. Họ cứ tiếp tục mơ mộng trong khi lẽ ra phải làm việc. Người thành công thì có “nhiệt huyết mùa xuân”. Họ hiểu rằng mùa xuân là lúc đem những kế hoạch và ý tưởng của mùa đông ra hành động. Đó là thời điểm cho những hoạt động đầy nhiệt huyết—mua hạt giống, chuẩn bị đất và gieo trồng. Nó đòi hỏi năng lượng. Nó đòi hỏi sự kiên trì. Nó đòi hỏi sự hy sinh. Và nó đòi hỏi thời điểm thích hợp.</w:t>
      </w:r>
    </w:p>
    <w:p>
      <w:pPr>
        <w:spacing w:after="80"/>
      </w:pPr>
      <w:r>
        <w:rPr>
          <w:b w:val="0"/>
          <w:i w:val="0"/>
        </w:rPr>
        <w:t>Ai từng trồng vườn đều biết rằng bạn muốn cây nảy mầm càng sớm càng tốt sau ngày sương giá cuối cùng. Điều đó đảm bảo mùa sinh trưởng dài nhất và vụ thu hoạch lớn nhất. Đôi khi điều đó có nghĩa là phải hy sinh giấc ngủ để làm được. Có thể gieo trồng muộn hơn không? Tất nhiên là có. Nhưng bạn càng chờ lâu, vụ thu hoạch càng bị giảm sút.</w:t>
      </w:r>
    </w:p>
    <w:p>
      <w:pPr>
        <w:spacing w:after="80"/>
      </w:pPr>
      <w:r>
        <w:rPr>
          <w:b w:val="0"/>
          <w:i w:val="0"/>
        </w:rPr>
        <w:t>Trong lĩnh vực lãnh đạo, đây là lý do tại sao những người khởi đầu sớm trong cuộc đời đôi khi có thể tạo ra tác động to lớn đến vậy. Những người như Bill Gates bắt đầu mùa lập kế hoạch từ khi còn là thiếu niên, và đã gieo trồng từ rất sớm. Vậy nên nếu bạn đã bỏ lỡ cơ hội gieo trồng trong quá khứ, đừng tiếp tục chờ đợi nữa. Hãy bắt đầu hành động! Bạn càng sớm cày xới và gieo trồng, cơ hội thấy một vụ thu hoạch tốt đẹp của bạn càng lớn.</w:t>
      </w:r>
    </w:p>
    <w:p>
      <w:pPr>
        <w:pStyle w:val="Heading3"/>
      </w:pPr>
      <w:r>
        <w:rPr>
          <w:rFonts w:ascii="Calibri" w:hAnsi="Calibri"/>
          <w:b/>
          <w:i w:val="0"/>
          <w:sz w:val="26"/>
        </w:rPr>
        <w:t>Mùa Hè là Mùa của Mồ Hôi</w:t>
      </w:r>
    </w:p>
    <w:p>
      <w:pPr>
        <w:spacing w:after="80"/>
      </w:pPr>
      <w:r>
        <w:rPr>
          <w:b w:val="0"/>
          <w:i w:val="0"/>
        </w:rPr>
        <w:t>Khi nhắc đến mùa hè với hầu hết mọi người, họ nghĩ ngay đến kỳ nghỉ. Đó là lúc trẻ em được nghỉ học, và người lớn cố gắng dành thời gian nghỉ ngơi. Điều đó không đúng với một người nông dân, cũng không đúng với một người thành công. Với họ, mùa hè là mùa canh tác. Nếu bạn bỏ bê vào mùa hè những gì bạn đã gieo vào mùa xuân, bạn sẽ chẳng thu hoạch được gì vào mùa thu. Với người thành công, mùa hè là thời gian canh tác liên tục và đều đặn, tưới nước và bón phân. Đó là thời kỳ sinh trưởng mạnh mẽ.</w:t>
      </w:r>
    </w:p>
    <w:p>
      <w:pPr>
        <w:spacing w:after="80"/>
      </w:pPr>
      <w:r>
        <w:rPr>
          <w:b w:val="0"/>
          <w:i w:val="0"/>
        </w:rPr>
        <w:t>Mùa hè có ý nghĩa gì với một người không trồng lương thực để kiếm sống? Đó là việc theo đuổi đến cùng kế hoạch phát triển bản thân của bạn. Vào mùa đông, nhiều người mơ về thành công. Một số nhận ra rằng họ phải học hỏi và phát triển để đạt được mục tiêu và sống với giấc mơ của mình. Những người đó gieo trồng vào mùa xuân bằng cách thực hiện một bước cụ thể hướng tới sự phát triển: mua một cuốn sách, đăng ký một số podcast, tìm một người cố vấn, xác định một hội nghị sẽ giúp ích cho họ. Nhưng với nhiều người, nỗ lực dừng lại ở đó. Họ không đọc cuốn sách. Họ ngừng dành thời gian nghe podcast. Họ không làm theo lời khuyên của người cố vấn. Họ không tham dự hội nghị, hoặc có tham dự nhưng không áp dụng những gì học được. Họ ngừng đổ mồ hôi với công việc vất vả, tẻ nhạt, đôi khi đau đớn, nhưng luôn sinh lợi mà mùa hè đòi hỏi.</w:t>
      </w:r>
    </w:p>
    <w:p>
      <w:pPr>
        <w:spacing w:after="80"/>
      </w:pPr>
      <w:r>
        <w:rPr>
          <w:b w:val="0"/>
          <w:i w:val="0"/>
        </w:rPr>
        <w:t>Những nhà lãnh đạo giỏi tự vun đắp bản thân thông qua phát triển cá nhân. Họ cũng vun đắp các mối quan hệ và phát triển đội ngũ. Đó cũng có thể là công việc chậm rãi và khó khăn. Nó thường mất nhiều thời gian hơn chúng ta mong đợi và khó hơn chúng ta hy vọng. Nhưng không có thứ gì gọi là thành công đơn độc. Chưa từng có điều gì có ý nghĩa đạt được mà không có con người cùng nhau làm việc.</w:t>
      </w:r>
    </w:p>
    <w:p>
      <w:pPr>
        <w:spacing w:after="80"/>
      </w:pPr>
      <w:r>
        <w:rPr>
          <w:b w:val="0"/>
          <w:i w:val="0"/>
        </w:rPr>
        <w:t>Mùa hè có thể là một mùa mệt mỏi. Ngày dài và có nhiều việc cần làm hơn số giờ trong ngày. Nhưng người thành công vẫn kiên trì. Họ bỏ công sức—dù họ thực sự không thể thấy rằng nó đang mang lại kết quả. Và đó thường là cách mọi việc diễn ra khi bạn đang canh tác. Bạn chỉ cần tiếp tục làm việc và tin rằng những kế hoạch bạn đã lập vào mùa đông và công sức vất vả bạn đang bỏ ra bây giờ sẽ sinh hoa kết trái nếu bạn kiên trì với chúng.</w:t>
      </w:r>
    </w:p>
    <w:p>
      <w:pPr>
        <w:pStyle w:val="Heading3"/>
      </w:pPr>
      <w:r>
        <w:rPr>
          <w:rFonts w:ascii="Calibri" w:hAnsi="Calibri"/>
          <w:b/>
          <w:i w:val="0"/>
          <w:sz w:val="26"/>
        </w:rPr>
        <w:t>Mùa Thu là Mùa của Hoa Trái</w:t>
      </w:r>
    </w:p>
    <w:p>
      <w:pPr>
        <w:spacing w:after="80"/>
      </w:pPr>
      <w:r>
        <w:rPr>
          <w:b w:val="0"/>
          <w:i w:val="0"/>
        </w:rPr>
        <w:t>Với những người không hiểu các mùa và đã bỏ bê việc lập kế hoạch vào mùa đông, gieo trồng vào mùa xuân và đổ mồ hôi vào mùa hè, mùa thu mang đến sự hối tiếc. Cũng như việc nhìn cây cối rụng lá có thể mang đến cho một số người cảm giác mất mát, một số người chỉ nhận ra khi đã quá muộn rằng lẽ ra họ phải tranh thủ khi còn thời cơ. Tuy nhiên, với những người thành công đã tận dụng tối đa từng mùa, mùa thu là thời điểm gặt hái. Đó là lúc họ nhận được thành quả lao động của mình. Nó mang lại cảm giác thành tựu. Không có mùa nào trong cuộc đời tuyệt vời hơn thế.</w:t>
      </w:r>
    </w:p>
    <w:p>
      <w:pPr>
        <w:spacing w:after="80"/>
      </w:pPr>
      <w:r>
        <w:rPr>
          <w:b w:val="0"/>
          <w:i w:val="0"/>
        </w:rPr>
        <w:t>Mục tiêu tối thượng của bạn với tư cách một nhà lãnh đạo là làm việc chăm chỉ và có chiến lược đủ để bạn có nhiều hơn mức cần thiết để cho đi và chia sẻ với người khác. Khi tôi gần bước sang tuổi bảy mươi, tôi hiểu điều này theo cách mà trước đây tôi chưa từng hiểu. Tôi tin rằng Chúa đã cho tôi một khởi đầu thuận lợi trong cuộc đời. Tôi đã bắt đầu sớm và đã dành cả cuộc đời mình để lập kế hoạch, gieo trồng và đổ mồ hôi. Và giờ đây tôi đang gặt hái theo những cách mà tôi chưa từng ngờ tới. Tôi có tầm ảnh hưởng vượt xa những gì tôi xứng đáng hay từng tưởng tượng, và trong khoảng thời gian còn lại trên cõi đời này, mục tiêu của tôi là tuôn đổ từng chút một trong số đó để gia tăng giá trị cho những nhà lãnh đạo, những người lại nhân lên giá trị cho người khác. Tôi hy vọng rằng đến ngày tôi qua đời, tôi sẽ có thể trao đi hết mọi thứ mà mình đã được ban tặng.</w:t>
      </w:r>
    </w:p>
    <w:p>
      <w:pPr>
        <w:spacing w:after="80"/>
        <w:jc w:val="center"/>
      </w:pPr>
      <w:r>
        <w:rPr>
          <w:b/>
          <w:i w:val="0"/>
        </w:rPr>
        <w:t>Mục tiêu tối thượng của bạn với tư cách một nhà lãnh đạo nên là làm việc đủ chăm chỉ và đủ chiến lược để bạn có dư dả để cho đi và chia sẻ với người khác.</w:t>
      </w:r>
    </w:p>
    <w:p>
      <w:pPr>
        <w:spacing w:after="80"/>
      </w:pPr>
      <w:r>
        <w:rPr>
          <w:b w:val="0"/>
          <w:i w:val="0"/>
        </w:rPr>
        <w:t>Có thể bạn không được khởi đầu sớm như tôi. Điều đó không quan trọng. Dù bạn đang ở đâu, hãy làm điều đúng đắn cho mùa của mình. Hãy cống hiến hết mình, và đừng quá lo lắng về kết quả. Theo thời gian, nếu bạn hiểu các mùa và làm việc cùng chúng, mùa gặt sẽ đến.</w:t>
      </w:r>
    </w:p>
    <w:p>
      <w:pPr>
        <w:pStyle w:val="Heading3"/>
      </w:pPr>
      <w:r>
        <w:rPr>
          <w:rFonts w:ascii="Calibri" w:hAnsi="Calibri"/>
          <w:b/>
          <w:i w:val="0"/>
          <w:sz w:val="26"/>
        </w:rPr>
        <w:t>Những câu hỏi liên quan đến việc khởi đầu trong vai trò lãnh đạo</w:t>
      </w:r>
    </w:p>
    <w:p>
      <w:pPr>
        <w:spacing w:after="80"/>
        <w:ind w:left="360"/>
      </w:pPr>
      <w:r>
        <w:t xml:space="preserve">1. </w:t>
      </w:r>
      <w:r>
        <w:rPr>
          <w:b w:val="0"/>
          <w:i w:val="0"/>
        </w:rPr>
        <w:t>Làm thế nào một nhà lãnh đạo trẻ có thể xác lập tầm nhìn của mình và giành được sự đồng thuận khi chưa có thành tích thành công nào?</w:t>
      </w:r>
    </w:p>
    <w:p>
      <w:pPr>
        <w:spacing w:after="80"/>
        <w:ind w:left="360"/>
      </w:pPr>
      <w:r>
        <w:t xml:space="preserve">2. </w:t>
      </w:r>
      <w:r>
        <w:rPr>
          <w:b w:val="0"/>
          <w:i w:val="0"/>
        </w:rPr>
        <w:t>Bạn xác định tiềm năng lãnh đạo của mình như thế nào?</w:t>
      </w:r>
    </w:p>
    <w:p>
      <w:pPr>
        <w:spacing w:after="80"/>
        <w:ind w:left="360"/>
      </w:pPr>
      <w:r>
        <w:t xml:space="preserve">3. </w:t>
      </w:r>
      <w:r>
        <w:rPr>
          <w:b w:val="0"/>
          <w:i w:val="0"/>
        </w:rPr>
        <w:t>Làm sao tôi có thể khám phá mục đích độc đáo của mình với tư cách một nhà lãnh đạo?</w:t>
      </w:r>
    </w:p>
    <w:p>
      <w:pPr>
        <w:spacing w:after="80"/>
        <w:ind w:left="360"/>
      </w:pPr>
      <w:r>
        <w:t xml:space="preserve">4. </w:t>
      </w:r>
      <w:r>
        <w:rPr>
          <w:b w:val="0"/>
          <w:i w:val="0"/>
        </w:rPr>
        <w:t>Người ta nói rằng để trở thành một nhà lãnh đạo giỏi, trước tiên bạn phải là một người đi theo giỏi. Châm ngôn này có đúng trong mọi trường hợp không? Nếu đúng, thì đến lúc nào một người đi theo trở thành nhà lãnh đạo?</w:t>
      </w:r>
    </w:p>
    <w:p>
      <w:pPr>
        <w:spacing w:after="80"/>
        <w:ind w:left="360"/>
      </w:pPr>
      <w:r>
        <w:t xml:space="preserve">5. </w:t>
      </w:r>
      <w:r>
        <w:rPr>
          <w:b w:val="0"/>
          <w:i w:val="0"/>
        </w:rPr>
        <w:t>Tôi hơi hướng nội, và tôi tin rằng việc cởi mở hơn có thể giúp tôi trở thành nhà lãnh đạo. Làm sao tôi có thể chấp nhận tính cách của mình mà vẫn nở rộ trong việc kết nối với người khác?</w:t>
      </w:r>
    </w:p>
    <w:p>
      <w:pPr>
        <w:spacing w:after="80"/>
        <w:ind w:left="360"/>
      </w:pPr>
      <w:r>
        <w:t xml:space="preserve">6. </w:t>
      </w:r>
      <w:r>
        <w:rPr>
          <w:b w:val="0"/>
          <w:i w:val="0"/>
        </w:rPr>
        <w:t>Bạn sẽ đưa ra lời khuyên gì cho một nhà lãnh đạo đầy khát vọng đang cố gắng thực hiện những bước đầu tiên vào vai trò lãnh đạo?</w:t>
      </w:r>
    </w:p>
    <w:p>
      <w:pPr>
        <w:spacing w:after="80"/>
        <w:ind w:left="360"/>
      </w:pPr>
      <w:r>
        <w:t xml:space="preserve">7. </w:t>
      </w:r>
      <w:r>
        <w:rPr>
          <w:b w:val="0"/>
          <w:i w:val="0"/>
        </w:rPr>
        <w:t>Điều đầu tiên một nhà lãnh đạo nên làm khi được đưa từ bên ngoài vào để chịu trách nhiệm cho một nhóm hoặc một phòng ban là gì?</w:t>
      </w:r>
    </w:p>
    <w:p>
      <w:pPr>
        <w:spacing w:after="80"/>
        <w:ind w:left="360"/>
      </w:pPr>
      <w:r>
        <w:t xml:space="preserve">8. </w:t>
      </w:r>
      <w:r>
        <w:rPr>
          <w:b w:val="0"/>
          <w:i w:val="0"/>
        </w:rPr>
        <w:t>Bạn tìm sự cân bằng giữa việc lãnh đạo người khác và việc tạo ra kết quả như thế nào?</w:t>
      </w:r>
    </w:p>
    <w:p>
      <w:pPr>
        <w:spacing w:after="80"/>
        <w:ind w:left="360"/>
      </w:pPr>
      <w:r>
        <w:t xml:space="preserve">9. </w:t>
      </w:r>
      <w:r>
        <w:rPr>
          <w:b w:val="0"/>
          <w:i w:val="0"/>
        </w:rPr>
        <w:t>Tôi luôn lo lắng về việc làm tổn thương cảm xúc của người khác hoặc lo người ta sẽ nghĩ gì về mình. Tôi có thể làm gì để vượt qua điều này và trở thành một nhà lãnh đạo mạnh mẽ?</w:t>
      </w:r>
    </w:p>
    <w:p>
      <w:pPr>
        <w:spacing w:after="80"/>
        <w:ind w:left="360"/>
      </w:pPr>
      <w:r>
        <w:t xml:space="preserve">10. </w:t>
      </w:r>
      <w:r>
        <w:rPr>
          <w:b w:val="0"/>
          <w:i w:val="0"/>
        </w:rPr>
        <w:t>Làm thế nào một nhà lãnh đạo mới nổi có thể xây dựng sự tự tin trong lãnh đạo mà không cần sự khẳng định từ bên ngoài?</w:t>
      </w:r>
    </w:p>
    <w:p>
      <w:pPr>
        <w:jc w:val="center"/>
      </w:pPr>
      <w:r>
        <w:drawing>
          <wp:inline xmlns:a="http://schemas.openxmlformats.org/drawingml/2006/main" xmlns:pic="http://schemas.openxmlformats.org/drawingml/2006/picture">
            <wp:extent cx="695325" cy="19050"/>
            <wp:docPr id="19" name="Picture 19"/>
            <wp:cNvGraphicFramePr>
              <a:graphicFrameLocks noChangeAspect="1"/>
            </wp:cNvGraphicFramePr>
            <a:graphic>
              <a:graphicData uri="http://schemas.openxmlformats.org/drawingml/2006/picture">
                <pic:pic>
                  <pic:nvPicPr>
                    <pic:cNvPr id="0" name="00003.jpeg"/>
                    <pic:cNvPicPr/>
                  </pic:nvPicPr>
                  <pic:blipFill>
                    <a:blip r:embed="rId12"/>
                    <a:stretch>
                      <a:fillRect/>
                    </a:stretch>
                  </pic:blipFill>
                  <pic:spPr>
                    <a:xfrm>
                      <a:off x="0" y="0"/>
                      <a:ext cx="695325" cy="19050"/>
                    </a:xfrm>
                    <a:prstGeom prst="rect"/>
                  </pic:spPr>
                </pic:pic>
              </a:graphicData>
            </a:graphic>
          </wp:inline>
        </w:drawing>
      </w:r>
    </w:p>
    <w:p>
      <w:pPr>
        <w:pStyle w:val="Heading1"/>
      </w:pPr>
      <w:r>
        <w:rPr>
          <w:rFonts w:ascii="Calibri" w:hAnsi="Calibri"/>
          <w:b/>
          <w:i w:val="0"/>
          <w:sz w:val="40"/>
        </w:rPr>
        <w:t>6</w:t>
      </w:r>
    </w:p>
    <w:p>
      <w:pPr>
        <w:jc w:val="center"/>
      </w:pPr>
      <w:r>
        <w:drawing>
          <wp:inline xmlns:a="http://schemas.openxmlformats.org/drawingml/2006/main" xmlns:pic="http://schemas.openxmlformats.org/drawingml/2006/picture">
            <wp:extent cx="695325" cy="19050"/>
            <wp:docPr id="20" name="Picture 20"/>
            <wp:cNvGraphicFramePr>
              <a:graphicFrameLocks noChangeAspect="1"/>
            </wp:cNvGraphicFramePr>
            <a:graphic>
              <a:graphicData uri="http://schemas.openxmlformats.org/drawingml/2006/picture">
                <pic:pic>
                  <pic:nvPicPr>
                    <pic:cNvPr id="0" name="00003.jpeg"/>
                    <pic:cNvPicPr/>
                  </pic:nvPicPr>
                  <pic:blipFill>
                    <a:blip r:embed="rId12"/>
                    <a:stretch>
                      <a:fillRect/>
                    </a:stretch>
                  </pic:blipFill>
                  <pic:spPr>
                    <a:xfrm>
                      <a:off x="0" y="0"/>
                      <a:ext cx="695325" cy="19050"/>
                    </a:xfrm>
                    <a:prstGeom prst="rect"/>
                  </pic:spPr>
                </pic:pic>
              </a:graphicData>
            </a:graphic>
          </wp:inline>
        </w:drawing>
      </w:r>
    </w:p>
    <w:p>
      <w:pPr>
        <w:pStyle w:val="Heading1"/>
      </w:pPr>
      <w:r>
        <w:rPr>
          <w:rFonts w:ascii="Calibri" w:hAnsi="Calibri"/>
          <w:b/>
          <w:i w:val="0"/>
          <w:sz w:val="40"/>
        </w:rPr>
        <w:t>Tôi bắt đầu với vai trò lãnh đạo như thế nào?</w:t>
      </w:r>
    </w:p>
    <w:p>
      <w:pPr>
        <w:spacing w:after="80"/>
      </w:pPr>
      <w:r>
        <w:rPr>
          <w:b w:val="0"/>
          <w:i w:val="0"/>
        </w:rPr>
        <w:t>Một số người có tầm nhìn rõ ràng về lãnh đạo. Có một tổ chức họ muốn tạo ra hoặc một nhiệm vụ họ muốn hoàn thành. Họ nhìn thấy điều gì đó và cố gắng nắm bắt nó. Họ bắt đầu cung cấp một dịch vụ hoặc tạo ra một sản phẩm, và nếu thành công, chẳng bao lâu họ cần đến sự trợ giúp. Khi thuê nhân viên đầu tiên, họ bắt đầu lãnh đạo.</w:t>
      </w:r>
    </w:p>
    <w:p>
      <w:pPr>
        <w:spacing w:after="80"/>
      </w:pPr>
      <w:r>
        <w:rPr>
          <w:b w:val="0"/>
          <w:i w:val="0"/>
        </w:rPr>
        <w:t>Tuy nhiên, phần lớn mọi người bước vào vai trò lãnh đạo theo cách khác. Họ thấy mình trong một tình huống mà ai đó nhờ họ dẫn dắt một việc gì đó—ở nơi làm việc, trong cộng đồng, hay ở nhà thờ—và họ đồng ý nhận trách nhiệm đó. Hoặc họ giúp định hướng cho một dự án hay nhiệm vụ vì không ai khác làm, hoặc vì người phụ trách làm quá tệ đến mức họ lo nó sẽ thất bại. Thế là họ đứng ra và tự tổ chức mọi thứ, mong thấy nó thành công.</w:t>
      </w:r>
    </w:p>
    <w:p>
      <w:pPr>
        <w:spacing w:after="80"/>
      </w:pPr>
      <w:r>
        <w:rPr>
          <w:b w:val="0"/>
          <w:i w:val="0"/>
        </w:rPr>
        <w:t>Bạn đến với vai trò lãnh đạo bằng cách nào không quan trọng bằng cách bạn xử lý nó. Và câu hỏi then chốt bạn cần tự hỏi mình là: "Tại sao mình muốn lãnh đạo?" Tôi hỏi câu đó với bất kỳ ai nói rằng anh ta muốn bước vào con đường lãnh đạo. Nếu bạn muốn giúp đỡ người khác, giúp đội nhóm và tổ chức của mình, thì bạn đang khởi đầu đúng hướng. Nếu mong muốn của bạn là hiện thực hóa một tầm nhìn đáng giá, một tầm nhìn sẽ giúp ích cho mọi người và làm thế giới tốt đẹp hơn, thì bạn đang đi đúng đường. Nếu bạn làm điều đó để mang lại giá trị cho người khác chứ không chỉ cho bản thân, thì bạn đang tìm cách trở thành lãnh đạo vì lý do đúng đắn. Và nhiệm vụ của bạn là trở thành nhà lãnh đạo giỏi nhất có thể.</w:t>
      </w:r>
    </w:p>
    <w:p>
      <w:pPr>
        <w:pStyle w:val="Heading2"/>
      </w:pPr>
      <w:r>
        <w:rPr>
          <w:rFonts w:ascii="Calibri" w:hAnsi="Calibri"/>
          <w:b/>
          <w:i w:val="0"/>
          <w:sz w:val="32"/>
        </w:rPr>
        <w:t>1. Một nhà lãnh đạo trẻ có thể xây dựng tầm nhìn và giành được sự ủng hộ như thế nào khi chưa có thành tích thành công nào?</w:t>
      </w:r>
    </w:p>
    <w:p>
      <w:pPr>
        <w:spacing w:after="80"/>
      </w:pPr>
      <w:r>
        <w:rPr>
          <w:b w:val="0"/>
          <w:i w:val="0"/>
        </w:rPr>
        <w:t>Tôi đã biết nhiều nhà lãnh đạo trẻ rất háo hức chia sẻ tầm nhìn của mình và muốn biết tại sao mọi người không lập tức nhảy vào giúp họ hiện thực hóa nó. Thật ra, khi mới khởi nghiệp, tôi cũng là một trong những nhà lãnh đạo đó. Tôi đến với vị trí đầu tiên với những giấc mơ lớn và không chút kinh nghiệm. Tôi muốn mọi người lập tức theo mình và thực hiện tầm nhìn. Tôi thường tự hỏi: "Tại sao mọi người không ủng hộ mình?" Đáng lẽ tôi nên hỏi: "Làm sao mình có thể xây dựng uy tín?"</w:t>
      </w:r>
    </w:p>
    <w:p>
      <w:pPr>
        <w:spacing w:after="80"/>
      </w:pPr>
      <w:r>
        <w:rPr>
          <w:b w:val="0"/>
          <w:i w:val="0"/>
        </w:rPr>
        <w:t>Cho đến khi bạn có uy tín, đừng cố gắng giành sự ủng hộ cho tầm nhìn của mình. Bạn sẽ không có được đâu. Bạn cần giành được sự tin tưởng trước khi mọi người ủng hộ, và bạn phải giành được nó thông qua phẩm chất và năng lực.</w:t>
      </w:r>
    </w:p>
    <w:p>
      <w:pPr>
        <w:spacing w:after="80"/>
      </w:pPr>
      <w:r>
        <w:rPr>
          <w:b w:val="0"/>
          <w:i w:val="0"/>
        </w:rPr>
        <w:t>Khi bạn nhận một vị trí lãnh đạo mới, mức độ tin tưởng tạm thời mà bạn nhận được sẽ phụ thuộc vào nhiều thứ. Văn hóa của tổ chức. Uy tín của người tiền nhiệm. Ảnh hưởng của những người đưa bạn vào vị trí đó. Nếu môi trường và văn hóa tiêu cực, mọi người có thể cho rằng bạn sẽ không phải là nhà lãnh đạo giỏi và dành cho bạn rất ít sự rộng lượng. Trong một môi trường tích cực hơn, mọi người có thể cởi mở với bạn và sẵn sàng cho bạn lợi ích của sự hoài nghi trong khoảng sáu tháng. Trong thời gian đó, những gì bạn nói sẽ có trọng lượng hơn con người bạn. Nhưng mọi người sẽ theo dõi xem những gì bạn nói và những gì bạn làm có khớp với nhau không. Nếu bạn đã thể hiện phẩm chất và năng lực, uy tín của bạn sẽ ngày càng có thêm trọng lượng cho đến khi con người bạn cuối cùng có ảnh hưởng lớn hơn những gì bạn nói. Khi sự tin tưởng của mọi người lớn lên, ảnh hưởng của bạn cũng vậy. Và như Stephen M.R. Covey đã nhận xét: "Vẻ đẹp của sự tin tưởng là nó xóa tan lo lắng và giải phóng bạn để tiếp tục với những việc khác. Tin tưởng nghĩa là tự tin." Nó cũng có nghĩa là sự ủng hộ.</w:t>
      </w:r>
    </w:p>
    <w:p>
      <w:pPr>
        <w:spacing w:after="80"/>
        <w:jc w:val="center"/>
      </w:pPr>
      <w:r>
        <w:rPr>
          <w:b/>
          <w:i w:val="0"/>
        </w:rPr>
        <w:t>"Vẻ đẹp của sự tin tưởng là nó xóa tan lo lắng và giải phóng bạn để tiếp tục với những việc khác. Tin tưởng nghĩa là tự tin."</w:t>
      </w:r>
    </w:p>
    <w:p>
      <w:pPr>
        <w:spacing w:after="80"/>
        <w:jc w:val="center"/>
      </w:pPr>
      <w:r>
        <w:rPr>
          <w:b/>
          <w:i/>
        </w:rPr>
        <w:t>—Stephen M.R. Covey</w:t>
      </w:r>
    </w:p>
    <w:p>
      <w:pPr>
        <w:spacing w:after="80"/>
      </w:pPr>
      <w:r>
        <w:rPr>
          <w:b w:val="0"/>
          <w:i w:val="0"/>
        </w:rPr>
        <w:t>Để thể hiện năng lực khi bạn bắt đầu lãnh đạo, hãy bắt đầu từ những điều cơ bản:</w:t>
      </w:r>
    </w:p>
    <w:p>
      <w:pPr>
        <w:spacing w:after="80"/>
        <w:ind w:left="360"/>
      </w:pPr>
      <w:r>
        <w:t xml:space="preserve">• </w:t>
      </w:r>
      <w:r>
        <w:rPr>
          <w:b/>
          <w:i w:val="0"/>
        </w:rPr>
        <w:t>Làm việc chăm chỉ:</w:t>
      </w:r>
      <w:r>
        <w:rPr>
          <w:b w:val="0"/>
          <w:i w:val="0"/>
        </w:rPr>
        <w:t xml:space="preserve"> Không có gì thay thế được đạo đức làm việc tốt. Mọi người tôn trọng người làm việc chăm chỉ.</w:t>
      </w:r>
    </w:p>
    <w:p>
      <w:pPr>
        <w:spacing w:after="80"/>
        <w:ind w:left="360"/>
      </w:pPr>
      <w:r>
        <w:t xml:space="preserve">• </w:t>
      </w:r>
      <w:r>
        <w:rPr>
          <w:b/>
          <w:i w:val="0"/>
        </w:rPr>
        <w:t>Suy nghĩ trước:</w:t>
      </w:r>
      <w:r>
        <w:rPr>
          <w:b w:val="0"/>
          <w:i w:val="0"/>
        </w:rPr>
        <w:t xml:space="preserve"> Vì các quyết định của bạn ảnh hưởng đến đội nhóm, nên việc bắt đầu với kết quả trong đầu và xác định các ưu tiên càng quan trọng gấp đôi.</w:t>
      </w:r>
    </w:p>
    <w:p>
      <w:pPr>
        <w:spacing w:after="80"/>
        <w:ind w:left="360"/>
      </w:pPr>
      <w:r>
        <w:t xml:space="preserve">• </w:t>
      </w:r>
      <w:r>
        <w:rPr>
          <w:b/>
          <w:i w:val="0"/>
        </w:rPr>
        <w:t>Thể hiện sự xuất sắc:</w:t>
      </w:r>
      <w:r>
        <w:rPr>
          <w:b w:val="0"/>
          <w:i w:val="0"/>
        </w:rPr>
        <w:t xml:space="preserve"> Bạn càng giỏi trong công việc của mình, uy tín ban đầu của bạn càng cao.</w:t>
      </w:r>
    </w:p>
    <w:p>
      <w:pPr>
        <w:spacing w:after="80"/>
        <w:ind w:left="360"/>
      </w:pPr>
      <w:r>
        <w:t xml:space="preserve">• </w:t>
      </w:r>
      <w:r>
        <w:rPr>
          <w:b/>
          <w:i w:val="0"/>
        </w:rPr>
        <w:t>Theo đuổi đến cùng:</w:t>
      </w:r>
      <w:r>
        <w:rPr>
          <w:b w:val="0"/>
          <w:i w:val="0"/>
        </w:rPr>
        <w:t xml:space="preserve"> Những nhà lãnh đạo giỏi đưa mọi việc đến hoàn thành.</w:t>
      </w:r>
    </w:p>
    <w:p>
      <w:pPr>
        <w:spacing w:after="80"/>
      </w:pPr>
      <w:r>
        <w:rPr>
          <w:b w:val="0"/>
          <w:i w:val="0"/>
        </w:rPr>
        <w:t>Để truyền đạt phẩm chất đến các thành viên trong nhóm trong thời gian ngắn, hãy làm những điều sau:</w:t>
      </w:r>
    </w:p>
    <w:p>
      <w:pPr>
        <w:spacing w:after="80"/>
      </w:pPr>
      <w:r>
        <w:rPr>
          <w:b w:val="0"/>
          <w:i w:val="0"/>
        </w:rPr>
        <w:t xml:space="preserve">• </w:t>
      </w:r>
      <w:r>
        <w:rPr>
          <w:b/>
          <w:i w:val="0"/>
        </w:rPr>
        <w:t>Quan tâm đến những người bạn lãnh đạo:</w:t>
      </w:r>
      <w:r>
        <w:rPr>
          <w:b w:val="0"/>
          <w:i w:val="0"/>
        </w:rPr>
        <w:t xml:space="preserve"> Mỗi khi nhà lãnh đạo mới xuất hiện, những người trong nhóm hỏi ba điều: Họ có quan tâm đến tôi không? Họ có thể giúp tôi không? Tôi có thể tin họ không? Nếu bạn quan tâm đến mọi người và thể hiện điều đó, họ sẽ có thể thấy phẩm chất tốt đẹp của bạn.</w:t>
      </w:r>
    </w:p>
    <w:p>
      <w:pPr>
        <w:spacing w:after="80"/>
      </w:pPr>
      <w:r>
        <w:rPr>
          <w:b w:val="0"/>
          <w:i w:val="0"/>
        </w:rPr>
        <w:t xml:space="preserve">• </w:t>
      </w:r>
      <w:r>
        <w:rPr>
          <w:b/>
          <w:i w:val="0"/>
        </w:rPr>
        <w:t>Sửa chữa mọi thứ:</w:t>
      </w:r>
      <w:r>
        <w:rPr>
          <w:b w:val="0"/>
          <w:i w:val="0"/>
        </w:rPr>
        <w:t xml:space="preserve"> Vì nhà lãnh đạo mới muốn gây ấn tượng với mọi người, đôi khi họ cố che giấu sai lầm của mình. Đó là điều ngược lại với những gì họ nên làm. Khi các quyết định không diễn ra như dự định, nhà lãnh đạo nợ người theo mình một lời giải thích và một lời xin lỗi. Điều đó có thể thấy đau đớn vào lúc đó, nhưng nó sẽ xây dựng uy tín về phẩm chất. Nếu họ cũng có thể đền bù cho sai lầm đó, thì càng tốt hơn.</w:t>
      </w:r>
    </w:p>
    <w:p>
      <w:pPr>
        <w:spacing w:after="80"/>
      </w:pPr>
      <w:r>
        <w:rPr>
          <w:b w:val="0"/>
          <w:i w:val="0"/>
        </w:rPr>
        <w:t xml:space="preserve">• </w:t>
      </w:r>
      <w:r>
        <w:rPr>
          <w:b/>
          <w:i w:val="0"/>
        </w:rPr>
        <w:t>Hãy nói sự thật:</w:t>
      </w:r>
      <w:r>
        <w:rPr>
          <w:b w:val="0"/>
          <w:i w:val="0"/>
        </w:rPr>
        <w:t xml:space="preserve"> Khi lời nói và hành động của người lãnh đạo nhất quán với nhau, người đi theo biết rằng họ có thể tin tưởng người lãnh đạo. Sự trung thực thêm phần chính trực cho tầm nhìn và thêm uy tín cho người vạch ra tầm nhìn. Về lâu dài, người ta trân trọng sự thật—kể cả sự thật khó nghe.</w:t>
      </w:r>
    </w:p>
    <w:p>
      <w:pPr>
        <w:spacing w:after="80"/>
      </w:pPr>
      <w:r>
        <w:rPr>
          <w:b w:val="0"/>
          <w:i w:val="0"/>
        </w:rPr>
        <w:t>Nếu bạn bỏ công sức bền bỉ, âm thầm để xây dựng uy tín thông qua phẩm chất và năng lực, bạn sẽ bắt đầu giành được sự tin tưởng. Bạn càng gặt hái được nhiều sự tin tưởng, bạn càng có tiềm năng ảnh hưởng lớn hơn. Khi đội ngũ thắng lợi, bạn càng có thêm uy tín. Khi bạn mắc sai lầm hoặc đội ngũ thất bại, bạn sẽ mất đi uy tín. Mục tiêu của bạn là giành được nhiều uy tín đến mức người ta tin vào khả năng lãnh đạo của bạn và không bao giờ mất niềm tin nơi bạn, bởi vì nếu họ mất niềm tin, bạn đã đánh mất uy tín của mình với tổ chức.</w:t>
      </w:r>
    </w:p>
    <w:p>
      <w:pPr>
        <w:pStyle w:val="Heading2"/>
      </w:pPr>
      <w:r>
        <w:rPr>
          <w:rFonts w:ascii="Calibri" w:hAnsi="Calibri"/>
          <w:b/>
          <w:i w:val="0"/>
          <w:sz w:val="32"/>
        </w:rPr>
        <w:t>2. Làm thế nào để xác định tiềm năng lãnh đạo của bạn?</w:t>
      </w:r>
    </w:p>
    <w:p>
      <w:pPr>
        <w:spacing w:after="80"/>
      </w:pPr>
      <w:r>
        <w:rPr>
          <w:b w:val="0"/>
          <w:i w:val="0"/>
        </w:rPr>
        <w:t>Tôi tin rằng gần như ai cũng có tiềm năng lãnh đạo. Có thể không phải ai cũng có thể trở thành một nhà lãnh đạo vĩ đại, nhưng ai cũng có thể trở thành một nhà lãnh đạo giỏi hơn. Biết được điều đó có thể là niềm khích lệ, nhưng nó có thể không giúp ích nhiều trong việc xác định cách theo đuổi tiềm năng lãnh đạo của bạn.</w:t>
      </w:r>
    </w:p>
    <w:p>
      <w:pPr>
        <w:spacing w:after="80"/>
      </w:pPr>
      <w:r>
        <w:rPr>
          <w:b w:val="0"/>
          <w:i w:val="0"/>
        </w:rPr>
        <w:t>Những dấu hiệu nào cho thấy bạn có tiềm năng lãnh đạo, rằng bạn nên thử dẫn dắt người khác ngay từ bây giờ? Bạn cần xem xét bốn lĩnh vực để cảm nhận liệu đã đến lúc bạn nên vươn lên và dẫn dắt hay chưa:</w:t>
      </w:r>
    </w:p>
    <w:p>
      <w:pPr>
        <w:pStyle w:val="Heading3"/>
      </w:pPr>
      <w:r>
        <w:rPr>
          <w:rFonts w:ascii="Calibri" w:hAnsi="Calibri"/>
          <w:b/>
          <w:i w:val="0"/>
          <w:sz w:val="26"/>
        </w:rPr>
        <w:t>1. Hãy chú ý đến nhu cầu mà bạn nhìn thấy</w:t>
      </w:r>
    </w:p>
    <w:p>
      <w:pPr>
        <w:spacing w:after="80"/>
      </w:pPr>
      <w:r>
        <w:rPr>
          <w:b w:val="0"/>
          <w:i w:val="0"/>
        </w:rPr>
        <w:t>Lãnh đạo bắt đầu từ một nhu cầu, chứ không phải khi ai đó muốn lấp đầy một vị trí lãnh đạo đang trống. Đôi khi người ta nhìn thấy một nhu cầu và nó khơi dậy điều gì đó bên trong họ, một niềm đam mê. Điều đó đúng với tôi khi tôi bắt đầu nhận ra rằng các tổ chức chao đảo khi họ không có những nhà lãnh đạo giỏi. Nó giúp tôi hiểu rằng mọi thứ đều thăng trầm theo khả năng lãnh đạo. Và nó khiến tôi muốn làm điều gì đó về điều này.</w:t>
      </w:r>
    </w:p>
    <w:p>
      <w:pPr>
        <w:spacing w:after="80"/>
      </w:pPr>
      <w:r>
        <w:rPr>
          <w:b w:val="0"/>
          <w:i w:val="0"/>
        </w:rPr>
        <w:t>Thế giới này có rất nhiều nhu cầu. Có những nhu cầu nào chạm đến trái tim bạn không? Nếu bạn nhìn thấy một nhu cầu mà bạn cảm thấy khao khát mãnh liệt muốn giải quyết, và nó thôi thúc bạn hành động, đó là dấu hiệu cho thấy bạn có tiềm năng lãnh đạo trong lĩnh vực đó.</w:t>
      </w:r>
    </w:p>
    <w:p>
      <w:pPr>
        <w:pStyle w:val="Heading3"/>
      </w:pPr>
      <w:r>
        <w:rPr>
          <w:rFonts w:ascii="Calibri" w:hAnsi="Calibri"/>
          <w:b/>
          <w:i w:val="0"/>
          <w:sz w:val="26"/>
        </w:rPr>
        <w:t>2. Hãy dùng những khả năng tự nhiên của bạn để giúp đỡ người khác</w:t>
      </w:r>
    </w:p>
    <w:p>
      <w:pPr>
        <w:spacing w:after="80"/>
      </w:pPr>
      <w:r>
        <w:rPr>
          <w:b w:val="0"/>
          <w:i w:val="0"/>
        </w:rPr>
        <w:t>Khi khát vọng giải quyết một nhu cầu gặp gỡ khả năng làm điều gì đó về nó, những tia lửa bắt đầu bùng lên. Khi khả năng của người lãnh đạo hoàn toàn phù hợp với nhu cầu của thời điểm, kết quả có thể phi thường. Khả năng chế tạo ô tô của Henry Ford vào một thời điểm trong lịch sử khi chúng có thể được sản xuất hàng loạt đã thay đổi nước Mỹ và sau đó là cả thế giới. Ông nhìn thấy nhu cầu, ông có khả năng, và ông đã hành động.</w:t>
      </w:r>
    </w:p>
    <w:p>
      <w:pPr>
        <w:spacing w:after="80"/>
      </w:pPr>
      <w:r>
        <w:rPr>
          <w:b w:val="0"/>
          <w:i w:val="0"/>
        </w:rPr>
        <w:t>Bạn có những món quà, tài năng và kỹ năng mà bạn có thể dùng để giúp đỡ mọi người. Trách nhiệm của bạn là tìm hiểu những khả năng đó là gì và phát triển chúng. Nếu bạn không chắc chúng là gì, hãy hỏi những người hiểu rõ bạn. Ngoài ra, hãy nhìn vào những lĩnh vực mà bạn vốn có trực giác nhạy bén, làm việc hiệu quả, cảm thấy hài lòng và có sức ảnh hưởng. Chúng ta có xu hướng lãnh đạo một cách tự nhiên trong những lĩnh vực mà chúng ta có năng khiếu. Chúng ta cũng tạo ra giá trị nhiều nhất khi làm việc trong những lĩnh vực đó. Một khi bạn đã khám phá và phát triển khả năng của mình, hãy đem chúng ra dùng để giúp đỡ đội ngũ của bạn.</w:t>
      </w:r>
    </w:p>
    <w:p>
      <w:pPr>
        <w:pStyle w:val="Heading3"/>
      </w:pPr>
      <w:r>
        <w:rPr>
          <w:rFonts w:ascii="Calibri" w:hAnsi="Calibri"/>
          <w:b/>
          <w:i w:val="0"/>
          <w:sz w:val="26"/>
        </w:rPr>
        <w:t>3. Hãy tận dụng tối đa niềm đam mê của bạn</w:t>
      </w:r>
    </w:p>
    <w:p>
      <w:pPr>
        <w:spacing w:after="80"/>
      </w:pPr>
      <w:r>
        <w:rPr>
          <w:b w:val="0"/>
          <w:i w:val="0"/>
        </w:rPr>
        <w:t>Khi bạn bắt đầu giúp đỡ người khác trong một lĩnh vực mà bạn tin là quan trọng, bạn có thể thấy niềm đam mê trỗi dậy trong mình. Đó là một dấu hiệu tích cực. Niềm đam mê của một nhà lãnh đạo có sức lôi cuốn đối với người khác. Người ta muốn đi theo những nhà lãnh đạo đầy đam mê. Nó khiến họ muốn nhảy lên con tàu và cùng tham gia.</w:t>
      </w:r>
    </w:p>
    <w:p>
      <w:pPr>
        <w:spacing w:after="80"/>
      </w:pPr>
      <w:r>
        <w:rPr>
          <w:b w:val="0"/>
          <w:i w:val="0"/>
        </w:rPr>
        <w:t>Tướng Douglas MacArthur đã nói: "Tuổi trẻ không hẳn là một giai đoạn của cuộc đời; nó là một trạng thái của tâm trí. Không ai già đi chỉ vì sống qua một số năm. Người ta già đi khi từ bỏ những lý tưởng của mình.… Bạn trẻ như niềm tin của bạn, già như nỗi nghi ngờ của bạn; trẻ như sự tự tin của bạn, già như nỗi sợ của bạn; trẻ như niềm hy vọng của bạn, già như nỗi tuyệt vọng của bạn."</w:t>
      </w:r>
    </w:p>
    <w:p>
      <w:pPr>
        <w:spacing w:after="80"/>
      </w:pPr>
      <w:r>
        <w:rPr>
          <w:b w:val="0"/>
          <w:i w:val="0"/>
        </w:rPr>
        <w:t>Nếu bạn mới bước vào con đường lãnh đạo, hãy khơi dậy niềm đam mê của bạn và tiếp thêm nhiên liệu cho nó. Nếu bạn không còn mới với vai trò lãnh đạo, hãy chắc chắn rằng bạn không đánh mất niềm đam mê của mình. Một nhà lãnh đạo lạnh lùng chưa bao giờ truyền cảm hứng cho ai vì một lý tưởng. Một nhà lãnh đạo nóng bỏng như lửa truyền cảm hứng cho gần như tất cả mọi người.</w:t>
      </w:r>
    </w:p>
    <w:p>
      <w:pPr>
        <w:pStyle w:val="Heading3"/>
      </w:pPr>
      <w:r>
        <w:rPr>
          <w:rFonts w:ascii="Calibri" w:hAnsi="Calibri"/>
          <w:b/>
          <w:i w:val="0"/>
          <w:sz w:val="26"/>
        </w:rPr>
        <w:t>4. Phát triển sức ảnh hưởng của bạn</w:t>
      </w:r>
    </w:p>
    <w:p>
      <w:pPr>
        <w:spacing w:after="80"/>
      </w:pPr>
      <w:r>
        <w:rPr>
          <w:b w:val="0"/>
          <w:i w:val="0"/>
        </w:rPr>
        <w:t>Điểm mấu chốt về khả năng lãnh đạo chính là sức ảnh hưởng. Nếu bạn muốn dẫn dắt, bạn phải thuyết phục mọi người làm việc cùng bạn. Những người tưởng rằng mình đang lãnh đạo nhưng chẳng có ai đi theo thì chỉ đang đi dạo mà thôi.</w:t>
      </w:r>
    </w:p>
    <w:p>
      <w:pPr>
        <w:spacing w:after="80"/>
      </w:pPr>
      <w:r>
        <w:rPr>
          <w:b w:val="0"/>
          <w:i w:val="0"/>
        </w:rPr>
        <w:t>Tác giả và giáo sư Harry Allen Overstreet nhận xét: "Người có thể thu hút và giữ được sự chú ý chính là người có thể ảnh hưởng hiệu quả đến hành vi con người. Ai là người thất bại trong cuộc sống? Rõ ràng đó là người không có sức ảnh hưởng; người mà chẳng ai để tâm đến: nhà phát minh không thuyết phục được ai về giá trị phát minh của mình; thương nhân không thu hút được đủ khách hàng vào cửa hàng; giáo viên mà học trò huýt sáo, giậm chân hay bày trò trong khi thầy cố gắng thu hút sự chú ý của chúng; nhà thơ viết hàng tập thơ mà không ai chịu đọc." Nếu bạn muốn tạo dấu ấn trên thế giới, bạn phải có khả năng ảnh hưởng đến con người.</w:t>
      </w:r>
    </w:p>
    <w:p>
      <w:pPr>
        <w:spacing w:after="80"/>
      </w:pPr>
      <w:r>
        <w:rPr>
          <w:b w:val="0"/>
          <w:i w:val="0"/>
        </w:rPr>
        <w:t>Nếu bạn dồn sự chú ý vào một nhu cầu chạm đến trái tim mình, phát huy tối đa năng lực, khơi dậy đam mê và xây dựng sức ảnh hưởng, bạn có thể trở thành một nhà lãnh đạo. Và bạn sẽ có thể tạo nên sự khác biệt trên thế giới.</w:t>
      </w:r>
    </w:p>
    <w:p>
      <w:pPr>
        <w:pStyle w:val="Heading2"/>
      </w:pPr>
      <w:r>
        <w:rPr>
          <w:rFonts w:ascii="Calibri" w:hAnsi="Calibri"/>
          <w:b/>
          <w:i w:val="0"/>
          <w:sz w:val="32"/>
        </w:rPr>
        <w:t>3. Làm sao tôi có thể khám phá mục đích riêng của mình với tư cách một nhà lãnh đạo?</w:t>
      </w:r>
    </w:p>
    <w:p>
      <w:pPr>
        <w:spacing w:after="80"/>
      </w:pPr>
      <w:r>
        <w:rPr>
          <w:b w:val="0"/>
          <w:i w:val="0"/>
        </w:rPr>
        <w:t>Martin Luther King Jr. khẳng định: "Nếu một người chưa tìm ra điều gì đó mà mình sẵn sàng chết vì nó, thì người ấy chưa đáng sống." Tôi nghĩ tất cả mọi người đều khao khát tìm ra điều mà mình sẵn sàng chết vì nó, bởi điều đó chỉ cho họ thấy mục đích của mình. Và tôi nghĩ ai cũng có tiềm năng khám phá ra nó. Điều đó đặc biệt quan trọng với các nhà lãnh đạo, bởi mục đích của họ ảnh hưởng đến cuộc sống không chỉ của chính họ mà còn của người khác.</w:t>
      </w:r>
    </w:p>
    <w:p>
      <w:pPr>
        <w:spacing w:after="80"/>
        <w:jc w:val="center"/>
      </w:pPr>
      <w:r>
        <w:rPr>
          <w:b/>
          <w:i w:val="0"/>
        </w:rPr>
        <w:t>"Nếu một người chưa tìm ra điều gì đó mà mình sẵn sàng chết vì nó, thì người ấy chưa đáng sống."</w:t>
      </w:r>
    </w:p>
    <w:p>
      <w:pPr>
        <w:spacing w:after="80"/>
        <w:jc w:val="center"/>
      </w:pPr>
      <w:r>
        <w:rPr>
          <w:b/>
          <w:i/>
        </w:rPr>
        <w:t>—Martin Luther King Jr.</w:t>
      </w:r>
    </w:p>
    <w:p>
      <w:pPr>
        <w:spacing w:after="80"/>
      </w:pPr>
      <w:r>
        <w:rPr>
          <w:b w:val="0"/>
          <w:i w:val="0"/>
        </w:rPr>
        <w:t>Nhưng khám phá mục đích của mình cần có thời gian. Trước tiên bạn cần hiểu chính mình. Mục đích riêng của bạn phải được xây dựng trên những điểm mạnh của bạn. Khám phá được điểm mạnh là bạn có cơ hội khám phá ra mục đích của mình. Không tìm hiểu xem chúng là gì, thì bạn gần như chẳng có cơ hội nào để sống đúng với mục đích của mình.</w:t>
      </w:r>
    </w:p>
    <w:p>
      <w:pPr>
        <w:spacing w:after="80"/>
      </w:pPr>
      <w:r>
        <w:rPr>
          <w:b w:val="0"/>
          <w:i w:val="0"/>
        </w:rPr>
        <w:t>Làm sao để hiểu chính mình? Bạn có thể học được nhiều điều từ các công cụ tự đánh giá, như StrengthsFinder, nhưng có những điều bạn chỉ học được qua thử và sai. Quy luật trong cuộc đời tôi là tiến lên, vấp ngã, suy ngẫm, đánh giá, thay đổi, tiến lên. Như tôi đã nói, việc này có thể mất chút thời gian, nên bạn phải kiên nhẫn. Mỗi thành công và mỗi thất bại đều có thể đưa bạn thêm một bước đến gần hơn với việc hiểu chính mình.</w:t>
      </w:r>
    </w:p>
    <w:p>
      <w:pPr>
        <w:spacing w:after="80"/>
      </w:pPr>
      <w:r>
        <w:rPr>
          <w:b w:val="0"/>
          <w:i w:val="0"/>
        </w:rPr>
        <w:t>Khi đã khám phá ra điểm mạnh của mình, bạn phải chủ động dành nhiều thời gian hơn để sử dụng chúng. Đó là lúc bạn có thể bắt đầu thấy những chủ đề hiện lên trong cuộc đời mình. Huấn luyện viên cuộc sống SuEllen Williams gợi ý hãy viết ra câu chuyện cuộc đời bạn theo từng mốc 5 năm, ghi lại những sự kiện làm thay đổi cuộc sống và những người có ảnh hưởng để khám phá ra những chủ đề trong cuộc đời bạn. Bà nói: "Nếu bạn nhìn vào những gì từng quan trọng với bạn trong quá khứ, bạn có thể bắt đầu thấy được một chủ đề cho cuộc đời mình và thấy mình đã lệch hướng ở đâu. Một khi quay lại đúng hướng, mọi thứ sẽ bắt đầu vào guồng."</w:t>
      </w:r>
    </w:p>
    <w:p>
      <w:pPr>
        <w:spacing w:after="80"/>
      </w:pPr>
      <w:r>
        <w:rPr>
          <w:b w:val="0"/>
          <w:i w:val="0"/>
        </w:rPr>
        <w:t>Mục tiêu của bạn là mài giũa các kỹ năng và ngày càng hướng công việc của mình về phía những điểm mạnh, cho đến khi bạn xác định được điều khiến bạn thốt lên: "Tôi sinh ra là để làm việc này." Đó chính là điều Martin Luther King Jr. muốn nói khi ông nói: "Nếu một người được gọi làm nghề quét đường, người ấy nên quét đường như Michelangelo vẽ tranh, như Beethoven soạn nhạc, hay như Shakespeare viết thơ. Người ấy nên quét đường giỏi đến mức mọi đấng trên trời và dưới đất đều phải dừng lại mà nói: 'Nơi đây từng có một người quét đường vĩ đại, người đã làm tốt công việc của mình.'"</w:t>
      </w:r>
    </w:p>
    <w:p>
      <w:pPr>
        <w:pStyle w:val="Heading3"/>
      </w:pPr>
      <w:r>
        <w:rPr>
          <w:rFonts w:ascii="Calibri" w:hAnsi="Calibri"/>
          <w:b/>
          <w:i w:val="0"/>
          <w:sz w:val="26"/>
        </w:rPr>
        <w:t>Điều gì thực sự quan trọng với bạn?</w:t>
      </w:r>
    </w:p>
    <w:p>
      <w:pPr>
        <w:spacing w:after="80"/>
      </w:pPr>
      <w:r>
        <w:rPr>
          <w:b w:val="0"/>
          <w:i w:val="0"/>
        </w:rPr>
        <w:t>Nếu bạn đang gặp khó khăn trong việc tìm ra mục đích của mình hoặc định hướng cho việc lãnh đạo, hãy tự hỏi:</w:t>
      </w:r>
    </w:p>
    <w:p>
      <w:pPr>
        <w:spacing w:after="80"/>
      </w:pPr>
      <w:r>
        <w:rPr>
          <w:b/>
          <w:i w:val="0"/>
        </w:rPr>
        <w:t>Điều gì khiến tôi cất tiếng hát?</w:t>
      </w:r>
      <w:r>
        <w:rPr>
          <w:b w:val="0"/>
          <w:i w:val="0"/>
        </w:rPr>
        <w:t xml:space="preserve"> Câu trả lời cho bạn biết điều gì mang lại niềm vui cho bạn.</w:t>
      </w:r>
    </w:p>
    <w:p>
      <w:pPr>
        <w:spacing w:after="80"/>
      </w:pPr>
      <w:r>
        <w:rPr>
          <w:b/>
          <w:i w:val="0"/>
        </w:rPr>
        <w:t>Điều gì khiến tôi rơi lệ?</w:t>
      </w:r>
      <w:r>
        <w:rPr>
          <w:b w:val="0"/>
          <w:i w:val="0"/>
        </w:rPr>
        <w:t xml:space="preserve"> Câu trả lời cho bạn biết điều gì chạm đến trái tim bạn.</w:t>
      </w:r>
    </w:p>
    <w:p>
      <w:pPr>
        <w:spacing w:after="80"/>
      </w:pPr>
      <w:r>
        <w:rPr>
          <w:b/>
          <w:i w:val="0"/>
        </w:rPr>
        <w:t>Điều gì khiến tôi mơ ước?</w:t>
      </w:r>
      <w:r>
        <w:rPr>
          <w:b w:val="0"/>
          <w:i w:val="0"/>
        </w:rPr>
        <w:t xml:space="preserve"> Câu trả lời cho bạn biết điều gì khơi dậy trí tưởng tượng của bạn.</w:t>
      </w:r>
    </w:p>
    <w:p>
      <w:pPr>
        <w:spacing w:after="80"/>
      </w:pPr>
      <w:r>
        <w:rPr>
          <w:b/>
          <w:i w:val="0"/>
        </w:rPr>
        <w:t>Điều gì khiến tôi xuất sắc?</w:t>
      </w:r>
      <w:r>
        <w:rPr>
          <w:b w:val="0"/>
          <w:i w:val="0"/>
        </w:rPr>
        <w:t xml:space="preserve"> Câu trả lời của bạn tiết lộ điểm mạnh của bạn.</w:t>
      </w:r>
    </w:p>
    <w:p>
      <w:pPr>
        <w:spacing w:after="80"/>
      </w:pPr>
      <w:r>
        <w:rPr>
          <w:b/>
          <w:i w:val="0"/>
        </w:rPr>
        <w:t>Điều gì khiến tôi khác biệt?</w:t>
      </w:r>
      <w:r>
        <w:rPr>
          <w:b w:val="0"/>
          <w:i w:val="0"/>
        </w:rPr>
        <w:t xml:space="preserve"> Câu trả lời của bạn tiết lộ nét độc đáo của bạn.</w:t>
      </w:r>
    </w:p>
    <w:p>
      <w:pPr>
        <w:spacing w:after="80"/>
      </w:pPr>
      <w:r>
        <w:rPr>
          <w:b w:val="0"/>
          <w:i w:val="0"/>
        </w:rPr>
        <w:t>Bạn càng trả lời được nhiều câu hỏi, bạn càng có nhiều manh mối giúp bạn khám phá ra mục đích của mình với tư cách một nhà lãnh đạo.</w:t>
      </w:r>
    </w:p>
    <w:p>
      <w:pPr>
        <w:spacing w:after="80"/>
      </w:pPr>
      <w:r>
        <w:rPr>
          <w:b w:val="0"/>
          <w:i w:val="0"/>
        </w:rPr>
        <w:t>Cần có thời gian để hiểu về bản thân, nhưng cũng cần nỗ lực để sống đúng với chính mình. Người ta sẽ yêu cầu bạn rời khỏi con đường phù hợp với bạn. Nhưng bạn càng hiểu rõ bản thân và càng sống đúng với chính mình, thành công của bạn với tư cách một nhà lãnh đạo sẽ càng lớn. Benjamin Disraeli, một trong những thủ tướng vĩ đại của nước Anh, đã viết: "Qua quá trình suy ngẫm lâu dài, tôi đã tự thuyết phục bản thân rằng một con người có mục đích kiên định ắt sẽ hoàn thành được nó, và không gì có thể chống lại một ý chí sẵn sàng đặt cả sự tồn tại của mình vào việc thực hiện nó."</w:t>
      </w:r>
    </w:p>
    <w:p>
      <w:pPr>
        <w:spacing w:after="80"/>
      </w:pPr>
      <w:r>
        <w:rPr>
          <w:b w:val="0"/>
          <w:i w:val="0"/>
        </w:rPr>
        <w:t xml:space="preserve">Khi tôi viết những dòng này, tôi đã sáu mươi bảy tuổi, và việc thực hiện mục đích của tôi vẫn đang dần hé mở trước mắt tôi. Những giấc mơ của tôi ngày càng rõ ràng hơn với tôi, nhưng tôi vẫn chưa đạt được tất cả. Tôi hy vọng rằng trong những năm tới, tôi sẽ tiếp tục có cảm giác háo hức và niềm vui khi tìm cách thực hiện mục đích của mình. Điều then chốt đối với tôi cũng giống như đối với bạn: hãy là chính mình. Không ai đủ tư cách để trở thành bạn hơn chính </w:t>
      </w:r>
      <w:r>
        <w:rPr>
          <w:b w:val="0"/>
          <w:i/>
        </w:rPr>
        <w:t>bạn</w:t>
      </w:r>
      <w:r>
        <w:rPr>
          <w:b w:val="0"/>
          <w:i w:val="0"/>
        </w:rPr>
        <w:t>. Thượng đế chỉ tạo ra một người như bạn, vậy nên hãy là chính mình và làm điều mà Người đã tạo ra bạn để làm.</w:t>
      </w:r>
    </w:p>
    <w:p>
      <w:pPr>
        <w:pStyle w:val="Heading2"/>
      </w:pPr>
      <w:r>
        <w:rPr>
          <w:rFonts w:ascii="Calibri" w:hAnsi="Calibri"/>
          <w:b/>
          <w:i w:val="0"/>
          <w:sz w:val="32"/>
        </w:rPr>
        <w:t>4. Người ta nói rằng để trở thành một nhà lãnh đạo giỏi, trước tiên bạn phải là một người đi theo giỏi. Châm ngôn này có đúng trong mọi lúc không? Nếu đúng, thì đến lúc nào một người đi theo trở thành một nhà lãnh đạo?</w:t>
      </w:r>
    </w:p>
    <w:p>
      <w:pPr>
        <w:spacing w:after="80"/>
      </w:pPr>
      <w:r>
        <w:rPr>
          <w:b w:val="0"/>
          <w:i w:val="0"/>
        </w:rPr>
        <w:t>Câu hỏi này tiết lộ một hiểu lầm phổ biến về việc lãnh đạo và đi theo. Nó giả định rằng đó là hoặc cái này hoặc cái kia. Không phải vậy. Đó là cả hai cùng lúc, mọi lúc. Không ai chỉ làm một trong hai. Đó là sự tương tác mà các nhà lãnh đạo phải xử lý từng khoảnh khắc một. Trong nhiều tình huống, tôi dẫn dắt. Tôi vạch ra tầm nhìn và định hướng cho các tổ chức của mình. Nhưng thường thì tôi trở thành người đi theo khi nhường bước trước chuyên môn của những người trong tổ chức của tôi.</w:t>
      </w:r>
    </w:p>
    <w:p>
      <w:pPr>
        <w:spacing w:after="80"/>
      </w:pPr>
      <w:r>
        <w:rPr>
          <w:b w:val="0"/>
          <w:i w:val="0"/>
        </w:rPr>
        <w:t>Hãy quan sát sự tương tác của mọi người trong một cuộc họp. Trong một môi trường lành mạnh, những người khác nhau dẫn dắt dựa trên tình huống và kỹ năng cần thiết ở thời điểm đó. Chỉ những nhà lãnh đạo tự cao mới tin rằng họ phải dẫn dắt trong mọi tình huống và bất kỳ tình huống nào.</w:t>
      </w:r>
    </w:p>
    <w:p>
      <w:pPr>
        <w:spacing w:after="80"/>
      </w:pPr>
      <w:r>
        <w:rPr>
          <w:b w:val="0"/>
          <w:i w:val="0"/>
        </w:rPr>
        <w:t>Những nhà lãnh đạo giỏi nhất biết cảm giác đi theo là như thế nào và đã học được cách làm điều đó. Và họ sẵn sàng học cách đi theo giỏi trước khi cố gắng dẫn dắt. Aristotle khẳng định: "Ai muốn học cách dẫn dắt thì phải... trước hết học cách tuân theo." Đó là lý do vì sao những tổ chức đòi hỏi khắt khe về lãnh đạo như Học viện Quân sự Hoa Kỳ tại West Point lại dạy về việc đi theo trước tiên.</w:t>
      </w:r>
    </w:p>
    <w:p>
      <w:pPr>
        <w:spacing w:after="80"/>
      </w:pPr>
      <w:r>
        <w:rPr>
          <w:b w:val="0"/>
          <w:i w:val="0"/>
        </w:rPr>
        <w:t>Những người đi theo giỏi mang lại giá trị cho một tổ chức. Họ tập trung tốt và làm hết sức mình để làm cho đội nhóm và tổ chức của họ tốt hơn. Họ phấn đấu vì sự xuất sắc trong công việc. Họ phát hiện ra vấn đề và tình nguyện sửa chữa chúng. Và họ ủng hộ những ý tưởng mới.</w:t>
      </w:r>
    </w:p>
    <w:p>
      <w:pPr>
        <w:spacing w:after="80"/>
      </w:pPr>
      <w:r>
        <w:rPr>
          <w:b w:val="0"/>
          <w:i w:val="0"/>
        </w:rPr>
        <w:t>Bạn có thể nghĩ rằng việc đi theo được coi trọng trong môi trường quân đội, nhưng nó có giá trị trong việc lãnh đạo ở mọi môi trường. Ví dụ, khi được hỏi lời khuyên nào ông sẽ dành cho những nhạc trưởng trẻ tài năng, Lorin Maazel, nhạc trưởng của Dàn nhạc Giao hưởng Munich ở tuổi tám mươi, đã khuyên: "Nếu họ muốn học để trở nên thật giỏi, họ nên học cách trở thành những người đi theo giỏi. Hãy ngồi trong dàn nhạc và cảm nhận xem việc cố gắng đi theo một người mà bạn không thể tôn trọng về mặt chuyên môn lẫn cá nhân buồn chán đến mức nào."</w:t>
      </w:r>
    </w:p>
    <w:p>
      <w:pPr>
        <w:spacing w:after="80"/>
      </w:pPr>
      <w:r>
        <w:rPr>
          <w:b w:val="0"/>
          <w:i w:val="0"/>
        </w:rPr>
        <w:t>Việc đi theo thành công là một kỹ năng học được, cũng giống như việc lãnh đạo. Nếu bạn muốn trở thành một nhà lãnh đạo giỏi, hãy hiểu về việc đi theo, và đừng bao giờ quên cảm giác ngồi trên chiếc ghế của người đi theo là như thế nào.</w:t>
      </w:r>
    </w:p>
    <w:p>
      <w:pPr>
        <w:pStyle w:val="Heading2"/>
      </w:pPr>
      <w:r>
        <w:rPr>
          <w:rFonts w:ascii="Calibri" w:hAnsi="Calibri"/>
          <w:b/>
          <w:i w:val="0"/>
          <w:sz w:val="32"/>
        </w:rPr>
        <w:t>5. Tôi hơi hướng nội, và tôi tin rằng việc trở nên hướng ngoại hơn có thể giúp tôi trở thành một nhà lãnh đạo. Làm thế nào tôi có thể chấp nhận tính cách của mình mà vẫn phát triển rực rỡ trong việc kết nối với người khác?</w:t>
      </w:r>
    </w:p>
    <w:p>
      <w:pPr>
        <w:spacing w:after="80"/>
      </w:pPr>
      <w:r>
        <w:rPr>
          <w:b w:val="0"/>
          <w:i w:val="0"/>
        </w:rPr>
        <w:t>Bởi vì phần lớn công việc lãnh đạo là làm việc với con người, nên một số người hướng nội có thể gặp khó khăn hơn khi bắt đầu dẫn dắt. Nhưng điều đó không có nghĩa là người hướng nội không thể lãnh đạo. Họ đã lãnh đạo giỏi trong mọi ngành nghề và lĩnh vực của cuộc sống. Tác giả Susan Cain chỉ ra rằng tỷ phú Bill Gates, người sáng lập Microsoft, là một người hướng nội. Nhà đầu tư Warren Buffett, một người bạn của ông, cũng vậy. Vị tổng thống vĩ đại nhất của Hoa Kỳ, Abraham Lincoln, là một người hướng nội. Nhà chính trị gia Mahatma Gandhi cũng vậy.</w:t>
      </w:r>
    </w:p>
    <w:p>
      <w:pPr>
        <w:spacing w:after="80"/>
      </w:pPr>
      <w:r>
        <w:rPr>
          <w:b w:val="0"/>
          <w:i w:val="0"/>
        </w:rPr>
        <w:t>Bạn không cần phải là người hướng ngoại để lãnh đạo người khác. Tuy nhiên, đôi khi bạn có thể phải hướng ngoại hơn mức bạn tự nhiên muốn. John Lilly, cựu CEO của Mozilla, một người hướng nội, đã buộc mình phải đi dạo khắp các hành lang và giao tiếp bằng ánh mắt với mọi người sau khi ông nhận ra rằng việc ông không chào hỏi người khác đã khiến họ phật lòng.</w:t>
      </w:r>
    </w:p>
    <w:p>
      <w:pPr>
        <w:spacing w:after="80"/>
      </w:pPr>
      <w:r>
        <w:rPr>
          <w:b w:val="0"/>
          <w:i w:val="0"/>
        </w:rPr>
        <w:t>Bạn không nên cố gắng thay đổi tính cách của mình để trở thành một nhà lãnh đạo giỏi hơn. Điều đó chỉ khiến bạn trông giả tạo mà thôi. Bạn chỉ cần trở thành phiên bản tốt nhất của chính mình bằng cách tập trung vào những món quà của mình và phát huy tối đa những phẩm chất tốt nhất trong khí chất của bạn. Ví dụ, hãy xem xét hai khí chất hướng nội kinh điển: điềm tĩnh (phlegmatic) và u sầu (melancholic). Người điềm tĩnh được biết đến với sự vững vàng và khả năng làm người hòa giải. Nếu bạn thuộc tuýp điềm tĩnh, hãy khai thác những phẩm chất đó để mang lại cho đội nhóm của bạn sự an toàn và ổn định, rồi sau đó khiến mọi người làm việc cùng nhau. Người u sầu được biết đến với khả năng tư duy, sự sáng tạo và sự chú ý đến từng chi tiết. Nếu bạn thuộc tuýp u sầu, hãy tận dụng tối đa những phẩm chất đó bằng cách lập kế hoạch và hoạch định chiến lược.</w:t>
      </w:r>
    </w:p>
    <w:p>
      <w:pPr>
        <w:spacing w:after="80"/>
      </w:pPr>
      <w:r>
        <w:rPr>
          <w:b w:val="0"/>
          <w:i w:val="0"/>
        </w:rPr>
        <w:t>Ngoài việc tận dụng điểm mạnh của mình, bạn còn cần phải nỗ lực một cách có chủ đích và liên tục để kết nối với mọi người. Để làm được điều đó…</w:t>
      </w:r>
    </w:p>
    <w:p>
      <w:pPr>
        <w:pStyle w:val="Heading3"/>
      </w:pPr>
      <w:r>
        <w:rPr>
          <w:rFonts w:ascii="Calibri" w:hAnsi="Calibri"/>
          <w:b/>
          <w:i w:val="0"/>
          <w:sz w:val="26"/>
        </w:rPr>
        <w:t>1. Hiểu được giá trị của việc kết nối với người khác</w:t>
      </w:r>
    </w:p>
    <w:p>
      <w:pPr>
        <w:spacing w:after="80"/>
      </w:pPr>
      <w:r>
        <w:rPr>
          <w:b w:val="0"/>
          <w:i w:val="0"/>
        </w:rPr>
        <w:t>Hiếm có điều gì quan trọng hơn với mối quan hệ giữa người lãnh đạo và người đi theo bằng sự kết nối. Tôi đã học được ở trường tiểu học tầm ảnh hưởng lớn lao của điều này từ một trong những giáo viên tôi yêu quý nhất mọi thời đại: cô Tacy. Cô khiến tôi cảm thấy mình là đứa trẻ quan trọng nhất và được yêu thương nhất trên đời. Cô luôn cố gắng hết sức để cho tôi biết cô quan tâm tôi đến nhường nào. Mỗi khi tôi nghỉ học, cô đều viết cho tôi một mẩu giấy nhắn và động viên tôi. Khi tôi trở lại lớp, cô đảm bảo rằng tôi biết cô nhận ra tôi đã trở lại và cô vui mừng khi thấy tôi. Và đó không phải vì cô đặc biệt ưu ái riêng tôi. Cô khiến mọi đứa trẻ trong lớp đều cảm thấy như vậy.</w:t>
      </w:r>
    </w:p>
    <w:p>
      <w:pPr>
        <w:spacing w:after="80"/>
      </w:pPr>
      <w:r>
        <w:rPr>
          <w:b w:val="0"/>
          <w:i w:val="0"/>
        </w:rPr>
        <w:t>Nếu bạn muốn kết nối với mọi người, đừng bao giờ quên điều đó quan trọng đến mức nào và hãy rèn luyện nó mỗi ngày. Người ta không quan tâm bạn biết bao nhiêu cho đến khi họ biết bạn quan tâm bao nhiêu. Nghe có vẻ sến súa nhưng đó là sự thật.</w:t>
      </w:r>
    </w:p>
    <w:p>
      <w:pPr>
        <w:pStyle w:val="Heading3"/>
      </w:pPr>
      <w:r>
        <w:rPr>
          <w:rFonts w:ascii="Calibri" w:hAnsi="Calibri"/>
          <w:b/>
          <w:i w:val="0"/>
          <w:sz w:val="26"/>
        </w:rPr>
        <w:t>2. Kết nối với người khác bằng chính điểm mạnh của bạn</w:t>
      </w:r>
    </w:p>
    <w:p>
      <w:pPr>
        <w:spacing w:after="80"/>
      </w:pPr>
      <w:r>
        <w:rPr>
          <w:b w:val="0"/>
          <w:i w:val="0"/>
        </w:rPr>
        <w:t>Khi còn là một nhà lãnh đạo trẻ, tôi bắt đầu nỗ lực kết nối với mọi người. Để làm được điều đó, tôi bắt chước những người kết nối giỏi mà tôi ngưỡng mộ. Học hỏi từ họ là một ý hay, nhưng cố gắng trở thành giống họ lại là một sai lầm. Đó là một bước đột phá thực sự với tôi khi tôi nhận ra mình có những điểm mạnh có thể dùng để xây dựng sự đồng cảm và các mối quan hệ với mọi người. Ngày nay tôi dựa vào năm phẩm chất này mỗi ngày khi làm việc với mọi người, dù là một-một, trong cuộc họp hay trên sân khấu:</w:t>
      </w:r>
    </w:p>
    <w:p>
      <w:pPr>
        <w:spacing w:after="80"/>
        <w:ind w:left="360"/>
      </w:pPr>
      <w:r>
        <w:t xml:space="preserve">• </w:t>
      </w:r>
      <w:r>
        <w:rPr>
          <w:b/>
          <w:i w:val="0"/>
        </w:rPr>
        <w:t>Khiếu hài hước:</w:t>
      </w:r>
      <w:r>
        <w:rPr>
          <w:b w:val="0"/>
          <w:i w:val="0"/>
        </w:rPr>
        <w:t xml:space="preserve"> Tôi thích được cười sảng khoái và không ngại trở thành trò đùa của mọi người.</w:t>
      </w:r>
    </w:p>
    <w:p>
      <w:pPr>
        <w:spacing w:after="80"/>
        <w:ind w:left="360"/>
      </w:pPr>
      <w:r>
        <w:t xml:space="preserve">• </w:t>
      </w:r>
      <w:r>
        <w:rPr>
          <w:b/>
          <w:i w:val="0"/>
        </w:rPr>
        <w:t>Chân thật:</w:t>
      </w:r>
      <w:r>
        <w:rPr>
          <w:b w:val="0"/>
          <w:i w:val="0"/>
        </w:rPr>
        <w:t xml:space="preserve"> Tôi là chính mình trong mọi tình huống, và tôi không dạy điều gì mà tôi không sống hay không tin.</w:t>
      </w:r>
    </w:p>
    <w:p>
      <w:pPr>
        <w:spacing w:after="80"/>
        <w:ind w:left="360"/>
      </w:pPr>
      <w:r>
        <w:t xml:space="preserve">• </w:t>
      </w:r>
      <w:r>
        <w:rPr>
          <w:b/>
          <w:i w:val="0"/>
        </w:rPr>
        <w:t>Tự tin:</w:t>
      </w:r>
      <w:r>
        <w:rPr>
          <w:b w:val="0"/>
          <w:i w:val="0"/>
        </w:rPr>
        <w:t xml:space="preserve"> Tôi cảm thấy tốt về bản thân và tôi tin tưởng mạnh mẽ vào con người.</w:t>
      </w:r>
    </w:p>
    <w:p>
      <w:pPr>
        <w:spacing w:after="80"/>
        <w:ind w:left="360"/>
      </w:pPr>
      <w:r>
        <w:t xml:space="preserve">• </w:t>
      </w:r>
      <w:r>
        <w:rPr>
          <w:b/>
          <w:i w:val="0"/>
        </w:rPr>
        <w:t>Hy vọng:</w:t>
      </w:r>
      <w:r>
        <w:rPr>
          <w:b w:val="0"/>
          <w:i w:val="0"/>
        </w:rPr>
        <w:t xml:space="preserve"> Tôi tự nhiên nâng đỡ và động viên mọi người, và tôi thích làm điều đó.</w:t>
      </w:r>
    </w:p>
    <w:p>
      <w:pPr>
        <w:spacing w:after="80"/>
        <w:ind w:left="360"/>
      </w:pPr>
      <w:r>
        <w:t xml:space="preserve">• </w:t>
      </w:r>
      <w:r>
        <w:rPr>
          <w:b/>
          <w:i w:val="0"/>
        </w:rPr>
        <w:t>Đơn giản:</w:t>
      </w:r>
      <w:r>
        <w:rPr>
          <w:b w:val="0"/>
          <w:i w:val="0"/>
        </w:rPr>
        <w:t xml:space="preserve"> Tôi thực tế, không hàn lâm. Tôi không cố gây ấn tượng với mọi người bằng những từ ngữ hoa mỹ hay câu cú phức tạp. Tôi muốn kết nối với mọi người, nên tôi giữ mọi thứ đơn giản.</w:t>
      </w:r>
    </w:p>
    <w:p>
      <w:pPr>
        <w:spacing w:after="80"/>
      </w:pPr>
      <w:r>
        <w:rPr>
          <w:b w:val="0"/>
          <w:i w:val="0"/>
        </w:rPr>
        <w:t>Tôi không biết điểm mạnh của bạn là gì, nhưng bạn có vài điểm mạnh. Năm điểm mạnh hàng đầu của bạn là gì? Bạn có đang dùng chúng không? Bạn đã tìm ra cách để chính con người bạn phát huy tác dụng cho bạn chưa?</w:t>
      </w:r>
    </w:p>
    <w:p>
      <w:pPr>
        <w:pStyle w:val="Heading3"/>
      </w:pPr>
      <w:r>
        <w:rPr>
          <w:rFonts w:ascii="Calibri" w:hAnsi="Calibri"/>
          <w:b/>
          <w:i w:val="0"/>
          <w:sz w:val="26"/>
        </w:rPr>
        <w:t>Lãnh đạo những tính cách khác nhau</w:t>
      </w:r>
    </w:p>
    <w:p>
      <w:pPr>
        <w:spacing w:after="80"/>
      </w:pPr>
      <w:r>
        <w:rPr>
          <w:b w:val="0"/>
          <w:i w:val="0"/>
        </w:rPr>
        <w:t>Bạn thuộc kiểu tính cách nào? Mỗi kiểu đều có điểm mạnh riêng:</w:t>
      </w:r>
    </w:p>
    <w:p>
      <w:pPr>
        <w:spacing w:after="80"/>
      </w:pPr>
      <w:r>
        <w:rPr>
          <w:b w:val="0"/>
          <w:i w:val="0"/>
        </w:rPr>
        <w:t>Những nhà lãnh đạo tự nhiên nhất: Choleric</w:t>
      </w:r>
    </w:p>
    <w:p>
      <w:pPr>
        <w:spacing w:after="80"/>
      </w:pPr>
      <w:r>
        <w:rPr>
          <w:b w:val="0"/>
          <w:i w:val="0"/>
        </w:rPr>
        <w:t>Những nhà lãnh đạo trung thành nhất: Phlegmatic</w:t>
      </w:r>
    </w:p>
    <w:p>
      <w:pPr>
        <w:spacing w:after="80"/>
      </w:pPr>
      <w:r>
        <w:rPr>
          <w:b w:val="0"/>
          <w:i w:val="0"/>
        </w:rPr>
        <w:t>Những nhà lãnh đạo tài năng nhất: Tính cách u sầu (Melancholic)</w:t>
      </w:r>
    </w:p>
    <w:p>
      <w:pPr>
        <w:spacing w:after="80"/>
      </w:pPr>
      <w:r>
        <w:rPr>
          <w:b w:val="0"/>
          <w:i w:val="0"/>
        </w:rPr>
        <w:t>Những nhà lãnh đạo được yêu mến nhất: Tính cách lạc quan (Sanguine)</w:t>
      </w:r>
    </w:p>
    <w:p>
      <w:pPr>
        <w:spacing w:after="80"/>
      </w:pPr>
      <w:r>
        <w:rPr>
          <w:b w:val="0"/>
          <w:i w:val="0"/>
        </w:rPr>
        <w:t>Hãy tận dụng tối đa kiểu tính cách của bạn.</w:t>
      </w:r>
    </w:p>
    <w:p>
      <w:pPr>
        <w:pStyle w:val="Heading3"/>
      </w:pPr>
      <w:r>
        <w:rPr>
          <w:rFonts w:ascii="Calibri" w:hAnsi="Calibri"/>
          <w:b/>
          <w:i w:val="0"/>
          <w:sz w:val="26"/>
        </w:rPr>
        <w:t>3. Hãy nhờ những nhà lãnh đạo giỏi cho bạn phản hồi</w:t>
      </w:r>
    </w:p>
    <w:p>
      <w:pPr>
        <w:spacing w:after="80"/>
      </w:pPr>
      <w:r>
        <w:rPr>
          <w:b w:val="0"/>
          <w:i w:val="0"/>
        </w:rPr>
        <w:t>Nếu bạn muốn học cách tận dụng tối đa điểm mạnh của mình và phát huy những nét tính cách tốt nhất, hãy tìm kiếm phản hồi từ những nhà lãnh đạo khác. Tôi đã làm điều đó rất nhiều. Không chỉ nghiên cứu những nhà lãnh đạo giỏi và những người giỏi kết nối, tôi còn tìm lời khuyên của họ về lãnh đạo, và bất cứ khi nào có thể, tôi đều nhờ họ cho tôi phản hồi cụ thể về cách giao tiếp của mình. Những người không giỏi lãnh đạo và giao tiếp có thể nhận ra khi bạn không kết nối được với người khác, nhưng chỉ những người giỏi kết nối mới có thể nói cho bạn biết lý do tại sao.</w:t>
      </w:r>
    </w:p>
    <w:p>
      <w:pPr>
        <w:spacing w:after="80"/>
      </w:pPr>
      <w:r>
        <w:rPr>
          <w:b w:val="0"/>
          <w:i w:val="0"/>
        </w:rPr>
        <w:t>Như Stephen Covey đã nói: "Cần có sự khiêm nhường để tìm kiếm phản hồi. Cần có sự khôn ngoan để hiểu, phân tích và hành động phù hợp với nó." Nhưng điều đó chắc chắn đáng giá. Chỉ bằng cách là chính mình và xây dựng trên điểm mạnh của mình, bạn mới có thể trở thành một nhà lãnh đạo tốt hơn.</w:t>
      </w:r>
    </w:p>
    <w:p>
      <w:pPr>
        <w:spacing w:after="80"/>
        <w:jc w:val="center"/>
      </w:pPr>
      <w:r>
        <w:rPr>
          <w:b/>
          <w:i w:val="0"/>
        </w:rPr>
        <w:t>"Cần có sự khiêm nhường để tìm kiếm phản hồi. Cần có sự khôn ngoan để hiểu, phân tích và hành động phù hợp với nó."</w:t>
      </w:r>
    </w:p>
    <w:p>
      <w:pPr>
        <w:spacing w:after="80"/>
        <w:jc w:val="center"/>
      </w:pPr>
      <w:r>
        <w:rPr>
          <w:b/>
          <w:i/>
        </w:rPr>
        <w:t>—Stephen Covey</w:t>
      </w:r>
    </w:p>
    <w:p>
      <w:pPr>
        <w:pStyle w:val="Heading2"/>
      </w:pPr>
      <w:r>
        <w:rPr>
          <w:rFonts w:ascii="Calibri" w:hAnsi="Calibri"/>
          <w:b/>
          <w:i w:val="0"/>
          <w:sz w:val="32"/>
        </w:rPr>
        <w:t>6. Bạn sẽ cho lời khuyên gì cho một nhà lãnh đạo đầy khát vọng đang cố gắng thực hiện những bước đầu tiên vào con đường lãnh đạo?</w:t>
      </w:r>
    </w:p>
    <w:p>
      <w:pPr>
        <w:spacing w:after="80"/>
      </w:pPr>
      <w:r>
        <w:rPr>
          <w:b w:val="0"/>
          <w:i w:val="0"/>
        </w:rPr>
        <w:t>Lời khuyên tốt nhất của tôi là hãy cố gắng nhìn lãnh đạo từ góc nhìn dài hạn. Đây là lý do tôi nói vậy: khi tôi mới bắt đầu sự nghiệp, mọi người không nghĩ nhiều về tôi. Tôi rất háo hức, tôi có nhiều ý tưởng và tôi làm việc chăm chỉ, nhưng khi bạn còn trẻ, người ta không nghĩ bạn giỏi lắm. Và họ không ghi nhận bạn nhiều. Khi tôi ở trong tình huống đó, tôi muốn đứng lên và nói: "Xin lỗi. Tôi biết mình chưa giỏi lắm nhưng tôi giỏi hơn bạn nghĩ." Nhưng bạn không thể làm vậy. Bạn phải chứng minh bản thân và giành lấy uy tín.</w:t>
      </w:r>
    </w:p>
    <w:p>
      <w:pPr>
        <w:spacing w:after="80"/>
      </w:pPr>
      <w:r>
        <w:rPr>
          <w:b w:val="0"/>
          <w:i w:val="0"/>
        </w:rPr>
        <w:t xml:space="preserve">Nếu bạn làm việc chăm chỉ, học cách kết nối với mọi người, xây dựng uy tín và chứng minh bản thân mỗi ngày, sau một thời gian mọi người sẽ bắt đầu tin tưởng bạn. Bạn sẽ có ảnh hưởng, và bạn sẽ có thể hoàn thành công việc. Và đây là điều thực sự trớ trêu. Lãnh đạo giỏi đủ lâu, và mọi người sẽ chuyển từ việc </w:t>
      </w:r>
      <w:r>
        <w:rPr>
          <w:b w:val="0"/>
          <w:i/>
        </w:rPr>
        <w:t>không</w:t>
      </w:r>
      <w:r>
        <w:rPr>
          <w:b w:val="0"/>
          <w:i w:val="0"/>
        </w:rPr>
        <w:t xml:space="preserve"> ghi nhận bạn, sang ghi nhận </w:t>
      </w:r>
      <w:r>
        <w:rPr>
          <w:b w:val="0"/>
          <w:i/>
        </w:rPr>
        <w:t>đúng mức</w:t>
      </w:r>
      <w:r>
        <w:rPr>
          <w:b w:val="0"/>
          <w:i w:val="0"/>
        </w:rPr>
        <w:t xml:space="preserve">, rồi đến ghi nhận </w:t>
      </w:r>
      <w:r>
        <w:rPr>
          <w:b w:val="0"/>
          <w:i/>
        </w:rPr>
        <w:t>quá mức</w:t>
      </w:r>
      <w:r>
        <w:rPr>
          <w:b w:val="0"/>
          <w:i w:val="0"/>
        </w:rPr>
        <w:t>. Ngày nay mọi người nghĩ tôi giỏi hơn thực tế.</w:t>
      </w:r>
    </w:p>
    <w:p>
      <w:pPr>
        <w:spacing w:after="80"/>
      </w:pPr>
      <w:r>
        <w:rPr>
          <w:b w:val="0"/>
          <w:i w:val="0"/>
        </w:rPr>
        <w:t>Vậy nên hãy cố đừng lo lắng quá nhiều về việc mọi người nghĩ gì về bạn. Hãy làm hết sức mình. Làm việc chăm chỉ. Không ngừng phát triển. Và cuối cùng bạn sẽ có thể tạo ra tác động tích cực với tư cách một nhà lãnh đạo.</w:t>
      </w:r>
    </w:p>
    <w:p>
      <w:pPr>
        <w:pStyle w:val="Heading2"/>
      </w:pPr>
      <w:r>
        <w:rPr>
          <w:rFonts w:ascii="Calibri" w:hAnsi="Calibri"/>
          <w:b/>
          <w:i w:val="0"/>
          <w:sz w:val="32"/>
        </w:rPr>
        <w:t>7. Điều đầu tiên một nhà lãnh đạo nên làm khi được đưa từ bên ngoài vào để chịu trách nhiệm cho một nhóm hoặc phòng ban là gì?</w:t>
      </w:r>
    </w:p>
    <w:p>
      <w:pPr>
        <w:spacing w:after="80"/>
      </w:pPr>
      <w:r>
        <w:rPr>
          <w:b w:val="0"/>
          <w:i w:val="0"/>
        </w:rPr>
        <w:t>Mỗi khi bạn nhận trách nhiệm lãnh đạo một đội ngũ mới, đó là một thử thách, dù bạn là nhà lãnh đạo dày dạn kinh nghiệm hay người mới. Nhưng tôi tin có năm điều bạn có thể làm để khởi đầu thuận lợi và tạo tiền đề cho đội ngũ thành công:</w:t>
      </w:r>
    </w:p>
    <w:p>
      <w:pPr>
        <w:pStyle w:val="Heading3"/>
      </w:pPr>
      <w:r>
        <w:rPr>
          <w:rFonts w:ascii="Calibri" w:hAnsi="Calibri"/>
          <w:b/>
          <w:i w:val="0"/>
          <w:sz w:val="26"/>
        </w:rPr>
        <w:t>1. Củng cố các mối quan hệ</w:t>
      </w:r>
    </w:p>
    <w:p>
      <w:pPr>
        <w:spacing w:after="80"/>
      </w:pPr>
      <w:r>
        <w:rPr>
          <w:b w:val="0"/>
          <w:i w:val="0"/>
        </w:rPr>
        <w:t>Tôi đã thảo luận về tầm quan trọng của việc kết nối với mọi người trong chương này. Bạn làm điều đó để có thể củng cố các mối quan hệ và bắt đầu xây dựng đội ngũ. Bạn làm điều đó bằng cách đặt con người lên hàng đầu. Người sáng lập FedEx, Fred W. Smith, hiểu điều này. Ông nói: "Federal Express, ngay từ khi thành lập, đã đặt con người lên hàng đầu, vừa vì đó là điều đúng đắn, vừa vì đó cũng là cách kinh doanh tốt. Triết lý doanh nghiệp của chúng tôi được phát biểu ngắn gọn: Con người - Dịch vụ - Lợi nhuận."</w:t>
      </w:r>
    </w:p>
    <w:p>
      <w:pPr>
        <w:spacing w:after="80"/>
      </w:pPr>
      <w:r>
        <w:rPr>
          <w:b w:val="0"/>
          <w:i w:val="0"/>
        </w:rPr>
        <w:t>Cách nhanh nhất để xây dựng mối quan hệ là cố gắng tìm hiểu và thấu hiểu từng người trong đội của bạn. Muốn hiểu tâm trí một người, hãy nhìn vào những gì người đó đã đạt được. Muốn hiểu trái tim một người, hãy nhìn vào điều người đó khao khát làm. Nếu bạn nắm được quá khứ và khát vọng của mọi người, bạn đã đi được một chặng đường dài trong việc hiểu họ.</w:t>
      </w:r>
    </w:p>
    <w:p>
      <w:pPr>
        <w:pStyle w:val="Heading3"/>
      </w:pPr>
      <w:r>
        <w:rPr>
          <w:rFonts w:ascii="Calibri" w:hAnsi="Calibri"/>
          <w:b/>
          <w:i w:val="0"/>
          <w:sz w:val="26"/>
        </w:rPr>
        <w:t>2. Giành được lòng tin của mọi người</w:t>
      </w:r>
    </w:p>
    <w:p>
      <w:pPr>
        <w:spacing w:after="80"/>
      </w:pPr>
      <w:r>
        <w:rPr>
          <w:b w:val="0"/>
          <w:i w:val="0"/>
        </w:rPr>
        <w:t>Bạn không thể lãnh đạo một đội nếu không có sự tin tưởng của các thành viên trong đội. Michael Winston, cựu giám đốc điều hành và giám đốc phụ trách lãnh đạo của Countrywide Financial Corporation, khẳng định: "Những nhà lãnh đạo hiệu quả đảm bảo rằng mọi người cảm thấy mạnh mẽ và có năng lực. Trong mọi cuộc khảo sát lớn về thực hành của các nhà lãnh đạo hiệu quả, niềm tin vào nhà lãnh đạo là yếu tố thiết yếu nếu người khác muốn theo người đó lâu dài. Mọi người phải cảm nhận được nhà lãnh đạo là người đáng tin, có uy tín và đáng tín nhiệm."</w:t>
      </w:r>
    </w:p>
    <w:p>
      <w:pPr>
        <w:pStyle w:val="Heading3"/>
      </w:pPr>
      <w:r>
        <w:rPr>
          <w:rFonts w:ascii="Calibri" w:hAnsi="Calibri"/>
          <w:b/>
          <w:i w:val="0"/>
          <w:sz w:val="26"/>
        </w:rPr>
        <w:t>3. Đặt các thành viên trong đội đúng vị trí</w:t>
      </w:r>
    </w:p>
    <w:p>
      <w:pPr>
        <w:spacing w:after="80"/>
      </w:pPr>
      <w:r>
        <w:rPr>
          <w:b w:val="0"/>
          <w:i w:val="0"/>
        </w:rPr>
        <w:t>Trách nhiệm của nhà lãnh đạo là đặt các thành viên trong đội vào nơi họ tạo ra giá trị nhiều nhất và có cơ hội thành công lớn nhất. Làm được điều đó vừa phục vụ lợi ích cá nhân của họ, vừa giúp đội đạt hiệu suất tốt nhất.</w:t>
      </w:r>
    </w:p>
    <w:p>
      <w:pPr>
        <w:spacing w:after="80"/>
      </w:pPr>
      <w:r>
        <w:rPr>
          <w:b w:val="0"/>
          <w:i w:val="0"/>
        </w:rPr>
        <w:t xml:space="preserve">Trong cuốn sách </w:t>
      </w:r>
      <w:r>
        <w:rPr>
          <w:b w:val="0"/>
          <w:i/>
        </w:rPr>
        <w:t>The 17 Indisputable Laws of Teamwork</w:t>
      </w:r>
      <w:r>
        <w:rPr>
          <w:b w:val="0"/>
          <w:i w:val="0"/>
        </w:rPr>
        <w:t xml:space="preserve"> của tôi, tôi mô tả Quy luật Ngách (Law of the Niche), nói rằng mọi người chơi đều có một vị trí nơi họ tạo ra giá trị nhiều nhất. Làm sao để bạn xác định được mỗi thành viên trong đội phù hợp ở đâu? Bằng cách tìm hiểu điểm mạnh và điểm yếu của họ. Nếu nhà lãnh đạo không biết điểm mạnh và điểm yếu của người chơi, anh ta không thể giao phó trách nhiệm cho họ. Và cũng vì lẽ đó, nếu nhà lãnh đạo không biết điểm mạnh và điểm yếu của chính mình, anh ta </w:t>
      </w:r>
      <w:r>
        <w:rPr>
          <w:b w:val="0"/>
          <w:i/>
        </w:rPr>
        <w:t>sẽ không</w:t>
      </w:r>
      <w:r>
        <w:rPr>
          <w:b w:val="0"/>
          <w:i w:val="0"/>
        </w:rPr>
        <w:t xml:space="preserve"> giao phó trách nhiệm cho đội của mình.</w:t>
      </w:r>
    </w:p>
    <w:p>
      <w:pPr>
        <w:spacing w:after="80"/>
      </w:pPr>
      <w:r>
        <w:rPr>
          <w:b w:val="0"/>
          <w:i w:val="0"/>
        </w:rPr>
        <w:t>Khi bạn tiếp quản một đội, nếu bạn không làm gì khác ngoài việc đặt mỗi người chơi vào vùng mạnh của họ, bạn sẽ gia tăng đáng kể năng suất và thành công của đội. Điều đó có thể tạo ra khác biệt lớn trong một thời gian rất ngắn.</w:t>
      </w:r>
    </w:p>
    <w:p>
      <w:pPr>
        <w:pStyle w:val="Heading3"/>
      </w:pPr>
      <w:r>
        <w:rPr>
          <w:rFonts w:ascii="Calibri" w:hAnsi="Calibri"/>
          <w:b/>
          <w:i w:val="0"/>
          <w:sz w:val="26"/>
        </w:rPr>
        <w:t>4. Tạo ra những kỳ vọng rõ ràng</w:t>
      </w:r>
    </w:p>
    <w:p>
      <w:pPr>
        <w:spacing w:after="80"/>
      </w:pPr>
      <w:r>
        <w:rPr>
          <w:b w:val="0"/>
          <w:i w:val="0"/>
        </w:rPr>
        <w:t>Một cách khá nhanh khác để tác động tích cực đến một đội là trao cho toàn bộ đội cũng như từng người chơi những kỳ vọng rõ ràng về hiệu suất và mục tiêu. Tác giả Denis Waitley khẳng định: "Động lực luôn tỷ lệ thuận với mức độ kỳ vọng." Ngược lại, không biết người ta kỳ vọng gì ở mình thì thật mơ hồ và mất động lực. Tất cả chúng ta đều muốn "chiến thắng" được định nghĩa rõ ràng cho mình.</w:t>
      </w:r>
    </w:p>
    <w:p>
      <w:pPr>
        <w:spacing w:after="80"/>
        <w:jc w:val="center"/>
      </w:pPr>
      <w:r>
        <w:rPr>
          <w:b/>
          <w:i w:val="0"/>
        </w:rPr>
        <w:t>"Động lực luôn tỷ lệ thuận với mức độ kỳ vọng."</w:t>
      </w:r>
    </w:p>
    <w:p>
      <w:pPr>
        <w:spacing w:after="80"/>
        <w:jc w:val="center"/>
      </w:pPr>
      <w:r>
        <w:rPr>
          <w:b/>
          <w:i/>
        </w:rPr>
        <w:t>—Denis Waitley</w:t>
      </w:r>
    </w:p>
    <w:p>
      <w:pPr>
        <w:spacing w:after="80"/>
      </w:pPr>
      <w:r>
        <w:rPr>
          <w:b w:val="0"/>
          <w:i w:val="0"/>
        </w:rPr>
        <w:t>Kinh nghiệm của tôi luôn cho thấy rằng nếu tôi kỳ vọng những điều lớn lao từ mọi người, họ sẽ nỗ lực hết mình để không làm tôi thất vọng. Người giỏi luôn vươn lên tới mức kỳ vọng của bạn.</w:t>
      </w:r>
    </w:p>
    <w:p>
      <w:pPr>
        <w:pStyle w:val="Heading3"/>
      </w:pPr>
      <w:r>
        <w:rPr>
          <w:rFonts w:ascii="Calibri" w:hAnsi="Calibri"/>
          <w:b/>
          <w:i w:val="0"/>
          <w:sz w:val="26"/>
        </w:rPr>
        <w:t>5. Xác định năng lực của mọi người</w:t>
      </w:r>
    </w:p>
    <w:p>
      <w:pPr>
        <w:spacing w:after="80"/>
      </w:pPr>
      <w:r>
        <w:rPr>
          <w:b w:val="0"/>
          <w:i w:val="0"/>
        </w:rPr>
        <w:t>Như mọi huấn luyện viên đều biết, hầu hết mọi người không tự đẩy mình đến giới hạn năng lực. Thực tế, nếu bạn xem nghiên cứu mà Gallup đã thực hiện, bạn sẽ thấy một số lượng áp đảo người lao động hoàn toàn mất gắn kết trong công việc. Nhiệm vụ của nhà lãnh đạo là cố gắng thay đổi điều đó. Gallup xác định việc mọi người không làm việc theo điểm mạnh của mình là lý do chính khiến họ mất gắn kết trong công việc, vì vậy nếu bạn đã đặt mọi người vào vùng mạnh của họ, bạn đã đưa họ lên một con đường tốt để có hiệu suất tốt hơn. Nếu bạn đã truyền đạt rõ điều gì được kỳ vọng, bạn còn giúp họ nhiều hơn nữa. Còn lại gì? Đó là động viên và truyền cảm hứng để họ đạt thành tích, và cho họ một nơi an toàn để thất bại.</w:t>
      </w:r>
    </w:p>
    <w:p>
      <w:pPr>
        <w:spacing w:after="80"/>
      </w:pPr>
      <w:r>
        <w:rPr>
          <w:b w:val="0"/>
          <w:i w:val="0"/>
        </w:rPr>
        <w:t>Nếu bạn khuyến khích mọi người nỗ lực vươn xa hơn bao giờ hết, và bạn cho họ tự do thất bại, họ sẽ chấp nhận rủi ro, và bạn sẽ giúp họ xác định năng lực thực sự của mình. Đó không phải là chuyện nhỏ. Daniel H. Pink nói: "Một nguồn gốc của sự bực bội nơi làm việc là sự lệch pha thường xuyên giữa điều mọi người phải làm và điều mọi người có thể làm. Khi điều họ phải làm vượt quá năng lực của họ, kết quả là lo lắng. Khi điều họ phải làm thấp hơn năng lực của họ, kết quả là buồn chán. Nhưng khi sự cân bằng vừa đúng, kết quả có thể thật rực rỡ."</w:t>
      </w:r>
    </w:p>
    <w:p>
      <w:pPr>
        <w:pStyle w:val="Heading2"/>
      </w:pPr>
      <w:r>
        <w:rPr>
          <w:rFonts w:ascii="Calibri" w:hAnsi="Calibri"/>
          <w:b/>
          <w:i w:val="0"/>
          <w:sz w:val="32"/>
        </w:rPr>
        <w:t>8. Làm thế nào để bạn tìm được sự cân bằng giữa lãnh đạo người khác và tự mình sản xuất?</w:t>
      </w:r>
    </w:p>
    <w:p>
      <w:pPr>
        <w:spacing w:after="80"/>
      </w:pPr>
      <w:r>
        <w:rPr>
          <w:b w:val="0"/>
          <w:i w:val="0"/>
        </w:rPr>
        <w:t>Khi tôi mới bắt đầu sự nghiệp, tôi không hề cố gắng dẫn dắt ai cả. Thực ra tôi chẳng nghĩ gì đến chuyện lãnh đạo. Tôi chỉ đơn giản là cố gắng hoàn thành công việc. Tôi tập trung vào việc tiếp cận mọi người và cố gắng phát triển nhà thờ của mình. Nói cách khác, tôi là một người sản xuất (producer), và nếu bạn hỏi tôi, tôi sẽ nói rằng lãnh đạo chính là sản xuất.</w:t>
      </w:r>
    </w:p>
    <w:p>
      <w:pPr>
        <w:spacing w:after="80"/>
      </w:pPr>
      <w:r>
        <w:rPr>
          <w:b w:val="0"/>
          <w:i w:val="0"/>
        </w:rPr>
        <w:t>Giờ nhìn lại, tôi nhận ra mình khi đó là một nhà lãnh đạo Cấp 3, dựa trên 5 Cấp độ Lãnh đạo. Và điều đó chẳng có gì sai cả. Cấp 3 là nơi bạn xây dựng được uy tín.</w:t>
      </w:r>
    </w:p>
    <w:p>
      <w:pPr>
        <w:jc w:val="center"/>
      </w:pPr>
      <w:r>
        <w:drawing>
          <wp:inline xmlns:a="http://schemas.openxmlformats.org/drawingml/2006/main" xmlns:pic="http://schemas.openxmlformats.org/drawingml/2006/picture">
            <wp:extent cx="2343150" cy="3686175"/>
            <wp:docPr id="21" name="Picture 21"/>
            <wp:cNvGraphicFramePr>
              <a:graphicFrameLocks noChangeAspect="1"/>
            </wp:cNvGraphicFramePr>
            <a:graphic>
              <a:graphicData uri="http://schemas.openxmlformats.org/drawingml/2006/picture">
                <pic:pic>
                  <pic:nvPicPr>
                    <pic:cNvPr id="0" name="00006.jpeg"/>
                    <pic:cNvPicPr/>
                  </pic:nvPicPr>
                  <pic:blipFill>
                    <a:blip r:embed="rId14"/>
                    <a:stretch>
                      <a:fillRect/>
                    </a:stretch>
                  </pic:blipFill>
                  <pic:spPr>
                    <a:xfrm>
                      <a:off x="0" y="0"/>
                      <a:ext cx="2343150" cy="3686175"/>
                    </a:xfrm>
                    <a:prstGeom prst="rect"/>
                  </pic:spPr>
                </pic:pic>
              </a:graphicData>
            </a:graphic>
          </wp:inline>
        </w:drawing>
      </w:r>
    </w:p>
    <w:p>
      <w:pPr>
        <w:spacing w:after="80"/>
      </w:pPr>
      <w:r>
        <w:rPr>
          <w:b w:val="0"/>
          <w:i w:val="0"/>
        </w:rPr>
        <w:t>Lãnh đạo thường là kết quả của việc một người làm việc hiệu quả. Đó thường là lý do khiến người ta sẵn lòng theo bạn. Nếu bạn giỏi việc mình làm, những người có động lực sẽ muốn biết tại sao. Họ muốn quan sát bạn và học hỏi từ bạn. Họ sẵn lòng làm theo chỉ dẫn của bạn, vì họ hy vọng bạn có thể giúp họ giỏi hơn. Đó thường là nơi lãnh đạo bắt đầu.</w:t>
      </w:r>
    </w:p>
    <w:p>
      <w:pPr>
        <w:spacing w:after="80"/>
      </w:pPr>
      <w:r>
        <w:rPr>
          <w:b w:val="0"/>
          <w:i w:val="0"/>
        </w:rPr>
        <w:t>Giả sử bạn là một người làm việc rất hiệu quả và người khác bắt đầu nhận ra bạn giỏi việc mình làm, rồi họ bắt đầu nhờ bạn giúp, dù bạn chưa có trách nhiệm lãnh đạo chính thức nào. Bạn sẽ làm gì? Giúp người khác sẽ tốn thời gian của bạn. Nó có thể làm giảm năng suất của bạn. Bạn có giúp họ không, dù việc đó khiến bạn khó hơn trong việc lo liệu trách nhiệm của bản thân và hoàn thành công việc? Nhiều người không muốn bị làm phiền. Nhưng giả sử bạn yêu thích việc mình làm và bạn khao khát giúp đỡ mọi người. Vậy là bạn dành cho họ một phần thời gian và bù đắp phần thiếu hụt bằng cách làm việc lâu hơn hoặc thông minh hơn. Trong giai đoạn này, có lẽ bạn sẽ dành 90 phần trăm thời gian để sản xuất và chỉ 10 phần trăm để lãnh đạo.</w:t>
      </w:r>
    </w:p>
    <w:p>
      <w:pPr>
        <w:spacing w:after="80"/>
      </w:pPr>
      <w:r>
        <w:rPr>
          <w:b w:val="0"/>
          <w:i w:val="0"/>
        </w:rPr>
        <w:t>Nếu bạn làm việc trong một tổ chức biết ghi nhận và thưởng cho những người sản xuất giỏi giúp đỡ đội nhóm, có lẽ bạn sẽ được giao một số trách nhiệm lãnh đạo. Tuy nhiên, bạn có thể nhận những trách nhiệm đó chồng lên trách nhiệm hiện có của mình. (Và điều này gần như chắc chắn đúng nếu bạn là doanh nhân hoặc tự làm chủ.) Đây là lúc bạn cần bắt đầu học cách quản lý việc vừa sản xuất vừa lãnh đạo. Có thể sự cân bằng sẽ dịch chuyển từ chín-mười sang tám-hai. Ở điểm này, hai thứ trở nên then chốt: ưu tiên và giao việc (delegation). Đến một lúc nào đó, bạn sẽ hết giờ trong ngày và hết ngày trong tuần. Bạn sẽ phải ngừng làm một số việc và bắt đầu giao việc khác cho người khác. Để bắt đầu xác định những nhiệm vụ nào bạn có thể chuyển giao, hãy tự hỏi mình những câu hỏi sau:</w:t>
      </w:r>
    </w:p>
    <w:p>
      <w:pPr>
        <w:spacing w:after="80"/>
      </w:pPr>
      <w:r>
        <w:rPr>
          <w:b w:val="0"/>
          <w:i w:val="0"/>
        </w:rPr>
        <w:t xml:space="preserve">• </w:t>
      </w:r>
      <w:r>
        <w:rPr>
          <w:b/>
          <w:i w:val="0"/>
        </w:rPr>
        <w:t xml:space="preserve">Việc gì tôi </w:t>
      </w:r>
      <w:r>
        <w:rPr>
          <w:b/>
          <w:i/>
        </w:rPr>
        <w:t>bắt buộc</w:t>
      </w:r>
      <w:r>
        <w:rPr>
          <w:b/>
          <w:i w:val="0"/>
        </w:rPr>
        <w:t xml:space="preserve"> phải tự làm?</w:t>
      </w:r>
      <w:r>
        <w:rPr>
          <w:b w:val="0"/>
          <w:i w:val="0"/>
        </w:rPr>
        <w:t xml:space="preserve"> Một số nhiệm vụ không thể giao cho người khác. Nếu bạn sở hữu một doanh nghiệp, bạn biết mình có trách nhiệm với tổ chức trong việc giúp nó thành công. Trách nhiệm cuối cùng thuộc về bạn. Nếu bạn làm việc cho người khác, có những việc sếp yêu cầu bạn phải tự làm. Hãy hỏi điều gì </w:t>
      </w:r>
      <w:r>
        <w:rPr>
          <w:b w:val="0"/>
          <w:i/>
        </w:rPr>
        <w:t>bắt buộc</w:t>
      </w:r>
      <w:r>
        <w:rPr>
          <w:b w:val="0"/>
          <w:i w:val="0"/>
        </w:rPr>
        <w:t xml:space="preserve"> phải làm mà </w:t>
      </w:r>
      <w:r>
        <w:rPr>
          <w:b w:val="0"/>
          <w:i/>
        </w:rPr>
        <w:t>chỉ</w:t>
      </w:r>
      <w:r>
        <w:rPr>
          <w:b w:val="0"/>
          <w:i w:val="0"/>
        </w:rPr>
        <w:t xml:space="preserve"> bạn có thể làm và không thể giao cho ai khác. Những trách nhiệm này phải luôn nằm cao trong danh sách ưu tiên của bạn. Khi tôi chuẩn bị nhận vị trí lãnh đạo cuối cùng mà tôi làm việc cho người khác, tôi đã hỏi những nhiệm vụ nào chỉ mình tôi có thể làm. Những việc đó tôi tự làm, còn gần như mọi thứ khác tôi đều giao lại.</w:t>
      </w:r>
    </w:p>
    <w:p>
      <w:pPr>
        <w:spacing w:after="80"/>
      </w:pPr>
      <w:r>
        <w:rPr>
          <w:b w:val="0"/>
          <w:i w:val="0"/>
        </w:rPr>
        <w:t xml:space="preserve">• </w:t>
      </w:r>
      <w:r>
        <w:rPr>
          <w:b/>
          <w:i w:val="0"/>
        </w:rPr>
        <w:t xml:space="preserve">Việc gì mang lại </w:t>
      </w:r>
      <w:r>
        <w:rPr>
          <w:b/>
          <w:i/>
        </w:rPr>
        <w:t>lợi nhuận</w:t>
      </w:r>
      <w:r>
        <w:rPr>
          <w:b/>
          <w:i w:val="0"/>
        </w:rPr>
        <w:t xml:space="preserve"> lớn nhất cho tổ chức?</w:t>
      </w:r>
      <w:r>
        <w:rPr>
          <w:b w:val="0"/>
          <w:i w:val="0"/>
        </w:rPr>
        <w:t xml:space="preserve"> Một số việc bạn làm mang lại giá trị lớn cho tổ chức vì chúng tận dụng những thế mạnh lớn nhất của bạn. Đây là những việc trong vùng sản xuất của bạn, và bạn không bao giờ nên giao chúng cho người khác. Ví dụ, tôi không bao giờ nhờ người khác phát biểu thay mình. Đây là điểm mạnh nhất của tôi. Nó mang lại giá trị cho mọi người, tạo ra doanh thu và gia tăng cơ hội cho các tổ chức của tôi. Tôi sẽ tiếp tục phát biểu chừng nào những điều này còn đúng.</w:t>
      </w:r>
    </w:p>
    <w:p>
      <w:pPr>
        <w:spacing w:after="80"/>
      </w:pPr>
      <w:r>
        <w:rPr>
          <w:b w:val="0"/>
          <w:i w:val="0"/>
        </w:rPr>
        <w:t xml:space="preserve">• </w:t>
      </w:r>
      <w:r>
        <w:rPr>
          <w:b/>
          <w:i w:val="0"/>
        </w:rPr>
        <w:t xml:space="preserve">Việc gì </w:t>
      </w:r>
      <w:r>
        <w:rPr>
          <w:b/>
          <w:i/>
        </w:rPr>
        <w:t>mang lại phần thưởng</w:t>
      </w:r>
      <w:r>
        <w:rPr>
          <w:b/>
          <w:i w:val="0"/>
        </w:rPr>
        <w:t xml:space="preserve"> cho cá nhân tôi?</w:t>
      </w:r>
      <w:r>
        <w:rPr>
          <w:b w:val="0"/>
          <w:i w:val="0"/>
        </w:rPr>
        <w:t xml:space="preserve"> Có những nhiệm vụ mà chúng ta đơn giản là thích làm. Nếu chúng mang lại lợi nhuận cao thì tuyệt. Nếu không, chúng ta cần buông bỏ chúng. Ví dụ, hồi đầu sự nghiệp, tôi thích dành thời gian xem các chỉ số và phân tích số liệu thống kê. Tôi có thể làm việc đó cả ngày vì nó như một liều thuốc kích thích với tôi. Nhưng nó có mang lại lợi nhuận cao không? Không. Nó có bắt buộc với tôi không? Không. Người khác có thể làm được không? Có. Vậy nên tôi phải ngừng làm việc đó. Thú thật, đây chính là chỗ người ta bị vấp. Họ cứ tiếp tục làm những việc mình thích mà lẽ ra không nên làm. Nếu bạn muốn làm việc hiệu quả, bạn nên cố học cách tìm niềm vui từ những việc mang lại lợi nhuận lớn nhất và rèn luyện bản thân để làm những việc đó.</w:t>
      </w:r>
    </w:p>
    <w:p>
      <w:pPr>
        <w:spacing w:after="80"/>
        <w:jc w:val="center"/>
      </w:pPr>
      <w:r>
        <w:rPr>
          <w:b/>
          <w:i w:val="0"/>
        </w:rPr>
        <w:t>Nếu bạn muốn làm việc hiệu quả, bạn nên cố học cách tìm niềm vui từ những việc mang lại lợi nhuận lớn nhất và rèn luyện bản thân để làm những việc đó.</w:t>
      </w:r>
    </w:p>
    <w:p>
      <w:pPr>
        <w:spacing w:after="80"/>
      </w:pPr>
      <w:r>
        <w:rPr>
          <w:b w:val="0"/>
          <w:i w:val="0"/>
        </w:rPr>
        <w:t xml:space="preserve">• </w:t>
      </w:r>
      <w:r>
        <w:rPr>
          <w:b/>
          <w:i w:val="0"/>
        </w:rPr>
        <w:t xml:space="preserve">Việc gì </w:t>
      </w:r>
      <w:r>
        <w:rPr>
          <w:b/>
          <w:i/>
        </w:rPr>
        <w:t>nhân bản</w:t>
      </w:r>
      <w:r>
        <w:rPr>
          <w:b/>
          <w:i w:val="0"/>
        </w:rPr>
        <w:t xml:space="preserve"> năng suất và khả năng lãnh đạo ở người khác?</w:t>
      </w:r>
      <w:r>
        <w:rPr>
          <w:b w:val="0"/>
          <w:i w:val="0"/>
        </w:rPr>
        <w:t xml:space="preserve"> Khi hầu hết mọi người nghĩ về việc giao việc, họ tập trung vào lợi ích cho bản thân. Họ hiểu rằng nó giải phóng thời gian để họ đảm nhận thêm trách nhiệm, như việc lãnh đạo. Và điều đó tốt. Nhưng còn một lợi ích khác của việc giao việc: nó cho phép người khác phát triển khả năng sản xuất hoặc lãnh đạo của họ. Ban đầu, việc này thực ra có thể tốn nhiều thời gian của bạn hơn. Nhưng về lâu dài, nó mang lại lợi ích không chỉ cho bạn mà còn cho tổ chức và những người bạn phát triển.</w:t>
      </w:r>
    </w:p>
    <w:p>
      <w:pPr>
        <w:spacing w:after="80"/>
      </w:pPr>
      <w:r>
        <w:rPr>
          <w:b w:val="0"/>
          <w:i w:val="0"/>
        </w:rPr>
        <w:t>Khi khả năng lãnh đạo và trách nhiệm của bạn tăng lên, sự cân bằng giữa thời gian bạn dành để lãnh đạo và thời gian bạn dành để sản xuất sẽ thay đổi. Nếu bạn là một người trang bị và phát triển người khác giỏi—một nhà lãnh đạo Cấp 4—bạn có thể đạt đến mức dành 90 phần trăm thời gian để lãnh đạo và nhân bản các nhà lãnh đạo, và chỉ 10 phần trăm thời gian thực sự để sản xuất. Tuy nhiên, nếu ở bất kỳ điểm nào bạn bắt đầu mất uy tín với đội nhóm hoặc với người bạn làm việc cùng, bạn sẽ cần chuyển nhiều thời gian và sự chú ý trở lại việc sản xuất. Năng suất là động cơ thúc đẩy uy tín và khả năng lãnh đạo của bạn.</w:t>
      </w:r>
    </w:p>
    <w:p>
      <w:pPr>
        <w:pStyle w:val="Heading3"/>
      </w:pPr>
      <w:r>
        <w:rPr>
          <w:rFonts w:ascii="Calibri" w:hAnsi="Calibri"/>
          <w:b/>
          <w:i w:val="0"/>
          <w:sz w:val="26"/>
        </w:rPr>
        <w:t>Những câu hỏi cần đặt ra trước khi giao việc</w:t>
      </w:r>
    </w:p>
    <w:p>
      <w:pPr>
        <w:spacing w:after="80"/>
      </w:pPr>
      <w:r>
        <w:rPr>
          <w:b w:val="0"/>
          <w:i w:val="0"/>
        </w:rPr>
        <w:t>Khi bạn giao việc cho người khác, hãy cân nhắc những câu hỏi sau từ người bạn của tôi, Bobb Biehl:</w:t>
      </w:r>
    </w:p>
    <w:p>
      <w:pPr>
        <w:spacing w:after="80"/>
      </w:pPr>
      <w:r>
        <w:rPr>
          <w:b/>
          <w:i w:val="0"/>
        </w:rPr>
        <w:t xml:space="preserve">1. Chính xác </w:t>
      </w:r>
      <w:r>
        <w:rPr>
          <w:b/>
          <w:i/>
        </w:rPr>
        <w:t>việc gì</w:t>
      </w:r>
      <w:r>
        <w:rPr>
          <w:b/>
          <w:i w:val="0"/>
        </w:rPr>
        <w:t xml:space="preserve"> </w:t>
      </w:r>
      <w:r>
        <w:rPr>
          <w:b/>
          <w:i/>
        </w:rPr>
        <w:t>cần phải được làm?</w:t>
      </w:r>
      <w:r>
        <w:rPr>
          <w:b w:val="0"/>
          <w:i w:val="0"/>
        </w:rPr>
        <w:t xml:space="preserve"> Người ta không thể bắn trúng một mục tiêu ẩn giấu. Khi bạn giao cho ai đó một nhiệm vụ, hãy định nghĩa việc cần làm càng chính xác càng tốt. Người ta cần biết thế nào là thành công.</w:t>
      </w:r>
    </w:p>
    <w:p>
      <w:pPr>
        <w:spacing w:after="80"/>
      </w:pPr>
      <w:r>
        <w:rPr>
          <w:b/>
          <w:i w:val="0"/>
        </w:rPr>
        <w:t xml:space="preserve">2. </w:t>
      </w:r>
      <w:r>
        <w:rPr>
          <w:b/>
          <w:i/>
        </w:rPr>
        <w:t>Tại sao</w:t>
      </w:r>
      <w:r>
        <w:rPr>
          <w:b/>
          <w:i w:val="0"/>
        </w:rPr>
        <w:t xml:space="preserve"> việc đó cần phải được làm?</w:t>
      </w:r>
      <w:r>
        <w:rPr>
          <w:b w:val="0"/>
          <w:i w:val="0"/>
        </w:rPr>
        <w:t xml:space="preserve"> Làm sao để tránh bị liên tục kéo trở lại vào quy trình khi bạn giao việc? Bằng cách nói rõ </w:t>
      </w:r>
      <w:r>
        <w:rPr>
          <w:b w:val="0"/>
          <w:i/>
        </w:rPr>
        <w:t>tại sao</w:t>
      </w:r>
      <w:r>
        <w:rPr>
          <w:b w:val="0"/>
          <w:i w:val="0"/>
        </w:rPr>
        <w:t>. Khi người ta biết tại sao, họ có thể đưa ra quyết định tốt hơn.</w:t>
      </w:r>
    </w:p>
    <w:p>
      <w:pPr>
        <w:spacing w:after="80"/>
      </w:pPr>
      <w:r>
        <w:rPr>
          <w:b/>
          <w:i w:val="0"/>
        </w:rPr>
        <w:t xml:space="preserve">3. </w:t>
      </w:r>
      <w:r>
        <w:rPr>
          <w:b/>
          <w:i/>
        </w:rPr>
        <w:t>Khi nào</w:t>
      </w:r>
      <w:r>
        <w:rPr>
          <w:b/>
          <w:i w:val="0"/>
        </w:rPr>
        <w:t xml:space="preserve"> việc đó cần phải được làm?</w:t>
      </w:r>
      <w:r>
        <w:rPr>
          <w:b w:val="0"/>
          <w:i w:val="0"/>
        </w:rPr>
        <w:t xml:space="preserve"> Không gì tạo động lực bằng một thời hạn chót. Bên cạnh đó, ai cũng thích cảm giác hoàn thành. Người ta sẽ không có được cảm giác đó nếu họ không biết khi nào mình đã hoàn thành một nhiệm vụ.</w:t>
      </w:r>
    </w:p>
    <w:p>
      <w:pPr>
        <w:spacing w:after="80"/>
      </w:pPr>
      <w:r>
        <w:rPr>
          <w:b/>
          <w:i w:val="0"/>
        </w:rPr>
        <w:t xml:space="preserve">4. </w:t>
      </w:r>
      <w:r>
        <w:rPr>
          <w:b/>
          <w:i/>
        </w:rPr>
        <w:t>Ai</w:t>
      </w:r>
      <w:r>
        <w:rPr>
          <w:b/>
          <w:i w:val="0"/>
        </w:rPr>
        <w:t xml:space="preserve"> là người giỏi nhất để làm việc đó?</w:t>
      </w:r>
      <w:r>
        <w:rPr>
          <w:b w:val="0"/>
          <w:i w:val="0"/>
        </w:rPr>
        <w:t xml:space="preserve"> Hãy luôn cố gắng giao việc dựa trên điểm mạnh của mỗi người. Bạn muốn tạo điều kiện để mọi người thành công và giúp cả đội cùng thắng.</w:t>
      </w:r>
    </w:p>
    <w:p>
      <w:pPr>
        <w:spacing w:after="80"/>
      </w:pPr>
      <w:r>
        <w:rPr>
          <w:b/>
          <w:i w:val="0"/>
        </w:rPr>
        <w:t xml:space="preserve">5. </w:t>
      </w:r>
      <w:r>
        <w:rPr>
          <w:b/>
          <w:i/>
        </w:rPr>
        <w:t>Cần làm tốt đến mức nào?</w:t>
      </w:r>
      <w:r>
        <w:rPr>
          <w:b w:val="0"/>
          <w:i w:val="0"/>
        </w:rPr>
        <w:t xml:space="preserve"> Không phải công việc nào cũng như nhau. Rửa xe không cần phải chính xác như phẫu thuật não, và đòi hỏi cùng một tiêu chuẩn cho cả hai việc là lãng phí thời gian và sức lực. Hãy đặt ra tiêu chuẩn tùy theo tầm quan trọng của công việc. Ngoài ra, với việc giao phó những gì tôi vẫn tự làm, nguyên tắc chung của tôi là nếu ai đó có thể làm một công việc tốt ít nhất 80 phần trăm so với tôi, thì tôi không nên tự làm việc đó nữa.</w:t>
      </w:r>
    </w:p>
    <w:p>
      <w:pPr>
        <w:pStyle w:val="Heading2"/>
      </w:pPr>
      <w:r>
        <w:rPr>
          <w:rFonts w:ascii="Calibri" w:hAnsi="Calibri"/>
          <w:b/>
          <w:i w:val="0"/>
          <w:sz w:val="32"/>
        </w:rPr>
        <w:t>9. Tôi luôn lo lắng về việc làm tổn thương cảm xúc của người khác hoặc lo người ta sẽ nghĩ gì về mình. Tôi có thể làm gì để vượt qua điều này và trở thành một nhà lãnh đạo mạnh mẽ?</w:t>
      </w:r>
    </w:p>
    <w:p>
      <w:pPr>
        <w:spacing w:after="80"/>
      </w:pPr>
      <w:r>
        <w:rPr>
          <w:b w:val="0"/>
          <w:i w:val="0"/>
        </w:rPr>
        <w:t>Chừng nào bạn còn quá bận tâm đến việc người khác nghĩ gì về mình, bạn sẽ không thể trở thành một nhà lãnh đạo mạnh mẽ. Tôi nói vậy vì tôi từng là người hay làm hài lòng người khác và quá quan tâm đến suy nghĩ của người khác về mình. Khi mới bắt đầu sự nghiệp, tôi thường biết mình nên làm gì, nhưng tôi không làm. Tôi có sự rõ ràng, nhưng không có sự tự tin.</w:t>
      </w:r>
    </w:p>
    <w:p>
      <w:pPr>
        <w:spacing w:after="80"/>
      </w:pPr>
      <w:r>
        <w:rPr>
          <w:b w:val="0"/>
          <w:i w:val="0"/>
        </w:rPr>
        <w:t>Chìa khóa cho sự thay đổi của tôi là quyết định làm điều tốt nhất, chứ không phải điều tốt nhất cho bản thân tôi. Tôi phải tin vào mục tiêu hơn là tin vào sự thoải mái của mình. Tôi phải sống vì một mục đích lớn hơn bản thân. Tôi phải sẵn sàng chịu áp lực để có thể đưa mọi người tiến lên. Đây là cách nó vận hành:</w:t>
      </w:r>
    </w:p>
    <w:p>
      <w:pPr>
        <w:spacing w:after="80"/>
        <w:ind w:left="360"/>
      </w:pPr>
      <w:r>
        <w:t xml:space="preserve">• </w:t>
      </w:r>
      <w:r>
        <w:rPr>
          <w:b w:val="0"/>
          <w:i w:val="0"/>
        </w:rPr>
        <w:t>Tin vào mục tiêu tạo nên niềm tin vững chắc của bạn.</w:t>
      </w:r>
    </w:p>
    <w:p>
      <w:pPr>
        <w:spacing w:after="80"/>
        <w:ind w:left="360"/>
      </w:pPr>
      <w:r>
        <w:t xml:space="preserve">• </w:t>
      </w:r>
      <w:r>
        <w:rPr>
          <w:b w:val="0"/>
          <w:i w:val="0"/>
        </w:rPr>
        <w:t>Tin vào tầm nhìn của bạn tiếp thêm nguồn cảm hứng cho bạn.</w:t>
      </w:r>
    </w:p>
    <w:p>
      <w:pPr>
        <w:spacing w:after="80"/>
        <w:ind w:left="360"/>
      </w:pPr>
      <w:r>
        <w:t xml:space="preserve">• </w:t>
      </w:r>
      <w:r>
        <w:rPr>
          <w:b w:val="0"/>
          <w:i w:val="0"/>
        </w:rPr>
        <w:t>Tin vào con người của bạn tạo nên động lực cho bạn.</w:t>
      </w:r>
    </w:p>
    <w:p>
      <w:pPr>
        <w:spacing w:after="80"/>
      </w:pPr>
      <w:r>
        <w:rPr>
          <w:b w:val="0"/>
          <w:i w:val="0"/>
        </w:rPr>
        <w:t>Một khi bạn có đủ niềm tin vững chắc để không còn lo lắng về những gì người khác nghĩ, bạn sẽ sẵn lòng và có khả năng đặt ra những tiêu chuẩn cần thiết để lãnh đạo hiệu quả. Khi tôi đến Skyline ở San Diego với vai trò lãnh đạo, tổ chức này đã trì trệ trong nhiều năm. Làm sao tôi có thể khiến nó phát triển trở lại? Tôi nâng cao tiêu chuẩn lãnh đạo: tôi kỳ vọng kết quả tốt hơn từ mỗi nhà lãnh đạo; tôi nhất quyết đòi mọi người phải đào tạo những nhà lãnh đạo mới; tôi cũng cho một số nhân viên nghỉ việc và tuyển những nhà lãnh đạo giỏi hơn. Những việc đó có làm tôi được nhân viên yêu mến không? Không. Nhưng chúng giúp tổ chức phát triển. Trong thời gian tôi ở đó, quy mô tổ chức đã tăng hơn gấp ba lần.</w:t>
      </w:r>
    </w:p>
    <w:p>
      <w:pPr>
        <w:spacing w:after="80"/>
      </w:pPr>
      <w:r>
        <w:rPr>
          <w:b w:val="0"/>
          <w:i w:val="0"/>
        </w:rPr>
        <w:t>Công việc của nhà lãnh đạo là xác định các tiêu chuẩn cho những người mình dẫn dắt. Với tư cách là nhà lãnh đạo, tôi không bao giờ được quên điều đó. Tôi phải…</w:t>
      </w:r>
    </w:p>
    <w:p>
      <w:pPr>
        <w:spacing w:after="80"/>
      </w:pPr>
      <w:r>
        <w:rPr>
          <w:b w:val="0"/>
          <w:i w:val="0"/>
        </w:rPr>
        <w:t>Đặt ra tiêu chuẩn,</w:t>
      </w:r>
    </w:p>
    <w:p>
      <w:pPr>
        <w:spacing w:after="80"/>
      </w:pPr>
      <w:r>
        <w:rPr>
          <w:b w:val="0"/>
          <w:i w:val="0"/>
        </w:rPr>
        <w:t>Dạy các tiêu chuẩn,</w:t>
      </w:r>
    </w:p>
    <w:p>
      <w:pPr>
        <w:spacing w:after="80"/>
      </w:pPr>
      <w:r>
        <w:rPr>
          <w:b w:val="0"/>
          <w:i w:val="0"/>
        </w:rPr>
        <w:t>Sống theo các tiêu chuẩn,</w:t>
      </w:r>
    </w:p>
    <w:p>
      <w:pPr>
        <w:spacing w:after="80"/>
      </w:pPr>
      <w:r>
        <w:rPr>
          <w:b w:val="0"/>
          <w:i w:val="0"/>
        </w:rPr>
        <w:t>Dẫn dắt người khác vươn tới các tiêu chuẩn.</w:t>
      </w:r>
    </w:p>
    <w:p>
      <w:pPr>
        <w:spacing w:after="80"/>
      </w:pPr>
      <w:r>
        <w:rPr>
          <w:b w:val="0"/>
          <w:i w:val="0"/>
        </w:rPr>
        <w:t>Nếu tôi không làm vậy, cả tôi và tổ chức sẽ trôi dần vào sự tầm thường—rồi từ đó đi xuống.</w:t>
      </w:r>
    </w:p>
    <w:p>
      <w:pPr>
        <w:spacing w:after="80"/>
      </w:pPr>
      <w:r>
        <w:rPr>
          <w:b w:val="0"/>
          <w:i w:val="0"/>
        </w:rPr>
        <w:t>Để trở thành một nhà lãnh đạo hiệu quả, bạn phải lắng nghe người khác, và cân nhắc suy nghĩ cùng ý tưởng của họ, nhưng hãy làm điều đúng đắn cho tổ chức và cho mọi người theo các giá trị cá nhân và những tiêu chuẩn cao nhất của bạn.</w:t>
      </w:r>
    </w:p>
    <w:p>
      <w:pPr>
        <w:pStyle w:val="Heading2"/>
      </w:pPr>
      <w:r>
        <w:rPr>
          <w:rFonts w:ascii="Calibri" w:hAnsi="Calibri"/>
          <w:b/>
          <w:i w:val="0"/>
          <w:sz w:val="32"/>
        </w:rPr>
        <w:t>10. Làm thế nào để một nhà lãnh đạo mới nổi xây dựng sự tự tin lãnh đạo mà không cần sự khẳng định từ người khác?</w:t>
      </w:r>
    </w:p>
    <w:p>
      <w:pPr>
        <w:spacing w:after="80"/>
      </w:pPr>
      <w:r>
        <w:rPr>
          <w:b w:val="0"/>
          <w:i w:val="0"/>
        </w:rPr>
        <w:t xml:space="preserve">Sự tự tin rất quan trọng đối với một nhà lãnh đạo, như tôi đã trình bày trong câu trả lời cho câu hỏi trước. Nếu bạn đã đọc </w:t>
      </w:r>
      <w:r>
        <w:rPr>
          <w:b w:val="0"/>
          <w:i/>
        </w:rPr>
        <w:t>21 Nguyên Tắc Bất Biến Của Lãnh Đạo</w:t>
      </w:r>
      <w:r>
        <w:rPr>
          <w:b w:val="0"/>
          <w:i w:val="0"/>
        </w:rPr>
        <w:t xml:space="preserve"> (The 21 Irrefutable Laws of Leadership), bạn hẳn đã quen với Nguyên Tắc Đà Lớn (Law of the Big Mo), nói rằng đà tiến là người bạn thân nhất của nhà lãnh đạo. Điều gì xoay chìa khóa để tạo ra đà tiến và khởi động nó? Thường thì đó chính là sự tự tin của nhà lãnh đạo!</w:t>
      </w:r>
    </w:p>
    <w:p>
      <w:pPr>
        <w:spacing w:after="80"/>
      </w:pPr>
      <w:r>
        <w:rPr>
          <w:b w:val="0"/>
          <w:i w:val="0"/>
        </w:rPr>
        <w:t>Sự tự tin giúp nhà lãnh đạo có thể chấp nhận rủi ro và lên tiếng. Nó tiếp thêm sức mạnh để họ bước lên trước khi cần. Nó giúp họ đối mặt với những vấn đề lớn và vượt qua thất bại. Phải thừa nhận rằng: lãnh đạo thường lộn xộn và khó khăn. Sự tự tin giúp nhà lãnh đạo có thể tiếp tục tiến về phía trước bất chấp điều đó.</w:t>
      </w:r>
    </w:p>
    <w:p>
      <w:pPr>
        <w:spacing w:after="80"/>
      </w:pPr>
      <w:r>
        <w:rPr>
          <w:b w:val="0"/>
          <w:i w:val="0"/>
        </w:rPr>
        <w:t>Sự tự tin cũng khiến mỗi người trở nên khác biệt. Người tự tin nổi bật giữa đám đông. Nhà lãnh đạo tự tin mang lại sự chắc chắn cho những người đang bất an và cảm giác an toàn cho những người thiếu an tâm. Người ta tìm đến những nhà lãnh đạo tự tin. Người ta muốn đi theo những ai biết mình đang đi đâu. Sự tự tin của họ trao cho những người đi theo sự tự tin. Cùng nhau, họ có nhiều khả năng vượt qua nghịch cảnh hơn.</w:t>
      </w:r>
    </w:p>
    <w:p>
      <w:pPr>
        <w:spacing w:after="80"/>
      </w:pPr>
      <w:r>
        <w:rPr>
          <w:b w:val="0"/>
          <w:i w:val="0"/>
        </w:rPr>
        <w:t>Thật không may, nhiều nhà lãnh đạo trẻ phải hoạt động trong môi trường mà họ nhận được ít sự hướng dẫn và càng ít sự khẳng định hơn. Vì vậy, rất nhiều nhà lãnh đạo phải học cách tự phát triển sự tự tin. Điều đó có thể khó, nhưng không phải là không thể. Nếu bạn mong muốn cải thiện sự tự tin lãnh đạo của mình, hãy làm những điều sau:</w:t>
      </w:r>
    </w:p>
    <w:p>
      <w:pPr>
        <w:pStyle w:val="Heading3"/>
      </w:pPr>
      <w:r>
        <w:rPr>
          <w:rFonts w:ascii="Calibri" w:hAnsi="Calibri"/>
          <w:b/>
          <w:i w:val="0"/>
          <w:sz w:val="26"/>
        </w:rPr>
        <w:t>1. Dành thời gian với những người mang lại cho bạn sự tự tin</w:t>
      </w:r>
    </w:p>
    <w:p>
      <w:pPr>
        <w:spacing w:after="80"/>
      </w:pPr>
      <w:r>
        <w:rPr>
          <w:b w:val="0"/>
          <w:i w:val="0"/>
        </w:rPr>
        <w:t xml:space="preserve">Nhiều khi chúng ta thiếu tự tin vì những người mà ta dành nhiều thời gian nhất lại thích dìm ta xuống hơn là nâng ta lên. Họ giống như cô bạn Lucy của Charlie Brown trong bộ truyện tranh </w:t>
      </w:r>
      <w:r>
        <w:rPr>
          <w:b w:val="0"/>
          <w:i/>
        </w:rPr>
        <w:t>Peanuts</w:t>
      </w:r>
      <w:r>
        <w:rPr>
          <w:b w:val="0"/>
          <w:i w:val="0"/>
        </w:rPr>
        <w:t xml:space="preserve"> của Charles M. Schulz. Trong một tập truyện, cô ấy nói với cậu: "Cậu, Charlie Brown, là một quả bóng hỏng trong cú đánh thẳng của cuộc đời! Cậu đang ở trong bóng tối của chính khung thành mình! Cậu là một pha xử lý sai! Cậu là ba cú gạt bóng hỏng trên hố số mười tám! Cậu là một thế chia 7-10 ở khung thứ mười! Cậu là chiếc cần câu bị rơi xuống hồ của cuộc đời! Cậu là một quả ném phạt trượt, một cú đánh gậy số chín hỏng và một cú strike ba bị gọi! Cậu hiểu chưa? Tôi đã nói rõ chưa?" Với những người bạn như thế, ai cần kẻ thù nữa chứ?</w:t>
      </w:r>
    </w:p>
    <w:p>
      <w:pPr>
        <w:spacing w:after="80"/>
      </w:pPr>
      <w:r>
        <w:rPr>
          <w:b w:val="0"/>
          <w:i w:val="0"/>
        </w:rPr>
        <w:t>Nếu những người trong cuộc đời bạn khiến bạn cảm thấy nản lòng và dè dặt, bạn cần dành ít thời gian hơn với họ và nhiều thời gian hơn với những người muốn thấy bạn thành công và bày tỏ điều đó với bạn. Tôi đã phải làm điều đó vào đầu sự nghiệp của mình. Tôi mở rộng các mối quan hệ của mình. Và khi tìm được ai đó khích lệ mình, tôi cố gắng hết sức để dành thời gian với người đó. Bạn cũng nên làm vậy.</w:t>
      </w:r>
    </w:p>
    <w:p>
      <w:pPr>
        <w:pStyle w:val="Heading3"/>
      </w:pPr>
      <w:r>
        <w:rPr>
          <w:rFonts w:ascii="Calibri" w:hAnsi="Calibri"/>
          <w:b/>
          <w:i w:val="0"/>
          <w:sz w:val="26"/>
        </w:rPr>
        <w:t>2. Tìm cách ghi được vài chiến thắng cho bản thân</w:t>
      </w:r>
    </w:p>
    <w:p>
      <w:pPr>
        <w:spacing w:after="80"/>
      </w:pPr>
      <w:r>
        <w:rPr>
          <w:b w:val="0"/>
          <w:i w:val="0"/>
        </w:rPr>
        <w:t>Ít có điều gì mang lại cho chúng ta sự tự tin như một chiến thắng. Bố tôi hiểu điều này. Khi tôi còn nhỏ, tôi thường đấu vật với anh trai Larry, người hơn tôi gần hai tuổi. Khi chúng tôi lớn lên, Larry to lớn và khỏe hơn tôi, và mỗi khi đấu vật, Larry luôn thắng. Bố có thể thấy điều này bắt đầu khiến tôi nản lòng, nên một hôm, khi chúng tôi đẩy chiếc ghế sofa ra để dựng "sàn đấu" của mình, bố tuyên bố: "Tối nay bố sẽ đấu vật với John."</w:t>
      </w:r>
    </w:p>
    <w:p>
      <w:pPr>
        <w:spacing w:after="80"/>
      </w:pPr>
      <w:r>
        <w:rPr>
          <w:b w:val="0"/>
          <w:i w:val="0"/>
        </w:rPr>
        <w:t>Tôi xuống sàn với bố, và chúng tôi bắt đầu vật nhau. Thật kinh ngạc, tôi đang chống lại bố rất tốt. Bất kể bố thử gì, tôi đều có thể thoát ra được và bố không thể ghì chặt tôi.</w:t>
      </w:r>
    </w:p>
    <w:p>
      <w:pPr>
        <w:spacing w:after="80"/>
      </w:pPr>
      <w:r>
        <w:rPr>
          <w:b w:val="0"/>
          <w:i w:val="0"/>
        </w:rPr>
        <w:t>Bố và tôi đấu vật mỗi tối. Và mỗi tối tôi đều có thể chống lại bố. Không một lần nào bố ghì được tôi.</w:t>
      </w:r>
    </w:p>
    <w:p>
      <w:pPr>
        <w:spacing w:after="80"/>
      </w:pPr>
      <w:r>
        <w:rPr>
          <w:b w:val="0"/>
          <w:i w:val="0"/>
        </w:rPr>
        <w:t>Larry theo dõi chuyện này suốt một tuần và gần như không chịu nổi. Anh ấy rất muốn nhảy lại vào "võ đài" với tôi. Và cuối cùng bố cũng để anh ấy làm vậy. Nhưng bạn biết không? Larry hiếm khi thắng tôi nữa. Những chiến thắng mà bố đặt vào tay tôi đủ để mang lại cho tôi sự tự tin, và sự tự tin chính là tất cả những gì tôi còn thiếu.</w:t>
      </w:r>
    </w:p>
    <w:p>
      <w:pPr>
        <w:spacing w:after="80"/>
      </w:pPr>
      <w:r>
        <w:rPr>
          <w:b w:val="0"/>
          <w:i w:val="0"/>
        </w:rPr>
        <w:t>Nếu sự tự tin của bạn chưa đạt mức cần thiết, hãy tìm cách tích lũy vài chiến thắng. Bắt đầu với những chiến thắng dễ nếu bạn cần. Hơn nữa, bạn cũng có thể lập danh sách những chiến thắng trong quá khứ để giúp bạn phát triển (hoặc lấy lại) sự tự tin. Ngay cả những nhà lãnh đạo giỏi nhất đôi khi cũng cảm thấy chán nản và cần nhớ lại những chiến thắng trong quá khứ để tiếp thêm động lực nhằm tiến về phía trước.</w:t>
      </w:r>
    </w:p>
    <w:p>
      <w:pPr>
        <w:pStyle w:val="Heading3"/>
      </w:pPr>
      <w:r>
        <w:rPr>
          <w:rFonts w:ascii="Calibri" w:hAnsi="Calibri"/>
          <w:b/>
          <w:i w:val="0"/>
          <w:sz w:val="26"/>
        </w:rPr>
        <w:t>3. Ngừng so sánh bản thân với người khác</w:t>
      </w:r>
    </w:p>
    <w:p>
      <w:pPr>
        <w:spacing w:after="80"/>
      </w:pPr>
      <w:r>
        <w:rPr>
          <w:b w:val="0"/>
          <w:i w:val="0"/>
        </w:rPr>
        <w:t>Một trong những điều gây bất lợi nhất cho sự tự tin của con người là so sánh bản thân với người khác. Nếu bạn không phải là người vốn dĩ tự tin hoặc bạn có kiểu tính cách nhìn ly nước là nửa vơi, bạn rất có thể sẽ đem điểm tệ nhất của mình so với điểm tốt nhất của người khác và thấy mình thua kém. Đừng làm vậy! Người khác thường không giỏi như ta tưởng, và ta thì quá rõ những điểm yếu của chính mình. Kết quả là sự so sánh bị bóp méo. Hơn nữa, mỗi chúng ta là một cá nhân độc đáo với điều gì đó để đóng góp cho thế giới này. Thay vì so sánh bản thân với người khác, hãy tập trung trở thành phiên bản tốt nhất của chính bạn.</w:t>
      </w:r>
    </w:p>
    <w:p>
      <w:pPr>
        <w:pStyle w:val="Heading3"/>
      </w:pPr>
      <w:r>
        <w:rPr>
          <w:rFonts w:ascii="Calibri" w:hAnsi="Calibri"/>
          <w:b/>
          <w:i w:val="0"/>
          <w:sz w:val="26"/>
        </w:rPr>
        <w:t>4. Chuyên môn hóa cho đến khi bạn thật đặc biệt</w:t>
      </w:r>
    </w:p>
    <w:p>
      <w:pPr>
        <w:spacing w:after="80"/>
      </w:pPr>
      <w:r>
        <w:rPr>
          <w:b w:val="0"/>
          <w:i w:val="0"/>
        </w:rPr>
        <w:t>Đó là điều cuối cùng tôi muốn gợi ý bạn làm để có được sự tự tin. Hãy trở nên thật giỏi ở một lĩnh vực nào đó. Nếu bạn chuyên môn hóa việc mình làm dựa trên một trong những điểm mạnh nhất của bản thân, bạn không chỉ đóng góp giá trị cho đội nhóm mà còn thấy dễ tin vào chính mình hơn.</w:t>
      </w:r>
    </w:p>
    <w:p>
      <w:pPr>
        <w:spacing w:after="80"/>
      </w:pPr>
      <w:r>
        <w:rPr>
          <w:b w:val="0"/>
          <w:i w:val="0"/>
        </w:rPr>
        <w:t>Tôi học được bài học này trên sân bóng rổ hồi còn nhỏ. Bóng rổ là tình yêu đầu đời của tôi. Tôi vẫn còn nhớ như in cảnh mình học lớp bốn và xem đội bóng rổ trường trung học được xướng tên trong trận đấu đầu tiên tôi đến xem. Từ khoảnh khắc đó, tôi bị cuốn hút hoàn toàn. Sau đó, tôi dành mọi giây phút rảnh rỗi để ném bóng vào rổ.</w:t>
      </w:r>
    </w:p>
    <w:p>
      <w:pPr>
        <w:spacing w:after="80"/>
      </w:pPr>
      <w:r>
        <w:rPr>
          <w:b w:val="0"/>
          <w:i w:val="0"/>
        </w:rPr>
        <w:t>Điều tôi phát hiện ra là kỹ năng tốt nhất của tôi trên sân không phải là dẫn bóng, bắt bóng bật bảng hay phòng thủ. Mà là ném rổ. Thế nên đó trở thành trọng tâm của tôi. Đặc biệt, tôi luyện hàng nghìn cú ném phạt. Đến khi chơi ở trường trung học, tôi là người ném phạt ổn định nhất trong đội. Và khi chúng tôi rơi vào những tình huống chịu áp lực trong trận đấu, tôi hoàn toàn tự tin vào khả năng ném rổ của mình.</w:t>
      </w:r>
    </w:p>
    <w:p>
      <w:pPr>
        <w:spacing w:after="80"/>
      </w:pPr>
      <w:r>
        <w:rPr>
          <w:b w:val="0"/>
          <w:i w:val="0"/>
        </w:rPr>
        <w:t>Nếu bạn muốn có được sự tự tin, hãy trở thành chuyên gia ở một lĩnh vực nào đó. Hãy phát triển một kỹ năng có giá trị. Hãy trở thành chuyên gia về sản phẩm của bạn. Hãy học mọi thứ cần biết về khách hàng của bạn. Nó có thể là gần như bất cứ điều gì—nếu nó giúp đội nhóm thành công và mang lại cho bạn sự tự tin, thì đó là thắng lợi cho tất cả mọi người.</w:t>
      </w:r>
    </w:p>
    <w:p>
      <w:pPr>
        <w:spacing w:after="80"/>
      </w:pPr>
      <w:r>
        <w:rPr>
          <w:b w:val="0"/>
          <w:i w:val="0"/>
        </w:rPr>
        <w:t>Không có một con đường rõ ràng nào để trở thành nhà lãnh đạo. Không có một danh sách kiểm tra đơn giản nào để trở thành nhà lãnh đạo. Hành trình của mỗi người là khác nhau. Với tôi, tôi cần học cách lãnh đạo để thành công trong sự nghiệp, nhưng khi mới bắt đầu tôi không hề nhận ra nhu cầu đó. Thực tế, vào cuối thập niên sáu mươi và đầu thập niên bảy mươi, lãnh đạo không phải là khái niệm mà nhiều người để tâm. Thay vào đó, người ta học về quản lý.</w:t>
      </w:r>
    </w:p>
    <w:p>
      <w:pPr>
        <w:spacing w:after="80"/>
      </w:pPr>
      <w:r>
        <w:rPr>
          <w:b w:val="0"/>
          <w:i w:val="0"/>
        </w:rPr>
        <w:t>Mãi đến khi tôi chủ trì cuộc họp hội đồng quản trị đầu tiên, tôi mới cảm nhận được ai là người đang điều hành cuộc họp—và đó không phải là tôi. Tôi bước vào với một chương trình nghị sự và vài thay đổi tôi muốn thực hiện trong tổ chức. Trước khi tôi kịp thực sự bắt đầu bất cứ điều gì, một người nông dân tên Claude bắt đầu nói, và mọi người khác bắt đầu lắng nghe. Ông ấy dẫn dắt chúng tôi qua những mục ông cho là quan trọng, mọi người đều làm theo ông ấy, và trước khi tôi kịp nhận ra thì cuộc họp đã kết thúc. Claude không làm gì hống hách hay khó chịu. Ông chỉ muốn hoàn thành công việc và hành xử như ông có lẽ vẫn luôn làm trong những cuộc họp như thế.</w:t>
      </w:r>
    </w:p>
    <w:p>
      <w:pPr>
        <w:spacing w:after="80"/>
      </w:pPr>
      <w:r>
        <w:rPr>
          <w:b w:val="0"/>
          <w:i w:val="0"/>
        </w:rPr>
        <w:t>Sau vài cuộc họp như vậy, tôi nhận ra rằng nếu tôi muốn những người trong cuộc họp hội đồng quản trị giải quyết những vấn đề quan trọng với tôi, tôi cần những vấn đề đó xuất phát từ người lãnh đạo—Claude. Thế nên khoảng một tuần trước cuộc họp tiếp theo, tôi đến thăm Claude ở nông trại. Chúng tôi trò chuyện, tôi phụ giúp việc vặt, và tôi chỉ tình cờ nhắc đến vài vấn đề quan trọng với mình. Khi Claude nghe thấy, ông nói: "Chúng ta có lẽ nên nêu những điều đó ra trong cuộc họp hội đồng quản trị tới." Tôi bảo Claude rằng tôi nghĩ đó là ý hay. Trong ba năm tiếp theo, nếu có điều gì tôi cho là quan trọng, tôi đều nêu ra với Claude, và ông ấy biến nó thành hiện thực. Vì sao ư? Bởi vì ông ấy là người có ảnh hưởng ở nhà thờ, còn tôi chỉ là một đứa trẻ với một chức danh công việc.</w:t>
      </w:r>
    </w:p>
    <w:p>
      <w:pPr>
        <w:spacing w:after="80"/>
      </w:pPr>
      <w:r>
        <w:rPr>
          <w:b w:val="0"/>
          <w:i w:val="0"/>
        </w:rPr>
        <w:t>Tôi học được nhiều bài học quý giá trong vị trí lãnh đạo đầu tiên của mình, trong đó quan trọng nhất là lãnh đạo phải được giành lấy. Nhà lãnh đạo phải trưởng thành để xứng với vai trò của mình, và nếu vai trò trở nên đòi hỏi hơn, nhà lãnh đạo phải tiếp tục trưởng thành. Lãnh đạo không bao giờ là một quyền đương nhiên. Đó là một đặc ân và một trách nhiệm. Nhưng đó là đặc ân mà bất kỳ ai sẵn sàng làm việc đủ chăm chỉ để có được đều có thể nắm lấy.</w:t>
      </w:r>
    </w:p>
    <w:p>
      <w:pPr>
        <w:spacing w:after="80"/>
        <w:jc w:val="center"/>
      </w:pPr>
      <w:r>
        <w:rPr>
          <w:b/>
          <w:i w:val="0"/>
        </w:rPr>
        <w:t>Tôi học được nhiều bài học quý giá trong vị trí lãnh đạo đầu tiên của mình, trong đó quan trọng nhất là lãnh đạo phải được giành lấy.</w:t>
      </w:r>
    </w:p>
    <w:p>
      <w:pPr>
        <w:pStyle w:val="Heading3"/>
      </w:pPr>
      <w:r>
        <w:rPr>
          <w:rFonts w:ascii="Calibri" w:hAnsi="Calibri"/>
          <w:b/>
          <w:i w:val="0"/>
          <w:sz w:val="26"/>
        </w:rPr>
        <w:t>Những câu hỏi liên quan đến việc giải quyết xung đột và dẫn dắt những người khó tính</w:t>
      </w:r>
    </w:p>
    <w:p>
      <w:pPr>
        <w:spacing w:after="80"/>
        <w:ind w:left="360"/>
      </w:pPr>
      <w:r>
        <w:t xml:space="preserve">1. </w:t>
      </w:r>
      <w:r>
        <w:rPr>
          <w:b w:val="0"/>
          <w:i w:val="0"/>
        </w:rPr>
        <w:t>Làm thế nào một nhà lãnh đạo có thể… • Đưa một cá nhân từ chỗ không thể dạy dỗ thành có thể dạy dỗ? • Yêu cầu một nhân viên thay đổi thái độ xấu? • Dẫn dắt một người có tính cách thụ động - hung hăng, người trung thành và hiệu quả nhưng lại đang cản trở đội nhóm? • Xử lý một nhân viên đang giận dữ? • Đối phó với một người không muốn bị dẫn dắt?</w:t>
      </w:r>
    </w:p>
    <w:p>
      <w:pPr>
        <w:spacing w:after="80"/>
        <w:ind w:left="360"/>
      </w:pPr>
      <w:r>
        <w:t xml:space="preserve">2. </w:t>
      </w:r>
      <w:r>
        <w:rPr>
          <w:b w:val="0"/>
          <w:i w:val="0"/>
        </w:rPr>
        <w:t>Làm thế nào để bạn nâng cao tiêu chuẩn khi mọi người đã quen với việc chấp nhận sự tầm thường?</w:t>
      </w:r>
    </w:p>
    <w:p>
      <w:pPr>
        <w:spacing w:after="80"/>
        <w:ind w:left="360"/>
      </w:pPr>
      <w:r>
        <w:t xml:space="preserve">3. </w:t>
      </w:r>
      <w:r>
        <w:rPr>
          <w:b w:val="0"/>
          <w:i w:val="0"/>
        </w:rPr>
        <w:t>Làm thế nào để bạn tạo động lực cho một người thiếu động lực?</w:t>
      </w:r>
    </w:p>
    <w:p>
      <w:pPr>
        <w:spacing w:after="80"/>
        <w:ind w:left="360"/>
      </w:pPr>
      <w:r>
        <w:t xml:space="preserve">4. </w:t>
      </w:r>
      <w:r>
        <w:rPr>
          <w:b w:val="0"/>
          <w:i w:val="0"/>
        </w:rPr>
        <w:t>Làm thế nào để bạn đối phó với những người bắt đầu mọi việc nhưng không bao giờ hoàn thành?</w:t>
      </w:r>
    </w:p>
    <w:p>
      <w:pPr>
        <w:spacing w:after="80"/>
        <w:ind w:left="360"/>
      </w:pPr>
      <w:r>
        <w:t xml:space="preserve">5. </w:t>
      </w:r>
      <w:r>
        <w:rPr>
          <w:b w:val="0"/>
          <w:i w:val="0"/>
        </w:rPr>
        <w:t>Làm thế nào nhà lãnh đạo có thể giúp các cá nhân vượt qua sai lầm của họ, gạt bỏ những lời tự nói tiêu cực, và bước lên con đường thành công hướng tới một tương lai tốt đẹp hơn?</w:t>
      </w:r>
    </w:p>
    <w:p>
      <w:pPr>
        <w:spacing w:after="80"/>
        <w:ind w:left="360"/>
      </w:pPr>
      <w:r>
        <w:t xml:space="preserve">6. </w:t>
      </w:r>
      <w:r>
        <w:rPr>
          <w:b w:val="0"/>
          <w:i w:val="0"/>
        </w:rPr>
        <w:t>Đến lúc nào thì bạn nên chuyển năng lượng của mình khỏi những người phản đối và những người làm việc kém hiệu quả để tập trung vào những người muốn phát triển?</w:t>
      </w:r>
    </w:p>
    <w:p>
      <w:pPr>
        <w:spacing w:after="80"/>
        <w:ind w:left="360"/>
      </w:pPr>
      <w:r>
        <w:t xml:space="preserve">7. </w:t>
      </w:r>
      <w:r>
        <w:rPr>
          <w:b w:val="0"/>
          <w:i w:val="0"/>
        </w:rPr>
        <w:t>Làm thế nào để bạn truyền cảm hứng cho đội ngũ của mình biến công việc hiện tại thành sự nghiệp và thành điều gì đó đáng tự hào để làm, chứ không chỉ là một công việc khác để lĩnh lương?</w:t>
      </w:r>
    </w:p>
    <w:p>
      <w:pPr>
        <w:spacing w:after="80"/>
        <w:ind w:left="360"/>
      </w:pPr>
      <w:r>
        <w:t xml:space="preserve">8. </w:t>
      </w:r>
      <w:r>
        <w:rPr>
          <w:b w:val="0"/>
          <w:i w:val="0"/>
        </w:rPr>
        <w:t>Làm thế nào để lãnh đạo những người hiểu biết hơn mình, hoặc những nhà lãnh đạo giỏi hơn mình, khi được giao phụ trách họ?</w:t>
      </w:r>
    </w:p>
    <w:p>
      <w:pPr>
        <w:spacing w:after="80"/>
        <w:ind w:left="360"/>
      </w:pPr>
      <w:r>
        <w:t xml:space="preserve">9. </w:t>
      </w:r>
      <w:r>
        <w:rPr>
          <w:b w:val="0"/>
          <w:i w:val="0"/>
        </w:rPr>
        <w:t>Bạn nên thúc đẩy tiềm năng của một người trong bao lâu khi họ không đạt được tiềm năng đó?</w:t>
      </w:r>
    </w:p>
    <w:p>
      <w:pPr>
        <w:spacing w:after="80"/>
        <w:ind w:left="360"/>
      </w:pPr>
      <w:r>
        <w:t xml:space="preserve">10. </w:t>
      </w:r>
      <w:r>
        <w:rPr>
          <w:b w:val="0"/>
          <w:i w:val="0"/>
        </w:rPr>
        <w:t>Làm sao bạn biết một mối quan hệ đã rạn nứt và làm thế nào để cứu vãn nó?</w:t>
      </w:r>
    </w:p>
    <w:p>
      <w:pPr>
        <w:jc w:val="center"/>
      </w:pPr>
      <w:r>
        <w:drawing>
          <wp:inline xmlns:a="http://schemas.openxmlformats.org/drawingml/2006/main" xmlns:pic="http://schemas.openxmlformats.org/drawingml/2006/picture">
            <wp:extent cx="695325" cy="19050"/>
            <wp:docPr id="22" name="Picture 22"/>
            <wp:cNvGraphicFramePr>
              <a:graphicFrameLocks noChangeAspect="1"/>
            </wp:cNvGraphicFramePr>
            <a:graphic>
              <a:graphicData uri="http://schemas.openxmlformats.org/drawingml/2006/picture">
                <pic:pic>
                  <pic:nvPicPr>
                    <pic:cNvPr id="0" name="00003.jpeg"/>
                    <pic:cNvPicPr/>
                  </pic:nvPicPr>
                  <pic:blipFill>
                    <a:blip r:embed="rId12"/>
                    <a:stretch>
                      <a:fillRect/>
                    </a:stretch>
                  </pic:blipFill>
                  <pic:spPr>
                    <a:xfrm>
                      <a:off x="0" y="0"/>
                      <a:ext cx="695325" cy="19050"/>
                    </a:xfrm>
                    <a:prstGeom prst="rect"/>
                  </pic:spPr>
                </pic:pic>
              </a:graphicData>
            </a:graphic>
          </wp:inline>
        </w:drawing>
      </w:r>
    </w:p>
    <w:p>
      <w:pPr>
        <w:pStyle w:val="Heading1"/>
      </w:pPr>
      <w:r>
        <w:rPr>
          <w:rFonts w:ascii="Calibri" w:hAnsi="Calibri"/>
          <w:b/>
          <w:i w:val="0"/>
          <w:sz w:val="40"/>
        </w:rPr>
        <w:t>7</w:t>
      </w:r>
    </w:p>
    <w:p>
      <w:pPr>
        <w:jc w:val="center"/>
      </w:pPr>
      <w:r>
        <w:drawing>
          <wp:inline xmlns:a="http://schemas.openxmlformats.org/drawingml/2006/main" xmlns:pic="http://schemas.openxmlformats.org/drawingml/2006/picture">
            <wp:extent cx="695325" cy="19050"/>
            <wp:docPr id="23" name="Picture 23"/>
            <wp:cNvGraphicFramePr>
              <a:graphicFrameLocks noChangeAspect="1"/>
            </wp:cNvGraphicFramePr>
            <a:graphic>
              <a:graphicData uri="http://schemas.openxmlformats.org/drawingml/2006/picture">
                <pic:pic>
                  <pic:nvPicPr>
                    <pic:cNvPr id="0" name="00003.jpeg"/>
                    <pic:cNvPicPr/>
                  </pic:nvPicPr>
                  <pic:blipFill>
                    <a:blip r:embed="rId12"/>
                    <a:stretch>
                      <a:fillRect/>
                    </a:stretch>
                  </pic:blipFill>
                  <pic:spPr>
                    <a:xfrm>
                      <a:off x="0" y="0"/>
                      <a:ext cx="695325" cy="19050"/>
                    </a:xfrm>
                    <a:prstGeom prst="rect"/>
                  </pic:spPr>
                </pic:pic>
              </a:graphicData>
            </a:graphic>
          </wp:inline>
        </w:drawing>
      </w:r>
    </w:p>
    <w:p>
      <w:pPr>
        <w:pStyle w:val="Heading1"/>
      </w:pPr>
      <w:r>
        <w:rPr>
          <w:rFonts w:ascii="Calibri" w:hAnsi="Calibri"/>
          <w:b/>
          <w:i w:val="0"/>
          <w:sz w:val="40"/>
        </w:rPr>
        <w:t>Làm thế nào để tôi giải quyết xung đột và lãnh đạo những người khó khăn?</w:t>
      </w:r>
    </w:p>
    <w:p>
      <w:pPr>
        <w:spacing w:after="80"/>
      </w:pPr>
      <w:r>
        <w:rPr>
          <w:b w:val="0"/>
          <w:i w:val="0"/>
        </w:rPr>
        <w:t>Tôi đã đề cập ở chương bốn rằng những câu hỏi tôi nhận được nhiều nhất liên quan đến việc tự lãnh đạo bản thân. Lĩnh vực mà tôi nhận được số câu hỏi nhiều thứ hai là việc đối phó với xung đột và lãnh đạo những người khó khăn. Đây là một trong những lĩnh vực khó khăn nhất đối với hầu hết các nhà lãnh đạo. Bạn có thể làm mọi thứ đúng đắn, nhưng không có gì đảm bảo người khác sẽ thay đổi, thành công hay làm tốt.</w:t>
      </w:r>
    </w:p>
    <w:p>
      <w:pPr>
        <w:spacing w:after="80"/>
      </w:pPr>
      <w:r>
        <w:rPr>
          <w:b w:val="0"/>
          <w:i w:val="0"/>
        </w:rPr>
        <w:t>Để tôi nói thẳng: những câu trả lời trong chương này chỉ hiệu quả với những người có chút mong muốn được làm việc cùng bạn. Những người không muốn đi theo hay không muốn trở thành thành viên có ích của đội ngũ sẽ không thay đổi. Và điều đó không khiến bạn trở thành một nhà lãnh đạo tồi. Nó chỉ có nghĩa là bạn đang có một người không tốt cho đội ngũ và tổ chức. Bạn chỉ bước vào vùng lãnh đạo tồi khi bạn chọn giữ một người ở lại trong đội ngũ trong khi lẽ ra không nên.</w:t>
      </w:r>
    </w:p>
    <w:p>
      <w:pPr>
        <w:spacing w:after="80"/>
      </w:pPr>
      <w:r>
        <w:rPr>
          <w:b w:val="0"/>
          <w:i w:val="0"/>
        </w:rPr>
        <w:t xml:space="preserve">Rất thường xuyên, các nhà lãnh đạo chờ đợi. Họ không thích đưa ra những quyết định khó khăn này. Họ hy vọng mọi người sẽ tự thay đổi thay vì thách thức họ và trao cho họ một con đường để thay đổi. Khi những người trong đội ngũ đang tạo ra xung đột hoặc kéo cả đội đi xuống, nhiều nhà lãnh đạo nghĩ rằng, </w:t>
      </w:r>
      <w:r>
        <w:rPr>
          <w:b w:val="0"/>
          <w:i/>
        </w:rPr>
        <w:t>Mình đã làm họ thất bại theo cách nào đó.</w:t>
      </w:r>
      <w:r>
        <w:rPr>
          <w:b w:val="0"/>
          <w:i w:val="0"/>
        </w:rPr>
        <w:t xml:space="preserve"> </w:t>
      </w:r>
      <w:r>
        <w:rPr>
          <w:b w:val="0"/>
          <w:i/>
        </w:rPr>
        <w:t>Để mình cố gắng hơn. Để mình thử cách khác. Để mình chuyển họ sang vị trí khác. Có lẽ mọi thứ sẽ xoay chuyển.</w:t>
      </w:r>
    </w:p>
    <w:p>
      <w:pPr>
        <w:spacing w:after="80"/>
      </w:pPr>
      <w:r>
        <w:rPr>
          <w:b w:val="0"/>
          <w:i w:val="0"/>
        </w:rPr>
        <w:t>Điều này hiếm khi hiệu quả. Tôi học được bài học này từ anh trai Larry của mình, nhưng trong một bối cảnh khác: tài chính. Anh ấy dạy tôi rằng khoản lỗ đầu tiên của bạn nên là khoản lỗ cuối cùng. Hầu hết các nhà lãnh đạo doanh nghiệp chịu một khoản lỗ, rồi ném tiền tốt theo sau tiền xấu với hy vọng gỡ lại. Điều đó hiếm khi hiệu quả. Larry dạy tôi rằng cắt lỗ thì khôn ngoan hơn. Đừng làm khoản lỗ chồng chất thêm bằng cách chờ đợi.</w:t>
      </w:r>
    </w:p>
    <w:p>
      <w:pPr>
        <w:spacing w:after="80"/>
      </w:pPr>
      <w:r>
        <w:rPr>
          <w:b w:val="0"/>
          <w:i w:val="0"/>
        </w:rPr>
        <w:t>Điều tương tự cũng có thể nói về những quyết định liên quan đến con người. Mỗi người đều xứng đáng nhận được nỗ lực tốt nhất của chúng ta với tư cách nhà lãnh đạo để giúp họ thành công. Nhưng họ không xứng đáng nhận được những cơ hội lặp đi lặp lại — đặc biệt là khi điều đó gây tổn hại cho những người khác trong đội ngũ. Không ai thích đưa ra những quyết định khó khăn này, nhưng chúng phải được đưa ra, và càng sớm càng tốt. Những nhà lãnh đạo giỏi thì trực tiếp và dứt khoát trong những vấn đề này. Hãy tự hỏi: điều này có tốt nhất cho đội ngũ không? Nếu việc giữ một người khó khăn lại không phải là điều tốt nhất, hãy đưa người đó ra khỏi đội ngũ.</w:t>
      </w:r>
    </w:p>
    <w:p>
      <w:pPr>
        <w:pStyle w:val="Heading2"/>
      </w:pPr>
      <w:r>
        <w:rPr>
          <w:rFonts w:ascii="Calibri" w:hAnsi="Calibri"/>
          <w:b/>
          <w:i w:val="0"/>
          <w:sz w:val="32"/>
        </w:rPr>
        <w:t>1. Làm thế nào một nhà lãnh đạo có thể</w:t>
      </w:r>
    </w:p>
    <w:p>
      <w:pPr>
        <w:pStyle w:val="Heading2"/>
      </w:pPr>
      <w:r>
        <w:rPr>
          <w:rFonts w:ascii="Calibri" w:hAnsi="Calibri"/>
          <w:b/>
          <w:i w:val="0"/>
          <w:sz w:val="32"/>
        </w:rPr>
        <w:t>… Chuyển một cá nhân từ không thể dạy sang có thể dạy?</w:t>
      </w:r>
    </w:p>
    <w:p>
      <w:pPr>
        <w:pStyle w:val="Heading2"/>
      </w:pPr>
      <w:r>
        <w:rPr>
          <w:rFonts w:ascii="Calibri" w:hAnsi="Calibri"/>
          <w:b/>
          <w:i w:val="0"/>
          <w:sz w:val="32"/>
        </w:rPr>
        <w:t>… Yêu cầu một nhân viên thay đổi thái độ tồi?</w:t>
      </w:r>
    </w:p>
    <w:p>
      <w:pPr>
        <w:pStyle w:val="Heading2"/>
      </w:pPr>
      <w:r>
        <w:rPr>
          <w:rFonts w:ascii="Calibri" w:hAnsi="Calibri"/>
          <w:b/>
          <w:i w:val="0"/>
          <w:sz w:val="32"/>
        </w:rPr>
        <w:t>… Lãnh đạo một người có tính cách thụ động - hung hăng, người trung thành và hiệu quả, nhưng lại đang cản trở đội ngũ?</w:t>
      </w:r>
    </w:p>
    <w:p>
      <w:pPr>
        <w:pStyle w:val="Heading2"/>
      </w:pPr>
      <w:r>
        <w:rPr>
          <w:rFonts w:ascii="Calibri" w:hAnsi="Calibri"/>
          <w:b/>
          <w:i w:val="0"/>
          <w:sz w:val="32"/>
        </w:rPr>
        <w:t>… Xử lý một nhân viên đang tức giận?</w:t>
      </w:r>
    </w:p>
    <w:p>
      <w:pPr>
        <w:pStyle w:val="Heading2"/>
      </w:pPr>
      <w:r>
        <w:rPr>
          <w:rFonts w:ascii="Calibri" w:hAnsi="Calibri"/>
          <w:b/>
          <w:i w:val="0"/>
          <w:sz w:val="32"/>
        </w:rPr>
        <w:t>… Đối phó với một người không muốn được dẫn dắt?</w:t>
      </w:r>
    </w:p>
    <w:p>
      <w:pPr>
        <w:spacing w:after="80"/>
      </w:pPr>
      <w:r>
        <w:rPr>
          <w:b w:val="0"/>
          <w:i w:val="0"/>
        </w:rPr>
        <w:t>Bất cứ khi nào bạn gặp khó khăn với những người mình dẫn dắt, dù là vì thái độ tiêu cực, hiệu suất kém, thiếu hợp tác hay một vấn đề nào khác, bạn cần bắt đầu một quy trình ngay lúc đó, và quy trình này giống nhau cho gần như mọi tình huống. Trước khi tôi trình bày điều đó cho bạn, tôi muốn chỉ ra hai câu hỏi bạn cần tự hỏi trước khi bắt đầu:</w:t>
      </w:r>
    </w:p>
    <w:p>
      <w:pPr>
        <w:spacing w:after="80"/>
      </w:pPr>
      <w:r>
        <w:rPr>
          <w:b/>
          <w:i w:val="0"/>
        </w:rPr>
        <w:t>Họ có thể thay đổi không?</w:t>
      </w:r>
      <w:r>
        <w:rPr>
          <w:b w:val="0"/>
          <w:i w:val="0"/>
        </w:rPr>
        <w:t xml:space="preserve"> Điều này liên quan đến năng lực.</w:t>
      </w:r>
    </w:p>
    <w:p>
      <w:pPr>
        <w:spacing w:after="80"/>
      </w:pPr>
      <w:r>
        <w:rPr>
          <w:b/>
          <w:i w:val="0"/>
        </w:rPr>
        <w:t>Họ có chịu thay đổi không?</w:t>
      </w:r>
      <w:r>
        <w:rPr>
          <w:b w:val="0"/>
          <w:i w:val="0"/>
        </w:rPr>
        <w:t xml:space="preserve"> Điều này liên quan đến thái độ.</w:t>
      </w:r>
    </w:p>
    <w:p>
      <w:pPr>
        <w:spacing w:after="80"/>
      </w:pPr>
      <w:r>
        <w:rPr>
          <w:b w:val="0"/>
          <w:i w:val="0"/>
        </w:rPr>
        <w:t>Hầu hết các câu hỏi mọi người đặt ra về việc đối phó với người khác trong chương này không liên quan đến năng lực. Chúng liên quan đến thái độ.</w:t>
      </w:r>
    </w:p>
    <w:p>
      <w:pPr>
        <w:spacing w:after="80"/>
      </w:pPr>
      <w:r>
        <w:rPr>
          <w:b w:val="0"/>
          <w:i w:val="0"/>
        </w:rPr>
        <w:t>Để quy trình này thành công, khi bạn yêu cầu mọi người thay đổi, câu trả lời cho cả hai câu hỏi đều phải là có. Không thể là hoặc cái này hoặc cái kia. Tôi đã từng biết những người có năng lực tuyệt vời nhưng thái độ tồi tệ, và tôi cũng đã biết những người có thái độ tuyệt vời nhưng năng lực kém. Nếu người ta có khả năng và sẵn lòng thay đổi, thì bạn có cơ hội thành công.</w:t>
      </w:r>
    </w:p>
    <w:p>
      <w:pPr>
        <w:pStyle w:val="Heading3"/>
      </w:pPr>
      <w:r>
        <w:rPr>
          <w:rFonts w:ascii="Calibri" w:hAnsi="Calibri"/>
          <w:b/>
          <w:i w:val="0"/>
          <w:sz w:val="26"/>
        </w:rPr>
        <w:t>1. Gặp riêng càng sớm càng tốt để thảo luận về hành vi của họ</w:t>
      </w:r>
    </w:p>
    <w:p>
      <w:pPr>
        <w:spacing w:after="80"/>
      </w:pPr>
      <w:r>
        <w:rPr>
          <w:b w:val="0"/>
          <w:i w:val="0"/>
        </w:rPr>
        <w:t>Như tôi đã nói, hầu hết mọi người chờ đợi quá lâu mới giải quyết một vấn đề với nhân viên. Đó là một sai lầm. Bác sĩ truyền giáo Albert Schweitzer khẳng định: "Chân lý không có thời điểm riêng của nó. Giờ của nó là bây giờ—luôn luôn." Nếu bạn có vấn đề với ai đó, hãy làm điều gì đó về nó càng nhanh càng tốt.</w:t>
      </w:r>
    </w:p>
    <w:p>
      <w:pPr>
        <w:spacing w:after="80"/>
      </w:pPr>
      <w:r>
        <w:rPr>
          <w:b w:val="0"/>
          <w:i w:val="0"/>
        </w:rPr>
        <w:t>Gặp gỡ người đó một cách riêng tư và nói thẳng với họ bằng sự chính trực và trung thực. Ngồi xuống và trình bày rất rõ ràng vấn đề là gì, đưa ra những ví dụ cụ thể, hữu hình về những hành động hay hành vi không mong muốn. Đừng nói mơ hồ. Đừng dùng những báo cáo gián tiếp. Đừng gán cho họ những động cơ xấu, vì họ sẽ chỉ phòng thủ. Thực ra, hãy bước vào cuộc trò chuyện với giả định rằng động cơ của họ là tốt. Điều này nhiều khả năng khiến họ cởi mở với thay đổi và sẵn lòng sửa chữa. Và hãy chắc chắn giải thích cách hành động của họ đang ảnh hưởng tiêu cực đến tổ chức, đội nhóm hoặc chính bạn.</w:t>
      </w:r>
    </w:p>
    <w:p>
      <w:pPr>
        <w:spacing w:after="80"/>
      </w:pPr>
      <w:r>
        <w:rPr>
          <w:b w:val="0"/>
          <w:i w:val="0"/>
        </w:rPr>
        <w:t>Một điều nữa. Đừng bao giờ bước vào một trong những cuộc họp này khi đang tức giận. Nếu bạn làm vậy, bạn làm giảm mạnh cơ hội thành công của mình. Nhà tâm lý học William James nói: "Bất cứ khi nào bạn xung đột với ai đó, có một yếu tố có thể tạo nên sự khác biệt giữa việc làm tổn hại mối quan hệ của bạn và việc làm nó sâu sắc hơn. Yếu tố đó là thái độ." Nếu thái độ của bạn tích cực, tư duy của bạn là dành cho họ sự tin tưởng có lợi, và bạn thực sự muốn giúp người đó, bạn đang cho mình cơ hội tốt nhất để có một kết thúc tích cực.</w:t>
      </w:r>
    </w:p>
    <w:p>
      <w:pPr>
        <w:spacing w:after="80"/>
        <w:jc w:val="center"/>
      </w:pPr>
      <w:r>
        <w:rPr>
          <w:b/>
          <w:i w:val="0"/>
        </w:rPr>
        <w:t>"Bất cứ khi nào bạn xung đột với ai đó, có một yếu tố có thể tạo nên sự khác biệt giữa việc làm tổn hại mối quan hệ của bạn và việc làm nó sâu sắc hơn. Yếu tố đó là thái độ."</w:t>
      </w:r>
    </w:p>
    <w:p>
      <w:pPr>
        <w:spacing w:after="80"/>
        <w:jc w:val="center"/>
      </w:pPr>
      <w:r>
        <w:rPr>
          <w:b/>
          <w:i/>
        </w:rPr>
        <w:t>—William James</w:t>
      </w:r>
    </w:p>
    <w:p>
      <w:pPr>
        <w:pStyle w:val="Heading3"/>
      </w:pPr>
      <w:r>
        <w:rPr>
          <w:rFonts w:ascii="Calibri" w:hAnsi="Calibri"/>
          <w:b/>
          <w:i w:val="0"/>
          <w:sz w:val="26"/>
        </w:rPr>
        <w:t>2. Hỏi xem phía họ câu chuyện thế nào</w:t>
      </w:r>
    </w:p>
    <w:p>
      <w:pPr>
        <w:spacing w:after="80"/>
      </w:pPr>
      <w:r>
        <w:rPr>
          <w:b w:val="0"/>
          <w:i w:val="0"/>
        </w:rPr>
        <w:t>Peter Drucker nhận xét: "Những giả định sai lầm có thể gây thảm họa." Tôi là người khá giỏi đánh giá con người, nhưng đôi khi tôi vẫn đọc sai tình huống. Tôi hiểu lầm điều gì đó đã xảy ra, đưa ra những giả định sai, hoặc không nhận ra mình đang thiếu một thông tin quan trọng. Đôi khi hoàn cảnh như một bi kịch cá nhân tạm thời thúc đẩy hành vi không mong muốn, và người đó chỉ đơn giản cần sự giúp đỡ hoặc thấu hiểu. Đó là lý do bạn không muốn xông vào với súng nổ đùng đùng. Bạn có thể đang sai.</w:t>
      </w:r>
    </w:p>
    <w:p>
      <w:pPr>
        <w:pStyle w:val="Heading3"/>
      </w:pPr>
      <w:r>
        <w:rPr>
          <w:rFonts w:ascii="Calibri" w:hAnsi="Calibri"/>
          <w:b/>
          <w:i w:val="0"/>
          <w:sz w:val="26"/>
        </w:rPr>
        <w:t>3. Cố gắng đi đến một điểm đồng thuận</w:t>
      </w:r>
    </w:p>
    <w:p>
      <w:pPr>
        <w:spacing w:after="80"/>
      </w:pPr>
      <w:r>
        <w:rPr>
          <w:b w:val="0"/>
          <w:i w:val="0"/>
        </w:rPr>
        <w:t>Đến lúc này, đã đến lúc tìm hiểu xem liệu họ có đồng ý với bạn không. Cựu ngoại trưởng Dean Acheson từng nói: "Đàm phán theo nghĩa ngoại giao cổ điển giả định rằng các bên đều mong muốn đồng thuận hơn là bất đồng." Đó chính là thái độ đúng đắn cần mang vào quá trình này.</w:t>
      </w:r>
    </w:p>
    <w:p>
      <w:pPr>
        <w:spacing w:after="80"/>
      </w:pPr>
      <w:r>
        <w:rPr>
          <w:b w:val="0"/>
          <w:i w:val="0"/>
        </w:rPr>
        <w:t>Khi tôi gặp những người trong tình huống này, có một số người nhìn tôi và nói: "Anh nói đúng. Đây là vấn đề của tôi." Điều đó có thể rất khiêm nhường đối với họ, nhưng nó mở ra cơ hội để họ thay đổi, và đó là điều lý tưởng. Thường thì bạn có thể giúp được ai đó có thái độ như vậy.</w:t>
      </w:r>
    </w:p>
    <w:p>
      <w:pPr>
        <w:spacing w:after="80"/>
      </w:pPr>
      <w:r>
        <w:rPr>
          <w:b w:val="0"/>
          <w:i w:val="0"/>
        </w:rPr>
        <w:t>Tuy nhiên, tôi cũng đã gặp nhiều người nói: "Không, đó là vấn đề của người khác." Khi điều đó xảy ra, tôi nói với họ: "Tôi tin rằng tôi đúng và đây là vấn đề của bạn. Tôi sẽ cho bạn một tuần để suy nghĩ về điều đó. Chúng ta sẽ gặp lại và thảo luận." Hy vọng của tôi là họ sẽ suy nghĩ một cách chân thành và có thể hỏi ý kiến những người hiểu rõ họ và sẽ trung thực với họ.</w:t>
      </w:r>
    </w:p>
    <w:p>
      <w:pPr>
        <w:spacing w:after="80"/>
      </w:pPr>
      <w:r>
        <w:rPr>
          <w:b w:val="0"/>
          <w:i w:val="0"/>
        </w:rPr>
        <w:t>Sau một tuần trôi qua, chúng tôi gặp nhau và tôi hỏi: "Bạn có đồng ý rằng đây là vấn đề của bạn không?" Nếu họ thay đổi suy nghĩ và đồng ý với tôi, chúng ta có thể tiến tới bước tiếp theo vì họ đã nhận trách nhiệm. Nếu họ vẫn không đồng ý, tôi nói: "Bạn có thể không đồng ý với những gì tôi vừa nói. Nhưng bạn sẽ phải đồng ý thay đổi và tuân theo các hướng dẫn của tôi nếu bạn muốn ở lại đội. Và tôi sẽ buộc bạn phải chịu trách nhiệm."</w:t>
      </w:r>
    </w:p>
    <w:p>
      <w:pPr>
        <w:pStyle w:val="Heading3"/>
      </w:pPr>
      <w:r>
        <w:rPr>
          <w:rFonts w:ascii="Calibri" w:hAnsi="Calibri"/>
          <w:b/>
          <w:i w:val="0"/>
          <w:sz w:val="26"/>
        </w:rPr>
        <w:t>4. Đề ra lộ trình hành động trong tương lai kèm thời hạn</w:t>
      </w:r>
    </w:p>
    <w:p>
      <w:pPr>
        <w:spacing w:after="80"/>
      </w:pPr>
      <w:r>
        <w:rPr>
          <w:b w:val="0"/>
          <w:i w:val="0"/>
        </w:rPr>
        <w:t>Dù mọi người có đồng ý với bạn hay không, bạn phải vạch ra một lộ trình hành động cụ thể để họ thực hiện. Một lần nữa, hãy thật cụ thể. Chỉ ra bất kỳ hành động nào họ không được làm hoặc hành vi nào họ không được thể hiện, bắt đầu ngay lập tức. Nếu có những bước hành động họ cần thực hiện, hãy trình bày rõ và đặt thời hạn cho chúng. Và đảm bảo họ hiểu. Ghi các yêu cầu của bạn ra giấy nếu cần. Nếu cả hai không đồng ý về những gì cần xảy ra trong tương lai, cả hai sẽ đều thất vọng.</w:t>
      </w:r>
    </w:p>
    <w:p>
      <w:pPr>
        <w:pStyle w:val="Heading3"/>
      </w:pPr>
      <w:r>
        <w:rPr>
          <w:rFonts w:ascii="Calibri" w:hAnsi="Calibri"/>
          <w:b/>
          <w:i w:val="0"/>
          <w:sz w:val="26"/>
        </w:rPr>
        <w:t>5. Khẳng định giá trị của con người và bày tỏ cam kết giúp đỡ</w:t>
      </w:r>
    </w:p>
    <w:p>
      <w:pPr>
        <w:spacing w:after="80"/>
      </w:pPr>
      <w:r>
        <w:rPr>
          <w:b w:val="0"/>
          <w:i w:val="0"/>
        </w:rPr>
        <w:t>Trước khi kết thúc cuộc gặp, hãy cho họ biết rằng bạn quan tâm đến họ và thực sự mong muốn một giải pháp tích cực cho tình huống này. Nói cho họ biết bạn sẽ giúp họ như thế nào. Goethe khuyên rằng: "Hãy đối xử với mọi người như thể họ là những gì họ nên trở thành, và bạn sẽ giúp họ trở thành những gì họ có khả năng trở thành."</w:t>
      </w:r>
    </w:p>
    <w:p>
      <w:pPr>
        <w:spacing w:after="80"/>
      </w:pPr>
      <w:r>
        <w:rPr>
          <w:b w:val="0"/>
          <w:i w:val="0"/>
        </w:rPr>
        <w:t>Đôi khi giá trị lớn nhất mà một nhà lãnh đạo có thể mang lại cho người khác là nói cho họ biết sự thật, chỉ cho họ thấy nơi họ có thể phát triển, và sau đó giúp họ thay đổi. Có những người dành nhiều năm trong công việc bị sếp và đồng nghiệp ghét bỏ, nhưng không bao giờ được nói về vấn đề của mình hay được trao cơ hội để thay đổi và phát triển. Là một nhà lãnh đạo, bạn có cơ hội giúp đỡ họ.</w:t>
      </w:r>
    </w:p>
    <w:p>
      <w:pPr>
        <w:spacing w:after="80"/>
        <w:jc w:val="center"/>
      </w:pPr>
      <w:r>
        <w:rPr>
          <w:b/>
          <w:i w:val="0"/>
        </w:rPr>
        <w:t>Đôi khi giá trị lớn nhất mà một nhà lãnh đạo có thể mang lại cho người khác là nói cho họ biết sự thật, chỉ cho họ thấy nơi họ có thể phát triển, và sau đó giúp họ thay đổi.</w:t>
      </w:r>
    </w:p>
    <w:p>
      <w:pPr>
        <w:spacing w:after="80"/>
      </w:pPr>
      <w:r>
        <w:rPr>
          <w:b w:val="0"/>
          <w:i w:val="0"/>
        </w:rPr>
        <w:t>Ngồi xuống với mọi người và nói cho họ biết họ còn thiếu sót ở đâu không phải là điều dễ dàng. Và không có gì đảm bảo rằng họ sẽ thừa nhận vấn đề của mình hay thay đổi. Rất có khả năng bạn sẽ phải để họ ra đi. Nếu bạn đang gặp khó khăn khi đưa ra quyết định đó, hãy tự hỏi câu này: "Nếu tôi cần tuyển người mới, với những gì tôi biết bây giờ, liệu tôi có tuyển những người này không?"</w:t>
      </w:r>
    </w:p>
    <w:p>
      <w:pPr>
        <w:spacing w:after="80"/>
      </w:pPr>
      <w:r>
        <w:rPr>
          <w:b w:val="0"/>
          <w:i w:val="0"/>
        </w:rPr>
        <w:t>Nếu câu trả lời là có—hãy giữ họ lại.</w:t>
      </w:r>
    </w:p>
    <w:p>
      <w:pPr>
        <w:spacing w:after="80"/>
      </w:pPr>
      <w:r>
        <w:rPr>
          <w:b w:val="0"/>
          <w:i w:val="0"/>
        </w:rPr>
        <w:t>Nếu câu trả lời là không—hãy để họ ra đi.</w:t>
      </w:r>
    </w:p>
    <w:p>
      <w:pPr>
        <w:spacing w:after="80"/>
      </w:pPr>
      <w:r>
        <w:rPr>
          <w:b w:val="0"/>
          <w:i w:val="0"/>
        </w:rPr>
        <w:t>Nếu câu trả lời là có lẽ—hãy đánh giá lại sau ba tháng.</w:t>
      </w:r>
    </w:p>
    <w:p>
      <w:pPr>
        <w:spacing w:after="80"/>
      </w:pPr>
      <w:r>
        <w:rPr>
          <w:b w:val="0"/>
          <w:i w:val="0"/>
        </w:rPr>
        <w:t>Nếu câu trả lời là bạn không biết, hãy cho mình ba tháng. Nếu câu trả lời vẫn là bạn không biết, thì câu trả lời thực sự là không. Cảm xúc của bạn đang khiến bạn khó chấp nhận một quyết định khó khăn.</w:t>
      </w:r>
    </w:p>
    <w:p>
      <w:pPr>
        <w:spacing w:after="80"/>
      </w:pPr>
      <w:r>
        <w:rPr>
          <w:b w:val="0"/>
          <w:i w:val="0"/>
        </w:rPr>
        <w:t>Fred Smith, một trong những người thầy của tôi, đã nói: "Mỗi khi tôi bị cám dỗ không hành động trong một tình huống nhân sự khó khăn, tôi tự hỏi mình: 'Mình đang chần chừ vì sự thoải mái cá nhân hay vì lợi ích của tổ chức?' Nếu tôi làm điều khiến mình thoải mái, tôi đang biển thủ. Nếu làm điều tốt cho tổ chức mà cũng tình cờ khiến tôi thoải mái, thì thật tuyệt vời. Nhưng nếu tôi đối xử với sự vô trách nhiệm một cách vô trách nhiệm, tôi phải nhớ rằng hai cái sai không tạo nên một cái đúng."</w:t>
      </w:r>
    </w:p>
    <w:p>
      <w:pPr>
        <w:spacing w:after="80"/>
      </w:pPr>
      <w:r>
        <w:rPr>
          <w:b w:val="0"/>
          <w:i w:val="0"/>
        </w:rPr>
        <w:t>Là một người lãnh đạo, bạn có trách nhiệm với những người còn lại trong đội ngũ là phải đưa ra những lựa chọn khó khăn này. Đó chính là lý do bạn được trả lương.</w:t>
      </w:r>
    </w:p>
    <w:p>
      <w:pPr>
        <w:pStyle w:val="Heading2"/>
      </w:pPr>
      <w:r>
        <w:rPr>
          <w:rFonts w:ascii="Calibri" w:hAnsi="Calibri"/>
          <w:b/>
          <w:i w:val="0"/>
          <w:sz w:val="32"/>
        </w:rPr>
        <w:t>2. Làm thế nào để bạn nâng cao tiêu chuẩn khi mọi người đã quen với việc chấp nhận sự tầm thường?</w:t>
      </w:r>
    </w:p>
    <w:p>
      <w:pPr>
        <w:spacing w:after="80"/>
      </w:pPr>
      <w:r>
        <w:rPr>
          <w:b w:val="0"/>
          <w:i w:val="0"/>
        </w:rPr>
        <w:t>Câu hỏi đầu tiên trong chương này chủ yếu liên quan đến vấn đề thái độ. Câu này thiên về vấn đề hiệu suất hơn. Tôi nghĩ bất cứ khi nào đội ngũ không hoạt động tốt, người lãnh đạo phải nhìn lại chính mình trước tiên. Tôi cần xem xét liệu mình có phải là một phần của vấn đề không. Có phải tôi đang làm gương xấu bằng cách cá nhân chấp nhận sự tầm thường? Đó có phải là một phần của vấn đề? Hay tôi đã hạ thấp kỳ vọng của mình đến mức mọi người cứ mặc định rằng mức trung bình là ổn? Nếu một trong hai điều này đúng, tôi cần quay lại câu hỏi ở chương bốn: tôi phải làm gì để lãnh đạo chính mình thành công? Tôi không thể nâng cao tiêu chuẩn cho người khác nếu tôi chưa nâng cao tiêu chuẩn cho chính mình.</w:t>
      </w:r>
    </w:p>
    <w:p>
      <w:pPr>
        <w:spacing w:after="80"/>
        <w:jc w:val="center"/>
      </w:pPr>
      <w:r>
        <w:rPr>
          <w:b/>
          <w:i w:val="0"/>
        </w:rPr>
        <w:t>Tôi không thể nâng cao tiêu chuẩn cho người khác nếu tôi chưa nâng cao tiêu chuẩn cho chính mình.</w:t>
      </w:r>
    </w:p>
    <w:p>
      <w:pPr>
        <w:spacing w:after="80"/>
      </w:pPr>
      <w:r>
        <w:rPr>
          <w:b w:val="0"/>
          <w:i w:val="0"/>
        </w:rPr>
        <w:t>Nếu bạn với tư cách là người lãnh đạo đang nỗ lực đạt đến tiềm năng tối đa của mình, bạn có thể bắt đầu nhìn vào những người bạn lãnh đạo và đặt cho họ những câu hỏi:</w:t>
      </w:r>
    </w:p>
    <w:p>
      <w:pPr>
        <w:spacing w:after="80"/>
      </w:pPr>
      <w:r>
        <w:rPr>
          <w:b/>
          <w:i w:val="0"/>
        </w:rPr>
        <w:t>• Bạn có đang đạt đến tiềm năng tối đa của mình không?</w:t>
      </w:r>
      <w:r>
        <w:rPr>
          <w:b w:val="0"/>
          <w:i w:val="0"/>
        </w:rPr>
        <w:t xml:space="preserve"> Đây thường là vấn đề về nhận thức. Nhiều người không hiểu rằng họ có thể làm được nhiều hơn những gì họ đang làm hiện tại. Họ thậm chí có thể không đặt việc đạt đến tiềm năng của mình làm mục tiêu. Hãy giúp họ nhìn thấy những khả năng.</w:t>
      </w:r>
    </w:p>
    <w:p>
      <w:pPr>
        <w:spacing w:after="80"/>
      </w:pPr>
      <w:r>
        <w:rPr>
          <w:b/>
          <w:i w:val="0"/>
        </w:rPr>
        <w:t>• Bạn có muốn làm tốt hơn không?</w:t>
      </w:r>
      <w:r>
        <w:rPr>
          <w:b w:val="0"/>
          <w:i w:val="0"/>
        </w:rPr>
        <w:t xml:space="preserve"> Bạn có thể hiểu rất nhiều về một người qua câu trả lời của họ cho câu hỏi này. Nếu họ trả lời có, bạn có thể giúp được họ. Nếu họ trả lời không, họ thậm chí không thể tự giúp chính mình.</w:t>
      </w:r>
    </w:p>
    <w:p>
      <w:pPr>
        <w:spacing w:after="80"/>
      </w:pPr>
      <w:r>
        <w:rPr>
          <w:b/>
          <w:i w:val="0"/>
        </w:rPr>
        <w:t>• Bạn có biết cách đạt đến tiềm năng tối đa của mình không?</w:t>
      </w:r>
      <w:r>
        <w:rPr>
          <w:b w:val="0"/>
          <w:i w:val="0"/>
        </w:rPr>
        <w:t xml:space="preserve"> Nhiều người không có chút manh mối nào về cách để thành công hơn. Họ có khát khao, nhưng không có kiến thức. Đây là trường hợp mà câu trả lời "không" thực ra lại là một điều tốt. Nếu họ không biết con đường phía trước, bạn có thể chỉ cho họ.</w:t>
      </w:r>
    </w:p>
    <w:p>
      <w:pPr>
        <w:spacing w:after="80"/>
      </w:pPr>
      <w:r>
        <w:rPr>
          <w:b/>
          <w:i w:val="0"/>
        </w:rPr>
        <w:t>• Tôi có thể giúp bạn không?</w:t>
      </w:r>
      <w:r>
        <w:rPr>
          <w:b w:val="0"/>
          <w:i w:val="0"/>
        </w:rPr>
        <w:t xml:space="preserve"> Một trong những vai trò đáng giá nhất của người lãnh đạo là huấn luyện viên và người cố vấn. Khi mọi người có thể học hỏi và sẵn sàng phát triển, giúp họ thành công có thể rất đáng giá.</w:t>
      </w:r>
    </w:p>
    <w:p>
      <w:pPr>
        <w:spacing w:after="80"/>
      </w:pPr>
      <w:r>
        <w:rPr>
          <w:b w:val="0"/>
          <w:i w:val="0"/>
        </w:rPr>
        <w:t>Một trong những điều bạn với tư cách là người lãnh đạo cần giúp mọi người hiểu là không có điều gì tốt đẹp đến từ việc ở mức trung bình trong nghề nghiệp. Bạn không thể xây dựng một doanh nghiệp hay tạo ra sự khác biệt bằng cách ở mức trung bình. Ở mức trung bình trong nhiều lĩnh vực của cuộc sống thì không sao. Bạn có thể là một tay golf trung bình và vẫn có golf như một sở thích thú vị. Bạn có thể là một đầu bếp trung bình và vẫn nuôi sống gia đình. Bạn có thể là một tài xế trung bình và vẫn đi từ điểm A đến điểm B. Nhưng bạn không thể chấp nhận sự tầm thường trong hôn nhân, chẳng hạn, và mong nó vẫn vững chắc. Và bạn không thể tầm thường trong nghề nghiệp và mong được đền đáp cho điều đó.</w:t>
      </w:r>
    </w:p>
    <w:p>
      <w:pPr>
        <w:spacing w:after="80"/>
      </w:pPr>
      <w:r>
        <w:rPr>
          <w:b w:val="0"/>
          <w:i w:val="0"/>
        </w:rPr>
        <w:t>Theo nghĩa thực tế, một trong những cách tốt nhất để nâng cao tiêu chuẩn cho mọi người là làm điều đó từng bước một. Ví dụ, nếu bạn là một nhà môi giới bất động sản với nhiều nhân viên trong văn phòng và hầu hết họ chỉ bán được ba căn một năm, hãy thách thức họ bán được bốn căn. Đó là một mức tăng rất hợp lý mà hầu hết mọi người sẽ tin rằng họ có thể làm được. Nếu bạn đặt ra mục tiêu, trao cho họ động lực để đạt được nó, giúp họ lập kế hoạch để thực hiện và kiểm tra tiến độ với họ trong suốt quá trình, hầu hết trong số họ sẽ có thể đạt được.</w:t>
      </w:r>
    </w:p>
    <w:p>
      <w:pPr>
        <w:spacing w:after="80"/>
      </w:pPr>
      <w:r>
        <w:rPr>
          <w:b w:val="0"/>
          <w:i w:val="0"/>
        </w:rPr>
        <w:t>Vẻ đẹp của những thách thức từng bước là chúng gia tăng sự tự tin của những người đạt được chúng. Và chúng truyền cảm hứng cho tất cả những người khác đã từng ở mức trung bình. Chúng mang lại cho họ hy vọng. Đó là lý do tại sao mỗi khi ai đó đạt được một thắng lợi, bạn nên kể câu chuyện của họ. Điều đó tưởng thưởng cho người đó và thúc đẩy những người ở giữa làm tốt hơn. Những người giỏi nhất không cần động lực. Họ đã có động lực và đang hoạt động tốt. Mọi người khác thì cần.</w:t>
      </w:r>
    </w:p>
    <w:p>
      <w:pPr>
        <w:spacing w:after="80"/>
      </w:pPr>
      <w:r>
        <w:rPr>
          <w:b w:val="0"/>
          <w:i w:val="0"/>
        </w:rPr>
        <w:t>Một thách thức từng bước cũng giúp ích cho tổ chức khi tổ chức có nhiều người. Nếu mỗi người phát triển một chút, tổ chức sẽ phát triển rất nhiều. Nếu bạn có thể khiến nhiều người cùng tiến bộ, nó có thể tạo ra tác động to lớn về tổng thể.</w:t>
      </w:r>
    </w:p>
    <w:p>
      <w:pPr>
        <w:pStyle w:val="Heading2"/>
      </w:pPr>
      <w:r>
        <w:rPr>
          <w:rFonts w:ascii="Calibri" w:hAnsi="Calibri"/>
          <w:b/>
          <w:i w:val="0"/>
          <w:sz w:val="32"/>
        </w:rPr>
        <w:t>3. Làm thế nào để bạn tạo động lực cho một người thiếu động lực?</w:t>
      </w:r>
    </w:p>
    <w:p>
      <w:pPr>
        <w:spacing w:after="80"/>
      </w:pPr>
      <w:r>
        <w:rPr>
          <w:b w:val="0"/>
          <w:i w:val="0"/>
        </w:rPr>
        <w:t>Khi tôi mới bắt đầu làm lãnh đạo, tôi nghĩ mình có thể thay đổi con người. Giờ tôi nhận ra mình không thể. Con người phải tự thay đổi chính mình. Điều đó không có nghĩa là tôi không có trách nhiệm với mọi người trong tổ chức của mình trong lĩnh vực tạo động lực. Vẫn có những việc tôi có thể làm. Tôi có thể nỗ lực tạo ra một môi trường và văn hóa nơi động lực được coi trọng và được tưởng thưởng. Đây là những cách tôi làm điều đó:</w:t>
      </w:r>
    </w:p>
    <w:p>
      <w:pPr>
        <w:pStyle w:val="Heading3"/>
      </w:pPr>
      <w:r>
        <w:rPr>
          <w:rFonts w:ascii="Calibri" w:hAnsi="Calibri"/>
          <w:b/>
          <w:i w:val="0"/>
          <w:sz w:val="26"/>
        </w:rPr>
        <w:t>Bắt đầu với những người có động lực</w:t>
      </w:r>
    </w:p>
    <w:p>
      <w:pPr>
        <w:spacing w:after="80"/>
      </w:pPr>
      <w:r>
        <w:rPr>
          <w:b w:val="0"/>
          <w:i w:val="0"/>
        </w:rPr>
        <w:t xml:space="preserve">Cách tốt nhất để tạo ra một văn hóa động lực là bắt đầu với càng nhiều người có động lực càng tốt. Định luật Nam châm trong cuốn </w:t>
      </w:r>
      <w:r>
        <w:rPr>
          <w:b w:val="0"/>
          <w:i/>
        </w:rPr>
        <w:t>21 Định luật Bất biến của Lãnh đạo</w:t>
      </w:r>
      <w:r>
        <w:rPr>
          <w:b w:val="0"/>
          <w:i w:val="0"/>
        </w:rPr>
        <w:t xml:space="preserve"> (The 21 Irrefutable Laws of Leadership) có viết: "Bạn là ai thì bạn sẽ thu hút người như thế." Nếu bạn muốn những người trong đội của mình có động lực, chính bạn phải là người có động lực. Người ta làm theo những gì người ta thấy. Tôi phải sống với điều đó trước khi mong đợi bất kỳ ai khác làm theo.</w:t>
      </w:r>
    </w:p>
    <w:p>
      <w:pPr>
        <w:spacing w:after="80"/>
      </w:pPr>
      <w:r>
        <w:rPr>
          <w:b w:val="0"/>
          <w:i w:val="0"/>
        </w:rPr>
        <w:t>Bạn cũng nên tuyển những người có động lực. Nghe thì hiển nhiên, nhưng bạn sẽ bất ngờ khi biết bao nhiêu nhà lãnh đạo bỏ qua phẩm chất này khi tìm kiếm thành viên cho đội. Nhiều người quá chú trọng vào tài năng hay kỹ năng. Ngay cả những nhà lãnh đạo nhận ra tầm quan trọng của thái độ đôi khi cũng bỏ sót động lực. Rồi họ tự hỏi tại sao người của mình không đạt hiệu suất cao hơn.</w:t>
      </w:r>
    </w:p>
    <w:p>
      <w:pPr>
        <w:pStyle w:val="Heading3"/>
      </w:pPr>
      <w:r>
        <w:rPr>
          <w:rFonts w:ascii="Calibri" w:hAnsi="Calibri"/>
          <w:b/>
          <w:i w:val="0"/>
          <w:sz w:val="26"/>
        </w:rPr>
        <w:t>Hiểu mối liên hệ giữa các mối quan hệ và động lực</w:t>
      </w:r>
    </w:p>
    <w:p>
      <w:pPr>
        <w:spacing w:after="80"/>
      </w:pPr>
      <w:r>
        <w:rPr>
          <w:b w:val="0"/>
          <w:i w:val="0"/>
        </w:rPr>
        <w:t>Người ta được truyền động lực bởi những nhà lãnh đạo biết kết nối với họ và đối xử với họ như con người. Nếu bạn là người yêu thích con người, điều này nghe có vẻ hiển nhiên đến đau lòng, vậy mà một số nhà lãnh đạo vẫn bỏ sót. Tôi từng biết một nhà lãnh đạo gọi tất cả người trong đội của mình là "lũ ngốc". Ông ta liên tục nói những câu như "Tôi đã bảo lũ ngốc phải làm gì, nhưng tất nhiên chúng chẳng làm" và "Tôi phải đi họp với lũ ngốc đây". Rõ ràng là ông ta tin rằng ai cũng thấp kém hơn mình. Sự khinh miệt con người của ông ta hiển hiện với tất cả những ai làm việc cho ông. Ít có điều gì làm mất động lực hơn là làm việc cho một người coi thường bạn.</w:t>
      </w:r>
    </w:p>
    <w:p>
      <w:pPr>
        <w:pStyle w:val="Heading3"/>
      </w:pPr>
      <w:r>
        <w:rPr>
          <w:rFonts w:ascii="Calibri" w:hAnsi="Calibri"/>
          <w:b/>
          <w:i w:val="0"/>
          <w:sz w:val="26"/>
        </w:rPr>
        <w:t>Tuyển những người có động lực</w:t>
      </w:r>
    </w:p>
    <w:p>
      <w:pPr>
        <w:spacing w:after="80"/>
      </w:pPr>
      <w:r>
        <w:rPr>
          <w:b w:val="0"/>
          <w:i w:val="0"/>
        </w:rPr>
        <w:t>Làm sao bạn nhận ra người có động lực? Họ thường có một số phẩm chất sau:</w:t>
      </w:r>
    </w:p>
    <w:p>
      <w:pPr>
        <w:spacing w:after="80"/>
        <w:ind w:left="360"/>
      </w:pPr>
      <w:r>
        <w:t xml:space="preserve">1. </w:t>
      </w:r>
      <w:r>
        <w:rPr>
          <w:b w:val="0"/>
          <w:i w:val="0"/>
        </w:rPr>
        <w:t>Họ thể hiện thái độ tích cực.</w:t>
      </w:r>
    </w:p>
    <w:p>
      <w:pPr>
        <w:spacing w:after="80"/>
        <w:ind w:left="360"/>
      </w:pPr>
      <w:r>
        <w:t xml:space="preserve">2. </w:t>
      </w:r>
      <w:r>
        <w:rPr>
          <w:b w:val="0"/>
          <w:i w:val="0"/>
        </w:rPr>
        <w:t>Họ có thể nêu rõ những mục tiêu cụ thể cho cuộc đời mình.</w:t>
      </w:r>
    </w:p>
    <w:p>
      <w:pPr>
        <w:spacing w:after="80"/>
        <w:ind w:left="360"/>
      </w:pPr>
      <w:r>
        <w:t xml:space="preserve">3. </w:t>
      </w:r>
      <w:r>
        <w:rPr>
          <w:b w:val="0"/>
          <w:i w:val="0"/>
        </w:rPr>
        <w:t>Họ là những người khởi xướng.</w:t>
      </w:r>
    </w:p>
    <w:p>
      <w:pPr>
        <w:spacing w:after="80"/>
        <w:ind w:left="360"/>
      </w:pPr>
      <w:r>
        <w:t xml:space="preserve">4. </w:t>
      </w:r>
      <w:r>
        <w:rPr>
          <w:b w:val="0"/>
          <w:i w:val="0"/>
        </w:rPr>
        <w:t>Họ có thành tích thành công đã được chứng minh.</w:t>
      </w:r>
    </w:p>
    <w:p>
      <w:pPr>
        <w:spacing w:after="80"/>
      </w:pPr>
      <w:r>
        <w:rPr>
          <w:b w:val="0"/>
          <w:i w:val="0"/>
        </w:rPr>
        <w:t>Hãy tìm những phẩm chất này khi tìm kiếm thành viên mới cho đội.</w:t>
      </w:r>
    </w:p>
    <w:p>
      <w:pPr>
        <w:pStyle w:val="Heading3"/>
      </w:pPr>
      <w:r>
        <w:rPr>
          <w:rFonts w:ascii="Calibri" w:hAnsi="Calibri"/>
          <w:b/>
          <w:i w:val="0"/>
          <w:sz w:val="26"/>
        </w:rPr>
        <w:t>Trao cho mỗi người một danh tiếng để gìn giữ</w:t>
      </w:r>
    </w:p>
    <w:p>
      <w:pPr>
        <w:spacing w:after="80"/>
      </w:pPr>
      <w:r>
        <w:rPr>
          <w:b w:val="0"/>
          <w:i w:val="0"/>
        </w:rPr>
        <w:t>Người ta thường đi xa hơn những gì họ nghĩ mình có thể khi có ai đó tin rằng họ làm được. Một cách để cho người ta thấy bạn tin vào họ và vào khả năng thành công trong tương lai của họ là trao cho họ một danh tiếng để gìn giữ.</w:t>
      </w:r>
    </w:p>
    <w:p>
      <w:pPr>
        <w:spacing w:after="80"/>
      </w:pPr>
      <w:r>
        <w:rPr>
          <w:b w:val="0"/>
          <w:i w:val="0"/>
        </w:rPr>
        <w:t>Hãy tự hỏi điều gì đặc biệt, độc đáo và tuyệt vời ở mỗi người trong đội của bạn. Ai cũng có tài năng, kỹ năng và những phẩm chất tích cực khiến họ có giá trị với đội. Hãy tìm ra đó là gì rồi chia sẻ với người khác. Bạn càng ghi nhận người ta vì những điều tốt họ làm—hoặc có thể làm—thì họ càng muốn làm những điều đó. Điều này không chỉ tạo động lực để họ phát huy thế mạnh của mình, mà còn khuyến khích một môi trường nơi mọi người nói những điều tích cực về nhau.</w:t>
      </w:r>
    </w:p>
    <w:p>
      <w:pPr>
        <w:pStyle w:val="Heading3"/>
      </w:pPr>
      <w:r>
        <w:rPr>
          <w:rFonts w:ascii="Calibri" w:hAnsi="Calibri"/>
          <w:b/>
          <w:i w:val="0"/>
          <w:sz w:val="26"/>
        </w:rPr>
        <w:t>Thưởng cho điều bạn muốn được làm</w:t>
      </w:r>
    </w:p>
    <w:p>
      <w:pPr>
        <w:spacing w:after="80"/>
      </w:pPr>
      <w:r>
        <w:rPr>
          <w:b w:val="0"/>
          <w:i w:val="0"/>
        </w:rPr>
        <w:t>Tôi nổi tiếng với những cuốn sách về các định luật lãnh đạo, làm việc nhóm và phát triển. Gần đây tôi bắt gặp Định luật của Bà. Nó nói rằng: "Nếu con ăn rau, con sẽ được ăn tráng miệng." Thật đáng kinh ngạc khi điều này hiệu quả với trẻ con đến vậy. Tại sao? Vì hầu hết mọi người sẽ làm việc để đổi lấy phần thưởng mà họ khao khát. Nếu bạn muốn tạo ra một môi trường nơi mọi người có động lực, hãy cho họ lý do để hoàn thành công việc.</w:t>
      </w:r>
    </w:p>
    <w:p>
      <w:pPr>
        <w:spacing w:after="80"/>
      </w:pPr>
      <w:r>
        <w:rPr>
          <w:b w:val="0"/>
          <w:i w:val="0"/>
        </w:rPr>
        <w:t>Tôi rất thích câu chuyện về anh nhân viên bán hàng ngồi nhìn qua cửa sổ của một nhà hàng khách sạn. Bên ngoài, một cơn bão tuyết dữ dội đang hoành hành, che mờ cả tầm mắt.</w:t>
      </w:r>
    </w:p>
    <w:p>
      <w:pPr>
        <w:spacing w:after="80"/>
      </w:pPr>
      <w:r>
        <w:rPr>
          <w:b w:val="0"/>
          <w:i w:val="0"/>
        </w:rPr>
        <w:t>"Anh nghĩ sáng mai đường có đủ quang để đi lại không?" anh ta hỏi người phục vụ.</w:t>
      </w:r>
    </w:p>
    <w:p>
      <w:pPr>
        <w:spacing w:after="80"/>
      </w:pPr>
      <w:r>
        <w:rPr>
          <w:b w:val="0"/>
          <w:i w:val="0"/>
        </w:rPr>
        <w:t>"Còn tùy," người phục vụ đáp. "Anh ăn lương hay ăn hoa hồng?"</w:t>
      </w:r>
    </w:p>
    <w:p>
      <w:pPr>
        <w:spacing w:after="80"/>
      </w:pPr>
      <w:r>
        <w:rPr>
          <w:b w:val="0"/>
          <w:i w:val="0"/>
        </w:rPr>
        <w:t>Phần thưởng mới tạo động lực. Quy tắc, hậu quả và hình phạt chẳng làm gì để thúc đẩy người ta cả. Chúng chỉ ngăn người ta làm điều tồi tệ nhất mà thôi. Nếu bạn muốn người ta cống hiến hết mình, hãy trao cho họ động lực để thể hiện.</w:t>
      </w:r>
    </w:p>
    <w:p>
      <w:pPr>
        <w:pStyle w:val="Heading2"/>
      </w:pPr>
      <w:r>
        <w:rPr>
          <w:rFonts w:ascii="Calibri" w:hAnsi="Calibri"/>
          <w:b/>
          <w:i w:val="0"/>
          <w:sz w:val="32"/>
        </w:rPr>
        <w:t>4. Bạn Đối Xử Thế Nào Với Những Người Khởi Đầu Nhưng Không Bao Giờ Hoàn Thành?</w:t>
      </w:r>
    </w:p>
    <w:p>
      <w:pPr>
        <w:spacing w:after="80"/>
      </w:pPr>
      <w:r>
        <w:rPr>
          <w:b w:val="0"/>
          <w:i w:val="0"/>
        </w:rPr>
        <w:t>Hai đầu của thành công là bắt đầu và hoàn thành. Có những người không bao giờ bắt đầu. Nếu người ta không có kỷ luật để làm điều mình phải làm khi cần làm, họ chẳng có cơ hội thành công nào. Những điều tốt đẹp trong cuộc sống không tự trôi đến với bạn. Tuy nhiên, có những người lại say mê việc khởi đầu nhưng không bao giờ hoàn thành. Tôi biết một người như thế. Anh ta đã từng làm mười bảy công việc khác nhau. Anh ta nói: "Cuối cùng tôi đã tìm được việc mình muốn làm." Công việc mới đó thường chỉ kéo dài khoảng ba bốn tháng. Anh ta là một người lạc quan vĩnh cửu, nhưng chỉ lạc quan về những việc mình chưa làm.</w:t>
      </w:r>
    </w:p>
    <w:p>
      <w:pPr>
        <w:spacing w:after="80"/>
        <w:jc w:val="center"/>
      </w:pPr>
      <w:r>
        <w:rPr>
          <w:b/>
          <w:i w:val="0"/>
        </w:rPr>
        <w:t>Hai đầu của thành công là bắt đầu và hoàn thành.</w:t>
      </w:r>
    </w:p>
    <w:p>
      <w:pPr>
        <w:spacing w:after="80"/>
      </w:pPr>
      <w:r>
        <w:rPr>
          <w:b w:val="0"/>
          <w:i w:val="0"/>
        </w:rPr>
        <w:t>Với tư cách là một nhà lãnh đạo, bạn có thể giúp mọi người hoàn thành tốt hơn bằng cách giúp họ hiểu điều gì xảy ra khi họ không theo đuổi đến cùng và hoàn thành một việc gì đó:</w:t>
      </w:r>
    </w:p>
    <w:p>
      <w:pPr>
        <w:pStyle w:val="Heading3"/>
      </w:pPr>
      <w:r>
        <w:rPr>
          <w:rFonts w:ascii="Calibri" w:hAnsi="Calibri"/>
          <w:b/>
          <w:i w:val="0"/>
          <w:sz w:val="26"/>
        </w:rPr>
        <w:t>Họ Đánh Mất Phần Thưởng Của Việc Hoàn Thành</w:t>
      </w:r>
    </w:p>
    <w:p>
      <w:pPr>
        <w:spacing w:after="80"/>
      </w:pPr>
      <w:r>
        <w:rPr>
          <w:b w:val="0"/>
          <w:i w:val="0"/>
        </w:rPr>
        <w:t>Bất kỳ ai đã đạt được thành tựu trong cuộc sống đều hiểu rằng 90 phần trăm phần thưởng trong cuộc sống đến ở giai đoạn cuối, chứ không phải giai đoạn đầu. Cảm giác thỏa mãn cá nhân to lớn đến từ việc hoàn thành một công việc và làm tốt nó. Có một cảm giác thân thiết và niềm vui lớn lao giữa các thành viên trong nhóm khi họ cùng nhau làm việc để đạt được một mục tiêu. Và tất nhiên, phần thưởng tiền bạc cũng đến từ việc hoàn thành. Những người không bao giờ hoàn thành bất cứ điều gì cũng không bao giờ trải nghiệm những phần thưởng này, nên họ không hiểu chúng, và họ không nhận ra rằng gần như mọi phần thưởng của cuộc sống đều nằm ở giai đoạn cuối.</w:t>
      </w:r>
    </w:p>
    <w:p>
      <w:pPr>
        <w:pStyle w:val="Heading3"/>
      </w:pPr>
      <w:r>
        <w:rPr>
          <w:rFonts w:ascii="Calibri" w:hAnsi="Calibri"/>
          <w:b/>
          <w:i w:val="0"/>
          <w:sz w:val="26"/>
        </w:rPr>
        <w:t>Họ Làm Giảm Lòng Tự Trọng Của Chính Mình</w:t>
      </w:r>
    </w:p>
    <w:p>
      <w:pPr>
        <w:spacing w:after="80"/>
      </w:pPr>
      <w:r>
        <w:rPr>
          <w:b w:val="0"/>
          <w:i w:val="0"/>
        </w:rPr>
        <w:t>Mỗi lần người ta bỏ cuộc và không hoàn thành một việc mình đã bắt đầu, họ mất đi một chút lòng tự trọng. Dù có ý thức hay không, họ bắt đầu tự dán nhãn mình là kẻ bỏ cuộc. Tôi chưa từng gặp ai có hình ảnh bản thân cao mà lại bỏ cuộc liên tục. Có một niềm tự hào trong thành tựu mà những người bỏ cuộc không có được. Họ có thể tỏ ra vẻ ta đây giả tạo, nhưng không có cảm giác thỏa mãn sâu sắc với chính con người mình và những gì mình có thể làm.</w:t>
      </w:r>
    </w:p>
    <w:p>
      <w:pPr>
        <w:pStyle w:val="Heading3"/>
      </w:pPr>
      <w:r>
        <w:rPr>
          <w:rFonts w:ascii="Calibri" w:hAnsi="Calibri"/>
          <w:b/>
          <w:i w:val="0"/>
          <w:sz w:val="26"/>
        </w:rPr>
        <w:t>Họ Tự Phá Hoại Thành Công Của Chính Mình</w:t>
      </w:r>
    </w:p>
    <w:p>
      <w:pPr>
        <w:spacing w:after="80"/>
      </w:pPr>
      <w:r>
        <w:rPr>
          <w:b w:val="0"/>
          <w:i w:val="0"/>
        </w:rPr>
        <w:t>Những người không bao giờ hoàn thành thường không hiểu rằng họ đang hình thành một thói quen sẽ phá hoại thành công của mình. Bỏ cuộc trở thành một thói quen. Và họ viện cớ. Nhưng đi từ thất bại đến thành công thì dễ hơn đi từ những lời viện cớ đến thành công!</w:t>
      </w:r>
    </w:p>
    <w:p>
      <w:pPr>
        <w:spacing w:after="80"/>
        <w:jc w:val="center"/>
      </w:pPr>
      <w:r>
        <w:rPr>
          <w:b/>
          <w:i w:val="0"/>
        </w:rPr>
        <w:t>Đi từ thất bại đến thành công thì dễ hơn đi từ những lời viện cớ đến thành công.</w:t>
      </w:r>
    </w:p>
    <w:p>
      <w:pPr>
        <w:spacing w:after="80"/>
      </w:pPr>
      <w:r>
        <w:rPr>
          <w:b w:val="0"/>
          <w:i w:val="0"/>
        </w:rPr>
        <w:t>Bố tôi đã khắc sâu vào đầu lũ trẻ chúng tôi rằng nếu đã bắt đầu một việc gì đó, chúng tôi sẽ phải hoàn thành nó. Ông thường nói: "Khi con đã chọn bắt đầu, con đã chọn hoàn thành. Đó không phải hai lựa chọn; đó là một." Kiểu tư duy đó đã giúp ích rất nhiều cho anh trai Larry, chị gái Trish và tôi.</w:t>
      </w:r>
    </w:p>
    <w:p>
      <w:pPr>
        <w:pStyle w:val="Heading3"/>
      </w:pPr>
      <w:r>
        <w:rPr>
          <w:rFonts w:ascii="Calibri" w:hAnsi="Calibri"/>
          <w:b/>
          <w:i w:val="0"/>
          <w:sz w:val="26"/>
        </w:rPr>
        <w:t>Họ Đánh Mất Sự Tin Tưởng và Tôn Trọng của Người Khác</w:t>
      </w:r>
    </w:p>
    <w:p>
      <w:pPr>
        <w:spacing w:after="80"/>
      </w:pPr>
      <w:r>
        <w:rPr>
          <w:b w:val="0"/>
          <w:i w:val="0"/>
        </w:rPr>
        <w:t>Bỏ cuộc đủ nhiều lần, người khác sẽ nghĩ bạn không đáng tin cậy, và điều đó bào mòn lòng tin. Không ai muốn làm việc với những người họ không thể tin tưởng. Không ai muốn bị trói buộc vào một kẻ hay bỏ cuộc. Những người tự hủy hoại bản thân rồi cuối cùng sẽ kéo bạn theo cùng.</w:t>
      </w:r>
    </w:p>
    <w:p>
      <w:pPr>
        <w:pStyle w:val="Heading3"/>
      </w:pPr>
      <w:r>
        <w:rPr>
          <w:rFonts w:ascii="Calibri" w:hAnsi="Calibri"/>
          <w:b/>
          <w:i w:val="0"/>
          <w:sz w:val="26"/>
        </w:rPr>
        <w:t>Những Mẹo Thực Tế Giúp Mọi Người Trở Thành Người Hoàn Thành Công Việc</w:t>
      </w:r>
    </w:p>
    <w:p>
      <w:pPr>
        <w:spacing w:after="80"/>
      </w:pPr>
      <w:r>
        <w:rPr>
          <w:b w:val="0"/>
          <w:i w:val="0"/>
        </w:rPr>
        <w:t>Để giúp mọi người học cách hoàn thành những gì họ bắt đầu, hãy làm những điều sau:</w:t>
      </w:r>
    </w:p>
    <w:p>
      <w:pPr>
        <w:spacing w:after="80"/>
      </w:pPr>
      <w:r>
        <w:rPr>
          <w:b/>
          <w:i w:val="0"/>
        </w:rPr>
        <w:t>1. Cho họ thấy bức tranh lớn:</w:t>
      </w:r>
      <w:r>
        <w:rPr>
          <w:b w:val="0"/>
          <w:i w:val="0"/>
        </w:rPr>
        <w:t xml:space="preserve"> Giúp họ nhìn thấy một tương lai tích cực hơn mà họ có thể có nếu học cách trở thành người hoàn thành công việc.</w:t>
      </w:r>
    </w:p>
    <w:p>
      <w:pPr>
        <w:spacing w:after="80"/>
      </w:pPr>
      <w:r>
        <w:rPr>
          <w:b/>
          <w:i w:val="0"/>
        </w:rPr>
        <w:t>2. Trao cho họ trách nhiệm giải trình:</w:t>
      </w:r>
      <w:r>
        <w:rPr>
          <w:b w:val="0"/>
          <w:i w:val="0"/>
        </w:rPr>
        <w:t xml:space="preserve"> Những người đã hình thành thói quen bỏ cuộc thường không chịu trách nhiệm về hành động của mình. Bạn có thể thay đổi điều đó.</w:t>
      </w:r>
    </w:p>
    <w:p>
      <w:pPr>
        <w:spacing w:after="80"/>
      </w:pPr>
      <w:r>
        <w:rPr>
          <w:b/>
          <w:i w:val="0"/>
        </w:rPr>
        <w:t>3. Giúp họ lên lịch thời gian:</w:t>
      </w:r>
      <w:r>
        <w:rPr>
          <w:b w:val="0"/>
          <w:i w:val="0"/>
        </w:rPr>
        <w:t xml:space="preserve"> Những người không hoàn thành công việc thường thiếu ngăn nắp hoặc thiếu kỷ luật. Họ thường cần công cụ để giúp sắp xếp các nhiệm vụ.</w:t>
      </w:r>
    </w:p>
    <w:p>
      <w:pPr>
        <w:spacing w:after="80"/>
      </w:pPr>
      <w:r>
        <w:rPr>
          <w:b/>
          <w:i w:val="0"/>
        </w:rPr>
        <w:t>4. Cung cấp một người đồng hành làm việc:</w:t>
      </w:r>
      <w:r>
        <w:rPr>
          <w:b w:val="0"/>
          <w:i w:val="0"/>
        </w:rPr>
        <w:t xml:space="preserve"> Đôi khi ghép những người hay bỏ dở với những người có động lực cao có thể giúp họ theo đuổi đến cùng. Chỉ cần chắc chắn rằng bạn không làm ảnh hưởng tiêu cực đến một người làm việc giỏi trong quá trình đó.</w:t>
      </w:r>
    </w:p>
    <w:p>
      <w:pPr>
        <w:spacing w:after="80"/>
      </w:pPr>
      <w:r>
        <w:rPr>
          <w:b/>
          <w:i w:val="0"/>
        </w:rPr>
        <w:t>5. Chỉ khen thưởng công việc đã hoàn thành:</w:t>
      </w:r>
      <w:r>
        <w:rPr>
          <w:b w:val="0"/>
          <w:i w:val="0"/>
        </w:rPr>
        <w:t xml:space="preserve"> Khen ngợi nỗ lực là tốt, nhưng bạn không bao giờ nên thưởng cho nó. Chỉ trao phần thưởng khi công việc đã xong.</w:t>
      </w:r>
    </w:p>
    <w:p>
      <w:pPr>
        <w:spacing w:after="80"/>
      </w:pPr>
      <w:r>
        <w:rPr>
          <w:b w:val="0"/>
          <w:i w:val="0"/>
        </w:rPr>
        <w:t xml:space="preserve">Những người không hoàn thành những gì họ bắt đầu thường không nhận ra tác động tiêu cực của nó đối với bản thân và người khác. Với tư cách là một nhà lãnh đạo, bạn có thể giúp họ hiểu điều đó. Hãy dạy họ rằng bằng việc bắt đầu </w:t>
      </w:r>
      <w:r>
        <w:rPr>
          <w:b w:val="0"/>
          <w:i/>
        </w:rPr>
        <w:t>và</w:t>
      </w:r>
      <w:r>
        <w:rPr>
          <w:b w:val="0"/>
          <w:i w:val="0"/>
        </w:rPr>
        <w:t xml:space="preserve"> hoàn thành, họ đang chứng tỏ rằng họ có thể đảm nhận những trách nhiệm lớn hơn và tốt hơn. Họ trở thành ứng viên được bạn và tổ chức dành cho nhiều thời gian, sự chú ý và cơ hội hơn, bởi vì họ đang chứng tỏ rằng họ đã sẵn sàng cho những điều đó.</w:t>
      </w:r>
    </w:p>
    <w:p>
      <w:pPr>
        <w:pStyle w:val="Heading2"/>
      </w:pPr>
      <w:r>
        <w:rPr>
          <w:rFonts w:ascii="Calibri" w:hAnsi="Calibri"/>
          <w:b/>
          <w:i w:val="0"/>
          <w:sz w:val="32"/>
        </w:rPr>
        <w:t>5. Làm thế nào các nhà lãnh đạo có thể giúp các cá nhân vượt qua sai lầm của mình, lọc bỏ những lời tự nói tiêu cực, và bước lên con đường thành công hướng tới một tương lai tốt đẹp hơn?</w:t>
      </w:r>
    </w:p>
    <w:p>
      <w:pPr>
        <w:spacing w:after="80"/>
      </w:pPr>
      <w:r>
        <w:rPr>
          <w:b w:val="0"/>
          <w:i w:val="0"/>
        </w:rPr>
        <w:t xml:space="preserve">Khả năng đối mặt với khó khăn, sai lầm, thất bại và mất mát là điều then chốt đối với thành công của con người. Mong muốn giúp mọi người về điều này của tôi mạnh mẽ đến mức tôi đã viết hai cuốn sách để dạy người ta cách làm: </w:t>
      </w:r>
      <w:r>
        <w:rPr>
          <w:b w:val="0"/>
          <w:i/>
        </w:rPr>
        <w:t>Failing Forward</w:t>
      </w:r>
      <w:r>
        <w:rPr>
          <w:b w:val="0"/>
          <w:i w:val="0"/>
        </w:rPr>
        <w:t xml:space="preserve"> và </w:t>
      </w:r>
      <w:r>
        <w:rPr>
          <w:b w:val="0"/>
          <w:i/>
        </w:rPr>
        <w:t>Sometimes You Win—Sometimes You Learn</w:t>
      </w:r>
      <w:r>
        <w:rPr>
          <w:b w:val="0"/>
          <w:i w:val="0"/>
        </w:rPr>
        <w:t>.</w:t>
      </w:r>
    </w:p>
    <w:p>
      <w:pPr>
        <w:spacing w:after="80"/>
      </w:pPr>
      <w:r>
        <w:rPr>
          <w:b w:val="0"/>
          <w:i w:val="0"/>
        </w:rPr>
        <w:t>Nhiều người bị mắc kẹt về mặt cảm xúc khi họ phạm sai lầm hoặc chịu mất mát. Họ thường bị nhấn chìm bởi sự hối tiếc. Đó là một vấn đề, bởi vì như nhà văn Katherine Mansfield đã nhận xét: "Hối tiếc là một sự lãng phí năng lượng khủng khiếp... Bạn không thể xây dựng gì trên nó; nó chỉ hữu ích để chìm đắm trong đó." Nếu sự hối tiếc kéo dài quá lâu, nó có thể biến thành cảm giác tội lỗi, oán giận và tự thương hại.</w:t>
      </w:r>
    </w:p>
    <w:p>
      <w:pPr>
        <w:spacing w:after="80"/>
      </w:pPr>
      <w:r>
        <w:rPr>
          <w:b w:val="0"/>
          <w:i w:val="0"/>
        </w:rPr>
        <w:t>Khi trải qua mất mát, chúng ta cần học từ chúng và buông bỏ chúng. Nếu thay vào đó ta tập trung vào mất mát, nó có thể kéo ta xuống. Đây là sự khác biệt giữa những người tập trung vào mất mát và những người tập trung vào bài học:</w:t>
      </w:r>
    </w:p>
    <w:p>
      <w:pPr>
        <w:spacing w:after="80"/>
      </w:pPr>
      <w:r>
        <w:rPr>
          <w:b/>
          <w:i w:val="0"/>
        </w:rPr>
        <w:t>NHỮNG NGƯỜI TẬP TRUNG VÀO MẤT MÁT:</w:t>
      </w:r>
      <w:r>
        <w:rPr>
          <w:b w:val="0"/>
          <w:i w:val="0"/>
        </w:rPr>
        <w:t xml:space="preserve"> Nghĩ Về Những Gì Họ Đã Làm Sai</w:t>
      </w:r>
    </w:p>
    <w:p>
      <w:pPr>
        <w:spacing w:after="80"/>
      </w:pPr>
      <w:r>
        <w:rPr>
          <w:b/>
          <w:i w:val="0"/>
        </w:rPr>
        <w:t>NHỮNG NGƯỜI TẬP TRUNG VÀO BÀI HỌC:</w:t>
      </w:r>
      <w:r>
        <w:rPr>
          <w:b w:val="0"/>
          <w:i w:val="0"/>
        </w:rPr>
        <w:t xml:space="preserve"> Nghĩ Về Những Gì Họ Có Thể Làm Đúng</w:t>
      </w:r>
    </w:p>
    <w:p>
      <w:pPr>
        <w:spacing w:after="80"/>
      </w:pPr>
      <w:r>
        <w:rPr>
          <w:b/>
          <w:i w:val="0"/>
        </w:rPr>
        <w:t>NGƯỜI TẬP TRUNG VÀO MẤT MÁT:</w:t>
      </w:r>
      <w:r>
        <w:rPr>
          <w:b w:val="0"/>
          <w:i w:val="0"/>
        </w:rPr>
        <w:t xml:space="preserve"> Sống lại nỗi đau</w:t>
      </w:r>
    </w:p>
    <w:p>
      <w:pPr>
        <w:spacing w:after="80"/>
      </w:pPr>
      <w:r>
        <w:rPr>
          <w:b/>
          <w:i w:val="0"/>
        </w:rPr>
        <w:t>NGƯỜI TẬP TRUNG VÀO BÀI HỌC:</w:t>
      </w:r>
      <w:r>
        <w:rPr>
          <w:b w:val="0"/>
          <w:i w:val="0"/>
        </w:rPr>
        <w:t xml:space="preserve"> Dồn sức cho việc chữa lành</w:t>
      </w:r>
    </w:p>
    <w:p>
      <w:pPr>
        <w:spacing w:after="80"/>
      </w:pPr>
      <w:r>
        <w:rPr>
          <w:b/>
          <w:i w:val="0"/>
        </w:rPr>
        <w:t>NGƯỜI TẬP TRUNG VÀO MẤT MÁT:</w:t>
      </w:r>
      <w:r>
        <w:rPr>
          <w:b w:val="0"/>
          <w:i w:val="0"/>
        </w:rPr>
        <w:t xml:space="preserve"> Tăng thêm sự tự thương hại</w:t>
      </w:r>
    </w:p>
    <w:p>
      <w:pPr>
        <w:spacing w:after="80"/>
      </w:pPr>
      <w:r>
        <w:rPr>
          <w:b/>
          <w:i w:val="0"/>
        </w:rPr>
        <w:t>NGƯỜI TẬP TRUNG VÀO BÀI HỌC:</w:t>
      </w:r>
      <w:r>
        <w:rPr>
          <w:b w:val="0"/>
          <w:i w:val="0"/>
        </w:rPr>
        <w:t xml:space="preserve"> Tăng thêm sự tự lập</w:t>
      </w:r>
    </w:p>
    <w:p>
      <w:pPr>
        <w:spacing w:after="80"/>
      </w:pPr>
      <w:r>
        <w:rPr>
          <w:b/>
          <w:i w:val="0"/>
        </w:rPr>
        <w:t>NGƯỜI TẬP TRUNG VÀO MẤT MÁT:</w:t>
      </w:r>
      <w:r>
        <w:rPr>
          <w:b w:val="0"/>
          <w:i w:val="0"/>
        </w:rPr>
        <w:t xml:space="preserve"> Rơi vào cảm xúc tiêu cực</w:t>
      </w:r>
    </w:p>
    <w:p>
      <w:pPr>
        <w:spacing w:after="80"/>
      </w:pPr>
      <w:r>
        <w:rPr>
          <w:b/>
          <w:i w:val="0"/>
        </w:rPr>
        <w:t>NGƯỜI TẬP TRUNG VÀO BÀI HỌC:</w:t>
      </w:r>
      <w:r>
        <w:rPr>
          <w:b w:val="0"/>
          <w:i w:val="0"/>
        </w:rPr>
        <w:t xml:space="preserve"> Trở nên hào hứng</w:t>
      </w:r>
    </w:p>
    <w:p>
      <w:pPr>
        <w:spacing w:after="80"/>
      </w:pPr>
      <w:r>
        <w:rPr>
          <w:b/>
          <w:i w:val="0"/>
        </w:rPr>
        <w:t>NGƯỜI TẬP TRUNG VÀO MẤT MÁT:</w:t>
      </w:r>
      <w:r>
        <w:rPr>
          <w:b w:val="0"/>
          <w:i w:val="0"/>
        </w:rPr>
        <w:t xml:space="preserve"> Cảm thấy vô vọng</w:t>
      </w:r>
    </w:p>
    <w:p>
      <w:pPr>
        <w:spacing w:after="80"/>
      </w:pPr>
      <w:r>
        <w:rPr>
          <w:b/>
          <w:i w:val="0"/>
        </w:rPr>
        <w:t>NGƯỜI TẬP TRUNG VÀO BÀI HỌC:</w:t>
      </w:r>
      <w:r>
        <w:rPr>
          <w:b w:val="0"/>
          <w:i w:val="0"/>
        </w:rPr>
        <w:t xml:space="preserve"> Có được hy vọng</w:t>
      </w:r>
    </w:p>
    <w:p>
      <w:pPr>
        <w:spacing w:after="80"/>
      </w:pPr>
      <w:r>
        <w:rPr>
          <w:b/>
          <w:i w:val="0"/>
        </w:rPr>
        <w:t>NGƯỜI TẬP TRUNG VÀO MẤT MÁT:</w:t>
      </w:r>
      <w:r>
        <w:rPr>
          <w:b w:val="0"/>
          <w:i w:val="0"/>
        </w:rPr>
        <w:t xml:space="preserve"> Mắc kẹt trong quá khứ</w:t>
      </w:r>
    </w:p>
    <w:p>
      <w:pPr>
        <w:spacing w:after="80"/>
      </w:pPr>
      <w:r>
        <w:rPr>
          <w:b/>
          <w:i w:val="0"/>
        </w:rPr>
        <w:t>NGƯỜI TẬP TRUNG VÀO BÀI HỌC:</w:t>
      </w:r>
      <w:r>
        <w:rPr>
          <w:b w:val="0"/>
          <w:i w:val="0"/>
        </w:rPr>
        <w:t xml:space="preserve"> Tiến về phía tương lai</w:t>
      </w:r>
    </w:p>
    <w:p>
      <w:pPr>
        <w:spacing w:after="80"/>
      </w:pPr>
      <w:r>
        <w:rPr>
          <w:b w:val="0"/>
          <w:i w:val="0"/>
        </w:rPr>
        <w:t>Có những mất mát cần thời gian vì chúng cắt sâu vào lòng. Ta cần đau buồn. Ta cần thời gian để chữa lành. Nhưng nhiều mất mát nhỏ và rắc rối nhỏ không đáng để ta hao tốn nhiều sức lực. Phần lớn thời gian, ta cần học được bài học từ mất mát đó, rồi bước tiếp.</w:t>
      </w:r>
    </w:p>
    <w:p>
      <w:pPr>
        <w:pStyle w:val="Heading3"/>
      </w:pPr>
      <w:r>
        <w:rPr>
          <w:rFonts w:ascii="Calibri" w:hAnsi="Calibri"/>
          <w:b/>
          <w:i w:val="0"/>
          <w:sz w:val="26"/>
        </w:rPr>
        <w:t>Dạy mọi người Quy tắc Hai Mươi Bốn Giờ</w:t>
      </w:r>
    </w:p>
    <w:p>
      <w:pPr>
        <w:spacing w:after="80"/>
      </w:pPr>
      <w:r>
        <w:rPr>
          <w:b w:val="0"/>
          <w:i w:val="0"/>
        </w:rPr>
        <w:t>Một trong những cách lành mạnh nhất để đối diện với mất mát cũng giống như cách ta nên đối diện với chiến thắng: tuân theo quy tắc hai mươi bốn giờ. Khi có chiến thắng, ta nên ăn mừng không quá hai mươi bốn giờ. Khi gặp thất bại, ta nên để nó làm mình buồn không quá hai mươi bốn giờ. Một khi đã xử lý xong cảm xúc, đã đến lúc học từ trải nghiệm đó và bước tiếp. Bạn càng nhanh chuyển sự tập trung từ mất mát sang bài học, bạn càng sớm chữa lành. Nếu cứ mãi tập trung vào mất mát, nó sẽ ngày càng tệ hơn.</w:t>
      </w:r>
    </w:p>
    <w:p>
      <w:pPr>
        <w:pStyle w:val="Heading2"/>
      </w:pPr>
      <w:r>
        <w:rPr>
          <w:rFonts w:ascii="Calibri" w:hAnsi="Calibri"/>
          <w:b/>
          <w:i w:val="0"/>
          <w:sz w:val="32"/>
        </w:rPr>
        <w:t>6. Đến lúc nào thì bạn ngừng dồn sức lực cho những người phản đối và những người làm việc kém hiệu quả để tập trung vào những người muốn phát triển?</w:t>
      </w:r>
    </w:p>
    <w:p>
      <w:pPr>
        <w:spacing w:after="80"/>
      </w:pPr>
      <w:r>
        <w:rPr>
          <w:b w:val="0"/>
          <w:i w:val="0"/>
        </w:rPr>
        <w:t>Với tư cách là người lãnh đạo, ta thường muốn mang theo tất cả mọi người cùng mình. Tôi biết hồi còn là một nhà lãnh đạo trẻ, tôi đã như vậy. Tôi đang tiến về phía trước, tôi hào hứng với điều đó, và tôi muốn mọi người cùng đồng hành với mình. Nhưng điều đó chẳng bao giờ xảy ra. Có những người không thể đi cùng bạn. Những người khác thì không muốn đi. Công việc của bạn với tư cách là người lãnh đạo là cho mọi người cơ hội để bắt nhịp, dốc hết sức mình để giúp họ thành công, hoặc là bước tiếp mà không có họ.</w:t>
      </w:r>
    </w:p>
    <w:p>
      <w:pPr>
        <w:spacing w:after="80"/>
      </w:pPr>
      <w:r>
        <w:rPr>
          <w:b w:val="0"/>
          <w:i w:val="0"/>
        </w:rPr>
        <w:t>Những người bạn dành phần lớn thời gian và sức lực cho là những người ở lại. Những người bạn bỏ bê là những người rời đi. Bạn muốn có ai ở bên mình hơn? Những người làm việc hiệu quả cao, đồng lòng với tầm nhìn, hay những người làm việc kém hiệu quả, luôn chỉ trích bạn và tổ chức? Nếu bạn dồn sức lực cho những người tiêu cực, đến một lúc nào đó bạn cần tự hỏi mình:</w:t>
      </w:r>
    </w:p>
    <w:p>
      <w:pPr>
        <w:spacing w:after="80"/>
      </w:pPr>
      <w:r>
        <w:rPr>
          <w:b w:val="0"/>
          <w:i w:val="0"/>
        </w:rPr>
        <w:t>Tôi sẽ để họ lấy đi bao nhiêu năng lượng của mình?</w:t>
      </w:r>
    </w:p>
    <w:p>
      <w:pPr>
        <w:spacing w:after="80"/>
      </w:pPr>
      <w:r>
        <w:rPr>
          <w:b w:val="0"/>
          <w:i w:val="0"/>
        </w:rPr>
        <w:t>Tôi sẽ để họ lấy đi bao nhiêu thời gian của mình?</w:t>
      </w:r>
    </w:p>
    <w:p>
      <w:pPr>
        <w:spacing w:after="80"/>
      </w:pPr>
      <w:r>
        <w:rPr>
          <w:b w:val="0"/>
          <w:i w:val="0"/>
        </w:rPr>
        <w:t>Tôi sẽ để họ lấy đi bao nhiêu sự tập trung của mình?</w:t>
      </w:r>
    </w:p>
    <w:p>
      <w:pPr>
        <w:spacing w:after="80"/>
      </w:pPr>
      <w:r>
        <w:rPr>
          <w:b w:val="0"/>
          <w:i w:val="0"/>
        </w:rPr>
        <w:t>Tôi sẽ để họ lấy đi bao nhiêu niềm vui của mình?</w:t>
      </w:r>
    </w:p>
    <w:p>
      <w:pPr>
        <w:spacing w:after="80"/>
      </w:pPr>
      <w:r>
        <w:rPr>
          <w:b w:val="0"/>
          <w:i w:val="0"/>
        </w:rPr>
        <w:t>Tôi sẽ để họ lấy đi bao nhiêu nguồn lực?</w:t>
      </w:r>
    </w:p>
    <w:p>
      <w:pPr>
        <w:spacing w:after="80"/>
      </w:pPr>
      <w:r>
        <w:rPr>
          <w:b w:val="0"/>
          <w:i w:val="0"/>
        </w:rPr>
        <w:t>Khi tự hỏi những câu này, bạn sẽ nhận ra rằng việc giữ lại những người tiêu cực hay kém hiệu quả đều phải trả giá. Trên đời có hai kiểu người: người nâng đỡ và người bám víu. Bạn muốn ai ở trong đội của mình?</w:t>
      </w:r>
    </w:p>
    <w:p>
      <w:pPr>
        <w:spacing w:after="80"/>
      </w:pPr>
      <w:r>
        <w:rPr>
          <w:b w:val="0"/>
          <w:i w:val="0"/>
        </w:rPr>
        <w:t>Càng lớn tuổi, tôi càng thấy mình muốn dành thời gian cho những người mình thích. Tôi không còn chịu đựng nhiều như trước nữa. Tôi chẳng mấy muốn phí thời gian để cố hoàn thành mục tiêu của người khác. Tôi muốn đầu tư vào những người biết phát triển và muốn tạo ra khác biệt trong cuộc sống của người khác.</w:t>
      </w:r>
    </w:p>
    <w:p>
      <w:pPr>
        <w:spacing w:after="80"/>
      </w:pPr>
      <w:r>
        <w:rPr>
          <w:b w:val="0"/>
          <w:i w:val="0"/>
        </w:rPr>
        <w:t>Nếu bạn không sàng lọc những người hay phản đối và những người làm việc kém, bạn sẽ mất đi sự tôn trọng của mọi người dành cho khả năng lãnh đạo của mình. Nếu ai đó không làm tốt công việc, họ xứng đáng được bạn dốc hết sức giúp họ thành công. Khi bạn đã làm hết sức mình mà họ vẫn không cố gắng hết mình, thì đã đến lúc phải thay đổi.</w:t>
      </w:r>
    </w:p>
    <w:p>
      <w:pPr>
        <w:spacing w:after="80"/>
      </w:pPr>
      <w:r>
        <w:rPr>
          <w:b w:val="0"/>
          <w:i w:val="0"/>
        </w:rPr>
        <w:t>Khi tôi đến San Diego để lãnh đạo Skyline, tôi tiếp nhận một đội ngũ rất yếu. Tôi cố gắng hết sức để hiểu họ, tìm ra điểm mạnh và điểm yếu của từng người. Và tôi dốc hết sức để giúp họ thành công, nhưng rất nhanh sau đó tôi nhận ra rằng nhiều người sẽ không đủ giỏi để đưa Skyline lên một tầm cao mới.</w:t>
      </w:r>
    </w:p>
    <w:p>
      <w:pPr>
        <w:spacing w:after="80"/>
      </w:pPr>
      <w:r>
        <w:rPr>
          <w:b w:val="0"/>
          <w:i w:val="0"/>
        </w:rPr>
        <w:t>Thế là tôi xây dựng một chiến lược. Năm đầu tiên, tôi cho một phần ba nhân viên nghỉ việc và thay bằng những người làm việc hiệu quả cao và tin vào tầm nhìn. Năm tiếp theo, tôi lại cho một phần ba nhân viên yếu nhất nghỉ việc và thay bằng những người giỏi hơn. Năm thứ ba—bạn đoán đúng rồi đấy—tôi lại cho một phần ba nhân viên yếu nhất nghỉ việc. Trừ vài trường hợp ngoại lệ, tôi đã thay toàn bộ đội ngũ trong vòng ba năm.</w:t>
      </w:r>
    </w:p>
    <w:p>
      <w:pPr>
        <w:spacing w:after="80"/>
      </w:pPr>
      <w:r>
        <w:rPr>
          <w:b w:val="0"/>
          <w:i w:val="0"/>
        </w:rPr>
        <w:t>Là một nhà lãnh đạo, bạn phải đặt ra tiêu chuẩn, rồi kiên trì thực hiện đến cùng. Bạn phải sẵn sàng đưa ra những lựa chọn khó khăn và chấp nhận hậu quả. Người bạn tôi, Jimmy Blanchard ở Synovus, đã làm đúng như vậy. Synovus từng được bình chọn là một trong mười công ty hàng đầu để làm việc tại Mỹ. Jimmy Blanchard, khi đó là CEO, đã góp phần tạo nên điều đó. Bạn có biết ông ấy làm thế nào không? Ông loại bỏ những người mà ông tin là đang gây tổn hại cho công ty.</w:t>
      </w:r>
    </w:p>
    <w:p>
      <w:pPr>
        <w:spacing w:after="80"/>
      </w:pPr>
      <w:r>
        <w:rPr>
          <w:b w:val="0"/>
          <w:i w:val="0"/>
        </w:rPr>
        <w:t>Ông cảm thấy một trong những vấn đề chính của công ty là nhân viên không phải lúc nào cũng được đối xử tử tế, và ông tin rằng nguyên nhân nằm ở nhiều người giám sát. Vì vậy, trong một cuộc họp với toàn công ty, ông nói với mọi người rằng công ty chưa đạt được tiềm năng vì con người chưa được coi trọng đúng mức. Rồi ông rút điện thoại di động ra và nói với tất cả mọi người trong hội trường rằng nếu một người giám sát coi thường họ, họ có thể gọi trực tiếp cho ông để báo, và ông đã đưa ra số điện thoại cá nhân của mình.</w:t>
      </w:r>
    </w:p>
    <w:p>
      <w:pPr>
        <w:spacing w:after="80"/>
      </w:pPr>
      <w:r>
        <w:rPr>
          <w:b w:val="0"/>
          <w:i w:val="0"/>
        </w:rPr>
        <w:t>Jimmy kể với tôi rằng trong sáu tháng tiếp theo, ông nhận được không phải vài chục mà là hàng trăm cuộc gọi. Ông phát hiện ra rằng vấn đề cứ lặp đi lặp lại với cùng những người giám sát đó. Thế là ông cùng các nhà lãnh đạo khác đến gặp những người giám sát ấy và nói rằng họ phải thay đổi hoặc ra đi. Họ mất khoảng một năm rưỡi để loại bỏ khoảng một phần ba số người giám sát, nhưng điều đó đã xoay chuyển được công ty. Jimmy nói rằng ông thay đổi đội ngũ giám sát một cách chậm rãi, nhưng ông thay đổi thái độ của nhân viên ngay lập tức.</w:t>
      </w:r>
    </w:p>
    <w:p>
      <w:pPr>
        <w:spacing w:after="80"/>
      </w:pPr>
      <w:r>
        <w:rPr>
          <w:b w:val="0"/>
          <w:i w:val="0"/>
        </w:rPr>
        <w:t>Càng có nhiều kinh nghiệm, tôi càng nhận ra rằng là một nhà lãnh đạo, bạn chỉ cần làm những gì cần phải làm. Khi phải cho ai đó nghỉ việc, tôi cố gắng làm đúng cách. Tôi trân trọng họ. Tôi làm đúng về mặt tài chính. Và tôi không ngoảnh lại nhìn. Gần đây, khi tôi cho một người nghỉ việc, anh ta muốn có thêm một cơ hội hoặc được quay lại với vai trò thấp hơn. Tôi nói không. Nếu không hợp thì là không hợp. Thường thì chúng ta biết là sẽ không ổn, nhưng lại muốn giữ mối quan hệ và nhượng bộ. Về lâu dài, điều đó chẳng tốt cho ai cả. Những năm đầu, tôi giữ người ở lại quá lâu. Tôi không đưa ra những quyết định dũng cảm. Tôi đặt cảm xúc của mình lên trên điều tốt nhất cho tổ chức. Nhưng tôi đã học được cách không làm vậy nữa. Ngày nay tôi không còn là con người như trước. Tôi mạnh mẽ hơn, quyết đoán hơn, dũng cảm hơn. Tôi đã thôi cố gắng để ai cũng yêu mến mình. Giờ tôi chỉ cố gắng làm điều đúng đắn.</w:t>
      </w:r>
    </w:p>
    <w:p>
      <w:pPr>
        <w:pStyle w:val="Heading2"/>
      </w:pPr>
      <w:r>
        <w:rPr>
          <w:rFonts w:ascii="Calibri" w:hAnsi="Calibri"/>
          <w:b/>
          <w:i w:val="0"/>
          <w:sz w:val="32"/>
        </w:rPr>
        <w:t>7. Làm thế nào để bạn truyền cảm hứng cho đội ngũ của mình biến công việc hiện tại thành sự nghiệp và thành điều gì đó đáng tự hào, chứ không chỉ là một công việc đổi lấy đồng lương?</w:t>
      </w:r>
    </w:p>
    <w:p>
      <w:pPr>
        <w:spacing w:after="80"/>
      </w:pPr>
      <w:r>
        <w:rPr>
          <w:b w:val="0"/>
          <w:i w:val="0"/>
        </w:rPr>
        <w:t xml:space="preserve">Nếu mọi người coi công việc họ đang làm chẳng qua chỉ là một công việc để lĩnh lương, thì theo thời gian họ sẽ trở nên chán nản. Gần như cũng chán nản không kém là việc nhắm tới một vị trí hay chức danh cụ thể rồi nghĩ rằng mình đã đến đích khi có được nó. Không có </w:t>
      </w:r>
      <w:r>
        <w:rPr>
          <w:b w:val="0"/>
          <w:i/>
        </w:rPr>
        <w:t>công việc</w:t>
      </w:r>
      <w:r>
        <w:rPr>
          <w:b w:val="0"/>
          <w:i w:val="0"/>
        </w:rPr>
        <w:t xml:space="preserve"> nào có tương lai. Chỉ có </w:t>
      </w:r>
      <w:r>
        <w:rPr>
          <w:b w:val="0"/>
          <w:i/>
        </w:rPr>
        <w:t>con người</w:t>
      </w:r>
      <w:r>
        <w:rPr>
          <w:b w:val="0"/>
          <w:i w:val="0"/>
        </w:rPr>
        <w:t xml:space="preserve"> mới có tương lai. Nếu con người tiếp tục phát triển, học hỏi và mở rộng tiềm năng của mình, tương lai của họ sẽ tươi sáng. Nếu không, thì ít nhất cũng là mơ hồ. Đó là lý do tôi thường nhắc mọi người rằng mối đe dọa lớn nhất đối với thành công của ngày mai chính là thành công của ngày hôm nay.</w:t>
      </w:r>
    </w:p>
    <w:p>
      <w:pPr>
        <w:spacing w:after="80"/>
        <w:jc w:val="center"/>
      </w:pPr>
      <w:r>
        <w:rPr>
          <w:b/>
          <w:i w:val="0"/>
        </w:rPr>
        <w:t xml:space="preserve">Không </w:t>
      </w:r>
      <w:r>
        <w:rPr>
          <w:b/>
          <w:i/>
        </w:rPr>
        <w:t>công việc</w:t>
      </w:r>
      <w:r>
        <w:rPr>
          <w:b/>
          <w:i w:val="0"/>
        </w:rPr>
        <w:t xml:space="preserve"> nào có tương lai. Chỉ có </w:t>
      </w:r>
      <w:r>
        <w:rPr>
          <w:b/>
          <w:i/>
        </w:rPr>
        <w:t>con người</w:t>
      </w:r>
      <w:r>
        <w:rPr>
          <w:b/>
          <w:i w:val="0"/>
        </w:rPr>
        <w:t xml:space="preserve"> mới có tương lai.</w:t>
      </w:r>
    </w:p>
    <w:p>
      <w:pPr>
        <w:spacing w:after="80"/>
      </w:pPr>
      <w:r>
        <w:rPr>
          <w:b w:val="0"/>
          <w:i w:val="0"/>
        </w:rPr>
        <w:t>Để thành công, tôi đã không ngừng tái tạo chính mình. Tôi tiếp tục phát triển, học hỏi và bồi đắp thêm con người mình. Tôi khởi đầu là một mục sư. Khi nhận ra rằng để thành công tôi cần gây ảnh hưởng đến người khác, tôi bổ sung kỹ năng lãnh đạo và trở thành một nhà lãnh đạo. Khi bắt đầu nhận ra khả năng giao tiếp của mình chưa đủ mạnh, tôi bắt đầu học hỏi những diễn giả giỏi và trau dồi kỹ năng cho đến khi trở thành một người truyền đạt hiệu quả. Khi nhận ra rằng người ta chỉ có thể tiến xa đến mức nào đó trong sự phát triển nhờ các bài diễn văn và hội nghị, tôi học viết và tạo ra các nguồn tài liệu để có thể trở thành người trang bị (equipper). Rồi tôi học được sức mạnh của việc cố vấn (mentoring) và trở thành người phát triển các nhà lãnh đạo. Hôm nay tôi đã thấu hiểu sức mạnh của sự hợp tác, và tôi bắt đầu bắt tay với các nhà lãnh đạo và tổ chức khác để cố gắng tạo nên sự khác biệt.</w:t>
      </w:r>
    </w:p>
    <w:p>
      <w:pPr>
        <w:spacing w:after="80"/>
      </w:pPr>
      <w:r>
        <w:rPr>
          <w:b w:val="0"/>
          <w:i w:val="0"/>
        </w:rPr>
        <w:t>Tiếp theo là gì? Tôi không biết nữa. Khi tôi thấy một cơ hội phát triển để trở thành một phiên bản hơn hẳn con người hiện tại của mình, tôi sẽ nắm lấy nó và trả giá cho chặng tiếp theo của hành trình. Đó là điều tất cả chúng ta đều cần làm.</w:t>
      </w:r>
    </w:p>
    <w:p>
      <w:pPr>
        <w:spacing w:after="80"/>
      </w:pPr>
      <w:r>
        <w:rPr>
          <w:b w:val="0"/>
          <w:i w:val="0"/>
        </w:rPr>
        <w:t>Nếu bạn đang lãnh đạo những người đã an phận với một vai trò hay vị trí nào đó, dù là vì họ đang ở trong vùng an toàn hay vì họ coi công việc của mình chỉ là một cái nghề, hãy cố gắng giúp họ mở mắt và nghĩ xa hơn ngày hôm nay. Giúp họ nhận ra rằng một công việc không bao giờ đủ lớn cho một con người. Bên trong chúng ta có quá nhiều thứ để chỉ dừng lại ở đó. Hãy trao cho họ điều gì đó vượt ra ngoài công việc của họ bằng cách làm những điều sau:</w:t>
      </w:r>
    </w:p>
    <w:p>
      <w:pPr>
        <w:pStyle w:val="Heading3"/>
      </w:pPr>
      <w:r>
        <w:rPr>
          <w:rFonts w:ascii="Calibri" w:hAnsi="Calibri"/>
          <w:b/>
          <w:i w:val="0"/>
          <w:sz w:val="26"/>
        </w:rPr>
        <w:t>Chia sẻ niềm đam mê của bạn</w:t>
      </w:r>
    </w:p>
    <w:p>
      <w:pPr>
        <w:spacing w:after="80"/>
      </w:pPr>
      <w:r>
        <w:rPr>
          <w:b w:val="0"/>
          <w:i w:val="0"/>
        </w:rPr>
        <w:t>Nếu bạn có niềm đam mê với điều mình làm, bạn cần chia sẻ nó với mọi người. Niềm đam mê của một nhà lãnh đạo có sức lan tỏa. Nó có thể thu hút những người đam mê khác, và có thể thắp lên ngọn lửa trong những người mà nếu không có nó thì có lẽ sẽ chẳng hề đam mê. Nếu họ có thể hiểu và kết nối với tầm nhìn bạn có và niềm đam mê bạn cảm nhận, rất có thể họ sẽ tiếp nhận nó và cũng trở nên đam mê.</w:t>
      </w:r>
    </w:p>
    <w:p>
      <w:pPr>
        <w:pStyle w:val="Heading3"/>
      </w:pPr>
      <w:r>
        <w:rPr>
          <w:rFonts w:ascii="Calibri" w:hAnsi="Calibri"/>
          <w:b/>
          <w:i w:val="0"/>
          <w:sz w:val="26"/>
        </w:rPr>
        <w:t>Vẽ nên bức tranh về một tương lai tốt đẹp hơn</w:t>
      </w:r>
    </w:p>
    <w:p>
      <w:pPr>
        <w:spacing w:after="80"/>
      </w:pPr>
      <w:r>
        <w:rPr>
          <w:b w:val="0"/>
          <w:i w:val="0"/>
        </w:rPr>
        <w:t>Như tôi đã đề cập, một công việc không bao giờ đủ lớn cho con người. Họ muốn làm điều gì đó lớn lao hơn, điều gì đó đáng để nỗ lực. Người ta muốn tạo nên sự khác biệt. Một trong những nhiệm vụ của bạn với tư cách nhà lãnh đạo là vẽ nên bức tranh về tương lai của họ, đủ truyền cảm hứng để họ làm việc chăm chỉ hơn ngay hôm nay. Hãy nói cho họ biết họ có thể trở thành ai. Cho họ thấy một ngày nào đó họ có thể đang làm gì. Điều này phải được làm với sự chính trực, bởi vì là nhà lãnh đạo, chúng ta không bao giờ muốn thao túng người khác. Chúng ta chỉ muốn giúp họ hình dung ra tương lai.</w:t>
      </w:r>
    </w:p>
    <w:p>
      <w:pPr>
        <w:pStyle w:val="Heading3"/>
      </w:pPr>
      <w:r>
        <w:rPr>
          <w:rFonts w:ascii="Calibri" w:hAnsi="Calibri"/>
          <w:b/>
          <w:i w:val="0"/>
          <w:sz w:val="26"/>
        </w:rPr>
        <w:t>Cho thấy vai trò của họ tạo nên sự khác biệt như thế nào</w:t>
      </w:r>
    </w:p>
    <w:p>
      <w:pPr>
        <w:spacing w:after="80"/>
      </w:pPr>
      <w:r>
        <w:rPr>
          <w:b w:val="0"/>
          <w:i w:val="0"/>
        </w:rPr>
        <w:t>Rất thường xuyên, người ta không hiểu những nhiệm vụ họ làm đóng góp thế nào vào bức tranh lớn hơn. Những nhà lãnh đạo giỏi giúp các thành viên trong nhóm hiểu rõ vai trò của họ. Họ giúp họ thấy đóng góp của mình đang tạo nên sự khác biệt ra sao. Điều này mang lại cho các thành viên cảm giác làm chủ sứ mệnh, và truyền cảm hứng để họ làm việc tốt hơn.</w:t>
      </w:r>
    </w:p>
    <w:p>
      <w:pPr>
        <w:pStyle w:val="Heading3"/>
      </w:pPr>
      <w:r>
        <w:rPr>
          <w:rFonts w:ascii="Calibri" w:hAnsi="Calibri"/>
          <w:b/>
          <w:i w:val="0"/>
          <w:sz w:val="26"/>
        </w:rPr>
        <w:t>Thách thức họ tiếp tục phát triển</w:t>
      </w:r>
    </w:p>
    <w:p>
      <w:pPr>
        <w:spacing w:after="80"/>
      </w:pPr>
      <w:r>
        <w:rPr>
          <w:b w:val="0"/>
          <w:i w:val="0"/>
        </w:rPr>
        <w:t>H. Nelson Jackson đã nói: "Tôi không tin rằng bạn có thể làm công việc của hôm nay bằng những phương pháp của hôm qua mà vẫn tồn tại trong kinh doanh vào ngày mai." Đó là lý do chúng ta cần giúp mọi người thấy được giá trị của việc phát triển. Điều này thiết yếu không chỉ cho sự tồn vong của tổ chức, mà còn cho tương lai của mỗi cá nhân. Những người lấy sự phát triển làm mục tiêu—thay vì một chức danh, vị trí, mức lương hay một mục tiêu bên ngoài nào khác—luôn có một tương lai.</w:t>
      </w:r>
    </w:p>
    <w:p>
      <w:pPr>
        <w:spacing w:after="80"/>
      </w:pPr>
      <w:r>
        <w:rPr>
          <w:b w:val="0"/>
          <w:i w:val="0"/>
        </w:rPr>
        <w:t>Tất cả những điều này đều có tiềm năng giúp một nhà lãnh đạo truyền cảm hứng để ai đó đầu tư trọn vẹn hơn vào công việc của mình và ngừng sống qua ngày. Nhưng mọi điều tôi vừa nói đều dựa trên một giả định: rằng bạn đam mê chính công việc của mình. Điều đó là thiết yếu. Người ta không đi theo một tiếng kèn không chắc chắn. Họ không thể bắt lửa từ một nhà lãnh đạo mà bản thân đã nguội lạnh. Nếu bạn không rực cháy, bạn chính là một phần lớn của vấn đề, và người đầu tiên bạn phải giải quyết chính là bản thân bạn.</w:t>
      </w:r>
    </w:p>
    <w:p>
      <w:pPr>
        <w:pStyle w:val="Heading2"/>
      </w:pPr>
      <w:r>
        <w:rPr>
          <w:rFonts w:ascii="Calibri" w:hAnsi="Calibri"/>
          <w:b/>
          <w:i w:val="0"/>
          <w:sz w:val="32"/>
        </w:rPr>
        <w:t>8. Làm thế nào để lãnh đạo những người hiểu biết hơn mình, hoặc những nhà lãnh đạo giỏi hơn mình, khi được giao phụ trách họ?</w:t>
      </w:r>
    </w:p>
    <w:p>
      <w:pPr>
        <w:spacing w:after="80"/>
      </w:pPr>
      <w:r>
        <w:rPr>
          <w:b w:val="0"/>
          <w:i w:val="0"/>
        </w:rPr>
        <w:t>Nếu bạn được giao phụ trách một nhóm người mạnh hơn bạn về năng lực lãnh đạo hay chuyên môn kỹ thuật, đây là tin tốt: bạn có một chức vụ. Đây là tin xấu: chức vụ đó sẽ chẳng có ý nghĩa gì với họ. Họ sẽ không đi theo bạn chỉ vì nó.</w:t>
      </w:r>
    </w:p>
    <w:p>
      <w:pPr>
        <w:spacing w:after="80"/>
      </w:pPr>
      <w:r>
        <w:rPr>
          <w:b w:val="0"/>
          <w:i w:val="0"/>
        </w:rPr>
        <w:t>Tôi học được điều này ở vị trí lãnh đạo đầu tiên của mình. Khi đó tôi hai mươi hai tuổi. Những nhà lãnh đạo thực sự trong hội thánh đều ở độ tuổi bốn mươi và đã gắn bó ở đó hàng chục năm. Họ không chịu đi theo tôi. Nhưng điều đó không có nghĩa là tôi bỏ cuộc. Thay vào đó, tôi xây dựng một chiến lược là cầu xin sự giúp đỡ của mọi người. Nếu ai đó chỉ ra một khiếm khuyết trong khả năng lãnh đạo của tôi, tôi không cố thuyết phục anh ta rằng tôi đúng. Tôi đồng ý với anh ta và xin anh ta giúp đỡ. Bởi vì tôi còn trẻ và không cố giả vờ rằng mình là một nhà lãnh đạo giỏi hơn, mọi người sẵn lòng giúp tôi. Trong khi đó, tôi học được nhiều nhất có thể, làm việc chăm chỉ nhất có thể, và cố gắng giúp đỡ người khác nhiều nhất có thể. Kết quả là, trong vòng sáu tháng, tôi đã bắt đầu xây dựng được uy tín.</w:t>
      </w:r>
    </w:p>
    <w:p>
      <w:pPr>
        <w:spacing w:after="80"/>
      </w:pPr>
      <w:r>
        <w:rPr>
          <w:b w:val="0"/>
          <w:i w:val="0"/>
        </w:rPr>
        <w:t xml:space="preserve">Nếu bạn không phải là một nhà lãnh đạo trẻ tuổi rơi vào tình huống kiểu này, có thể bạn sẽ cần một cách tiếp cận hơi khác một chút. Trước hết, nếu đội ngũ có tài năng, bạn không thể lừa được họ. Bạn không thể giả vờ. Những nhà lãnh đạo giỏi sẽ nhận ra ngay lập tức. Bạn không thể gây ra một mớ hỗn độn rồi mong đội ngũ cứu vớt mình. Bạn sẽ mất lòng họ. Bạn cũng không thể dùng chức vụ hay kéo cấp bậc của mình ra để giữ được sự tôn trọng của họ. Nếu bạn cố làm vậy, họ sẽ coi thường bạn và rồi phá hoại bạn. Bạn cần thừa nhận những chỗ họ giỏi hơn bạn, và tìm điểm chung. Nếu họ biết rằng </w:t>
      </w:r>
      <w:r>
        <w:rPr>
          <w:b w:val="0"/>
          <w:i/>
        </w:rPr>
        <w:t>bạn</w:t>
      </w:r>
      <w:r>
        <w:rPr>
          <w:b w:val="0"/>
          <w:i w:val="0"/>
        </w:rPr>
        <w:t xml:space="preserve"> biết mình không giỏi bằng họ, có thể họ sẽ không còn cảm thấy buộc phải tiếp tục chỉ ra điều đó với bạn nữa.</w:t>
      </w:r>
    </w:p>
    <w:p>
      <w:pPr>
        <w:spacing w:after="80"/>
      </w:pPr>
      <w:r>
        <w:rPr>
          <w:b w:val="0"/>
          <w:i w:val="0"/>
        </w:rPr>
        <w:t>Chiến lược tốt nhất của bạn có thể là tranh thủ sự giúp đỡ từ người có ảnh hưởng nhất trong đội. Hãy đến gặp người đó và nói: "Này, tôi biết bạn có nhiều kinh nghiệm hơn tôi. Bạn có nhiều kiến thức hơn. Mục tiêu của tôi là giúp đội giành chiến thắng. Tôi có thể nhờ bạn giúp được không? Khi tôi gặp vấn đề, tôi có thể đến hỏi ý kiến bạn không? Khi tôi cần đưa ra quyết định cho đội, tôi có thể bàn bạc với bạn không? Tôi biết rằng với sự giúp đỡ của bạn, tất cả chúng ta đều có thể thành công." Nếu người đó đồng ý, hãy làm theo đúng như vậy. Hỏi xin lời khuyên. Nhờ giúp đỡ. Và khi mọi việc suôn sẻ, hãy công khai ghi nhận công lao của người đó.</w:t>
      </w:r>
    </w:p>
    <w:p>
      <w:pPr>
        <w:pStyle w:val="Heading3"/>
      </w:pPr>
      <w:r>
        <w:rPr>
          <w:rFonts w:ascii="Calibri" w:hAnsi="Calibri"/>
          <w:b/>
          <w:i w:val="0"/>
          <w:sz w:val="26"/>
        </w:rPr>
        <w:t>Ai là người có ảnh hưởng nhất?</w:t>
      </w:r>
    </w:p>
    <w:p>
      <w:pPr>
        <w:spacing w:after="80"/>
      </w:pPr>
      <w:r>
        <w:rPr>
          <w:b w:val="0"/>
          <w:i w:val="0"/>
        </w:rPr>
        <w:t>Có thể rất khó để đánh giá những nhà lãnh đạo tài năng và khéo léo hơn bạn. Đánh giá những người kém tài hơn thì luôn dễ hơn. Vậy làm sao bạn xác định được ai là người có ảnh hưởng chính? Hãy hỏi những câu này:</w:t>
      </w:r>
    </w:p>
    <w:p>
      <w:pPr>
        <w:spacing w:after="80"/>
        <w:ind w:left="360"/>
      </w:pPr>
      <w:r>
        <w:t xml:space="preserve">1. </w:t>
      </w:r>
      <w:r>
        <w:rPr>
          <w:b w:val="0"/>
          <w:i w:val="0"/>
        </w:rPr>
        <w:t>Khi ai đó đưa ra ý kiến, mọi người đều đồng tình với ai?</w:t>
      </w:r>
    </w:p>
    <w:p>
      <w:pPr>
        <w:spacing w:after="80"/>
        <w:ind w:left="360"/>
      </w:pPr>
      <w:r>
        <w:t xml:space="preserve">2. </w:t>
      </w:r>
      <w:r>
        <w:rPr>
          <w:b w:val="0"/>
          <w:i w:val="0"/>
        </w:rPr>
        <w:t>Khi có câu hỏi được đặt ra, mọi người đều nhìn về ai để tìm câu trả lời?</w:t>
      </w:r>
    </w:p>
    <w:p>
      <w:pPr>
        <w:spacing w:after="80"/>
        <w:ind w:left="360"/>
      </w:pPr>
      <w:r>
        <w:t xml:space="preserve">3. </w:t>
      </w:r>
      <w:r>
        <w:rPr>
          <w:b w:val="0"/>
          <w:i w:val="0"/>
        </w:rPr>
        <w:t>Khi xảy ra xung đột, mọi người đều nhường nhịn và nghe theo ai?</w:t>
      </w:r>
    </w:p>
    <w:p>
      <w:pPr>
        <w:spacing w:after="80"/>
        <w:ind w:left="360"/>
      </w:pPr>
      <w:r>
        <w:t xml:space="preserve">4. </w:t>
      </w:r>
      <w:r>
        <w:rPr>
          <w:b w:val="0"/>
          <w:i w:val="0"/>
        </w:rPr>
        <w:t>Ai là người mà mọi người đều lắng nghe khi người đó nói?</w:t>
      </w:r>
    </w:p>
    <w:p>
      <w:pPr>
        <w:spacing w:after="80"/>
      </w:pPr>
      <w:r>
        <w:rPr>
          <w:b w:val="0"/>
          <w:i w:val="0"/>
        </w:rPr>
        <w:t>Có thể bạn sẽ không xác định được điều này một cách nhanh chóng. Bạn có thể cần quan sát mọi người tương tác trong nhiều tình huống khác nhau theo thời gian. Nhưng nếu bạn để ý, bạn sẽ có thể tìm ra.</w:t>
      </w:r>
    </w:p>
    <w:p>
      <w:pPr>
        <w:pStyle w:val="Heading2"/>
      </w:pPr>
      <w:r>
        <w:rPr>
          <w:rFonts w:ascii="Calibri" w:hAnsi="Calibri"/>
          <w:b/>
          <w:i w:val="0"/>
          <w:sz w:val="32"/>
        </w:rPr>
        <w:t>9. Bạn nên thúc đẩy tiềm năng của một người trong bao lâu khi họ không đạt được nó?</w:t>
      </w:r>
    </w:p>
    <w:p>
      <w:pPr>
        <w:spacing w:after="80"/>
      </w:pPr>
      <w:r>
        <w:rPr>
          <w:b w:val="0"/>
          <w:i w:val="0"/>
        </w:rPr>
        <w:t>Trên đời này có rất nhiều người mà chưa bao giờ nghĩ đến việc cố gắng phát triển, cố gắng vươn tới tiềm năng của mình. Họ đang ở trong chế độ sinh tồn, chỉ đơn giản là trôi qua cuộc đời. Tôi không hề muốn có những người như vậy trong đội của mình. Tôi muốn những người muốn tạo ra sự khác biệt và có khát khao không ngừng hoàn thiện bản thân để có cơ hội tạo ra tác động lớn hơn. Tuy vậy, với gần như tất cả mọi người, đó là một cuộc chiến gian nan. Một trong những người thầy của tôi, nhà tư vấn Fred Smith, đã truyền lại cho tôi điều này:</w:t>
      </w:r>
    </w:p>
    <w:p>
      <w:pPr>
        <w:spacing w:after="80"/>
      </w:pPr>
      <w:r>
        <w:rPr>
          <w:b w:val="0"/>
          <w:i w:val="0"/>
        </w:rPr>
        <w:t>Có điều gì đó trong bản chất con người thôi thúc chúng ta ở lại nơi mình thấy thoải mái. Chúng ta cố tìm một vùng bằng phẳng, một nơi nghỉ ngơi, nơi ta có mức căng thẳng dễ chịu và tài chính đủ đầy. Nơi ta có những mối quan hệ thoải mái với mọi người, mà không bị đe dọa bởi việc gặp gỡ người mới và bước vào những tình huống xa lạ. Tất nhiên, ai trong chúng ta cũng cần dừng lại ở vùng bằng phẳng một thời gian. Chúng ta leo lên rồi dừng lại để tiêu hóa. Nhưng một khi đã tiêu hóa những gì học được, chúng ta lại leo tiếp. Thật đáng tiếc khi chúng ta đã thực hiện lần leo cuối cùng. Khi đã thực hiện lần leo cuối cùng, chúng ta già rồi, dù là bốn mươi hay tám mươi tuổi.</w:t>
      </w:r>
    </w:p>
    <w:p>
      <w:pPr>
        <w:spacing w:after="80"/>
        <w:jc w:val="center"/>
      </w:pPr>
      <w:r>
        <w:rPr>
          <w:b/>
          <w:i w:val="0"/>
        </w:rPr>
        <w:t>"Khi đã thực hiện lần leo cuối cùng, chúng ta già rồi, dù là bốn mươi hay tám mươi tuổi."</w:t>
      </w:r>
    </w:p>
    <w:p>
      <w:pPr>
        <w:spacing w:after="80"/>
        <w:jc w:val="center"/>
      </w:pPr>
      <w:r>
        <w:rPr>
          <w:b/>
          <w:i/>
        </w:rPr>
        <w:t>—Fred Smith</w:t>
      </w:r>
    </w:p>
    <w:p>
      <w:pPr>
        <w:spacing w:after="80"/>
      </w:pPr>
      <w:r>
        <w:rPr>
          <w:b w:val="0"/>
          <w:i w:val="0"/>
        </w:rPr>
        <w:t>Để tiếp tục phát triển hướng tới tiềm năng của mình, chúng ta phải có chủ đích. Chúng ta phải đấu tranh vì nó. Điều đó có thể khó khăn. Không phải ai cũng sẵn lòng tiếp tục làm điều đó. Khi mọi người ngừng phát triển, tôi thấy thường là vì một hoặc nhiều lý do sau đây:</w:t>
      </w:r>
    </w:p>
    <w:p>
      <w:pPr>
        <w:pStyle w:val="Heading3"/>
      </w:pPr>
      <w:r>
        <w:rPr>
          <w:rFonts w:ascii="Calibri" w:hAnsi="Calibri"/>
          <w:b/>
          <w:i w:val="0"/>
          <w:sz w:val="26"/>
        </w:rPr>
        <w:t>Những lựa chọn</w:t>
      </w:r>
    </w:p>
    <w:p>
      <w:pPr>
        <w:spacing w:after="80"/>
      </w:pPr>
      <w:r>
        <w:rPr>
          <w:b w:val="0"/>
          <w:i w:val="0"/>
        </w:rPr>
        <w:t>Nhiều người đưa ra những lựa chọn tự giới hạn bản thân. Họ từ bỏ một công việc đầy tiềm năng chỉ vì nó khó khăn. Họ tự đẩy mình vào cảnh n� nần rồi không thể theo đuổi một cơ hội khởi nghiệp. Họ chọn một kỳ nghỉ vui vẻ thay vì một hội nghị có thể mang lại bước đột phá cá nhân. Trong cuộc sống, với mỗi thứ bạn đạt được, bạn phải đánh đổi một thứ gì đó. Chúng ta có thể đưa ra những lựa chọn làm tăng tiềm năng của mình, hoặc những lựa chọn làm hao mòn nó.</w:t>
      </w:r>
    </w:p>
    <w:p>
      <w:pPr>
        <w:pStyle w:val="Heading3"/>
      </w:pPr>
      <w:r>
        <w:rPr>
          <w:rFonts w:ascii="Calibri" w:hAnsi="Calibri"/>
          <w:b/>
          <w:i w:val="0"/>
          <w:sz w:val="26"/>
        </w:rPr>
        <w:t>Thời gian</w:t>
      </w:r>
    </w:p>
    <w:p>
      <w:pPr>
        <w:spacing w:after="80"/>
      </w:pPr>
      <w:r>
        <w:rPr>
          <w:b w:val="0"/>
          <w:i w:val="0"/>
        </w:rPr>
        <w:t>Hầu hết mọi người đều có cách tiếp cận thành công theo kiểu ngắn hạn. Họ muốn có nó ngay lập tức. Và ngay cả khi họ sẵn lòng dấn thân vào một quá trình, họ thường không hề biết rằng nó sẽ mất rất nhiều thời gian. Thế là họ bỏ cuộc. Họ cần nghe theo lời khuyên của nhà thơ Ba Tư Saadi, người đã viết: "Hãy kiên nhẫn. Mọi thứ đều khó khăn trước khi chúng trở nên dễ dàng."</w:t>
      </w:r>
    </w:p>
    <w:p>
      <w:pPr>
        <w:spacing w:after="80"/>
        <w:jc w:val="center"/>
      </w:pPr>
      <w:r>
        <w:rPr>
          <w:b/>
          <w:i w:val="0"/>
        </w:rPr>
        <w:t>"Hãy kiên nhẫn. Mọi thứ đều khó khăn trước khi chúng trở nên dễ dàng."</w:t>
      </w:r>
    </w:p>
    <w:p>
      <w:pPr>
        <w:spacing w:after="80"/>
        <w:jc w:val="center"/>
      </w:pPr>
      <w:r>
        <w:rPr>
          <w:b/>
          <w:i/>
        </w:rPr>
        <w:t>—Saadi</w:t>
      </w:r>
    </w:p>
    <w:p>
      <w:pPr>
        <w:spacing w:after="80"/>
      </w:pPr>
      <w:r>
        <w:rPr>
          <w:b w:val="0"/>
          <w:i w:val="0"/>
        </w:rPr>
        <w:t>Tôi phải thừa nhận, tôi là một người thiếu kiên nhẫn. Và tôi thường có những kỳ vọng không thực tế về việc một việc gì đó sẽ mất bao lâu. Tôi chống lại điểm yếu này bằng cách nào? Tôi xây dựng các hệ thống để giúp mình, và tôi dựa vào những kỷ luật hằng ngày. Bằng cách tập trung vào những gì tôi biết mình nên làm hôm nay, tôi có thể tiếp tục cần mẫn và không ngừng phát triển.</w:t>
      </w:r>
    </w:p>
    <w:p>
      <w:pPr>
        <w:pStyle w:val="Heading3"/>
      </w:pPr>
      <w:r>
        <w:rPr>
          <w:rFonts w:ascii="Calibri" w:hAnsi="Calibri"/>
          <w:b/>
          <w:i w:val="0"/>
          <w:sz w:val="26"/>
        </w:rPr>
        <w:t>Cái giá</w:t>
      </w:r>
    </w:p>
    <w:p>
      <w:pPr>
        <w:spacing w:after="80"/>
      </w:pPr>
      <w:r>
        <w:rPr>
          <w:b w:val="0"/>
          <w:i w:val="0"/>
        </w:rPr>
        <w:t>Nhiều người nghĩ rằng chỉ cần dựa vào tài năng là đủ để đi qua cuộc đời. Nhưng tài năng sẽ không đưa bạn đến tiềm năng của mình. Nó chỉ là một phần của phương trình. Mỗi người phấn đấu đạt tới tiềm năng của mình đều phải trả một cái giá—bằng thời gian, nỗ lực, nguồn lực và những cơ hội bị bỏ lỡ. Nhiều người thất bại trong việc trả cái giá mà tiềm năng của họ đòi hỏi.</w:t>
      </w:r>
    </w:p>
    <w:p>
      <w:pPr>
        <w:pStyle w:val="Heading3"/>
      </w:pPr>
      <w:r>
        <w:rPr>
          <w:rFonts w:ascii="Calibri" w:hAnsi="Calibri"/>
          <w:b/>
          <w:i w:val="0"/>
          <w:sz w:val="26"/>
        </w:rPr>
        <w:t>Vấn đề</w:t>
      </w:r>
    </w:p>
    <w:p>
      <w:pPr>
        <w:spacing w:after="80"/>
      </w:pPr>
      <w:r>
        <w:rPr>
          <w:b w:val="0"/>
          <w:i w:val="0"/>
        </w:rPr>
        <w:t>Ai cũng phải đối mặt với vấn đề, trở ngại và rào cản. Một số người để những thứ đó đánh bại mình. Họ không biết suy nghĩ sáng tạo khi vấn đề nảy sinh. Họ không có sự kiên cường để chiến đấu vượt qua chúng. Hoặc họ thiếu niềm tin vào bản thân.</w:t>
      </w:r>
    </w:p>
    <w:p>
      <w:pPr>
        <w:spacing w:after="80"/>
      </w:pPr>
      <w:r>
        <w:rPr>
          <w:b w:val="0"/>
          <w:i w:val="0"/>
        </w:rPr>
        <w:t>Đôi khi tất cả những gì mọi người cần chỉ là một chút động viên. Tôi đã thấy một minh họa cho điều này tại sự kiện Leadercast năm 2013. Cựu chỉ huy lực lượng Navy SEAL, Rorke Denver, yêu cầu mọi người vươn tay lên cao hết mức có thể. Khi tất cả đã làm xong, ông nói: "Giờ hãy vươn thêm một inch nữa." Khi tôi quan sát, tôi thấy tất cả các cánh tay trong phòng đều vươn cao thêm một chút. Theo đúng nghĩa đen, chúng ta có khả năng làm được nhiều hơn và vươn cao hơn những gì chúng ta tin là mình có thể.</w:t>
      </w:r>
    </w:p>
    <w:p>
      <w:pPr>
        <w:spacing w:after="80"/>
      </w:pPr>
      <w:r>
        <w:rPr>
          <w:b w:val="0"/>
          <w:i w:val="0"/>
        </w:rPr>
        <w:t>Với tư cách là một nhà lãnh đạo, tôi tin rằng mình có trách nhiệm giúp mọi người phát triển và đạt tới tiềm năng của họ. Tuy nhiên, tôi không chịu trách nhiệm về kết quả cuối cùng. Tôi có thể làm hết sức để tạo điều kiện cho mọi người thành công, nhưng việc họ có nỗ lực để trở thành phiên bản tốt nhất của chính mình hay không là tùy ở họ.</w:t>
      </w:r>
    </w:p>
    <w:p>
      <w:pPr>
        <w:spacing w:after="80"/>
      </w:pPr>
      <w:r>
        <w:rPr>
          <w:b w:val="0"/>
          <w:i w:val="0"/>
        </w:rPr>
        <w:t>Điều đó có nghĩa là tôi cần dành thời gian để hiểu một người có thể làm được gì. Tôi phải đánh giá kỹ năng hiện tại, năng lực tiềm tàng, mức độ cam kết, khả năng được thúc đẩy, tính kỷ luật và cường độ của họ. Nếu tôi lãnh đạo, tôi có bổn phận với mọi người là dành thời gian đánh giá cho thấu đáo. Chỉ khi đó tôi mới có thể khám phá ra cách tốt nhất để thúc đẩy, phát triển và trang bị cho mọi người của mình.</w:t>
      </w:r>
    </w:p>
    <w:p>
      <w:pPr>
        <w:spacing w:after="80"/>
      </w:pPr>
      <w:r>
        <w:rPr>
          <w:b w:val="0"/>
          <w:i w:val="0"/>
        </w:rPr>
        <w:t xml:space="preserve">Dù vậy, tôi cũng biết rằng hầu hết mọi người không tự đẩy mình đến hết khả năng để đạt tới tiềm năng của mình. Người bạn của tôi, Gerald Brooks, mô tả điều này như sau: nếu cuộc đời giống như một chuyến đi thang máy, hầu hết mọi người sẽ bước ra ở tầng thấp hơn một tầng so với mức họ có thể đạt tới. Điều đó có thể rất bực bội, bởi vì nếu bạn là một nhà lãnh đạo biết quan tâm và lo lắng cho mọi người, bạn muốn thấy họ đi xa hết mức có thể. Mục tiêu của bạn là giúp mọi người đạt tới tầng cao nhất mà họ có thể. Nhưng trong quá trình đó, điều quan trọng là </w:t>
      </w:r>
      <w:r>
        <w:rPr>
          <w:b w:val="0"/>
          <w:i/>
        </w:rPr>
        <w:t>bạn</w:t>
      </w:r>
      <w:r>
        <w:rPr>
          <w:b w:val="0"/>
          <w:i w:val="0"/>
        </w:rPr>
        <w:t xml:space="preserve"> đừng bước ra ở một tầng thấp hơn chỉ vì mong muốn giúp đỡ họ. Bạn vẫn cần sống đúng với chính mình và tiếp tục phấn đấu để trở thành phiên bản tốt nhất của mình.</w:t>
      </w:r>
    </w:p>
    <w:p>
      <w:pPr>
        <w:spacing w:after="80"/>
      </w:pPr>
      <w:r>
        <w:rPr>
          <w:b w:val="0"/>
          <w:i w:val="0"/>
        </w:rPr>
        <w:t>Nếu bạn lãnh đạo những người đang chưa đạt tới tiềm năng của họ, bạn cần bắt đầu hỏi tại sao. Bạn đã đặt họ vào vùng mạnh của họ chưa? Bạn có cung cấp cho họ sự đào tạo và nguồn lực cần thiết để thành công không? Có điều gì họ cần mà bạn chưa trao cho họ không? Bạn luôn cần chắc chắn rằng mình không phải là vấn đề trước khi đi tìm xem vấn đề nằm ở đâu.</w:t>
      </w:r>
    </w:p>
    <w:p>
      <w:pPr>
        <w:spacing w:after="80"/>
      </w:pPr>
      <w:r>
        <w:rPr>
          <w:b w:val="0"/>
          <w:i w:val="0"/>
        </w:rPr>
        <w:t>Sau đó, bạn phải nhớ rằng đó là lựa chọn của họ, không phải của bạn. Bạn không thể ép buộc người khác đạt tới tiềm năng của họ. Bạn có thể chọn để ngỏ cánh cửa cho họ, nhưng họ phải tự bước qua. Nếu họ chọn không bước qua, bạn sẽ tốt hơn nếu dành thời gian của mình cho một người đang khao khát và thực sự muốn phát triển.</w:t>
      </w:r>
    </w:p>
    <w:p>
      <w:pPr>
        <w:pStyle w:val="Heading2"/>
      </w:pPr>
      <w:r>
        <w:rPr>
          <w:rFonts w:ascii="Calibri" w:hAnsi="Calibri"/>
          <w:b/>
          <w:i w:val="0"/>
          <w:sz w:val="32"/>
        </w:rPr>
        <w:t>10. Làm sao bạn biết một mối quan hệ đã rạn nứt và làm thế nào để cứu vãn nó?</w:t>
      </w:r>
    </w:p>
    <w:p>
      <w:pPr>
        <w:spacing w:after="80"/>
      </w:pPr>
      <w:r>
        <w:rPr>
          <w:b w:val="0"/>
          <w:i w:val="0"/>
        </w:rPr>
        <w:t>Những nhà lãnh đạo giỏi luôn không ngừng vun đắp và quản lý các mối quan hệ với mọi người ở nơi làm việc—đồng nghiệp, cấp trên, nhân viên của họ—cộng thêm tất cả các mối quan hệ cá nhân bên ngoài công việc. Bất cứ khi nào một mối quan hệ bị căng thẳng, tổn hại hay rạn nứt, họ cần giải quyết vấn đề càng nhanh càng tốt. Khi có điều gì đó bị vỡ hoặc một người bị tổn thương, khi có sự im lặng giữa bạn và họ, người kia gần như luôn mặc định điều tồi tệ nhất. Và họ bắt đầu lấp đầy những khoảng trống thông tin bằng những giả định tiêu cực.</w:t>
      </w:r>
    </w:p>
    <w:p>
      <w:pPr>
        <w:spacing w:after="80"/>
      </w:pPr>
      <w:r>
        <w:rPr>
          <w:b w:val="0"/>
          <w:i w:val="0"/>
        </w:rPr>
        <w:t>Làm sao bạn biết khi nào một mối quan hệ đã trở nên rạn nứt? Đây là những dấu hiệu phổ biến nhất:</w:t>
      </w:r>
    </w:p>
    <w:p>
      <w:pPr>
        <w:spacing w:after="80"/>
      </w:pPr>
      <w:r>
        <w:rPr>
          <w:b/>
          <w:i w:val="0"/>
        </w:rPr>
        <w:t>• Thật khó để có một cuộc trò chuyện chân thành:</w:t>
      </w:r>
      <w:r>
        <w:rPr>
          <w:b w:val="0"/>
          <w:i w:val="0"/>
        </w:rPr>
        <w:t xml:space="preserve"> Khi các mối quan hệ gặp trục trặc, việc có một cuộc trò chuyện bình thường và chân thành trở nên khó khăn. Nếu bạn cố bắt đầu một cuộc trò chuyện, người kia sẽ từ chối tham gia, hoặc trở nên phòng thủ hay hung hăng. Họ không muốn nghe bạn nói. Họ không muốn nói chuyện cho ra lẽ. Có lẽ họ đã bị tổn thương đến mức không thể chịu đựng nổi.</w:t>
      </w:r>
    </w:p>
    <w:p>
      <w:pPr>
        <w:spacing w:after="80"/>
      </w:pPr>
      <w:r>
        <w:rPr>
          <w:b/>
          <w:i w:val="0"/>
        </w:rPr>
        <w:t>• Có sự thiếu tin tưởng:</w:t>
      </w:r>
      <w:r>
        <w:rPr>
          <w:b w:val="0"/>
          <w:i w:val="0"/>
        </w:rPr>
        <w:t xml:space="preserve"> Khi các mối quan hệ bắt đầu đổ vỡ, sự nghi ngờ len lỏi vào. Người kia bắt đầu đặt câu hỏi về động cơ. Có lẽ họ cảm thấy có sự bất công hoặc thiếu công bằng. Bất cứ sự tin tưởng nào ban đầu vốn có đều bắt đầu phai nhạt.</w:t>
      </w:r>
    </w:p>
    <w:p>
      <w:pPr>
        <w:spacing w:after="80"/>
      </w:pPr>
      <w:r>
        <w:rPr>
          <w:b/>
          <w:i w:val="0"/>
        </w:rPr>
        <w:t>• Thiếu đam mê để tiếp tục mối quan hệ:</w:t>
      </w:r>
      <w:r>
        <w:rPr>
          <w:b w:val="0"/>
          <w:i w:val="0"/>
        </w:rPr>
        <w:t xml:space="preserve"> Cuối cùng, người kia ngừng bỏ công sức để xây dựng lại mối quan hệ hay làm cho nó thành công. Đến lúc này, họ thường rút lui hoàn toàn, và bạn rất khó để kết nối với họ. Hoặc nếu bạn có thể gặp được họ, thì về mặt tinh thần hay cảm xúc họ đã rút khỏi bạn. Ngay cả khi hai người ở bên nhau, các bạn cũng không thực sự kết nối với nhau.</w:t>
      </w:r>
    </w:p>
    <w:p>
      <w:pPr>
        <w:spacing w:after="80"/>
      </w:pPr>
      <w:r>
        <w:rPr>
          <w:b w:val="0"/>
          <w:i w:val="0"/>
        </w:rPr>
        <w:t>Khi bạn thấy những dấu hiệu này, bạn nên cố gắng hàn gắn mối quan hệ. Điều đó không có nghĩa là cố gắng lấy lại nó bằng mọi giá. Một số người bán rẻ bản thân để cố mua lại một mối quan hệ đã rạn nứt, và họ cho đi quá nhiều. Mục tiêu của bạn nên là hàn gắn mối quan hệ, nhưng làm điều đó một cách chính trực. Đây là những gì tôi nghĩ cần có để làm được điều đó:</w:t>
      </w:r>
    </w:p>
    <w:p>
      <w:pPr>
        <w:pStyle w:val="Heading3"/>
      </w:pPr>
      <w:r>
        <w:rPr>
          <w:rFonts w:ascii="Calibri" w:hAnsi="Calibri"/>
          <w:b/>
          <w:i w:val="0"/>
          <w:sz w:val="26"/>
        </w:rPr>
        <w:t>1. Chủ động bắt đầu hàn gắn mối quan hệ với họ</w:t>
      </w:r>
    </w:p>
    <w:p>
      <w:pPr>
        <w:spacing w:after="80"/>
      </w:pPr>
      <w:r>
        <w:rPr>
          <w:b w:val="0"/>
          <w:i w:val="0"/>
        </w:rPr>
        <w:t>Khi tôi có một mối quan hệ tuyệt vời và nó bắt đầu bị căng thẳng hay rạn nứt, tôi cảm thấy trách nhiệm của mình là đến gặp người đó để xem có thể làm gì để sửa chữa. Tôi nghĩ trách nhiệm của người lãnh đạo luôn là người đầu tiên cố gắng hàn gắn mối quan hệ. Chúng ta cần nhấc điện thoại lên và nói: "Này, mình đi ăn trưa nhé? Chúng ta cần nói chuyện." Điều đó không có nghĩa là lúc nào cũng thành công. Nhưng thật khó để cứu vãn một mối quan hệ nếu bạn không nhận trách nhiệm chủ động.</w:t>
      </w:r>
    </w:p>
    <w:p>
      <w:pPr>
        <w:spacing w:after="80"/>
        <w:jc w:val="center"/>
      </w:pPr>
      <w:r>
        <w:rPr>
          <w:b/>
          <w:i w:val="0"/>
        </w:rPr>
        <w:t>Trách nhiệm của người lãnh đạo luôn là người đầu tiên cố gắng hàn gắn mối quan hệ.</w:t>
      </w:r>
    </w:p>
    <w:p>
      <w:pPr>
        <w:pStyle w:val="Heading3"/>
      </w:pPr>
      <w:r>
        <w:rPr>
          <w:rFonts w:ascii="Calibri" w:hAnsi="Calibri"/>
          <w:b/>
          <w:i w:val="0"/>
          <w:sz w:val="26"/>
        </w:rPr>
        <w:t>2. Cho họ sự tin tưởng vô điều kiện (benefit of the doubt)</w:t>
      </w:r>
    </w:p>
    <w:p>
      <w:pPr>
        <w:spacing w:after="80"/>
      </w:pPr>
      <w:r>
        <w:rPr>
          <w:b w:val="0"/>
          <w:i w:val="0"/>
        </w:rPr>
        <w:t>Tôi luôn bước vào cuộc trò chuyện đó với giả định rằng mình đã làm sai điều gì đó. Tôi đã khám phá ra rằng nếu có hy vọng cứu vãn một mối quan hệ, cuộc trò chuyện sẽ diễn ra tốt hơn nếu tôi cởi mở và sẵn sàng nhận lỗi. Vậy nên tôi giả định mình sai. Tôi sẽ hỏi: "Có phải tôi đã xúc phạm bạn không? Có điều gì tôi đã làm khiến mối quan hệ của chúng ta bị căng thẳng không? Có điều gì tôi có thể làm để bù đắp không? Hãy nói cho tôi biết."</w:t>
      </w:r>
    </w:p>
    <w:p>
      <w:pPr>
        <w:spacing w:after="80"/>
      </w:pPr>
      <w:r>
        <w:rPr>
          <w:b w:val="0"/>
          <w:i w:val="0"/>
        </w:rPr>
        <w:t>Đôi khi mọi người nói: "Không, không phải do bạn," và họ sẽ giải thích điều gì đang diễn ra trong cuộc sống của họ khiến họ thu mình lại. Đôi khi họ nói: "Đúng, có đấy. Đây là những gì bạn đã làm." Và họ sẽ nói với tôi. Khi điều đó xảy ra, có cơ hội hàn gắn mối quan hệ. Trong trường hợp đó, tôi xin lỗi và xin tha thứ. Và ngay cả khi điều tôi làm không sai, tôi vẫn xin lỗi vì những gì đã làm họ tổn thương. Thật khó để bước tiếp khi gánh nặng của mối quan hệ đè lên bạn.</w:t>
      </w:r>
    </w:p>
    <w:p>
      <w:pPr>
        <w:pStyle w:val="Heading3"/>
      </w:pPr>
      <w:r>
        <w:rPr>
          <w:rFonts w:ascii="Calibri" w:hAnsi="Calibri"/>
          <w:b/>
          <w:i w:val="0"/>
          <w:sz w:val="26"/>
        </w:rPr>
        <w:t>3. Sẵn sàng đi thêm dặm đường thứ hai</w:t>
      </w:r>
    </w:p>
    <w:p>
      <w:pPr>
        <w:spacing w:after="80"/>
      </w:pPr>
      <w:r>
        <w:rPr>
          <w:b w:val="0"/>
          <w:i w:val="0"/>
        </w:rPr>
        <w:t>Tôi tin rằng trách nhiệm của người lãnh đạo là chủ động và đi thêm dặm đường thứ hai trong việc cố gắng hàn gắn một mối quan hệ đã rạn nứt. Người lãnh đạo cần nhanh chóng nói: "Tôi xin lỗi." Họ cần sẵn sàng thực hiện những thay đổi cần thiết. Đó là một phần của việc lãnh đạo.</w:t>
      </w:r>
    </w:p>
    <w:p>
      <w:pPr>
        <w:spacing w:after="80"/>
      </w:pPr>
      <w:r>
        <w:rPr>
          <w:b w:val="0"/>
          <w:i w:val="0"/>
        </w:rPr>
        <w:t>Trong các mối quan hệ, tôi tin rằng người mạnh mẽ hơn là người đầu tiên quay lại và đề nghị hòa giải. Người mạnh mẽ hơn là người đầu tiên xin tha thứ. Thường thì đó là người lãnh đạo. Ngay cả khi người lãnh đạo là bên bị tổn thương, họ vẫn cần chủ động. Tuy nhiên, sự thật là người yếu thế hơn lại nắm quyền kiểm soát mối quan hệ. Họ luôn như vậy và sẽ luôn như vậy.</w:t>
      </w:r>
    </w:p>
    <w:p>
      <w:pPr>
        <w:spacing w:after="80"/>
      </w:pPr>
      <w:r>
        <w:rPr>
          <w:b w:val="0"/>
          <w:i w:val="0"/>
        </w:rPr>
        <w:t>Là một nhà lãnh đạo, bạn có thể bước thêm dặm đường thứ hai, nhưng bạn không thể quyết định kết quả của nỗ lực hòa giải đó. Sẽ có những lúc dù bạn nỗ lực đến đâu, mối quan hệ cũng không bao giờ còn như xưa. Và bạn không thể để điều đó trói buộc mình. Bạn phải chấp nhận nó, bởi vì là một nhà lãnh đạo, bạn có trách nhiệm phải là người quản lý tốt đội ngũ hay tổ chức của mình. Bạn không thể để những cảm xúc cá nhân kiểu không muốn làm ai bị tổn thương ngăn cản bạn làm điều tốt nhất cho tổ chức. Đó là điều khó học với tôi, vì tôi vốn rất coi trọng các mối quan hệ.</w:t>
      </w:r>
    </w:p>
    <w:p>
      <w:pPr>
        <w:pStyle w:val="Heading3"/>
      </w:pPr>
      <w:r>
        <w:rPr>
          <w:rFonts w:ascii="Calibri" w:hAnsi="Calibri"/>
          <w:b/>
          <w:i w:val="0"/>
          <w:sz w:val="26"/>
        </w:rPr>
        <w:t>4. Nói tốt về họ sau đó</w:t>
      </w:r>
    </w:p>
    <w:p>
      <w:pPr>
        <w:spacing w:after="80"/>
      </w:pPr>
      <w:r>
        <w:rPr>
          <w:b w:val="0"/>
          <w:i w:val="0"/>
        </w:rPr>
        <w:t>Sau khi tôi đã nói chuyện với mọi người và cố gắng giải quyết mọi vấn đề giữa chúng tôi, mục tiêu của tôi là không còn điều gì dang dở với họ. Dù chúng tôi đã giải quyết vấn đề và hàn gắn mối quan hệ, hay phải chia tay đường ai nấy đi, tôi không muốn giữa chúng tôi có bất kỳ sự hằn học nào, và tôi chỉ muốn nói những điều tích cực về họ. Nếu chúng tôi gặp nhau trên phố, tôi không muốn né tránh họ và cũng không muốn họ cảm thấy phải né tránh tôi. Tôi muốn có thể chào hỏi, bắt tay, ôm họ và chúc họ mọi điều tốt đẹp. Tôi tin rằng nếu bạn là một nhà lãnh đạo, đó cũng nên là mục tiêu của bạn.</w:t>
      </w:r>
    </w:p>
    <w:p>
      <w:pPr>
        <w:spacing w:after="80"/>
      </w:pPr>
      <w:r>
        <w:rPr>
          <w:b w:val="0"/>
          <w:i w:val="0"/>
        </w:rPr>
        <w:t xml:space="preserve">Tôi nghĩ nhiều mối quan hệ đáng để cứu vãn, nhưng nhiều mối quan hệ không thể cứu được. Tôi nghĩ chúng ta phải thực tế về mối quan hệ, và làm hết sức mình, nhưng đôi khi phải chấp nhận rằng nó không thể cứu được. Chúng ta phải học cách tự nhủ: </w:t>
      </w:r>
      <w:r>
        <w:rPr>
          <w:b w:val="0"/>
          <w:i/>
        </w:rPr>
        <w:t>Không sao đâu</w:t>
      </w:r>
      <w:r>
        <w:rPr>
          <w:b w:val="0"/>
          <w:i w:val="0"/>
        </w:rPr>
        <w:t xml:space="preserve">. </w:t>
      </w:r>
      <w:r>
        <w:rPr>
          <w:b w:val="0"/>
          <w:i/>
        </w:rPr>
        <w:t>Mình không cần phải giữ mối quan hệ thân thiết này với người này nữa.</w:t>
      </w:r>
      <w:r>
        <w:rPr>
          <w:b w:val="0"/>
          <w:i w:val="0"/>
        </w:rPr>
        <w:t xml:space="preserve"> Bạn phải vững vàng trong vai trò lãnh đạo của mình và cho phép bản thân có một mối quan hệ khác với trước đây. Bạn vẫn trân trọng người đó, nhưng bạn để họ ra đi.</w:t>
      </w:r>
    </w:p>
    <w:p>
      <w:pPr>
        <w:pStyle w:val="Heading3"/>
      </w:pPr>
      <w:r>
        <w:rPr>
          <w:rFonts w:ascii="Calibri" w:hAnsi="Calibri"/>
          <w:b/>
          <w:i w:val="0"/>
          <w:sz w:val="26"/>
        </w:rPr>
        <w:t>Các câu hỏi liên quan đến việc làm việc dưới quyền lãnh đạo kém cỏi</w:t>
      </w:r>
    </w:p>
    <w:p>
      <w:pPr>
        <w:spacing w:after="80"/>
        <w:ind w:left="360"/>
      </w:pPr>
      <w:r>
        <w:t xml:space="preserve">1. </w:t>
      </w:r>
      <w:r>
        <w:rPr>
          <w:b w:val="0"/>
          <w:i w:val="0"/>
        </w:rPr>
        <w:t>Làm sao bạn có thể thành công với một nhà lãnh đạo khó làm việc cùng?</w:t>
      </w:r>
    </w:p>
    <w:p>
      <w:pPr>
        <w:spacing w:after="80"/>
        <w:ind w:left="360"/>
      </w:pPr>
      <w:r>
        <w:t xml:space="preserve">2. </w:t>
      </w:r>
      <w:r>
        <w:rPr>
          <w:b w:val="0"/>
          <w:i w:val="0"/>
        </w:rPr>
        <w:t>Bạn sẽ làm việc thế nào với một nhà lãnh đạo khó chịu, người không thích bạn?</w:t>
      </w:r>
    </w:p>
    <w:p>
      <w:pPr>
        <w:spacing w:after="80"/>
        <w:ind w:left="360"/>
      </w:pPr>
      <w:r>
        <w:t xml:space="preserve">3. </w:t>
      </w:r>
      <w:r>
        <w:rPr>
          <w:b w:val="0"/>
          <w:i w:val="0"/>
        </w:rPr>
        <w:t>Bạn sẽ làm việc thế nào với một nhà lãnh đạo khó chịu, người thiếu tầm nhìn?</w:t>
      </w:r>
    </w:p>
    <w:p>
      <w:pPr>
        <w:spacing w:after="80"/>
        <w:ind w:left="360"/>
      </w:pPr>
      <w:r>
        <w:t xml:space="preserve">4. </w:t>
      </w:r>
      <w:r>
        <w:rPr>
          <w:b w:val="0"/>
          <w:i w:val="0"/>
        </w:rPr>
        <w:t>Bạn sẽ làm việc thế nào với một nhà lãnh đạo khó chịu, người thiếu quyết đoán và không nhất quán?</w:t>
      </w:r>
    </w:p>
    <w:p>
      <w:pPr>
        <w:spacing w:after="80"/>
        <w:ind w:left="360"/>
      </w:pPr>
      <w:r>
        <w:t xml:space="preserve">5. </w:t>
      </w:r>
      <w:r>
        <w:rPr>
          <w:b w:val="0"/>
          <w:i w:val="0"/>
        </w:rPr>
        <w:t>Bạn sẽ làm việc thế nào với một nhà lãnh đạo khó chịu, người có vấn đề về thái độ và tính cách?</w:t>
      </w:r>
    </w:p>
    <w:p>
      <w:pPr>
        <w:spacing w:after="80"/>
        <w:ind w:left="360"/>
      </w:pPr>
      <w:r>
        <w:t xml:space="preserve">6. </w:t>
      </w:r>
      <w:r>
        <w:rPr>
          <w:b w:val="0"/>
          <w:i w:val="0"/>
        </w:rPr>
        <w:t>Bạn sẽ làm việc thế nào với một nhà lãnh đạo khó chịu, người hành xử như một kẻ bắt nạt?</w:t>
      </w:r>
    </w:p>
    <w:p>
      <w:pPr>
        <w:spacing w:after="80"/>
        <w:ind w:left="360"/>
      </w:pPr>
      <w:r>
        <w:t xml:space="preserve">7. </w:t>
      </w:r>
      <w:r>
        <w:rPr>
          <w:b w:val="0"/>
          <w:i w:val="0"/>
        </w:rPr>
        <w:t>Bạn sẽ làm việc thế nào với một nhà lãnh đạo khó chịu, người luôn chọn cách an toàn?</w:t>
      </w:r>
    </w:p>
    <w:p>
      <w:pPr>
        <w:spacing w:after="80"/>
        <w:ind w:left="360"/>
      </w:pPr>
      <w:r>
        <w:t xml:space="preserve">8. </w:t>
      </w:r>
      <w:r>
        <w:rPr>
          <w:b w:val="0"/>
          <w:i w:val="0"/>
        </w:rPr>
        <w:t>Nếu ai đó có vị trí cao hơn bạn không có kỹ năng lãnh đạo tốt, bạn sẽ điều hành tổ chức theo cách tôn trọng như thế nào?</w:t>
      </w:r>
    </w:p>
    <w:p>
      <w:pPr>
        <w:jc w:val="center"/>
      </w:pPr>
      <w:r>
        <w:drawing>
          <wp:inline xmlns:a="http://schemas.openxmlformats.org/drawingml/2006/main" xmlns:pic="http://schemas.openxmlformats.org/drawingml/2006/picture">
            <wp:extent cx="695325" cy="19050"/>
            <wp:docPr id="24" name="Picture 24"/>
            <wp:cNvGraphicFramePr>
              <a:graphicFrameLocks noChangeAspect="1"/>
            </wp:cNvGraphicFramePr>
            <a:graphic>
              <a:graphicData uri="http://schemas.openxmlformats.org/drawingml/2006/picture">
                <pic:pic>
                  <pic:nvPicPr>
                    <pic:cNvPr id="0" name="00003.jpeg"/>
                    <pic:cNvPicPr/>
                  </pic:nvPicPr>
                  <pic:blipFill>
                    <a:blip r:embed="rId12"/>
                    <a:stretch>
                      <a:fillRect/>
                    </a:stretch>
                  </pic:blipFill>
                  <pic:spPr>
                    <a:xfrm>
                      <a:off x="0" y="0"/>
                      <a:ext cx="695325" cy="19050"/>
                    </a:xfrm>
                    <a:prstGeom prst="rect"/>
                  </pic:spPr>
                </pic:pic>
              </a:graphicData>
            </a:graphic>
          </wp:inline>
        </w:drawing>
      </w:r>
    </w:p>
    <w:p>
      <w:pPr>
        <w:pStyle w:val="Heading1"/>
      </w:pPr>
      <w:r>
        <w:rPr>
          <w:rFonts w:ascii="Calibri" w:hAnsi="Calibri"/>
          <w:b/>
          <w:i w:val="0"/>
          <w:sz w:val="40"/>
        </w:rPr>
        <w:t>8</w:t>
      </w:r>
    </w:p>
    <w:p>
      <w:pPr>
        <w:jc w:val="center"/>
      </w:pPr>
      <w:r>
        <w:drawing>
          <wp:inline xmlns:a="http://schemas.openxmlformats.org/drawingml/2006/main" xmlns:pic="http://schemas.openxmlformats.org/drawingml/2006/picture">
            <wp:extent cx="695325" cy="19050"/>
            <wp:docPr id="25" name="Picture 25"/>
            <wp:cNvGraphicFramePr>
              <a:graphicFrameLocks noChangeAspect="1"/>
            </wp:cNvGraphicFramePr>
            <a:graphic>
              <a:graphicData uri="http://schemas.openxmlformats.org/drawingml/2006/picture">
                <pic:pic>
                  <pic:nvPicPr>
                    <pic:cNvPr id="0" name="00003.jpeg"/>
                    <pic:cNvPicPr/>
                  </pic:nvPicPr>
                  <pic:blipFill>
                    <a:blip r:embed="rId12"/>
                    <a:stretch>
                      <a:fillRect/>
                    </a:stretch>
                  </pic:blipFill>
                  <pic:spPr>
                    <a:xfrm>
                      <a:off x="0" y="0"/>
                      <a:ext cx="695325" cy="19050"/>
                    </a:xfrm>
                    <a:prstGeom prst="rect"/>
                  </pic:spPr>
                </pic:pic>
              </a:graphicData>
            </a:graphic>
          </wp:inline>
        </w:drawing>
      </w:r>
    </w:p>
    <w:p>
      <w:pPr>
        <w:pStyle w:val="Heading1"/>
      </w:pPr>
      <w:r>
        <w:rPr>
          <w:rFonts w:ascii="Calibri" w:hAnsi="Calibri"/>
          <w:b/>
          <w:i w:val="0"/>
          <w:sz w:val="40"/>
        </w:rPr>
        <w:t>Làm sao tôi có thể thành công khi làm việc dưới quyền lãnh đạo kém cỏi?</w:t>
      </w:r>
    </w:p>
    <w:p>
      <w:pPr>
        <w:spacing w:after="80"/>
      </w:pPr>
      <w:r>
        <w:rPr>
          <w:b w:val="0"/>
          <w:i w:val="0"/>
        </w:rPr>
        <w:t>Trong ba mươi năm giảng dạy tại các hội nghị về lãnh đạo, tôi đã nghe một câu hỏi nhiều hơn bất kỳ câu nào khác. Làm sao tôi làm việc với một nhà lãnh đạo tồi? Người ta chật vật khi làm việc cho những người chẳng giỏi lãnh đạo gì, hoặc làm việc với những nhà lãnh đạo kém tài hơn họ. Đó là nguồn gốc của sự bực bội không dứt. Mọi thứ đều thăng trầm theo người lãnh đạo. Nếu bạn làm việc cho một nhà lãnh đạo tồi, có lẽ bạn cảm thấy phần lớn mọi thứ đều đổ… lên đầu bạn!</w:t>
      </w:r>
    </w:p>
    <w:p>
      <w:pPr>
        <w:spacing w:after="80"/>
      </w:pPr>
      <w:r>
        <w:rPr>
          <w:b w:val="0"/>
          <w:i w:val="0"/>
        </w:rPr>
        <w:t>Trong chương này, tôi sẽ bàn về vấn đề này. Tôi đưa ra một chiến lược để tìm kiếm thành công khi làm việc với một nhà lãnh đạo khó hợp tác. Giả định ban đầu của tôi là bạn đã cố gắng hợp tác và giải quyết mọi việc với người đó rồi. Quy trình tôi chia sẻ được thiết kế để buộc phải đối mặt với vấn đề. Và tôi sẽ rất thẳng thắn với bạn. Đôi khi nó hiệu quả. Đôi khi không. Bạn không kiểm soát được điều đó. Bạn chỉ có thể kiểm soát những gì mình làm và cách mình phản ứng. Wayne W. Dyer nói: "Cách người ta đối xử với bạn là nghiệp của họ. Cách bạn phản ứng là nghiệp của bạn."</w:t>
      </w:r>
    </w:p>
    <w:p>
      <w:pPr>
        <w:spacing w:after="80"/>
        <w:jc w:val="center"/>
      </w:pPr>
      <w:r>
        <w:rPr>
          <w:b/>
          <w:i w:val="0"/>
        </w:rPr>
        <w:t>"Cách người ta đối xử với bạn là nghiệp của họ. Cách bạn phản ứng là nghiệp của bạn."</w:t>
      </w:r>
    </w:p>
    <w:p>
      <w:pPr>
        <w:spacing w:after="80"/>
        <w:jc w:val="center"/>
      </w:pPr>
      <w:r>
        <w:rPr>
          <w:b/>
          <w:i/>
        </w:rPr>
        <w:t>—Wayne W. Dyer</w:t>
      </w:r>
    </w:p>
    <w:p>
      <w:pPr>
        <w:spacing w:after="80"/>
      </w:pPr>
      <w:r>
        <w:rPr>
          <w:b w:val="0"/>
          <w:i w:val="0"/>
        </w:rPr>
        <w:t>Nếu mọi việc suôn sẻ, bạn đã tạo được một bước đột phá lớn. Nếu mọi việc không diễn ra như bạn hy vọng hay dự định, có thể đã đến lúc phải bước tiếp. Nếu bạn quyết định ở lại và cố gắng xoay xở tốt nhất với tình huống, tôi sẽ cung cấp vài chiến lược cho những vấn đề phổ biến nhất liên quan đến những nhà lãnh đạo khó tính. Bạn sẽ tìm thấy chúng ở phần sau của chương này.</w:t>
      </w:r>
    </w:p>
    <w:p>
      <w:pPr>
        <w:spacing w:after="80"/>
      </w:pPr>
      <w:r>
        <w:rPr>
          <w:b w:val="0"/>
          <w:i w:val="0"/>
        </w:rPr>
        <w:t>Tôi tin rằng nhà lãnh đạo phải chịu trách nhiệm về những người và những gì họ dẫn dắt. Những ông sếp tồi thường né tránh trách nhiệm của mình và cố gắng đẩy chúng sang người đi theo — sang bạn — và cuối cùng bạn phải gánh vác. Mỗi khi điều này xảy ra, trong khả năng có thể, bạn nên cố gắng đặt câu hỏi với nhà lãnh đạo của mình theo cách để trách nhiệm quay trở lại đôi vai của người đó, nơi nó thuộc về.</w:t>
      </w:r>
    </w:p>
    <w:p>
      <w:pPr>
        <w:pStyle w:val="Heading2"/>
      </w:pPr>
      <w:r>
        <w:rPr>
          <w:rFonts w:ascii="Calibri" w:hAnsi="Calibri"/>
          <w:b/>
          <w:i w:val="0"/>
          <w:sz w:val="32"/>
        </w:rPr>
        <w:t>1. Làm thế nào để bạn thành công với một nhà lãnh đạo khó hợp tác?</w:t>
      </w:r>
    </w:p>
    <w:p>
      <w:pPr>
        <w:spacing w:after="80"/>
      </w:pPr>
      <w:r>
        <w:rPr>
          <w:b w:val="0"/>
          <w:i w:val="0"/>
        </w:rPr>
        <w:t>Có bao nhiêu kiểu người trên thế giới thì có bấy nhiêu kiểu nhà lãnh đạo tồi, và họ tạo ra nhiều kiểu khó khăn khác nhau. Nhưng kết quả của sự lãnh đạo của họ thì luôn giống nhau. Những người dưới quyền họ chịu khổ và tổ chức cũng vậy.</w:t>
      </w:r>
    </w:p>
    <w:p>
      <w:pPr>
        <w:spacing w:after="80"/>
      </w:pPr>
      <w:r>
        <w:rPr>
          <w:b w:val="0"/>
          <w:i w:val="0"/>
        </w:rPr>
        <w:t>Dù mỗi vấn đề là duy nhất, quy trình để cố gắng đạt được một giải pháp tích cực thì tương tự nhau trong gần như mọi hoàn cảnh. Nếu bạn đang làm việc cho một nhà lãnh đạo tồi hoặc khó tính, và bạn định cố gắng cải thiện tình hình, bạn cần chuẩn bị kỹ lưỡng và trải qua một quy trình có chủ đích để tìm kiếm giải pháp. Điều này sẽ tăng cơ hội có kết quả tích cực cho bạn. Tuy nhiên, bạn cần bước vào quy trình này với những kỳ vọng thực tế. Nhiều nhà lãnh đạo kém không phản ứng tốt khi phương pháp của họ bị chất vấn. Vậy nên một phần việc bạn sẽ làm là chuẩn bị cho bản thân về những gì sẽ làm nếu mọi việc không suôn sẻ.</w:t>
      </w:r>
    </w:p>
    <w:p>
      <w:pPr>
        <w:spacing w:after="80"/>
      </w:pPr>
      <w:r>
        <w:rPr>
          <w:b w:val="0"/>
          <w:i w:val="0"/>
        </w:rPr>
        <w:t>Điều đó không có nghĩa là bạn nên né tránh nhiệm vụ, đặc biệt nếu việc tương tác với nhà lãnh đạo của bạn đang khiến các giá trị của bạn bị xâm phạm, sự tự tin của bạn bị bào mòn, hoặc khả năng đạt được thành công trong công việc của bạn bị phá hoại. Bạn cần phải tiến về phía trước. Đây là cách tôi đề xuất bạn tiến hành:</w:t>
      </w:r>
    </w:p>
    <w:p>
      <w:pPr>
        <w:pStyle w:val="Heading3"/>
      </w:pPr>
      <w:r>
        <w:rPr>
          <w:rFonts w:ascii="Calibri" w:hAnsi="Calibri"/>
          <w:b/>
          <w:i w:val="0"/>
          <w:sz w:val="26"/>
        </w:rPr>
        <w:t xml:space="preserve">1. Xem xét liệu </w:t>
      </w:r>
      <w:r>
        <w:rPr>
          <w:rFonts w:ascii="Calibri" w:hAnsi="Calibri"/>
          <w:b/>
          <w:i/>
          <w:sz w:val="26"/>
        </w:rPr>
        <w:t>bạn</w:t>
      </w:r>
      <w:r>
        <w:rPr>
          <w:rFonts w:ascii="Calibri" w:hAnsi="Calibri"/>
          <w:b/>
          <w:i w:val="0"/>
          <w:sz w:val="26"/>
        </w:rPr>
        <w:t xml:space="preserve"> có thực sự là vấn đề không</w:t>
      </w:r>
    </w:p>
    <w:p>
      <w:pPr>
        <w:spacing w:after="80"/>
      </w:pPr>
      <w:r>
        <w:rPr>
          <w:b w:val="0"/>
          <w:i w:val="0"/>
        </w:rPr>
        <w:t xml:space="preserve">Thường thì thật dễ để chỉ ra tất cả những gì người khác làm sai, nhưng khi làm vậy, đôi khi chúng ta bỏ quên việc tự xem xét bản thân để thấy </w:t>
      </w:r>
      <w:r>
        <w:rPr>
          <w:b w:val="0"/>
          <w:i/>
        </w:rPr>
        <w:t>chúng ta</w:t>
      </w:r>
      <w:r>
        <w:rPr>
          <w:b w:val="0"/>
          <w:i w:val="0"/>
        </w:rPr>
        <w:t xml:space="preserve"> đang làm sai điều gì. Như tôi đã đề cập trước đó, thách thức số một mà tôi đối mặt với tư cách một nhà lãnh đạo là lãnh đạo chính mình.</w:t>
      </w:r>
    </w:p>
    <w:p>
      <w:pPr>
        <w:spacing w:after="80"/>
      </w:pPr>
      <w:r>
        <w:rPr>
          <w:b w:val="0"/>
          <w:i w:val="0"/>
        </w:rPr>
        <w:t>Có người từng nói: "Tâm trí rộng mở dẫn đến những cánh cửa rộng mở." Nếu tôi muốn cố gắng giải quyết một vấn đề với người khác, trước tiên tôi cần thừa nhận phần của mình trong đó và nỗ lực sửa chữa. Vậy nên trước khi bắt đầu xem xét nhà lãnh đạo của bạn có gì sai, hãy xác định trước bạn có gì sai.</w:t>
      </w:r>
    </w:p>
    <w:p>
      <w:pPr>
        <w:pStyle w:val="Heading3"/>
      </w:pPr>
      <w:r>
        <w:rPr>
          <w:rFonts w:ascii="Calibri" w:hAnsi="Calibri"/>
          <w:b/>
          <w:i w:val="0"/>
          <w:sz w:val="26"/>
        </w:rPr>
        <w:t>2. Xác định liệu bạn có bằng chứng cụ thể để ủng hộ ý kiến của mình không</w:t>
      </w:r>
    </w:p>
    <w:p>
      <w:pPr>
        <w:spacing w:after="80"/>
      </w:pPr>
      <w:r>
        <w:rPr>
          <w:b w:val="0"/>
          <w:i w:val="0"/>
        </w:rPr>
        <w:t>Chính khách kiêm nhà từ thiện Bernard Baruch nói: "Mỗi người đều có quyền có ý kiến của riêng mình, nhưng không ai có quyền sai lầm về sự thật." Trước khi quyết định gặp nhà lãnh đạo của bạn, bạn cần chắc chắn rằng xung đột hay vấn đề bạn thấy được dựa trên bằng chứng vững chắc — không chỉ là cảm xúc của bạn, không phải lời đồn từ người khác, không phải phỏng đoán. Chính xác thì nhà lãnh đạo của bạn đã làm những hành động gì sai? Bạn đã nghe nhà lãnh đạo của bạn nói những lời cụ thể nào xúc phạm hoặc hạ thấp người khác? Hãy cụ thể. Nếu bạn không thể cụ thể, có thể bạn đã sai trong đánh giá của mình về tình huống.</w:t>
      </w:r>
    </w:p>
    <w:p>
      <w:pPr>
        <w:spacing w:after="80"/>
      </w:pPr>
      <w:r>
        <w:rPr>
          <w:b w:val="0"/>
          <w:i w:val="0"/>
        </w:rPr>
        <w:t>Ngay cả khi bạn có thể nêu ra các chi tiết cụ thể, hãy cố gắng xem xét chúng một cách lý trí, không cảm xúc. Nhà hùng biện vĩ đại người La Mã Cicero nhận xét: "Ranh giới giữa dối trá và sự thật mong manh đến mức một người khôn ngoan sẽ tốt hơn hết là đừng tin vào chính mình khi đứng trên bờ vực hẹp đó."</w:t>
      </w:r>
    </w:p>
    <w:p>
      <w:pPr>
        <w:pStyle w:val="Heading3"/>
      </w:pPr>
      <w:r>
        <w:rPr>
          <w:rFonts w:ascii="Calibri" w:hAnsi="Calibri"/>
          <w:b/>
          <w:i w:val="0"/>
          <w:sz w:val="26"/>
        </w:rPr>
        <w:t>Tại sao việc cụ thể lại quan trọng</w:t>
      </w:r>
    </w:p>
    <w:p>
      <w:pPr>
        <w:spacing w:after="80"/>
      </w:pPr>
      <w:r>
        <w:rPr>
          <w:b w:val="0"/>
          <w:i w:val="0"/>
        </w:rPr>
        <w:t>Càng quan trọng, bạn càng cần có bằng chứng vững chắc và cụ thể.</w:t>
      </w:r>
    </w:p>
    <w:p>
      <w:pPr>
        <w:spacing w:after="80"/>
        <w:ind w:left="360"/>
      </w:pPr>
      <w:r>
        <w:t xml:space="preserve">• </w:t>
      </w:r>
      <w:r>
        <w:rPr>
          <w:b w:val="0"/>
          <w:i w:val="0"/>
        </w:rPr>
        <w:t>Thông điệp càng quan trọng, bạn càng cần đưa ra bằng chứng.</w:t>
      </w:r>
    </w:p>
    <w:p>
      <w:pPr>
        <w:spacing w:after="80"/>
        <w:ind w:left="360"/>
      </w:pPr>
      <w:r>
        <w:t xml:space="preserve">• </w:t>
      </w:r>
      <w:r>
        <w:rPr>
          <w:b w:val="0"/>
          <w:i w:val="0"/>
        </w:rPr>
        <w:t>Người càng quan trọng, bạn càng cần đưa ra bằng chứng.</w:t>
      </w:r>
    </w:p>
    <w:p>
      <w:pPr>
        <w:spacing w:after="80"/>
        <w:ind w:left="360"/>
      </w:pPr>
      <w:r>
        <w:t xml:space="preserve">• </w:t>
      </w:r>
      <w:r>
        <w:rPr>
          <w:b w:val="0"/>
          <w:i w:val="0"/>
        </w:rPr>
        <w:t>Thời điểm càng quan trọng, bạn càng cần đưa ra bằng chứng.</w:t>
      </w:r>
    </w:p>
    <w:p>
      <w:pPr>
        <w:pStyle w:val="Heading3"/>
      </w:pPr>
      <w:r>
        <w:rPr>
          <w:rFonts w:ascii="Calibri" w:hAnsi="Calibri"/>
          <w:b/>
          <w:i w:val="0"/>
          <w:sz w:val="26"/>
        </w:rPr>
        <w:t>3. Đánh giá mức độ ảnh hưởng và uy tín của bạn với người lãnh đạo</w:t>
      </w:r>
    </w:p>
    <w:p>
      <w:pPr>
        <w:spacing w:after="80"/>
      </w:pPr>
      <w:r>
        <w:rPr>
          <w:b w:val="0"/>
          <w:i w:val="0"/>
        </w:rPr>
        <w:t>Bạn có thể đúng và đã chuẩn bị đầy đủ mọi dữ kiện, nhưng nếu bạn không có ảnh hưởng gì với người lãnh đạo, có thể bạn sẽ chẳng đi đến đâu. Uy tín mở ra cánh cửa giao tiếp, còn thiếu uy tín thì đóng sập nó lại. Như Neil Postman đã nhận xét: "Uy tín của người nói là phép thử tối thượng cho tính đúng đắn của một mệnh đề." Vậy nên, dù điều bạn nói là đúng, nếu bạn có ít uy tín trong mắt người lãnh đạo, thì có thể họ sẽ cảm nhận rằng những quan sát của bạn chẳng có chút sự thật nào.</w:t>
      </w:r>
    </w:p>
    <w:p>
      <w:pPr>
        <w:spacing w:after="80"/>
        <w:jc w:val="center"/>
      </w:pPr>
      <w:r>
        <w:rPr>
          <w:b/>
          <w:i w:val="0"/>
        </w:rPr>
        <w:t>"Uy tín của người nói là phép thử tối thượng cho tính đúng đắn của một mệnh đề."</w:t>
      </w:r>
    </w:p>
    <w:p>
      <w:pPr>
        <w:spacing w:after="80"/>
        <w:jc w:val="center"/>
      </w:pPr>
      <w:r>
        <w:rPr>
          <w:b/>
          <w:i/>
        </w:rPr>
        <w:t>—Neil Postman</w:t>
      </w:r>
    </w:p>
    <w:p>
      <w:pPr>
        <w:spacing w:after="80"/>
      </w:pPr>
      <w:r>
        <w:rPr>
          <w:b w:val="0"/>
          <w:i w:val="0"/>
        </w:rPr>
        <w:t>Vì lý do đó, trước khi cố gắng làm bất cứ điều gì để giải quyết vấn đề, bạn cần xác định xem mình đang đứng ở đâu trong mắt người ấy. Bạn có loại ảnh hưởng nào? Nữ giám đốc khách sạn Maria Razumich-Zec nói: "Danh tiếng và sự chính trực của bạn là tất cả. Hãy làm đúng những gì bạn nói mình sẽ làm. Uy tín của bạn chỉ có thể được xây dựng theo thời gian, và nó được dựng nên từ lịch sử những lời nói và hành động của bạn."</w:t>
      </w:r>
    </w:p>
    <w:p>
      <w:pPr>
        <w:spacing w:after="80"/>
      </w:pPr>
      <w:r>
        <w:rPr>
          <w:b w:val="0"/>
          <w:i w:val="0"/>
        </w:rPr>
        <w:t>Nếu bạn không chắc mình đang đứng ở đâu, hãy nói chuyện với đồng nghiệp. Hỏi họ xem họ nghĩ lời nói của bạn có trọng lượng đến mức nào với sếp. Nếu bạn có uy tín ở một mức độ nào đó, người lãnh đạo có thể sẽ sẵn lòng lắng nghe khi bạn có những điều khó nói hoặc tiêu cực cần trao đổi.</w:t>
      </w:r>
    </w:p>
    <w:p>
      <w:pPr>
        <w:pStyle w:val="Heading3"/>
      </w:pPr>
      <w:r>
        <w:rPr>
          <w:rFonts w:ascii="Calibri" w:hAnsi="Calibri"/>
          <w:b/>
          <w:i w:val="0"/>
          <w:sz w:val="26"/>
        </w:rPr>
        <w:t>4. Suy nghĩ thấu đáo mọi kết cục có thể xảy ra</w:t>
      </w:r>
    </w:p>
    <w:p>
      <w:pPr>
        <w:spacing w:after="80"/>
      </w:pPr>
      <w:r>
        <w:rPr>
          <w:b w:val="0"/>
          <w:i w:val="0"/>
        </w:rPr>
        <w:t>Khi hầu hết mọi người không hài lòng với người lãnh đạo và tình cảnh của mình ở nơi làm việc, họ thường tìm đến đồng nghiệp để than phiền. Bằng cách lên kế hoạch nói chuyện với người lãnh đạo thay vì thế, bạn đang cố làm điều đúng đắn. Nhưng bạn chỉ nên trao đổi với người lãnh đạo nếu bạn sẵn sàng chấp nhận kết quả. Điều đó có nghĩa là bạn cần dành thời gian nghĩ về tất cả những phản ứng khác nhau mà người lãnh đạo có thể đưa ra và xác định bạn sẽ làm gì trong từng trường hợp.</w:t>
      </w:r>
    </w:p>
    <w:p>
      <w:pPr>
        <w:spacing w:after="80"/>
      </w:pPr>
      <w:r>
        <w:rPr>
          <w:b w:val="0"/>
          <w:i w:val="0"/>
        </w:rPr>
        <w:t>Tác giả và triết gia Brand Blanshard đã chia sẻ các bước của ông để suy nghĩ thấu đáo một vấn đề. Bạn có thể thử xem:</w:t>
      </w:r>
    </w:p>
    <w:p>
      <w:pPr>
        <w:spacing w:after="80"/>
      </w:pPr>
      <w:r>
        <w:rPr>
          <w:b w:val="0"/>
          <w:i w:val="0"/>
        </w:rPr>
        <w:t>Bước đầu tiên là làm cho vấn đề trở nên cụ thể. Bước thứ hai là tự do hình thành các giả thuyết về cách gỡ bỏ gánh nặng đó khỏi bản thân. Bước thứ ba là lường trước những hệ quả của các đề xuất của bạn. Bước thứ tư và cũng là bước cuối cùng là so sánh hệ quả của các đề xuất để xem đề xuất nào là tốt nhất dưới ánh sáng của toàn bộ kế hoạch sống của bạn. Dù bạn chọn một kỳ nghỉ hay một người bạn đời, một bữa tiệc hay một ứng viên, một lý tưởng để cống hiến hay một tín điều để sống theo—hãy suy nghĩ!</w:t>
      </w:r>
    </w:p>
    <w:p>
      <w:pPr>
        <w:spacing w:after="80"/>
      </w:pPr>
      <w:r>
        <w:rPr>
          <w:b w:val="0"/>
          <w:i w:val="0"/>
        </w:rPr>
        <w:t>Các bước của Blanshard giả định rằng bạn sẽ là người đưa ra mọi quyết định, điều này sẽ không đúng trong trường hợp của bạn. Bạn sẽ không kiểm soát được cách người lãnh đạo phản ứng. Tổng thống Abraham Lincoln nói: "Khi tôi chuẩn bị tranh luận với một người, tôi dành một phần ba thời gian để nghĩ về bản thân và những gì mình sẽ nói—và hai phần ba để nghĩ về người ấy và những gì người ấy sẽ nói." Đó có lẽ là một nguyên tắc kinh nghiệm hay. Nếu bạn bỏ thời gian, suy nghĩ thấu đáo, lường trước những phản ứng có thể có của người lãnh đạo và biết mình sẽ làm gì trong từng tình huống cụ thể, thì bạn đã chuẩn bị tốt nhất có thể.</w:t>
      </w:r>
    </w:p>
    <w:p>
      <w:pPr>
        <w:pStyle w:val="Heading3"/>
      </w:pPr>
      <w:r>
        <w:rPr>
          <w:rFonts w:ascii="Calibri" w:hAnsi="Calibri"/>
          <w:b/>
          <w:i w:val="0"/>
          <w:sz w:val="26"/>
        </w:rPr>
        <w:t>5. Đưa ra quyết định hành động</w:t>
      </w:r>
    </w:p>
    <w:p>
      <w:pPr>
        <w:spacing w:after="80"/>
      </w:pPr>
      <w:r>
        <w:rPr>
          <w:b w:val="0"/>
          <w:i w:val="0"/>
        </w:rPr>
        <w:t xml:space="preserve">Lúc này bạn cần đưa ra một quyết định. Để làm mọi thứ đúng đắn, bạn cần hoặc là hành động, hoặc là chấp nhận hoàn cảnh của mình như nó đang là. Nếu bạn quyết định không hành động, hãy bước tiếp và đừng nói bất cứ điều gì tiêu cực với người khác về hoàn cảnh của bạn. Đừng bao giờ phàn nàn về điều mà bạn cho phép. Nếu bạn làm vậy, điều đó khiến </w:t>
      </w:r>
      <w:r>
        <w:rPr>
          <w:b w:val="0"/>
          <w:i/>
        </w:rPr>
        <w:t>chính bạn</w:t>
      </w:r>
      <w:r>
        <w:rPr>
          <w:b w:val="0"/>
          <w:i w:val="0"/>
        </w:rPr>
        <w:t xml:space="preserve"> trở nên sai. Nếu bạn đang ở trong một hoàn cảnh tồi tệ với bạn, bạn cần phải hành động. Chỉ cần nhớ, như Jules Ellinger đã nói, "Chưa từng có bức tượng nào được dựng để tưởng nhớ một người đã biết để yên mọi thứ."</w:t>
      </w:r>
    </w:p>
    <w:p>
      <w:pPr>
        <w:spacing w:after="80"/>
        <w:jc w:val="center"/>
      </w:pPr>
      <w:r>
        <w:rPr>
          <w:b/>
          <w:i w:val="0"/>
        </w:rPr>
        <w:t>"Chưa từng có bức tượng nào được dựng để tưởng nhớ một người đã biết để yên mọi thứ."</w:t>
      </w:r>
    </w:p>
    <w:p>
      <w:pPr>
        <w:spacing w:after="80"/>
        <w:jc w:val="center"/>
      </w:pPr>
      <w:r>
        <w:rPr>
          <w:b/>
          <w:i/>
        </w:rPr>
        <w:t>—Jules Ellinger</w:t>
      </w:r>
    </w:p>
    <w:p>
      <w:pPr>
        <w:pStyle w:val="Heading3"/>
      </w:pPr>
      <w:r>
        <w:rPr>
          <w:rFonts w:ascii="Calibri" w:hAnsi="Calibri"/>
          <w:b/>
          <w:i w:val="0"/>
          <w:sz w:val="26"/>
        </w:rPr>
        <w:t>6. Xin gặp riêng người lãnh đạo của bạn</w:t>
      </w:r>
    </w:p>
    <w:p>
      <w:pPr>
        <w:spacing w:after="80"/>
      </w:pPr>
      <w:r>
        <w:rPr>
          <w:b w:val="0"/>
          <w:i w:val="0"/>
        </w:rPr>
        <w:t>Một trong những sai lầm tồi tệ nhất bạn có thể mắc phải với những người lãnh đạo khó tính là chỉ trích họ hoặc công khai vạch trần họ. Điều đó luôn biến thành một tình huống mà cả hai đều thua. Giống như bạn hy vọng người lãnh đạo của mình sẽ kéo bạn sang một bên để góp ý, bạn cũng nên làm điều tương tự với họ.</w:t>
      </w:r>
    </w:p>
    <w:p>
      <w:pPr>
        <w:pStyle w:val="Heading3"/>
      </w:pPr>
      <w:r>
        <w:rPr>
          <w:rFonts w:ascii="Calibri" w:hAnsi="Calibri"/>
          <w:b/>
          <w:i w:val="0"/>
          <w:sz w:val="26"/>
        </w:rPr>
        <w:t>7. Gặp gỡ, trình bày rõ khiếu nại của bạn và tìm kiếm một giải pháp hợp tác</w:t>
      </w:r>
    </w:p>
    <w:p>
      <w:pPr>
        <w:spacing w:after="80"/>
      </w:pPr>
      <w:r>
        <w:rPr>
          <w:b w:val="0"/>
          <w:i w:val="0"/>
        </w:rPr>
        <w:t>Khi gặp người lãnh đạo của bạn, mục tiêu của bạn không nên là để xả giận hay trả đũa. Mục đích không phải là phàn nàn. Mục đích là tìm kiếm một giải pháp tích cực. Hãy trình bày bằng chứng của bạn theo cách tích cực nhất, không đe dọa và không buộc tội, càng nhiều càng tốt. Hãy giải thích lý do tại sao bạn thấy khó làm việc và hoàn thành công việc của mình, và hỏi xem có điều gì mà bạn và người lãnh đạo có thể làm để giải quyết tình huống và hợp tác tích cực hơn không.</w:t>
      </w:r>
    </w:p>
    <w:p>
      <w:pPr>
        <w:spacing w:after="80"/>
      </w:pPr>
      <w:r>
        <w:rPr>
          <w:b w:val="0"/>
          <w:i w:val="0"/>
        </w:rPr>
        <w:t>Nếu bạn trung thực, nhưng vẫn đối xử với người lãnh đạo của mình bằng sự tôn trọng, thì khi kết thúc cuộc thảo luận, bạn có thể rời cuộc gặp với sự chính trực còn nguyên vẹn, bất kể kết quả ra sao. Hy vọng rằng bạn và người lãnh đạo sẽ có thể thống nhất về một hướng hành động có lợi cho cả hai. Nếu người lãnh đạo từ chối nhận trách nhiệm, trở nên phòng thủ, hoặc đề xuất điều gì đó mà bạn không chắc mình có thể đồng ý, hãy xin thời gian để suy nghĩ lại. Bạn luôn có thể gặp lại sau để thử một lần nữa tìm giải pháp tích cực. Nếu họ gợi ý điều gì đó mà bạn biết là tốt và đúng, thật tuyệt. Hãy tiến lên với điều đó. Như nhà sản xuất ô tô tiên phong Henry Ford đã nói, "Nếu mọi người cùng tiến về phía trước, thì thành công sẽ tự lo liệu lấy."</w:t>
      </w:r>
    </w:p>
    <w:p>
      <w:pPr>
        <w:pStyle w:val="Heading3"/>
      </w:pPr>
      <w:r>
        <w:rPr>
          <w:rFonts w:ascii="Calibri" w:hAnsi="Calibri"/>
          <w:b/>
          <w:i w:val="0"/>
          <w:sz w:val="26"/>
        </w:rPr>
        <w:t>8. Xác định xem bạn nên ở lại hay đã đến lúc phải ra đi</w:t>
      </w:r>
    </w:p>
    <w:p>
      <w:pPr>
        <w:spacing w:after="80"/>
      </w:pPr>
      <w:r>
        <w:rPr>
          <w:b w:val="0"/>
          <w:i w:val="0"/>
        </w:rPr>
        <w:t>Bạn sẽ phải đưa ra quyết định sau khi gặp người lãnh đạo của mình. Bạn sẽ ở lại hay sẽ ra đi? Có thể người lãnh đạo nói rằng họ sẽ thay đổi. Nếu điều đó thành sự thật, thật tuyệt. Có thể họ nói rằng họ sẽ không thay đổi. Bạn có sẵn lòng sống chung với điều đó không? Có thể cuộc trò chuyện bạn đã có với người lãnh đạo đã gây tổn hại lớn hơn cho mối quan hệ. Như ai đó từng nói, "Các mối quan hệ giống như thủy tinh. Đôi khi tốt hơn là để chúng vỡ còn hơn là tự làm mình đau khi cố gắng gắn chúng lại với nhau." Cuối cùng, có thể bạn không thể thay đổi những người xung quanh mình, nhưng bạn có thể thay đổi những người mà bạn chọn ở bên cạnh.</w:t>
      </w:r>
    </w:p>
    <w:p>
      <w:pPr>
        <w:spacing w:after="80"/>
      </w:pPr>
      <w:r>
        <w:rPr>
          <w:b w:val="0"/>
          <w:i w:val="0"/>
        </w:rPr>
        <w:t>Nếu bạn vẫn còn khó khăn trong việc quyết định nên ở lại hay ra đi, hãy tự hỏi mình câu này: nếu tôi chưa từng làm việc ở đây, với những gì tôi biết bây giờ, liệu tôi có muốn trở thành một phần của tổ chức này không? Nếu câu trả lời là không, đã đến lúc phải đi. Nếu câu trả lời là "Tôi không biết," hãy tự hỏi lại sau sáu tháng. Nếu câu trả lời là có, hãy ở lại và học cách làm việc với người lãnh đạo của bạn.</w:t>
      </w:r>
    </w:p>
    <w:p>
      <w:pPr>
        <w:pStyle w:val="Heading3"/>
      </w:pPr>
      <w:r>
        <w:rPr>
          <w:rFonts w:ascii="Calibri" w:hAnsi="Calibri"/>
          <w:b/>
          <w:i w:val="0"/>
          <w:sz w:val="26"/>
        </w:rPr>
        <w:t>9. Nếu bạn quyết định rằng mình có thể ở lại, hãy cống hiến hết mình và công khai ủng hộ người lãnh đạo của bạn</w:t>
      </w:r>
    </w:p>
    <w:p>
      <w:pPr>
        <w:spacing w:after="80"/>
      </w:pPr>
      <w:r>
        <w:rPr>
          <w:b w:val="0"/>
          <w:i w:val="0"/>
        </w:rPr>
        <w:t>Nếu bạn nghĩ rằng mình có thể muốn ở lại và tiếp tục làm việc với người lãnh đạo của mình, bạn cần tự hỏi mình hai câu hỏi quan trọng:</w:t>
      </w:r>
    </w:p>
    <w:p>
      <w:pPr>
        <w:spacing w:after="80"/>
      </w:pPr>
      <w:r>
        <w:rPr>
          <w:b/>
          <w:i w:val="0"/>
        </w:rPr>
        <w:t>Liệu tôi có thể tạo thêm giá trị không?</w:t>
      </w:r>
    </w:p>
    <w:p>
      <w:pPr>
        <w:spacing w:after="80"/>
      </w:pPr>
      <w:r>
        <w:rPr>
          <w:b/>
          <w:i w:val="0"/>
        </w:rPr>
        <w:t>Liệu tôi có thể sống thật với chính mình không?</w:t>
      </w:r>
    </w:p>
    <w:p>
      <w:pPr>
        <w:spacing w:after="80"/>
      </w:pPr>
      <w:r>
        <w:rPr>
          <w:b w:val="0"/>
          <w:i w:val="0"/>
        </w:rPr>
        <w:t>Nếu bạn không thể trả lời có cho cả hai câu hỏi đó, thì tốt hơn là bạn nên ra đi. Nhưng nếu bạn có thể tạo thêm giá trị và sống thật với chính mình, bạn cần công khai ủng hộ người lãnh đạo của bạn. Hãy giữ im lặng về những điều tiêu cực mà bạn biết về họ. Khi bạn bị cám dỗ nói điều gì đó tiêu cực, hãy nói điều gì đó tử tế thay vào đó. Và nếu bạn cần thảo luận một vấn đề hay giải quyết một khó khăn, hãy làm điều đó sau cánh cửa đóng kín. Bạn không bao giờ nên làm bất cứ điều gì thỏa hiệp sự chính trực của mình, nhưng bạn cần duy trì sự ủng hộ sau cuộc thảo luận. Huấn luyện viên NFL Vince Lombardi đã chỉ ra, "Cam kết cá nhân cho nỗ lực tập thể là điều khiến một đội bóng vận hành, một công ty vận hành, một nền văn minh vận hành." Nếu bạn không ủng hộ đội bằng nỗ lực cá nhân của mình, bạn đang làm hại đội.</w:t>
      </w:r>
    </w:p>
    <w:p>
      <w:pPr>
        <w:spacing w:after="80"/>
      </w:pPr>
      <w:r>
        <w:rPr>
          <w:b w:val="0"/>
          <w:i w:val="0"/>
        </w:rPr>
        <w:t>Trong phần lớn sự nghiệp của mình, tôi là người lãnh đạo cao nhất trong một tổ chức. Điều đó không phải lúc nào cũng có nghĩa là tôi là người có tầm ảnh hưởng lớn nhất, nhưng nó có nghĩa là tôi không có một ông sếp theo cấp bậc chỉ đạo công việc của mình. Các nhà thờ thuộc về một thực thể lớn hơn, một giáo phái, nhưng những nhà thờ địa phương mà tôi lãnh đạo thì khá tự chủ.</w:t>
      </w:r>
    </w:p>
    <w:p>
      <w:pPr>
        <w:spacing w:after="80"/>
      </w:pPr>
      <w:r>
        <w:rPr>
          <w:b w:val="0"/>
          <w:i w:val="0"/>
        </w:rPr>
        <w:t>Khoảng mười năm sau khi bắt đầu sự nghiệp, tôi muốn tạo ra tác động lớn hơn đến nhiều nhà lãnh đạo hơn, nên tôi quyết định rời nhà thờ địa phương mà tôi đang lãnh đạo để làm việc cho giáo phái tại trụ sở chính của họ. Trong thế giới doanh nghiệp, điều đó giống như một người sở hữu nhượng quyền nhà hàng bán đi nhà hàng của mình và đến làm việc cho công ty mẹ.</w:t>
      </w:r>
    </w:p>
    <w:p>
      <w:pPr>
        <w:spacing w:after="80"/>
      </w:pPr>
      <w:r>
        <w:rPr>
          <w:b w:val="0"/>
          <w:i w:val="0"/>
        </w:rPr>
        <w:t>Tôi làm vậy vì tôi muốn đào tạo và tác động đến những nhà lãnh đạo ngoài nhà thờ địa phương của mình, và tôi nghĩ đây là cách tốt nhất để làm điều đó. Điều tôi chưa nhận ra là tôi sẽ cảm thấy bị gò bó khi chỉ làm việc trong một giáo phái. Và tôi đang báo cáo cho một người không phải là nhà lãnh đạo giỏi. Anh ta suy nghĩ như một nhà quản lý hay một quan chức quan liêu, chứ không phải một doanh nhân hay một nhà lãnh đạo. Đó không phải là sự phù hợp tốt với tôi, và tôi nhận ra điều đó khá nhanh.</w:t>
      </w:r>
    </w:p>
    <w:p>
      <w:pPr>
        <w:spacing w:after="80"/>
      </w:pPr>
      <w:r>
        <w:rPr>
          <w:b w:val="0"/>
          <w:i w:val="0"/>
        </w:rPr>
        <w:t>Tôi dành phần lớn thời gian ở ngoài thực địa để đào tạo các nhà lãnh đạo, nhưng tôi vẫn phải chịu trách nhiệm trước nhà lãnh đạo này, và hầu hết thời gian chúng tôi hoàn toàn không cùng quan điểm. Vì vậy tôi đặt lịch hẹn gặp anh ta để thảo luận các vấn đề. Sau cuộc gặp, tôi nhận ra thời gian của tôi ở đó cần phải kết thúc. Việc có anh ta làm nhà lãnh đạo trực tiếp của tôi sẽ không thể nào hiệu quả.</w:t>
      </w:r>
    </w:p>
    <w:p>
      <w:pPr>
        <w:spacing w:after="80"/>
      </w:pPr>
      <w:r>
        <w:rPr>
          <w:b w:val="0"/>
          <w:i w:val="0"/>
        </w:rPr>
        <w:t>Tôi làm việc ở vị trí đó mười tám tháng. Sau khi nhận ra mình cần phải thay đổi, mỗi khi có vấn đề, tôi đến gặp riêng anh ta để thảo luận, và tôi cố gắng hợp tác với anh ta nhiều nhất có thể. Trong lúc đó tôi tìm kiếm cơ hội phù hợp ở nơi khác. Nhưng tôi chưa bao giờ chỉ trích anh ta với người khác. Thực tế, trong ba mươi lăm năm kể từ khi tôi rời đi, đây là lần đầu tiên tôi nói về điều đó một cách công khai.</w:t>
      </w:r>
    </w:p>
    <w:p>
      <w:pPr>
        <w:pStyle w:val="Heading2"/>
      </w:pPr>
      <w:r>
        <w:rPr>
          <w:rFonts w:ascii="Calibri" w:hAnsi="Calibri"/>
          <w:b/>
          <w:i w:val="0"/>
          <w:sz w:val="32"/>
        </w:rPr>
        <w:t>2. Bạn sẽ làm việc thế nào với một nhà lãnh đạo khó tính mà không thích bạn?</w:t>
      </w:r>
    </w:p>
    <w:p>
      <w:pPr>
        <w:spacing w:after="80"/>
      </w:pPr>
      <w:r>
        <w:rPr>
          <w:b w:val="0"/>
          <w:i w:val="0"/>
        </w:rPr>
        <w:t>Thật khó để làm việc với một người mà bạn nghĩ là không thích mình, đặc biệt khi đó là nhà lãnh đạo của bạn. Hầu hết mọi người không phản ứng tốt với điều đó. Họ thường làm một trong những điều sau:</w:t>
      </w:r>
    </w:p>
    <w:p>
      <w:pPr>
        <w:spacing w:after="80"/>
      </w:pPr>
      <w:r>
        <w:rPr>
          <w:b/>
          <w:i w:val="0"/>
        </w:rPr>
        <w:t>• Trốn tránh người đó:</w:t>
      </w:r>
      <w:r>
        <w:rPr>
          <w:b w:val="0"/>
          <w:i w:val="0"/>
        </w:rPr>
        <w:t xml:space="preserve"> Nhiều người chuyển sang chế độ né tránh. Tin tốt là không có xung đột trực tiếp. Tin xấu là khi chúng ta dồn năng lượng vào việc trốn tránh, chúng ta mất đà.</w:t>
      </w:r>
    </w:p>
    <w:p>
      <w:pPr>
        <w:spacing w:after="80"/>
      </w:pPr>
      <w:r>
        <w:rPr>
          <w:b/>
          <w:i w:val="0"/>
        </w:rPr>
        <w:t>• Cản trở người đó:</w:t>
      </w:r>
      <w:r>
        <w:rPr>
          <w:b w:val="0"/>
          <w:i w:val="0"/>
        </w:rPr>
        <w:t xml:space="preserve"> Một phản ứng phổ biến khác là trở nên thụ động - gây hấn. Chúng ta không làm gì trực tiếp mang tính phá hoại. Chúng ta chỉ đảm bảo là không hợp tác cho lắm. Vấn đề với điều này là nó gây hại cho đội nhóm và khiến chúng ta mất tập trung.</w:t>
      </w:r>
    </w:p>
    <w:p>
      <w:pPr>
        <w:spacing w:after="80"/>
      </w:pPr>
      <w:r>
        <w:rPr>
          <w:b/>
          <w:i w:val="0"/>
        </w:rPr>
        <w:t>• Làm hại người đó:</w:t>
      </w:r>
      <w:r>
        <w:rPr>
          <w:b w:val="0"/>
          <w:i w:val="0"/>
        </w:rPr>
        <w:t xml:space="preserve"> Phản ứng tồi tệ nhất trong tất cả là cố gắng trừng phạt hoặc làm hại người không thích mình. Điều đó khiến chúng ta mất đi sự chính trực.</w:t>
      </w:r>
    </w:p>
    <w:p>
      <w:pPr>
        <w:spacing w:after="80"/>
      </w:pPr>
      <w:r>
        <w:rPr>
          <w:b w:val="0"/>
          <w:i w:val="0"/>
        </w:rPr>
        <w:t>Thay vào đó bạn cần chọn con đường cao thượng. Bạn không thể kiểm soát phản ứng của nhà lãnh đạo đối với bạn. Người đó có thể sẽ không bao giờ thích làm việc với bạn. Nhưng bạn có thể làm mọi thứ trong khả năng của mình để đảm bảo rằng bạn không phải là nguyên nhân của vấn đề. Bạn làm điều đó bằng cách…</w:t>
      </w:r>
    </w:p>
    <w:p>
      <w:pPr>
        <w:pStyle w:val="Heading3"/>
      </w:pPr>
      <w:r>
        <w:rPr>
          <w:rFonts w:ascii="Calibri" w:hAnsi="Calibri"/>
          <w:b/>
          <w:i w:val="0"/>
          <w:sz w:val="26"/>
        </w:rPr>
        <w:t>Xử lý cảm xúc của bạn</w:t>
      </w:r>
    </w:p>
    <w:p>
      <w:pPr>
        <w:spacing w:after="80"/>
      </w:pPr>
      <w:r>
        <w:rPr>
          <w:b w:val="0"/>
          <w:i w:val="0"/>
        </w:rPr>
        <w:t>Theo thời gian, nếu những cảm xúc tiêu cực của bạn không được kiểm soát và cứ để chúng âm ỉ, chúng sẽ tràn vào mọi lĩnh vực trong công việc của bạn—và có thể cả cuộc sống riêng tư của bạn nữa. Những cảm xúc tiêu cực này có thể ảnh hưởng đến việc ra quyết định của chúng ta, làm vấy bẩn cách chúng ta nhìn nhận các mối quan hệ, và ảnh hưởng đến cách chúng ta lãnh đạo người của mình. Vì lý do đó, chúng ta cần cảm nhận cảm xúc của mình một cách thường xuyên. Chúng ta phải thừa nhận cảm giác của mình, xử lý những tổn thương, và bước tiếp. Nếu không, chúng ta dễ mang lòng oán hận.</w:t>
      </w:r>
    </w:p>
    <w:p>
      <w:pPr>
        <w:pStyle w:val="Heading3"/>
      </w:pPr>
      <w:r>
        <w:rPr>
          <w:rFonts w:ascii="Calibri" w:hAnsi="Calibri"/>
          <w:b/>
          <w:i w:val="0"/>
          <w:sz w:val="26"/>
        </w:rPr>
        <w:t>Tìm kiếm điểm chung</w:t>
      </w:r>
    </w:p>
    <w:p>
      <w:pPr>
        <w:spacing w:after="80"/>
      </w:pPr>
      <w:r>
        <w:rPr>
          <w:b w:val="0"/>
          <w:i w:val="0"/>
        </w:rPr>
        <w:t xml:space="preserve">Mỗi người nhìn thế giới từ góc nhìn riêng độc đáo của mình. Terry Felber, tác giả cuốn </w:t>
      </w:r>
      <w:r>
        <w:rPr>
          <w:b w:val="0"/>
          <w:i/>
        </w:rPr>
        <w:t>Am I Making Myself Clear?</w:t>
      </w:r>
      <w:r>
        <w:rPr>
          <w:b w:val="0"/>
          <w:i w:val="0"/>
        </w:rPr>
        <w:t xml:space="preserve"> đã viết: "Nếu bạn có thể học cách xác định chính xác cách những người xung quanh trải nghiệm thế giới, và thực sự cố gắng trải nghiệm cùng thế giới mà họ đang trải nghiệm, bạn sẽ ngạc nhiên về mức độ hiệu quả của giao tiếp của mình."</w:t>
      </w:r>
    </w:p>
    <w:p>
      <w:pPr>
        <w:spacing w:after="80"/>
      </w:pPr>
      <w:r>
        <w:rPr>
          <w:b w:val="0"/>
          <w:i w:val="0"/>
        </w:rPr>
        <w:t>Bất cứ khi nào và bất cứ nơi nào có thể, hãy tìm những điểm đồng thuận với nhà lãnh đạo của bạn. Và khi bạn tìm thấy chúng, hãy tập trung vào những điều bạn có chung thay vì những khác biệt khiến bạn tách rời. Nếu bạn cùng chung một mục tiêu, hãy bắt đầu từ đó.</w:t>
      </w:r>
    </w:p>
    <w:p>
      <w:pPr>
        <w:pStyle w:val="Heading3"/>
      </w:pPr>
      <w:r>
        <w:rPr>
          <w:rFonts w:ascii="Calibri" w:hAnsi="Calibri"/>
          <w:b/>
          <w:i w:val="0"/>
          <w:sz w:val="26"/>
        </w:rPr>
        <w:t>Luôn Dễ Chịu Một Cách Nhất Quán</w:t>
      </w:r>
    </w:p>
    <w:p>
      <w:pPr>
        <w:spacing w:after="80"/>
      </w:pPr>
      <w:r>
        <w:rPr>
          <w:b w:val="0"/>
          <w:i w:val="0"/>
        </w:rPr>
        <w:t>Bà chủ tiếp khách người Anh nổi tiếng Lady Dorothy Nevill đã nhận xét: "Nghệ thuật thực sự của trò chuyện không chỉ là nói đúng điều vào đúng lúc đúng chỗ, mà còn là biết để yên những điều sai trái vào đúng thời điểm cám dỗ." Điều đó có nghĩa là luôn dễ chịu một cách nhất quán, mọi lúc.</w:t>
      </w:r>
    </w:p>
    <w:p>
      <w:pPr>
        <w:spacing w:after="80"/>
      </w:pPr>
      <w:r>
        <w:rPr>
          <w:b w:val="0"/>
          <w:i w:val="0"/>
        </w:rPr>
        <w:t>Bạn đã bao giờ nghe câu "Hãy dùng lòng tốt để khuất phục họ" (Kill them with kindness) chưa? Người ta thường mềm lòng khi bạn giữ vững sự nhất quán trong khi họ thì không — khi bạn chân thành, tử tế, hay giúp đỡ và dễ chịu bất chấp những lựa chọn và hành vi của họ. Và hãy nhớ, như nhà thơ Kahlil Gibran đã khẳng định: "Sự dịu dàng và lòng tốt không phải là dấu hiệu của yếu đuối và tuyệt vọng, mà là biểu hiện của sức mạnh và sự quyết tâm."</w:t>
      </w:r>
    </w:p>
    <w:p>
      <w:pPr>
        <w:spacing w:after="80"/>
        <w:jc w:val="center"/>
      </w:pPr>
      <w:r>
        <w:rPr>
          <w:b/>
          <w:i w:val="0"/>
        </w:rPr>
        <w:t>"Sự dịu dàng và lòng tốt không phải là dấu hiệu của yếu đuối và tuyệt vọng, mà là biểu hiện của sức mạnh và sự quyết tâm."</w:t>
      </w:r>
    </w:p>
    <w:p>
      <w:pPr>
        <w:spacing w:after="80"/>
        <w:jc w:val="center"/>
      </w:pPr>
      <w:r>
        <w:rPr>
          <w:b/>
          <w:i/>
        </w:rPr>
        <w:t>—Kahlil Gibran</w:t>
      </w:r>
    </w:p>
    <w:p>
      <w:pPr>
        <w:pStyle w:val="Heading3"/>
      </w:pPr>
      <w:r>
        <w:rPr>
          <w:rFonts w:ascii="Calibri" w:hAnsi="Calibri"/>
          <w:b/>
          <w:i w:val="0"/>
          <w:sz w:val="26"/>
        </w:rPr>
        <w:t>Giải Quyết Vấn Đề</w:t>
      </w:r>
    </w:p>
    <w:p>
      <w:pPr>
        <w:spacing w:after="80"/>
      </w:pPr>
      <w:r>
        <w:rPr>
          <w:b w:val="0"/>
          <w:i w:val="0"/>
        </w:rPr>
        <w:t>Một trong những cách tốt nhất để khiến một nhà lãnh đạo quý mến bạn là trở thành một người giỏi giải quyết vấn đề. Thật dễ để nhìn ra và chỉ ra các vấn đề. Việc đưa ra và thực hiện các giải pháp thì khó hơn nhiều — và cũng có giá trị hơn nhiều. Mang lại giá trị cho người khác luôn có lợi cho bạn. Nếu bạn nâng cao giá trị của mình bằng cách giỏi đưa ra và thực hiện các giải pháp, điều đó sẽ khiến công việc của sếp bạn dễ dàng hơn, và thái độ của sếp đối với bạn có thể sẽ mềm mỏng hơn.</w:t>
      </w:r>
    </w:p>
    <w:p>
      <w:pPr>
        <w:pStyle w:val="Heading3"/>
      </w:pPr>
      <w:r>
        <w:rPr>
          <w:rFonts w:ascii="Calibri" w:hAnsi="Calibri"/>
          <w:b/>
          <w:i w:val="0"/>
          <w:sz w:val="26"/>
        </w:rPr>
        <w:t>Đi Thêm Một Dặm</w:t>
      </w:r>
    </w:p>
    <w:p>
      <w:pPr>
        <w:spacing w:after="80"/>
      </w:pPr>
      <w:r>
        <w:rPr>
          <w:b w:val="0"/>
          <w:i w:val="0"/>
        </w:rPr>
        <w:t>Đạo diễn phim William C. de Mille đã đùa rằng: "Tôi luôn ngưỡng mộ khả năng cắn nhiều hơn mức mình có thể nhai, rồi sau đó nhai hết." Nếu bạn muốn làm hài lòng người khác, hãy vượt lên trên và xa hơn những kỳ vọng. Phần lớn sự khác biệt giữa người bình thường và người xuất sắc có thể được giải thích bằng ba từ: "và thêm chút nữa" (and then some). Nếu bạn làm công việc của mình và thêm chút nữa, người ta sẽ bị thu hút về phía bạn, có khi cả sếp bạn nữa.</w:t>
      </w:r>
    </w:p>
    <w:p>
      <w:pPr>
        <w:spacing w:after="80"/>
      </w:pPr>
      <w:r>
        <w:rPr>
          <w:b w:val="0"/>
          <w:i w:val="0"/>
        </w:rPr>
        <w:t>Đôi khi người ta không thích một ai đó mà chẳng có lý do chính đáng. Trường hợp của bạn và nhà lãnh đạo của bạn cũng có thể như vậy. Điều duy nhất bạn có thể làm là cố gắng kết nối trên nền tảng chung và trở thành một nhân viên tuyệt vời. Thật khó để không thích một người luôn đối xử tử tế với mọi người, làm việc tốt và vượt lên trên những gì được kỳ vọng. Nếu bạn làm tất cả những điều đó mà nhà lãnh đạo của bạn vẫn không thích bạn, bạn có thể yên tâm rằng có lẽ bạn không phải là nguyên nhân của vấn đề.</w:t>
      </w:r>
    </w:p>
    <w:p>
      <w:pPr>
        <w:pStyle w:val="Heading2"/>
      </w:pPr>
      <w:r>
        <w:rPr>
          <w:rFonts w:ascii="Calibri" w:hAnsi="Calibri"/>
          <w:b/>
          <w:i w:val="0"/>
          <w:sz w:val="32"/>
        </w:rPr>
        <w:t>3. Bạn Sẽ Làm Việc Như Thế Nào Với Một Nhà Lãnh Đạo Khó Tính Thiếu Tầm Nhìn?</w:t>
      </w:r>
    </w:p>
    <w:p>
      <w:pPr>
        <w:spacing w:after="80"/>
      </w:pPr>
      <w:r>
        <w:rPr>
          <w:b w:val="0"/>
          <w:i w:val="0"/>
        </w:rPr>
        <w:t>Huấn luyện viên CEO Mike Myatt nói: "Sau phẩm chất, khả năng tạo ra, diễn đạt, truyền bá và thực thi tầm nhìn của bạn chính là điều sẽ làm nên hoặc phá hỏng bạn với tư cách một nhà lãnh đạo." Đó là lý do vì sao làm việc với một nhà lãnh đạo thiếu tầm nhìn lại khó khăn đến vậy. Phần lớn sự bất mãn và chán nản đều do thiếu tầm nhìn mà ra. Không có tầm nhìn, nhà lãnh đạo thiếu khả năng truyền đạt động lực, sự thúc đẩy và mục đích cho nhân viên của mình.</w:t>
      </w:r>
    </w:p>
    <w:p>
      <w:pPr>
        <w:spacing w:after="80"/>
      </w:pPr>
      <w:r>
        <w:rPr>
          <w:b w:val="0"/>
          <w:i w:val="0"/>
        </w:rPr>
        <w:t>Nếu bạn định ở lại và làm việc dưới quyền một nhà lãnh đạo thiếu tầm nhìn, bạn có thể làm gì?</w:t>
      </w:r>
    </w:p>
    <w:p>
      <w:pPr>
        <w:pStyle w:val="Heading3"/>
      </w:pPr>
      <w:r>
        <w:rPr>
          <w:rFonts w:ascii="Calibri" w:hAnsi="Calibri"/>
          <w:b/>
          <w:i w:val="0"/>
          <w:sz w:val="26"/>
        </w:rPr>
        <w:t>Kết Nối Với Tầm Nhìn Lớn Hơn Của Tổ Chức</w:t>
      </w:r>
    </w:p>
    <w:p>
      <w:pPr>
        <w:spacing w:after="80"/>
      </w:pPr>
      <w:r>
        <w:rPr>
          <w:b w:val="0"/>
          <w:i w:val="0"/>
        </w:rPr>
        <w:t>Nếu bạn làm việc cho một tổ chức lớn hơn, trong đó sếp bạn chỉ là một trong nhiều nhà lãnh đạo, bạn có thể kết nối với tầm nhìn của chính tổ chức. Khi tầm nhìn của tổ chức rõ ràng, thì dù sao đi nữa, tầm nhìn của bất kỳ nhà lãnh đạo, đội nhóm hay phòng ban riêng lẻ nào trong tổ chức cũng nên đóng góp vào tầm nhìn lớn hơn đó. Nó nên vận hành trong bối cảnh đó.</w:t>
      </w:r>
    </w:p>
    <w:p>
      <w:pPr>
        <w:spacing w:after="80"/>
      </w:pPr>
      <w:r>
        <w:rPr>
          <w:b w:val="0"/>
          <w:i w:val="0"/>
        </w:rPr>
        <w:t>Đội nhóm hay phòng ban của bạn hỗ trợ tầm nhìn lớn hơn đó của tổ chức như thế nào? Đội nhóm hay phòng ban của bạn mang lại giá trị nhiều nhất theo cách nào? Bạn có thể thúc đẩy mục đích của tổ chức theo một cách có ý nghĩa như thế nào? Bạn có thể làm cho nó tốt hơn ra sao?</w:t>
      </w:r>
    </w:p>
    <w:p>
      <w:pPr>
        <w:pStyle w:val="Heading3"/>
      </w:pPr>
      <w:r>
        <w:rPr>
          <w:rFonts w:ascii="Calibri" w:hAnsi="Calibri"/>
          <w:b/>
          <w:i w:val="0"/>
          <w:sz w:val="26"/>
        </w:rPr>
        <w:t>Xác định Tầm nhìn cho Tổ chức và Chia sẻ với Lãnh đạo của Bạn</w:t>
      </w:r>
    </w:p>
    <w:p>
      <w:pPr>
        <w:spacing w:after="80"/>
      </w:pPr>
      <w:r>
        <w:rPr>
          <w:b w:val="0"/>
          <w:i w:val="0"/>
        </w:rPr>
        <w:t>Nếu bạn làm việc trong một tổ chức nhỏ hơn, nơi lãnh đạo của bạn là người đứng đầu cao nhất, bạn có thể muốn dành công sức để khám phá và phát triển một tầm nhìn cho tổ chức giúp nó thành công. Khi đã làm xong, bạn có thể chia sẻ nó với lãnh đạo của mình, và nếu mức độ ảnh hưởng của bạn đủ mạnh, lãnh đạo của bạn có thể đón nhận và thực sự tin vào nó.</w:t>
      </w:r>
    </w:p>
    <w:p>
      <w:pPr>
        <w:spacing w:after="80"/>
      </w:pPr>
      <w:r>
        <w:rPr>
          <w:b w:val="0"/>
          <w:i w:val="0"/>
        </w:rPr>
        <w:t>Nếu bạn làm điều này, hãy chắc chắn rằng tầm nhìn đó nhất quán với các giá trị và mục tiêu mà bạn biết lãnh đạo của mình sở hữu. Nếu không, lãnh đạo của bạn có lẽ sẽ không hoan nghênh nó.</w:t>
      </w:r>
    </w:p>
    <w:p>
      <w:pPr>
        <w:pStyle w:val="Heading3"/>
      </w:pPr>
      <w:r>
        <w:rPr>
          <w:rFonts w:ascii="Calibri" w:hAnsi="Calibri"/>
          <w:b/>
          <w:i w:val="0"/>
          <w:sz w:val="26"/>
        </w:rPr>
        <w:t>Phát triển Ý thức Mục đích của Riêng Bạn</w:t>
      </w:r>
    </w:p>
    <w:p>
      <w:pPr>
        <w:spacing w:after="80"/>
      </w:pPr>
      <w:r>
        <w:rPr>
          <w:b w:val="0"/>
          <w:i w:val="0"/>
        </w:rPr>
        <w:t>Triết gia người Scotland Thomas Carlyle đã khẳng định: "Một người có mục đích rõ ràng sẽ tiến bước ngay cả trên con đường gồ ghề nhất. Một người không có mục đích sẽ không tiến bước ngay cả trên con đường bằng phẳng nhất." Thật là một hình ảnh tuyệt vời. Mục đích mang lại cho bạn động lực. Nó chỉ cho bạn một điểm đến. Nó vẽ nên một bức tranh về tương lai của bạn. Nó tiếp thêm năng lượng cho bạn. Và nó khiến những trở ngại và vấn đề trở nên nhỏ bé so với tầm quan trọng của nó.</w:t>
      </w:r>
    </w:p>
    <w:p>
      <w:pPr>
        <w:spacing w:after="80"/>
      </w:pPr>
      <w:r>
        <w:rPr>
          <w:b w:val="0"/>
          <w:i w:val="0"/>
        </w:rPr>
        <w:t>Bạn không thể để việc lãnh đạo của bạn thiếu tầm nhìn ngăn cản bạn tiến bộ trong cuộc sống. Hãy kết nối và phát triển mục đích của riêng bạn. Chừng nào bạn còn làm công việc nhất quán với nó, bạn sẽ không còn bị phiền lòng nhiều bởi việc lãnh đạo của bạn thiếu tầm nhìn cho tổ chức. Bạn chỉ cần chắc chắn rằng mình đang làm điều mà mình được sinh ra để làm.</w:t>
      </w:r>
    </w:p>
    <w:p>
      <w:pPr>
        <w:pStyle w:val="Heading3"/>
      </w:pPr>
      <w:r>
        <w:rPr>
          <w:rFonts w:ascii="Calibri" w:hAnsi="Calibri"/>
          <w:b/>
          <w:i w:val="0"/>
          <w:sz w:val="26"/>
        </w:rPr>
        <w:t>Để Khám phá Ý thức Mục đích của Riêng Bạn…</w:t>
      </w:r>
    </w:p>
    <w:p>
      <w:pPr>
        <w:spacing w:after="80"/>
      </w:pPr>
      <w:r>
        <w:rPr>
          <w:b/>
          <w:i w:val="0"/>
        </w:rPr>
        <w:t>Lắng nghe tiếng nói bên trong:</w:t>
      </w:r>
      <w:r>
        <w:rPr>
          <w:b w:val="0"/>
          <w:i w:val="0"/>
        </w:rPr>
        <w:t xml:space="preserve"> Đây là nơi bạn tiếp nhận sứ mệnh của mình.</w:t>
      </w:r>
    </w:p>
    <w:p>
      <w:pPr>
        <w:spacing w:after="80"/>
      </w:pPr>
      <w:r>
        <w:rPr>
          <w:b/>
          <w:i w:val="0"/>
        </w:rPr>
        <w:t>Lắng nghe tiếng nói bất mãn:</w:t>
      </w:r>
      <w:r>
        <w:rPr>
          <w:b w:val="0"/>
          <w:i w:val="0"/>
        </w:rPr>
        <w:t xml:space="preserve"> Đây là nơi bạn tiếp nhận ý tưởng của mình.</w:t>
      </w:r>
    </w:p>
    <w:p>
      <w:pPr>
        <w:spacing w:after="80"/>
      </w:pPr>
      <w:r>
        <w:rPr>
          <w:b/>
          <w:i w:val="0"/>
        </w:rPr>
        <w:t>Lắng nghe tiếng nói thành công:</w:t>
      </w:r>
      <w:r>
        <w:rPr>
          <w:b w:val="0"/>
          <w:i w:val="0"/>
        </w:rPr>
        <w:t xml:space="preserve"> Đây là nơi bạn tiếp nhận lời khuyên của mình.</w:t>
      </w:r>
    </w:p>
    <w:p>
      <w:pPr>
        <w:spacing w:after="80"/>
      </w:pPr>
      <w:r>
        <w:rPr>
          <w:b/>
          <w:i w:val="0"/>
        </w:rPr>
        <w:t>Lắng nghe tiếng nói của khách hàng:</w:t>
      </w:r>
      <w:r>
        <w:rPr>
          <w:b w:val="0"/>
          <w:i w:val="0"/>
        </w:rPr>
        <w:t xml:space="preserve"> Đây là nơi bạn tiếp nhận phản hồi của mình.</w:t>
      </w:r>
    </w:p>
    <w:p>
      <w:pPr>
        <w:spacing w:after="80"/>
      </w:pPr>
      <w:r>
        <w:rPr>
          <w:b/>
          <w:i w:val="0"/>
        </w:rPr>
        <w:t>Lắng nghe tiếng nói cao cả hơn:</w:t>
      </w:r>
      <w:r>
        <w:rPr>
          <w:b w:val="0"/>
          <w:i w:val="0"/>
        </w:rPr>
        <w:t xml:space="preserve"> Đây là nơi bạn tiếp nhận thái độ của mình.</w:t>
      </w:r>
    </w:p>
    <w:p>
      <w:pPr>
        <w:spacing w:after="80"/>
      </w:pPr>
      <w:r>
        <w:rPr>
          <w:b w:val="0"/>
          <w:i w:val="0"/>
        </w:rPr>
        <w:t>Tầm nhìn là yếu tố then chốt đối với lãnh đạo giỏi. Tôi chưa từng gặp một nhà lãnh đạo vĩ đại nào thiếu tầm nhìn. Khi bàn về các CEO, Mike Myatt nói:</w:t>
      </w:r>
    </w:p>
    <w:p>
      <w:pPr>
        <w:spacing w:after="80"/>
      </w:pPr>
      <w:r>
        <w:rPr>
          <w:b w:val="0"/>
          <w:i w:val="0"/>
        </w:rPr>
        <w:t>Những nhà lãnh đạo không có tầm nhìn sẽ thất bại. Những nhà lãnh đạo thiếu tầm nhìn không thể truyền cảm hứng cho đội nhóm, thúc đẩy hiệu suất, hay tạo ra giá trị bền vững. Tầm nhìn kém, tầm nhìn hẹp, tầm nhìn thay đổi thất thường, hoặc một tầm nhìn không tồn tại sẽ khiến các nhà lãnh đạo thất bại. Công việc của một nhà lãnh đạo là gắn kết tổ chức xoay quanh một tầm nhìn rõ ràng và khả thi. Điều này không thể xảy ra khi người mù dẫn dắt người mù."</w:t>
      </w:r>
    </w:p>
    <w:p>
      <w:pPr>
        <w:spacing w:after="80"/>
      </w:pPr>
      <w:r>
        <w:rPr>
          <w:b w:val="0"/>
          <w:i w:val="0"/>
        </w:rPr>
        <w:t>Tôi hoàn toàn đồng ý rằng bất kỳ tổ chức nào mà cấp lãnh đạo cao nhất thiếu tầm nhìn đều đang gặp rắc rối. Xa hơn xuống chuỗi lãnh đạo, liệu có lý tưởng không khi có những nhà lãnh đạo thiếu tầm nhìn? Không. Nhưng một người hoàn toàn có thể lãnh đạo ngược lên trong tổ chức để gây ảnh hưởng tới một nhà lãnh đạo thiếu tầm nhìn. Điều đó không dễ, nhưng là có thể.</w:t>
      </w:r>
    </w:p>
    <w:p>
      <w:pPr>
        <w:pStyle w:val="Heading2"/>
      </w:pPr>
      <w:r>
        <w:rPr>
          <w:rFonts w:ascii="Calibri" w:hAnsi="Calibri"/>
          <w:b/>
          <w:i w:val="0"/>
          <w:sz w:val="32"/>
        </w:rPr>
        <w:t>4. Bạn sẽ làm việc như thế nào với một nhà lãnh đạo khó tính, người thiếu quyết đoán và không nhất quán?</w:t>
      </w:r>
    </w:p>
    <w:p>
      <w:pPr>
        <w:spacing w:after="80"/>
      </w:pPr>
      <w:r>
        <w:rPr>
          <w:b w:val="0"/>
          <w:i w:val="0"/>
        </w:rPr>
        <w:t>Nhà tâm lý học William James từng nói: “Không có ai khốn khổ hơn người mà mọi thứ đều thành thói quen, trừ sự do dự.” Có lẽ tôi phải phản đối điều đó. Tôi tin rằng những người phải làm việc dưới quyền một kẻ do dự như thế, và buộc phải làm việc cho anh ta, thì ít nhất cũng khốn khổ không kém.</w:t>
      </w:r>
    </w:p>
    <w:p>
      <w:pPr>
        <w:spacing w:after="80"/>
      </w:pPr>
      <w:r>
        <w:rPr>
          <w:b w:val="0"/>
          <w:i w:val="0"/>
        </w:rPr>
        <w:t>Theo tác giả kiêm bác sĩ Orison Swett Marden, những nhà lãnh đạo không thể đưa ra quyết định giống như những con tôm hùm. Ông viết:</w:t>
      </w:r>
    </w:p>
    <w:p>
      <w:pPr>
        <w:spacing w:after="80"/>
      </w:pPr>
      <w:r>
        <w:rPr>
          <w:b w:val="0"/>
          <w:i w:val="0"/>
        </w:rPr>
        <w:t>Một con tôm hùm, khi bị mắc kẹt khô ráo giữa những tảng đá, không đủ khôn ngoan để tự tìm đường trở về biển, mà chỉ ngồi chờ biển đến với mình. Nếu biển không đến, nó cứ ở yên đó và chết, dù chỉ cần một chút cố gắng là nó có thể chạm tới những con sóng, có khi chỉ cách nó chưa đầy một thước. Thế giới đầy những con tôm hùm người; những kẻ mắc kẹt trên những tảng đá của sự do dự và trì hoãn, những người thay vì tự dồn sức lực của mình lại ngồi chờ một đợt sóng lớn của vận may đến đẩy họ nổi lên.</w:t>
      </w:r>
    </w:p>
    <w:p>
      <w:pPr>
        <w:spacing w:after="80"/>
      </w:pPr>
      <w:r>
        <w:rPr>
          <w:b w:val="0"/>
          <w:i w:val="0"/>
        </w:rPr>
        <w:t>Nếu bạn có thể thấy các giải pháp ngay trong tầm tay, nhưng nhà lãnh đạo của bạn lại ngăn bạn triển khai chúng, bạn sẽ liên tục bị ức chế. Bạn có thể làm gì để đối phó với tình huống này?</w:t>
      </w:r>
    </w:p>
    <w:p>
      <w:pPr>
        <w:pStyle w:val="Heading3"/>
      </w:pPr>
      <w:r>
        <w:rPr>
          <w:rFonts w:ascii="Calibri" w:hAnsi="Calibri"/>
          <w:b/>
          <w:i w:val="0"/>
          <w:sz w:val="26"/>
        </w:rPr>
        <w:t>Xin phép được tự đưa ra quyết định</w:t>
      </w:r>
    </w:p>
    <w:p>
      <w:pPr>
        <w:spacing w:after="80"/>
      </w:pPr>
      <w:r>
        <w:rPr>
          <w:b w:val="0"/>
          <w:i w:val="0"/>
        </w:rPr>
        <w:t>Các quyết định lãnh đạo luôn nên được đưa ra ở cấp thấp nhất có thể. Những người ở tuyến đầu thường hiểu rõ vấn đề và giải pháp nhất. Họ cũng ở gần vấn đề nhất và thường có thể hành động nhanh chóng. Vì vậy, nếu bạn biết những quyết định nào nên được đưa ra, hãy hỏi nhà lãnh đạo của bạn xem họ có sẵn lòng để bạn tự đưa ra những quyết định đó không. Nếu họ có vẻ không chắc chắn, hãy đề nghị bắt đầu từ những quyết định nhỏ, không ảnh hưởng đến sự sống còn của đội. Bằng cách đó, bạn có thể xây dựng uy tín và một thành tích tích cực. Nếu họ đồng ý và bạn sẵn sàng chịu trách nhiệm cho các quyết định và hành động của mình, vấn đề được giải quyết.</w:t>
      </w:r>
    </w:p>
    <w:p>
      <w:pPr>
        <w:spacing w:after="80"/>
        <w:jc w:val="center"/>
      </w:pPr>
      <w:r>
        <w:rPr>
          <w:b/>
          <w:i w:val="0"/>
        </w:rPr>
        <w:t>Các quyết định lãnh đạo luôn nên được đưa ra ở cấp thấp nhất có thể.</w:t>
      </w:r>
    </w:p>
    <w:p>
      <w:pPr>
        <w:pStyle w:val="Heading3"/>
      </w:pPr>
      <w:r>
        <w:rPr>
          <w:rFonts w:ascii="Calibri" w:hAnsi="Calibri"/>
          <w:b/>
          <w:i w:val="0"/>
          <w:sz w:val="26"/>
        </w:rPr>
        <w:t>Đề nghị giúp nhà lãnh đạo của bạn xử lý các quyết định</w:t>
      </w:r>
    </w:p>
    <w:p>
      <w:pPr>
        <w:spacing w:after="80"/>
      </w:pPr>
      <w:r>
        <w:rPr>
          <w:b w:val="0"/>
          <w:i w:val="0"/>
        </w:rPr>
        <w:t>Nếu bạn giỏi ra quyết định và có thể nhanh chóng nhìn ra giải pháp, nhưng nhà lãnh đạo của bạn không muốn để bạn hành động độc lập, hãy đề nghị được cùng họ xử lý các quyết định một cách riêng tư. Thu thập thông tin và trình bày cho họ. Định nghĩa từng vấn đề càng cụ thể càng tốt. Đưa ra nhiều giải pháp khác nhau, có tính đến các giá trị, động lực, ưu tiên và mục tiêu của họ. Giải thích những hệ quả của mỗi quyết định theo cách bạn nhìn nhận. Sau đó yêu cầu một quyết định.</w:t>
      </w:r>
    </w:p>
    <w:p>
      <w:pPr>
        <w:spacing w:after="80"/>
      </w:pPr>
      <w:r>
        <w:rPr>
          <w:b w:val="0"/>
          <w:i w:val="0"/>
        </w:rPr>
        <w:t>Nếu họ không muốn đi đến kết luận, hãy xin phản hồi. Cố gắng tìm ra giải pháp nào họ thích và giải pháp nào họ gạt phắt đi. Bằng cách này, bạn có thể hiểu cách họ suy nghĩ và thu hẹp các lựa chọn. Nếu họ vẫn không chịu đưa ra quyết định, hãy cố gắng để họ cam kết một thời hạn. Rồi sau đó quay lại để cố chốt được quyết định.</w:t>
      </w:r>
    </w:p>
    <w:p>
      <w:pPr>
        <w:pStyle w:val="Heading3"/>
      </w:pPr>
      <w:r>
        <w:rPr>
          <w:rFonts w:ascii="Calibri" w:hAnsi="Calibri"/>
          <w:b/>
          <w:i w:val="0"/>
          <w:sz w:val="26"/>
        </w:rPr>
        <w:t xml:space="preserve">Hỏi xem bạn phải làm gì khi một quyết định </w:t>
      </w:r>
      <w:r>
        <w:rPr>
          <w:rFonts w:ascii="Calibri" w:hAnsi="Calibri"/>
          <w:b/>
          <w:i/>
          <w:sz w:val="26"/>
        </w:rPr>
        <w:t>buộc phải</w:t>
      </w:r>
      <w:r>
        <w:rPr>
          <w:rFonts w:ascii="Calibri" w:hAnsi="Calibri"/>
          <w:b/>
          <w:i w:val="0"/>
          <w:sz w:val="26"/>
        </w:rPr>
        <w:t xml:space="preserve"> được đưa ra</w:t>
      </w:r>
    </w:p>
    <w:p>
      <w:pPr>
        <w:spacing w:after="80"/>
      </w:pPr>
      <w:r>
        <w:rPr>
          <w:b w:val="0"/>
          <w:i w:val="0"/>
        </w:rPr>
        <w:t xml:space="preserve">Nếu bạn có những nhà lãnh đạo không cho phép bạn hoặc tự đưa ra quyết định, hoặc giúp họ đưa ra quyết định, thì cách duy nhất của bạn là nói thẳng với họ và hỏi riêng câu này: “Anh/chị muốn tôi làm gì khi một quyết định </w:t>
      </w:r>
      <w:r>
        <w:rPr>
          <w:b w:val="0"/>
          <w:i/>
        </w:rPr>
        <w:t>buộc phải</w:t>
      </w:r>
      <w:r>
        <w:rPr>
          <w:b w:val="0"/>
          <w:i w:val="0"/>
        </w:rPr>
        <w:t xml:space="preserve"> được đưa ra mà anh/chị lại không đưa ra nó?” Tương tự, nếu bạn làm việc với những nhà lãnh đạo hay thay đổi, bạn phải hỏi một câu tương tự khi họ đổi ý: “Trước đây anh/chị đã quyết định như thế; giờ anh/chị muốn tôi tiến hành thế nào khi anh/chị đã quyết định thế này?”</w:t>
      </w:r>
    </w:p>
    <w:p>
      <w:pPr>
        <w:spacing w:after="80"/>
      </w:pPr>
      <w:r>
        <w:rPr>
          <w:b w:val="0"/>
          <w:i w:val="0"/>
        </w:rPr>
        <w:t>Bằng cách đặt những câu hỏi này, bạn đang trao trả quả bóng về đúng sân của nhà lãnh đạo. Họ mới là người chịu trách nhiệm đưa ra quyết định. Nhưng nếu họ không nhận trách nhiệm, thì ít nhất bạn đã có một hướng hành động mà chính họ đã yêu cầu bạn thực hiện trong những tình huống đó, và khi họ lại đổi ý, bạn có thể nói một cách ngay thẳng: “Lần trước khi chúng ta nói chuyện, anh/chị bảo muốn tôi làm thế này, và đó chính là điều tôi đã làm.”</w:t>
      </w:r>
    </w:p>
    <w:p>
      <w:pPr>
        <w:pStyle w:val="Heading2"/>
      </w:pPr>
      <w:r>
        <w:rPr>
          <w:rFonts w:ascii="Calibri" w:hAnsi="Calibri"/>
          <w:b/>
          <w:i w:val="0"/>
          <w:sz w:val="32"/>
        </w:rPr>
        <w:t>5. Bạn sẽ làm việc thế nào với một nhà lãnh đạo khó chịu, người có vấn đề về thái độ và nhân cách?</w:t>
      </w:r>
    </w:p>
    <w:p>
      <w:pPr>
        <w:spacing w:after="80"/>
      </w:pPr>
      <w:r>
        <w:rPr>
          <w:b w:val="0"/>
          <w:i w:val="0"/>
        </w:rPr>
        <w:t>Một trong những nguy hiểm lớn khi làm việc cho những nhà lãnh đạo có vấn đề về thái độ và nhân cách là họ liên tục cố kéo bạn xuống ngang tầm của họ. Thái độ xấu rất dễ lây lan. Thật khó để giữ được tích cực khi những người quanh bạn liên tục tiêu cực. Và những người gian lận hay làm tắt trong cuộc sống của họ chắc chắn sẽ yêu cầu bạn làm điều tương tự, và họ sẽ không muốn chấp nhận câu từ chối khi bạn không chịu chia sẻ cách làm của họ.</w:t>
      </w:r>
    </w:p>
    <w:p>
      <w:pPr>
        <w:spacing w:after="80"/>
      </w:pPr>
      <w:r>
        <w:rPr>
          <w:b w:val="0"/>
          <w:i w:val="0"/>
        </w:rPr>
        <w:t>Những nhà lãnh đạo có kiểu vấn đề này giống như những con cua trong xô. Nếu bạn từng bắt cua hoặc thấy ai đó bắt, bạn biết rằng nếu bạn ném hai con cua vào một cái xô, bạn không bao giờ phải lo con nào trong hai con trốn thoát khỏi bạn. Những con cua tập trung kéo nhau xuống đến mức chúng không bao giờ nghĩ đến việc tự mình thoát ra khỏi xô. Đó có lẽ cũng là cảm giác của bạn trong môi trường đó. Bạn sẽ phải đấu tranh không ngừng để giữ được thái độ tích cực và duy trì các giá trị của mình.</w:t>
      </w:r>
    </w:p>
    <w:p>
      <w:pPr>
        <w:spacing w:after="80"/>
      </w:pPr>
      <w:r>
        <w:rPr>
          <w:b w:val="0"/>
          <w:i w:val="0"/>
        </w:rPr>
        <w:t>Nếu bạn quyết tâm ở lại trong một môi trường như vậy, điều tốt nhất bạn có thể cố gắng làm là nâng mọi người lên một tầm cao hơn. Đây là cách bạn có thể làm điều đó:</w:t>
      </w:r>
    </w:p>
    <w:p>
      <w:pPr>
        <w:pStyle w:val="Heading3"/>
      </w:pPr>
      <w:r>
        <w:rPr>
          <w:rFonts w:ascii="Calibri" w:hAnsi="Calibri"/>
          <w:b/>
          <w:i w:val="0"/>
          <w:sz w:val="26"/>
        </w:rPr>
        <w:t>Bản thân bạn hãy sống ở một tầm cao hơn</w:t>
      </w:r>
    </w:p>
    <w:p>
      <w:pPr>
        <w:spacing w:after="80"/>
      </w:pPr>
      <w:r>
        <w:rPr>
          <w:b w:val="0"/>
          <w:i w:val="0"/>
        </w:rPr>
        <w:t>Bạn không muốn để những thỏa hiệp của người khác ảnh hưởng khiến bạn thỏa hiệp với các giá trị của chính mình. Nhưng chỉ vậy thôi thì chưa đủ. Một trong những mục tiêu của bạn với tư cách là một nhà lãnh đạo và một con người phải luôn là trở thành người có ảnh hưởng tích cực đến người khác trong những lĩnh vực then chốt như thái độ và tính cách. Nếu những người lãnh đạo của bạn không mạnh mẽ ở những lĩnh vực này, hãy cố gắng dẫn dắt ngược lên và giúp đỡ họ cũng như những đồng nghiệp và những người bạn dẫn dắt.</w:t>
      </w:r>
    </w:p>
    <w:p>
      <w:pPr>
        <w:spacing w:after="80"/>
      </w:pPr>
      <w:r>
        <w:rPr>
          <w:b w:val="0"/>
          <w:i w:val="0"/>
        </w:rPr>
        <w:t>Cách để bắt đầu làm điều đó là tự đặt cho mình tiêu chuẩn cao nhất có thể. Bạn không thể dẫn người khác đến nơi mà chính bạn chưa từng đến. Khi bạn tạo dựng được danh tiếng là người tích cực và đáng tin cậy nhờ duy trì tiêu chuẩn cao cho bản thân, uy tín của bạn sẽ tăng lên, và ảnh hưởng của bạn cũng vậy. Bạn có thể có cơ hội giúp người khác nhận ra rằng có một cách làm tốt hơn và đưa ra những lựa chọn tốt hơn.</w:t>
      </w:r>
    </w:p>
    <w:p>
      <w:pPr>
        <w:pStyle w:val="Heading3"/>
      </w:pPr>
      <w:r>
        <w:rPr>
          <w:rFonts w:ascii="Calibri" w:hAnsi="Calibri"/>
          <w:b/>
          <w:i w:val="0"/>
          <w:sz w:val="26"/>
        </w:rPr>
        <w:t>Tách mình khỏi những ảnh hưởng tiêu cực càng nhiều càng tốt</w:t>
      </w:r>
    </w:p>
    <w:p>
      <w:pPr>
        <w:spacing w:after="80"/>
      </w:pPr>
      <w:r>
        <w:rPr>
          <w:b w:val="0"/>
          <w:i w:val="0"/>
        </w:rPr>
        <w:t>Cố gắng giúp người khác trở nên tích cực và trung thực chỉ bằng ảnh hưởng thôi thì không phải lúc nào cũng hiệu quả. Con người được ban cho ý chí tự do và tự đưa ra lựa chọn của mình trong cuộc sống. Nếu bạn đã làm hết sức để giúp những người lãnh đạo của mình nhưng bắt đầu cảm thấy ảnh hưởng của họ tác động tiêu cực đến thái độ hay giá trị của bạn, hãy tách mình khỏi họ càng nhiều càng tốt. Nếu thời gian và khoảng cách dường như không giúp ích được gì, hãy cân nhắc rời khỏi vị trí của mình. Không có công việc nào đáng để bạn đánh đổi sự chính trực của mình.</w:t>
      </w:r>
    </w:p>
    <w:p>
      <w:pPr>
        <w:pStyle w:val="Heading3"/>
      </w:pPr>
      <w:r>
        <w:rPr>
          <w:rFonts w:ascii="Calibri" w:hAnsi="Calibri"/>
          <w:b/>
          <w:i w:val="0"/>
          <w:sz w:val="26"/>
        </w:rPr>
        <w:t>Hãy ghi mọi thứ ra giấy bất cứ khi nào có thể</w:t>
      </w:r>
    </w:p>
    <w:p>
      <w:pPr>
        <w:spacing w:after="80"/>
      </w:pPr>
      <w:r>
        <w:rPr>
          <w:b w:val="0"/>
          <w:i w:val="0"/>
        </w:rPr>
        <w:t>Ở một mức độ lớn, bạn có thể tránh được một thái độ tồi. Tuy nhiên, bạn cần bảo vệ mình khỏi một người không có chính trực. Như tôi đã trình bày, cách tốt nhất để làm điều đó là rời đi để bạn không trở thành đồng phạm với bất cứ điều gì phi đạo đức. Nhưng nếu bạn không thể rời đi ngay hoặc nếu bạn cần ở lại vì lý do nào đó, hãy ghi lại càng nhiều giao tiếp càng tốt bằng văn bản. Bạn sẽ muốn có thể đưa ra bằng chứng về việc mình làm đúng nếu đến một lúc nào đó sếp của bạn bị buộc tội làm sai.</w:t>
      </w:r>
    </w:p>
    <w:p>
      <w:pPr>
        <w:pStyle w:val="Heading2"/>
      </w:pPr>
      <w:r>
        <w:rPr>
          <w:rFonts w:ascii="Calibri" w:hAnsi="Calibri"/>
          <w:b/>
          <w:i w:val="0"/>
          <w:sz w:val="32"/>
        </w:rPr>
        <w:t>6. Bạn sẽ làm việc với một nhà lãnh đạo khó chịu, hành xử như kẻ bắt nạt, như thế nào?</w:t>
      </w:r>
    </w:p>
    <w:p>
      <w:pPr>
        <w:spacing w:after="80"/>
      </w:pPr>
      <w:r>
        <w:rPr>
          <w:b w:val="0"/>
          <w:i w:val="0"/>
        </w:rPr>
        <w:t xml:space="preserve">Tôi đọc trên </w:t>
      </w:r>
      <w:r>
        <w:rPr>
          <w:b w:val="0"/>
          <w:i/>
        </w:rPr>
        <w:t>Forbes</w:t>
      </w:r>
      <w:r>
        <w:rPr>
          <w:b w:val="0"/>
          <w:i w:val="0"/>
        </w:rPr>
        <w:t xml:space="preserve"> rằng một cuộc khảo sát năm 2010 do Viện Bắt nạt Nơi làm việc (Workplace Bullying Institute) thực hiện báo cáo rằng 35 phần trăm lực lượng lao động Mỹ đã từng trải qua "sự ngược đãi lặp đi lặp lại bởi một hoặc nhiều nhân viên, dưới hình thức lăng mạ bằng lời nói, đe dọa, uy hiếp, làm nhục, hoặc phá hoại hiệu suất công việc." Khoảng 72 phần trăm những kẻ bắt nạt đó là sếp. Đó là một con số khổng lồ, và nó cho thấy nhiều người nắm giữ các vị trí hoặc chức danh lãnh đạo không hiểu lãnh đạo giỏi vận hành như thế nào. Nó dựa trên sự mời gọi, chứ không phải sự uy hiếp.</w:t>
      </w:r>
    </w:p>
    <w:p>
      <w:pPr>
        <w:spacing w:after="80"/>
      </w:pPr>
      <w:r>
        <w:rPr>
          <w:b w:val="0"/>
          <w:i w:val="0"/>
        </w:rPr>
        <w:t>Có những ông sếp hành xử như kẻ bắt nạt khiến cuộc sống trở nên khó khăn. Không ai thích bị sai khiến, chèn ép. Nếu bạn quyết định ở lại trong một môi trường như vậy, lựa chọn tốt nhất của bạn là cố gắng để những gì họ nói trôi tuột đi như nước đổ lá khoai. Đừng tin vào những gì họ đang rao bán. Điều đó sẽ không dễ dàng, nên đây là một vài gợi ý giúp bạn:</w:t>
      </w:r>
    </w:p>
    <w:p>
      <w:pPr>
        <w:pStyle w:val="Heading3"/>
      </w:pPr>
      <w:r>
        <w:rPr>
          <w:rFonts w:ascii="Calibri" w:hAnsi="Calibri"/>
          <w:b/>
          <w:i w:val="0"/>
          <w:sz w:val="26"/>
        </w:rPr>
        <w:t>1. Hãy tự tin vào giá trị của chính mình</w:t>
      </w:r>
    </w:p>
    <w:p>
      <w:pPr>
        <w:spacing w:after="80"/>
      </w:pPr>
      <w:r>
        <w:rPr>
          <w:b w:val="0"/>
          <w:i w:val="0"/>
        </w:rPr>
        <w:t>Cựu đệ nhất phu nhân Eleanor Roosevelt từng nói: "Không ai có thể khiến bạn cảm thấy thấp kém nếu không có sự đồng ý của bạn." Những nhà lãnh đạo không thể làm giảm giá trị của bạn nếu không có sự cho phép của bạn. Những ông sếp khó chịu có thể nói bất cứ điều gì họ muốn với bạn hoặc về bạn, nhưng nếu điều đó không đúng, bạn không cần phải tin vào nó. Bạn ngăn chặn điều đó bằng cách nhìn thấy giá trị trong chính mình và tự tin vào nó.</w:t>
      </w:r>
    </w:p>
    <w:p>
      <w:pPr>
        <w:spacing w:after="80"/>
        <w:jc w:val="center"/>
      </w:pPr>
      <w:r>
        <w:rPr>
          <w:b/>
          <w:i w:val="0"/>
        </w:rPr>
        <w:t>"Không ai có thể khiến bạn cảm thấy thấp kém nếu không có sự đồng ý của bạn."</w:t>
      </w:r>
    </w:p>
    <w:p>
      <w:pPr>
        <w:spacing w:after="80"/>
        <w:jc w:val="center"/>
      </w:pPr>
      <w:r>
        <w:rPr>
          <w:b/>
          <w:i/>
        </w:rPr>
        <w:t>—Eleanor Roosevelt</w:t>
      </w:r>
    </w:p>
    <w:p>
      <w:pPr>
        <w:spacing w:after="80"/>
      </w:pPr>
      <w:r>
        <w:rPr>
          <w:b w:val="0"/>
          <w:i w:val="0"/>
        </w:rPr>
        <w:t>Bạn có giá trị. Mỗi người đều có. Bạn có những tài năng và kỹ năng có thể mang lại giá trị cho người khác. Bạn có những nguồn lực và cơ hội mà không ai khác có. Bạn có giá trị nội tại đơn giản chỉ vì bạn là một con người. Bạn cần phải sở hữu những điều này. Nhà triết học - nhà thơ Ralph Waldo Emerson từng nói: "Hãy tận dụng tối đa bản thân, vì đó là tất cả những gì bạn có."</w:t>
      </w:r>
    </w:p>
    <w:p>
      <w:pPr>
        <w:spacing w:after="80"/>
      </w:pPr>
      <w:r>
        <w:rPr>
          <w:b w:val="0"/>
          <w:i w:val="0"/>
        </w:rPr>
        <w:t>Dù bạn có làm mọi thứ đúng đi chăng nữa, cũng chẳng có gì bảo đảm người khác sẽ không đối xử tệ với bạn. Người ta có thể quyết định không thích bạn mà chẳng cần lý do chính đáng nào. Bạn không thể kiểm soát điều đó. Thay vào đó, hãy tự tin và nghĩ đến câu nói của Winston Churchill, thủ tướng nước Anh trong Thế chiến thứ hai: "Bạn có kẻ thù ư? Tốt thôi. Điều đó có nghĩa là có lúc nào đó trong đời, bạn đã đứng lên bảo vệ một điều gì đó." Hãy rèn cho mình bản lĩnh dày dạn, rồi những lời chỉ trích sẽ không còn làm phiền bạn nhiều như trước nữa.</w:t>
      </w:r>
    </w:p>
    <w:p>
      <w:pPr>
        <w:pStyle w:val="Heading3"/>
      </w:pPr>
      <w:r>
        <w:rPr>
          <w:rFonts w:ascii="Calibri" w:hAnsi="Calibri"/>
          <w:b/>
          <w:i w:val="0"/>
          <w:sz w:val="26"/>
        </w:rPr>
        <w:t>2. Đừng nhận những lời đổ lỗi không thuộc về bạn</w:t>
      </w:r>
    </w:p>
    <w:p>
      <w:pPr>
        <w:spacing w:after="80"/>
      </w:pPr>
      <w:r>
        <w:rPr>
          <w:b w:val="0"/>
          <w:i w:val="0"/>
        </w:rPr>
        <w:t>Tác giả kiêm diễn giả John Killinger kể một câu chuyện về huấn luyện viên đội bóng chày của một đội hạng nhỏ, người này vô cùng bực bội vì cầu thủ trung tâm (center fielder) của mình chơi quá kém. Cuối cùng, trong lúc chán ngán, ông ta sải bước ra sân trung tâm, bảo cầu thủ kia rằng anh ta bị loại khỏi trận đấu, và tự mình vào thế chỗ.</w:t>
      </w:r>
    </w:p>
    <w:p>
      <w:pPr>
        <w:spacing w:after="80"/>
      </w:pPr>
      <w:r>
        <w:rPr>
          <w:b w:val="0"/>
          <w:i w:val="0"/>
        </w:rPr>
        <w:t>Quả bóng đầu tiên bay về phía ông nảy một cái trái quy luật và đập trúng miệng ông. Quả tiếp theo là một cú bóng bay cao, ông mất dấu vì ánh nắng mặt trời. Nó đập vào trán ông. Quả thứ ba là một cú đánh thẳng và mạnh, ông lao tới, hai tay duỗi về phía trước để bắt; ông vấp ngã và bóng đập trúng mắt ông.</w:t>
      </w:r>
    </w:p>
    <w:p>
      <w:pPr>
        <w:spacing w:after="80"/>
      </w:pPr>
      <w:r>
        <w:rPr>
          <w:b w:val="0"/>
          <w:i w:val="0"/>
        </w:rPr>
        <w:t>Khi hiệp đấu cuối cùng kết thúc, ông chạy vào khu vực ghế dự bị, túm lấy đồng phục của cầu thủ trung tâm và hét lên: "Đồ ngốc! Cậu làm cái sân trung tâm này rối tung đến mức ngay cả tôi cũng chẳng làm được gì với nó!"</w:t>
      </w:r>
    </w:p>
    <w:p>
      <w:pPr>
        <w:spacing w:after="80"/>
      </w:pPr>
      <w:r>
        <w:rPr>
          <w:b w:val="0"/>
          <w:i w:val="0"/>
        </w:rPr>
        <w:t>Những kẻ bắt nạt luôn tìm người để đổ lỗi. Đừng để họ đổ lỗi cho bạn về những việc bạn không phải chịu trách nhiệm. Nếu đó là lỗi của bạn, hãy nhận. Nếu không phải, hãy từ chối nhận lỗi.</w:t>
      </w:r>
    </w:p>
    <w:p>
      <w:pPr>
        <w:pStyle w:val="Heading3"/>
      </w:pPr>
      <w:r>
        <w:rPr>
          <w:rFonts w:ascii="Calibri" w:hAnsi="Calibri"/>
          <w:b/>
          <w:i w:val="0"/>
          <w:sz w:val="26"/>
        </w:rPr>
        <w:t>3. Từ chối làm nạn nhân</w:t>
      </w:r>
    </w:p>
    <w:p>
      <w:pPr>
        <w:spacing w:after="80"/>
      </w:pPr>
      <w:r>
        <w:rPr>
          <w:b w:val="0"/>
          <w:i w:val="0"/>
        </w:rPr>
        <w:t>Một trong những lý do khiến một số người để mặc mình bị bắt nạt là họ cảm thấy bất lực, không thể làm gì trước những gì đang xảy ra với mình; họ tin rằng mình là nạn nhân. Điều quan trọng là bạn đừng để mình suy nghĩ theo hướng đó. Bạn không thể vừa mang tâm lý nạn nhân vừa thành công được.</w:t>
      </w:r>
    </w:p>
    <w:p>
      <w:pPr>
        <w:spacing w:after="80"/>
      </w:pPr>
      <w:r>
        <w:rPr>
          <w:b w:val="0"/>
          <w:i w:val="0"/>
        </w:rPr>
        <w:t>Đệ nhất phu nhân Michelle Obama chia sẻ: "Một trong những bài học tôi lớn lên cùng là hãy luôn sống thật với chính mình và đừng bao giờ để lời nói của người khác làm bạn xao nhãng khỏi mục tiêu của mình. Và thế nên khi nghe những lời công kích tiêu cực, sai sự thật, tôi thật sự không bỏ chút năng lượng nào vào chúng, bởi tôi biết mình là ai."</w:t>
      </w:r>
    </w:p>
    <w:p>
      <w:pPr>
        <w:spacing w:after="80"/>
      </w:pPr>
      <w:r>
        <w:rPr>
          <w:b w:val="0"/>
          <w:i w:val="0"/>
        </w:rPr>
        <w:t>Nếu bạn biết mình là ai và có cách tiếp cận chủ động với cuộc sống, bạn sẽ ít có khả năng cảm thấy mình là nạn nhân hơn. Bạn không thể làm mọi thứ, nhưng bạn có thể làm một số thứ. Bạn không thể ngăn người khác đối xử tệ với mình, nhưng bạn có thể quyết định cách mình sẽ phản ứng.</w:t>
      </w:r>
    </w:p>
    <w:p>
      <w:pPr>
        <w:spacing w:after="80"/>
      </w:pPr>
      <w:r>
        <w:rPr>
          <w:b w:val="0"/>
          <w:i w:val="0"/>
        </w:rPr>
        <w:t>Albert Ellis khẳng định: "Nhờ không bận tâm quá nhiều đến việc người khác nghĩ gì, tôi có thể tự suy nghĩ cho chính mình và truyền bá những ý tưởng thường không được ưa chuộng. Và tôi thành công." Đó chính là mục tiêu của bạn.</w:t>
      </w:r>
    </w:p>
    <w:p>
      <w:pPr>
        <w:pStyle w:val="Heading2"/>
      </w:pPr>
      <w:r>
        <w:rPr>
          <w:rFonts w:ascii="Calibri" w:hAnsi="Calibri"/>
          <w:b/>
          <w:i w:val="0"/>
          <w:sz w:val="32"/>
        </w:rPr>
        <w:t>7. Bạn sẽ làm việc thế nào với một nhà lãnh đạo khó tính luôn chọn phương án an toàn?</w:t>
      </w:r>
    </w:p>
    <w:p>
      <w:pPr>
        <w:spacing w:after="80"/>
      </w:pPr>
      <w:r>
        <w:rPr>
          <w:b w:val="0"/>
          <w:i w:val="0"/>
        </w:rPr>
        <w:t>Chuyên gia quản trị Peter Drucker từng nói: "Các công ty nghĩ ra ý tưởng mới thì dễ hơn là từ bỏ những ý tưởng cũ." Vì sao vậy? Vì nỗi sợ. Nhiều người sợ thay đổi, sợ rủi ro, sợ thất bại. Họ không muốn từ bỏ những gì đã biết vì họ sợ những gì chưa biết.</w:t>
      </w:r>
    </w:p>
    <w:p>
      <w:pPr>
        <w:spacing w:after="80"/>
      </w:pPr>
      <w:r>
        <w:rPr>
          <w:b w:val="0"/>
          <w:i w:val="0"/>
        </w:rPr>
        <w:t xml:space="preserve">Có lần tôi đọc một bài báo trên </w:t>
      </w:r>
      <w:r>
        <w:rPr>
          <w:b w:val="0"/>
          <w:i/>
        </w:rPr>
        <w:t>Saturday Evening Post</w:t>
      </w:r>
      <w:r>
        <w:rPr>
          <w:b w:val="0"/>
          <w:i w:val="0"/>
        </w:rPr>
        <w:t xml:space="preserve"> nói về nỗi sợ. Bài viết cho biết nhiều người sợ chết trong một vụ tai nạn máy bay, vậy mà xác suất điều đó xảy ra là 250.000 trên một. Một người còn có khả năng bị một con lừa đá đến chết cao hơn là chết trong tai nạn máy bay. Người ta cũng sợ bị giết hại, vậy mà một người có khả năng chết khi chơi thể thao cao gấp tám lần so với bị người lạ bắn. Người ta sợ chết trên bàn mổ trong lúc phẫu thuật, vậy mà họ có khả năng chết trong tai nạn ô tô cao gấp hai mươi lần. Đồng thời, hàng triệu người hy vọng và cầu nguyện rằng mình sẽ trúng số. Sự thật là họ có khả năng bị sét đánh cao gấp ba lần.</w:t>
      </w:r>
    </w:p>
    <w:p>
      <w:pPr>
        <w:spacing w:after="80"/>
      </w:pPr>
      <w:r>
        <w:rPr>
          <w:b w:val="0"/>
          <w:i w:val="0"/>
        </w:rPr>
        <w:t>Nỗi sợ và lo lắng của con người thường bị phóng đại quá mức. Nhiều khi chúng chẳng dựa trên thực tế nào cả. Vậy mà những lo lắng ấy vẫn cản trở họ trở nên hiệu quả và thành công. Nếu bạn có những nhà lãnh đạo luôn chọn phương án an toàn, có thể bạn sẽ giúp được họ. Hãy thử làm những điều sau:</w:t>
      </w:r>
    </w:p>
    <w:p>
      <w:pPr>
        <w:pStyle w:val="Heading3"/>
      </w:pPr>
      <w:r>
        <w:rPr>
          <w:rFonts w:ascii="Calibri" w:hAnsi="Calibri"/>
          <w:b/>
          <w:i w:val="0"/>
          <w:sz w:val="26"/>
        </w:rPr>
        <w:t>Đặt mình vào vị trí của họ</w:t>
      </w:r>
    </w:p>
    <w:p>
      <w:pPr>
        <w:spacing w:after="80"/>
      </w:pPr>
      <w:r>
        <w:rPr>
          <w:b w:val="0"/>
          <w:i w:val="0"/>
        </w:rPr>
        <w:t>Câu chuyện kể rằng khi Michael Faraday phát minh ra động cơ điện đầu tiên, ông muốn có được sự quan tâm và ủng hộ của thủ tướng Anh, William Gladstone. Thế là Faraday mang một mô hình đơn giản gồm một sợi dây nhỏ quay quanh một nam châm đến gặp vị chính khách và trình diễn cho ông xem. Gladstone tỏ ra không mấy hứng thú và hỏi: "Cái này có ích gì?"</w:t>
      </w:r>
    </w:p>
    <w:p>
      <w:pPr>
        <w:spacing w:after="80"/>
      </w:pPr>
      <w:r>
        <w:rPr>
          <w:b w:val="0"/>
          <w:i w:val="0"/>
        </w:rPr>
        <w:t>Nghĩ nhanh, nhà phát minh đáp: "Một ngày nào đó ngài sẽ có thể đánh thuế nó." Faraday không cố giải thích về thiết bị. Ông không cố thuyết phục Gladstone. Ông chỉ đơn giản đặt mình vào vị trí của người đang chất vấn mình. Và điều đó đã có kết quả. Ông nhận được sự ủng hộ mà mình mong muốn.</w:t>
      </w:r>
    </w:p>
    <w:p>
      <w:pPr>
        <w:spacing w:after="80"/>
      </w:pPr>
      <w:r>
        <w:rPr>
          <w:b w:val="0"/>
          <w:i w:val="0"/>
        </w:rPr>
        <w:t>Nếu bạn muốn thử đặt mình vào vị trí của các nhà lãnh đạo, hãy tự hỏi ba câu hỏi:</w:t>
      </w:r>
    </w:p>
    <w:p>
      <w:pPr>
        <w:spacing w:after="80"/>
      </w:pPr>
      <w:r>
        <w:rPr>
          <w:b/>
          <w:i w:val="0"/>
        </w:rPr>
        <w:t>• Họ đã từng trải qua những gì?</w:t>
      </w:r>
      <w:r>
        <w:rPr>
          <w:b w:val="0"/>
          <w:i w:val="0"/>
        </w:rPr>
        <w:t xml:space="preserve"> Điều này liên quan đến những trải nghiệm của họ. Xuất thân của họ là gì? Họ đã làm những gì trong quá khứ? Những kiểu chuyện gì đã xảy ra với họ mà có thể khiến họ sợ thay đổi?</w:t>
      </w:r>
    </w:p>
    <w:p>
      <w:pPr>
        <w:spacing w:after="80"/>
      </w:pPr>
      <w:r>
        <w:rPr>
          <w:b/>
          <w:i w:val="0"/>
        </w:rPr>
        <w:t>• Họ cảm thấy thế nào?</w:t>
      </w:r>
      <w:r>
        <w:rPr>
          <w:b w:val="0"/>
          <w:i w:val="0"/>
        </w:rPr>
        <w:t xml:space="preserve"> Điều này liên quan đến cảm xúc của họ. Hầu hết những người không dám mạo hiểm đều đang sợ hãi. Hãy cố tìm hiểu không chỉ họ cảm thấy thế nào mà còn cách họ xử lý cảm xúc và đối mặt với những thứ như căng thẳng ra sao.</w:t>
      </w:r>
    </w:p>
    <w:p>
      <w:pPr>
        <w:spacing w:after="80"/>
      </w:pPr>
      <w:r>
        <w:rPr>
          <w:b/>
          <w:i w:val="0"/>
        </w:rPr>
        <w:t>• Họ muốn gì?</w:t>
      </w:r>
      <w:r>
        <w:rPr>
          <w:b w:val="0"/>
          <w:i w:val="0"/>
        </w:rPr>
        <w:t xml:space="preserve"> Điều này liên quan đến kỳ vọng. Điều gì thực sự quan trọng với họ trong cuộc sống? Những hy vọng và ước mơ của họ là gì? Người bạn của tôi, Zig Ziglar, đã nói: "Bạn có thể có được bất cứ thứ gì trong cuộc sống mà bạn muốn, miễn là bạn giúp đủ nhiều người có được thứ họ muốn." Nếu bạn biết họ muốn gì và giúp họ có được nó, có lẽ bạn cũng sẽ có được thứ mình muốn.</w:t>
      </w:r>
    </w:p>
    <w:p>
      <w:pPr>
        <w:spacing w:after="80"/>
      </w:pPr>
      <w:r>
        <w:rPr>
          <w:b w:val="0"/>
          <w:i w:val="0"/>
        </w:rPr>
        <w:t xml:space="preserve">Chuyên gia bán hàng Tom Hopkins, tác giả cuốn </w:t>
      </w:r>
      <w:r>
        <w:rPr>
          <w:b w:val="0"/>
          <w:i/>
        </w:rPr>
        <w:t>How to Master the Art of Selling</w:t>
      </w:r>
      <w:r>
        <w:rPr>
          <w:b w:val="0"/>
          <w:i w:val="0"/>
        </w:rPr>
        <w:t xml:space="preserve">, khuyên rằng nếu bạn muốn chốt một thương vụ, bạn phải nhìn qua con mắt của khách hàng. Điều này cũng đúng khi bạn làm việc cho những nhà lãnh đạo yếu kém. Nếu bạn muốn hiểu họ và làm việc </w:t>
      </w:r>
      <w:r>
        <w:rPr>
          <w:b w:val="0"/>
          <w:i/>
        </w:rPr>
        <w:t>cùng</w:t>
      </w:r>
      <w:r>
        <w:rPr>
          <w:b w:val="0"/>
          <w:i w:val="0"/>
        </w:rPr>
        <w:t xml:space="preserve"> họ, bạn phải nhìn mọi thứ từ góc nhìn của họ. Đó là cách tốt nhất để giúp họ và giúp chính bạn.</w:t>
      </w:r>
    </w:p>
    <w:p>
      <w:pPr>
        <w:pStyle w:val="Heading3"/>
      </w:pPr>
      <w:r>
        <w:rPr>
          <w:rFonts w:ascii="Calibri" w:hAnsi="Calibri"/>
          <w:b/>
          <w:i w:val="0"/>
          <w:sz w:val="26"/>
        </w:rPr>
        <w:t>Ghi nhận cảm xúc của họ</w:t>
      </w:r>
    </w:p>
    <w:p>
      <w:pPr>
        <w:spacing w:after="80"/>
      </w:pPr>
      <w:r>
        <w:rPr>
          <w:b w:val="0"/>
          <w:i w:val="0"/>
        </w:rPr>
        <w:t>Những nhà lãnh đạo né tránh rủi ro thường làm vậy vì họ không có đủ tự tin để tin vào thành công của chính mình. Đừng gạt bỏ những cảm giác sợ hãi và tự ti đó. Thay vào đó, hãy ghi nhận chúng. Và trong khả năng của mình, hãy giúp họ đạt được những thắng lợi nhỏ. Điều này có thể giúp họ xây dựng sự tự tin.</w:t>
      </w:r>
    </w:p>
    <w:p>
      <w:pPr>
        <w:pStyle w:val="Heading3"/>
      </w:pPr>
      <w:r>
        <w:rPr>
          <w:rFonts w:ascii="Calibri" w:hAnsi="Calibri"/>
          <w:b/>
          <w:i w:val="0"/>
          <w:sz w:val="26"/>
        </w:rPr>
        <w:t>Giúp họ hành động</w:t>
      </w:r>
    </w:p>
    <w:p>
      <w:pPr>
        <w:spacing w:after="80"/>
      </w:pPr>
      <w:r>
        <w:rPr>
          <w:b w:val="0"/>
          <w:i w:val="0"/>
        </w:rPr>
        <w:t>Đôi khi điều mọi người cần là những sự thật. Họ cần thấy giá trị lớn hơn của một thay đổi cụ thể. Đúng vậy, tất cả chúng ta đều có thể bị tổn thương. Tất cả chúng ta đều có thể và đôi khi sẽ thất bại. Nhưng tiến bộ luôn cần rủi ro. Hãy giúp các nhà lãnh đạo của bạn cân nhắc những lợi ích và mất mát tiềm tàng của việc hành động so với những lợi ích và mất mát tiềm tàng của việc không hành động. Nếu bạn có thể chịu đựng được điều tồi tệ nhất, hãy chấp nhận rủi ro. Như Tướng George S. Patton đã nói: "Một kế hoạch tốt được thực hiện mạnh mẽ ngay bây giờ tốt hơn nhiều so với một kế hoạch hoàn hảo được thực hiện vào tuần sau."</w:t>
      </w:r>
    </w:p>
    <w:p>
      <w:pPr>
        <w:pStyle w:val="Heading2"/>
      </w:pPr>
      <w:r>
        <w:rPr>
          <w:rFonts w:ascii="Calibri" w:hAnsi="Calibri"/>
          <w:b/>
          <w:i w:val="0"/>
          <w:sz w:val="32"/>
        </w:rPr>
        <w:t>8. Nếu một người có vị trí cao hơn bạn không có kỹ năng lãnh đạo tốt, bạn sẽ điều hành tổ chức theo cách tôn trọng như thế nào?</w:t>
      </w:r>
    </w:p>
    <w:p>
      <w:pPr>
        <w:spacing w:after="80"/>
      </w:pPr>
      <w:r>
        <w:rPr>
          <w:b w:val="0"/>
          <w:i w:val="0"/>
        </w:rPr>
        <w:t xml:space="preserve">Thường thì những người làm việc cho các ông chủ có kỹ năng lãnh đạo kém hay cố gắng chống lại tình huống đó. Đó là cách tiếp cận khó có thể hiệu quả. Thay vào đó, họ cần cố gắng giúp ông chủ của mình thành công, bởi vì nếu </w:t>
      </w:r>
      <w:r>
        <w:rPr>
          <w:b w:val="0"/>
          <w:i/>
        </w:rPr>
        <w:t>chúng ta</w:t>
      </w:r>
      <w:r>
        <w:rPr>
          <w:b w:val="0"/>
          <w:i w:val="0"/>
        </w:rPr>
        <w:t xml:space="preserve"> muốn thành công, chúng ta phải cố gắng giúp người khác thành công. Chúng ta không thể làm suy yếu các nhà lãnh đạo của mình mà lại mong đội nhóm thành công. Và nếu họ thông minh, họ sẽ hiểu rằng họ không thể thành công nếu không có chúng ta. Chúng ta cần nhau.</w:t>
      </w:r>
    </w:p>
    <w:p>
      <w:pPr>
        <w:pStyle w:val="Heading3"/>
      </w:pPr>
      <w:r>
        <w:rPr>
          <w:rFonts w:ascii="Calibri" w:hAnsi="Calibri"/>
          <w:b/>
          <w:i w:val="0"/>
          <w:sz w:val="26"/>
        </w:rPr>
        <w:t>1. Hiểu nhà lãnh đạo của bạn</w:t>
      </w:r>
    </w:p>
    <w:p>
      <w:pPr>
        <w:spacing w:after="80"/>
      </w:pPr>
      <w:r>
        <w:rPr>
          <w:b w:val="0"/>
          <w:i w:val="0"/>
        </w:rPr>
        <w:t>Khi mọi người hỏi tôi về việc làm việc cho những nhà lãnh đạo kém cỏi, tôi thường thấy rằng họ không thực sự hiểu những nhà lãnh đạo đó. Họ quá bận tâm đến những gì nhà lãnh đạo của mình làm không đúng đến mức họ thậm chí không cố tìm hiểu xem họ là người như thế nào. Đó là một sai lầm. Để giúp chính mình, bạn cần giúp họ. Để giúp họ, bạn cần biết điều gì quan trọng với họ.</w:t>
      </w:r>
    </w:p>
    <w:p>
      <w:pPr>
        <w:pStyle w:val="Heading3"/>
      </w:pPr>
      <w:r>
        <w:rPr>
          <w:rFonts w:ascii="Calibri" w:hAnsi="Calibri"/>
          <w:b/>
          <w:i w:val="0"/>
          <w:sz w:val="26"/>
        </w:rPr>
        <w:t>Hãy hỏi nhà lãnh đạo của bạn…</w:t>
      </w:r>
    </w:p>
    <w:p>
      <w:pPr>
        <w:spacing w:after="80"/>
        <w:ind w:left="360"/>
      </w:pPr>
      <w:r>
        <w:t xml:space="preserve">• </w:t>
      </w:r>
      <w:r>
        <w:rPr>
          <w:b/>
          <w:i w:val="0"/>
        </w:rPr>
        <w:t>Trái tim bạn hướng về điều gì?</w:t>
      </w:r>
      <w:r>
        <w:rPr>
          <w:b w:val="0"/>
          <w:i w:val="0"/>
        </w:rPr>
        <w:t xml:space="preserve"> Đó là những điều mà người lãnh đạo của bạn quan tâm. Trong khả năng của mình, hãy đáp ứng những điều đó.</w:t>
      </w:r>
    </w:p>
    <w:p>
      <w:pPr>
        <w:spacing w:after="80"/>
        <w:ind w:left="360"/>
      </w:pPr>
      <w:r>
        <w:t xml:space="preserve">• </w:t>
      </w:r>
      <w:r>
        <w:rPr>
          <w:b/>
          <w:i w:val="0"/>
        </w:rPr>
        <w:t>Hy vọng của bạn là gì?</w:t>
      </w:r>
      <w:r>
        <w:rPr>
          <w:b w:val="0"/>
          <w:i w:val="0"/>
        </w:rPr>
        <w:t xml:space="preserve"> Đó là những điều mà người lãnh đạo của bạn muốn làm. Chừng nào chúng còn phù hợp với giá trị của bạn, hãy thúc đẩy chúng.</w:t>
      </w:r>
    </w:p>
    <w:p>
      <w:pPr>
        <w:spacing w:after="80"/>
        <w:ind w:left="360"/>
      </w:pPr>
      <w:r>
        <w:t xml:space="preserve">• </w:t>
      </w:r>
      <w:r>
        <w:rPr>
          <w:b/>
          <w:i w:val="0"/>
        </w:rPr>
        <w:t>Điều gì khiến bạn tổn thương?</w:t>
      </w:r>
      <w:r>
        <w:rPr>
          <w:b w:val="0"/>
          <w:i w:val="0"/>
        </w:rPr>
        <w:t xml:space="preserve"> Đó là những điều mà người lãnh đạo của bạn muốn tránh. Trong khả năng của mình, hãy bảo vệ người lãnh đạo khỏi những điều đó.</w:t>
      </w:r>
    </w:p>
    <w:p>
      <w:pPr>
        <w:spacing w:after="80"/>
        <w:ind w:left="360"/>
      </w:pPr>
      <w:r>
        <w:t xml:space="preserve">• </w:t>
      </w:r>
      <w:r>
        <w:rPr>
          <w:b/>
          <w:i w:val="0"/>
        </w:rPr>
        <w:t>Tôi có thể giúp gì?</w:t>
      </w:r>
      <w:r>
        <w:rPr>
          <w:b w:val="0"/>
          <w:i w:val="0"/>
        </w:rPr>
        <w:t xml:space="preserve"> Có nhiều điều mà người lãnh đạo của bạn muốn làm nhưng không thể làm một mình. Nhiệm vụ của bạn là đồng hành cùng họ để hoàn thành những điều đó.</w:t>
      </w:r>
    </w:p>
    <w:p>
      <w:pPr>
        <w:spacing w:after="80"/>
      </w:pPr>
      <w:r>
        <w:rPr>
          <w:b w:val="0"/>
          <w:i w:val="0"/>
        </w:rPr>
        <w:t>Khi bạn dần hiểu người lãnh đạo của mình và nỗ lực giúp đỡ họ, bạn sẽ bắt đầu nhìn họ trước hết như những con người, sau đó mới là những nhà lãnh đạo. Giao tiếp giữa bạn và họ sẽ tốt hơn. Sự kết nối cũng vậy. Bạn thậm chí có thể bắt đầu thấy vui khi được làm việc cùng nhau.</w:t>
      </w:r>
    </w:p>
    <w:p>
      <w:pPr>
        <w:spacing w:after="80"/>
      </w:pPr>
      <w:r>
        <w:rPr>
          <w:b w:val="0"/>
          <w:i w:val="0"/>
        </w:rPr>
        <w:t>Khi chúng ta hoàn thành công việc của mình và theo đuổi nhiệm vụ đến cùng một cách thành công, chúng ta đặt mình vào vị thế để được thăng tiến. Khi chúng ta góp phần vào thành công của cấp trên, họ được đặt vào vị thế để vươn lên. Và khi họ vươn lên, bạn thử đoán xem họ muốn mang theo ai? Chính là những người đã giúp họ chiến thắng. Như John Mason nói: "Làm cho người khác tốt hơn chính là một chiếc boomerang."</w:t>
      </w:r>
    </w:p>
    <w:p>
      <w:pPr>
        <w:pStyle w:val="Heading3"/>
      </w:pPr>
      <w:r>
        <w:rPr>
          <w:rFonts w:ascii="Calibri" w:hAnsi="Calibri"/>
          <w:b/>
          <w:i w:val="0"/>
          <w:sz w:val="26"/>
        </w:rPr>
        <w:t>2. Hiểu rõ vai trò hỗ trợ của bạn</w:t>
      </w:r>
    </w:p>
    <w:p>
      <w:pPr>
        <w:spacing w:after="80"/>
      </w:pPr>
      <w:r>
        <w:rPr>
          <w:b w:val="0"/>
          <w:i w:val="0"/>
        </w:rPr>
        <w:t>Dù kỹ năng lãnh đạo của bạn có thể vượt trội hơn những người bạn làm việc cùng, nếu muốn thành công, bạn vẫn phải đóng đúng vai của mình. Bạn được tuyển vào để đảm nhận một vai trò hỗ trợ. Hãy làm hết sức mình để hoàn thành vai trò đó một cách xuất sắc.</w:t>
      </w:r>
    </w:p>
    <w:p>
      <w:pPr>
        <w:pStyle w:val="Heading3"/>
      </w:pPr>
      <w:r>
        <w:rPr>
          <w:rFonts w:ascii="Calibri" w:hAnsi="Calibri"/>
          <w:b/>
          <w:i w:val="0"/>
          <w:sz w:val="26"/>
        </w:rPr>
        <w:t>3. Nở hoa ngay nơi bạn được gieo trồng</w:t>
      </w:r>
    </w:p>
    <w:p>
      <w:pPr>
        <w:spacing w:after="80"/>
      </w:pPr>
      <w:r>
        <w:rPr>
          <w:b w:val="0"/>
          <w:i w:val="0"/>
        </w:rPr>
        <w:t>Ít có điều gì gây ấn tượng với người lãnh đạo — dù họ mạnh hay yếu — bằng một nhân viên vừa khởi đầu tốt vừa hoàn thành xuất sắc. Nếu bạn có tinh thần chủ động và là người tự khởi xướng công việc, làm việc với niềm vui, ai cũng sẽ muốn làm việc cùng bạn. Nếu bạn theo đuổi công việc và cam kết đến cùng, mọi người sẽ giao cho bạn ngày càng nhiều trách nhiệm hơn. Giá trị của một con người không nằm ở điều họ nói trong cuộc họp nhân viên, mà ở điều họ làm sau khi cuộc họp kết thúc.</w:t>
      </w:r>
    </w:p>
    <w:p>
      <w:pPr>
        <w:pStyle w:val="Heading3"/>
      </w:pPr>
      <w:r>
        <w:rPr>
          <w:rFonts w:ascii="Calibri" w:hAnsi="Calibri"/>
          <w:b/>
          <w:i w:val="0"/>
          <w:sz w:val="26"/>
        </w:rPr>
        <w:t>4. Vươn lên trên người khác bằng thái độ đúng đắn</w:t>
      </w:r>
    </w:p>
    <w:p>
      <w:pPr>
        <w:spacing w:after="80"/>
      </w:pPr>
      <w:r>
        <w:rPr>
          <w:b w:val="0"/>
          <w:i w:val="0"/>
        </w:rPr>
        <w:t>Hầu hết những người làm việc dưới quyền những nhà lãnh đạo yếu kém đều khó giữ được thái độ tích cực. Nếu bạn có thể tích cực và ủng hộ trong khi những người xung quanh đều tiêu cực hay than phiền, bạn sẽ nổi bật và mọi người sẽ bị thu hút về phía bạn. Hãy nhớ rằng, nhân viên giỏi không phải là những người có một hoàn cảnh nhất định nào đó; họ là những người có một tập hợp thái độ nhất định.</w:t>
      </w:r>
    </w:p>
    <w:p>
      <w:pPr>
        <w:pStyle w:val="Heading3"/>
      </w:pPr>
      <w:r>
        <w:rPr>
          <w:rFonts w:ascii="Calibri" w:hAnsi="Calibri"/>
          <w:b/>
          <w:i w:val="0"/>
          <w:sz w:val="26"/>
        </w:rPr>
        <w:t>5. Thành công theo cách của họ</w:t>
      </w:r>
    </w:p>
    <w:p>
      <w:pPr>
        <w:spacing w:after="80"/>
      </w:pPr>
      <w:r>
        <w:rPr>
          <w:b w:val="0"/>
          <w:i w:val="0"/>
        </w:rPr>
        <w:t>Khi bạn làm việc ở giữa một tổ chức với những nhà lãnh đạo ở phía trên, thành công của bạn thường diễn ra theo cách của người khác. Bạn không phải người định nghĩa thành công. Bạn không thể viết lại luật chơi. Con đường dẫn đến thành công đã được người khác vạch ra. Điều duy nhất bạn có thể làm là thành công theo cách của người khác. Ý tưởng này có thể khiến bạn bực bội, nhưng thực tế là ai cũng phải chịu trách nhiệm trước một ai đó và phải thành công theo cách của người khác.</w:t>
      </w:r>
    </w:p>
    <w:p>
      <w:pPr>
        <w:spacing w:after="80"/>
        <w:jc w:val="center"/>
      </w:pPr>
      <w:r>
        <w:rPr>
          <w:b/>
          <w:i w:val="0"/>
        </w:rPr>
        <w:t>Phần thưởng lớn nhất của cuộc đời đến từ chính bên trong bạn, từ những lựa chọn bạn đưa ra, từ cách bạn quyết định sống trong bất kỳ hoàn cảnh nào mà bạn gặp phải.</w:t>
      </w:r>
    </w:p>
    <w:p>
      <w:pPr>
        <w:spacing w:after="80"/>
      </w:pPr>
      <w:r>
        <w:rPr>
          <w:b w:val="0"/>
          <w:i w:val="0"/>
        </w:rPr>
        <w:t>Cuối cùng, điều duy nhất bạn có thể làm là dẫn dắt cuộc đời mình. Nếu bạn không làm, người khác sẽ làm thay, bằng cách quyết định điều gì sẽ xảy ra với bạn. Phần thưởng lớn nhất của cuộc đời đến từ chính bên trong bạn, từ những lựa chọn bạn đưa ra, từ cách bạn quyết định sống trong bất kỳ hoàn cảnh nào mà bạn gặp phải.</w:t>
      </w:r>
    </w:p>
    <w:p>
      <w:pPr>
        <w:pStyle w:val="Heading3"/>
      </w:pPr>
      <w:r>
        <w:rPr>
          <w:rFonts w:ascii="Calibri" w:hAnsi="Calibri"/>
          <w:b/>
          <w:i w:val="0"/>
          <w:sz w:val="26"/>
        </w:rPr>
        <w:t>Câu hỏi liên quan đến việc điều hướng các giai đoạn chuyển tiếp lãnh đạo</w:t>
      </w:r>
    </w:p>
    <w:p>
      <w:pPr>
        <w:spacing w:after="80"/>
        <w:ind w:left="360"/>
      </w:pPr>
      <w:r>
        <w:t xml:space="preserve">1. </w:t>
      </w:r>
      <w:r>
        <w:rPr>
          <w:b w:val="0"/>
          <w:i w:val="0"/>
        </w:rPr>
        <w:t>Khi nào là thời điểm thích hợp để một nhà lãnh đạo thành công chuyển sang vị trí mới?</w:t>
      </w:r>
    </w:p>
    <w:p>
      <w:pPr>
        <w:spacing w:after="80"/>
        <w:ind w:left="360"/>
      </w:pPr>
      <w:r>
        <w:t xml:space="preserve">2. </w:t>
      </w:r>
      <w:r>
        <w:rPr>
          <w:b w:val="0"/>
          <w:i w:val="0"/>
        </w:rPr>
        <w:t>Một nhà lãnh đạo có thể thực hiện những bước nào để triển khai những thay đổi mà tổ chức cần để thành công nhưng lại kháng cự thực hiện?</w:t>
      </w:r>
    </w:p>
    <w:p>
      <w:pPr>
        <w:spacing w:after="80"/>
        <w:ind w:left="360"/>
      </w:pPr>
      <w:r>
        <w:t xml:space="preserve">3. </w:t>
      </w:r>
      <w:r>
        <w:rPr>
          <w:b w:val="0"/>
          <w:i w:val="0"/>
        </w:rPr>
        <w:t>Làm thế nào để tôi thay đổi tư duy từ một người sản xuất sang tư duy của một nhà lãnh đạo?</w:t>
      </w:r>
    </w:p>
    <w:p>
      <w:pPr>
        <w:spacing w:after="80"/>
        <w:ind w:left="360"/>
      </w:pPr>
      <w:r>
        <w:t xml:space="preserve">4. </w:t>
      </w:r>
      <w:r>
        <w:rPr>
          <w:b w:val="0"/>
          <w:i w:val="0"/>
        </w:rPr>
        <w:t>Với tư cách là một nhà lãnh đạo khởi nghiệp của một tổ chức đang phát triển nhanh, làm sao tôi biết nên chuyển đổi vai trò của mình để tạo ra cấu trúc và sự ổn định, hay nên tuyển dụng các nhà lãnh đạo để đáp ứng những nhu cầu mới?</w:t>
      </w:r>
    </w:p>
    <w:p>
      <w:pPr>
        <w:spacing w:after="80"/>
        <w:ind w:left="360"/>
      </w:pPr>
      <w:r>
        <w:t xml:space="preserve">5. </w:t>
      </w:r>
      <w:r>
        <w:rPr>
          <w:b w:val="0"/>
          <w:i w:val="0"/>
        </w:rPr>
        <w:t>Những nguyên tắc lãnh đạo nào giúp một nhà lãnh đạo đã thất bại có thể lãnh đạo lại thành công?</w:t>
      </w:r>
    </w:p>
    <w:p>
      <w:pPr>
        <w:spacing w:after="80"/>
        <w:ind w:left="360"/>
      </w:pPr>
      <w:r>
        <w:t xml:space="preserve">6. </w:t>
      </w:r>
      <w:r>
        <w:rPr>
          <w:b w:val="0"/>
          <w:i w:val="0"/>
        </w:rPr>
        <w:t>Tại sao một số nhà lãnh đạo không có được người kế nhiệm?</w:t>
      </w:r>
    </w:p>
    <w:p>
      <w:pPr>
        <w:spacing w:after="80"/>
        <w:ind w:left="360"/>
      </w:pPr>
      <w:r>
        <w:t xml:space="preserve">7. </w:t>
      </w:r>
      <w:r>
        <w:rPr>
          <w:b w:val="0"/>
          <w:i w:val="0"/>
        </w:rPr>
        <w:t>Những điều quan trọng nhất mà một nhà lãnh đạo đang rời khỏi vị trí có thể làm để đảm bảo sự thành công của người tiếp nhận vai trò là gì?</w:t>
      </w:r>
    </w:p>
    <w:p>
      <w:pPr>
        <w:spacing w:after="80"/>
        <w:ind w:left="360"/>
      </w:pPr>
      <w:r>
        <w:t xml:space="preserve">8. </w:t>
      </w:r>
      <w:r>
        <w:rPr>
          <w:b w:val="0"/>
          <w:i w:val="0"/>
        </w:rPr>
        <w:t>Bạn xử lý việc rời đi và báo tin cho một đội ngũ tuyệt vời gồm những con người tuyệt vời, những người đã đến công ty vì bạn đã yêu cầu họ, như thế nào?</w:t>
      </w:r>
    </w:p>
    <w:p>
      <w:pPr>
        <w:spacing w:after="80"/>
        <w:ind w:left="360"/>
      </w:pPr>
      <w:r>
        <w:t xml:space="preserve">9. </w:t>
      </w:r>
      <w:r>
        <w:rPr>
          <w:b w:val="0"/>
          <w:i w:val="0"/>
        </w:rPr>
        <w:t>Di sản của một nhà lãnh đạo thành công nên là gì?</w:t>
      </w:r>
    </w:p>
    <w:p>
      <w:pPr>
        <w:jc w:val="center"/>
      </w:pPr>
      <w:r>
        <w:drawing>
          <wp:inline xmlns:a="http://schemas.openxmlformats.org/drawingml/2006/main" xmlns:pic="http://schemas.openxmlformats.org/drawingml/2006/picture">
            <wp:extent cx="695325" cy="19050"/>
            <wp:docPr id="26" name="Picture 26"/>
            <wp:cNvGraphicFramePr>
              <a:graphicFrameLocks noChangeAspect="1"/>
            </wp:cNvGraphicFramePr>
            <a:graphic>
              <a:graphicData uri="http://schemas.openxmlformats.org/drawingml/2006/picture">
                <pic:pic>
                  <pic:nvPicPr>
                    <pic:cNvPr id="0" name="00003.jpeg"/>
                    <pic:cNvPicPr/>
                  </pic:nvPicPr>
                  <pic:blipFill>
                    <a:blip r:embed="rId12"/>
                    <a:stretch>
                      <a:fillRect/>
                    </a:stretch>
                  </pic:blipFill>
                  <pic:spPr>
                    <a:xfrm>
                      <a:off x="0" y="0"/>
                      <a:ext cx="695325" cy="19050"/>
                    </a:xfrm>
                    <a:prstGeom prst="rect"/>
                  </pic:spPr>
                </pic:pic>
              </a:graphicData>
            </a:graphic>
          </wp:inline>
        </w:drawing>
      </w:r>
    </w:p>
    <w:p>
      <w:pPr>
        <w:pStyle w:val="Heading1"/>
      </w:pPr>
      <w:r>
        <w:rPr>
          <w:rFonts w:ascii="Calibri" w:hAnsi="Calibri"/>
          <w:b/>
          <w:i w:val="0"/>
          <w:sz w:val="40"/>
        </w:rPr>
        <w:t>9</w:t>
      </w:r>
    </w:p>
    <w:p>
      <w:pPr>
        <w:jc w:val="center"/>
      </w:pPr>
      <w:r>
        <w:drawing>
          <wp:inline xmlns:a="http://schemas.openxmlformats.org/drawingml/2006/main" xmlns:pic="http://schemas.openxmlformats.org/drawingml/2006/picture">
            <wp:extent cx="695325" cy="19050"/>
            <wp:docPr id="27" name="Picture 27"/>
            <wp:cNvGraphicFramePr>
              <a:graphicFrameLocks noChangeAspect="1"/>
            </wp:cNvGraphicFramePr>
            <a:graphic>
              <a:graphicData uri="http://schemas.openxmlformats.org/drawingml/2006/picture">
                <pic:pic>
                  <pic:nvPicPr>
                    <pic:cNvPr id="0" name="00003.jpeg"/>
                    <pic:cNvPicPr/>
                  </pic:nvPicPr>
                  <pic:blipFill>
                    <a:blip r:embed="rId12"/>
                    <a:stretch>
                      <a:fillRect/>
                    </a:stretch>
                  </pic:blipFill>
                  <pic:spPr>
                    <a:xfrm>
                      <a:off x="0" y="0"/>
                      <a:ext cx="695325" cy="19050"/>
                    </a:xfrm>
                    <a:prstGeom prst="rect"/>
                  </pic:spPr>
                </pic:pic>
              </a:graphicData>
            </a:graphic>
          </wp:inline>
        </w:drawing>
      </w:r>
    </w:p>
    <w:p>
      <w:pPr>
        <w:pStyle w:val="Heading1"/>
      </w:pPr>
      <w:r>
        <w:rPr>
          <w:rFonts w:ascii="Calibri" w:hAnsi="Calibri"/>
          <w:b/>
          <w:i w:val="0"/>
          <w:sz w:val="40"/>
        </w:rPr>
        <w:t>Làm thế nào tôi có thể điều hướng thành công các giai đoạn chuyển tiếp lãnh đạo?</w:t>
      </w:r>
    </w:p>
    <w:p>
      <w:pPr>
        <w:spacing w:after="80"/>
      </w:pPr>
      <w:r>
        <w:rPr>
          <w:b w:val="0"/>
          <w:i w:val="0"/>
        </w:rPr>
        <w:t>Chúng ta đang sống trong một thời đại của sự thay đổi. Người ta nói rằng trong thập kỷ này, con người chỉ mất hai ngày để tạo ra lượng thông tin mới mà toàn bộ nền văn minh đã mất từ buổi bình minh của thời gian cho đến năm 2003 để tạo ra.</w:t>
      </w:r>
    </w:p>
    <w:p>
      <w:pPr>
        <w:spacing w:after="80"/>
      </w:pPr>
      <w:r>
        <w:rPr>
          <w:b w:val="0"/>
          <w:i w:val="0"/>
        </w:rPr>
        <w:t>Và một số chuyên gia ước tính rằng hầu hết người lao động Mỹ ngày nay sẽ thay đổi công việc từ mười lăm đến hai mươi lần trong một sự nghiệp. Những ngày tìm được một công việc và gắn bó với nó cho đến khi nhận được một chiếc đồng hồ vàng và lương hưu đã qua từ lâu.</w:t>
      </w:r>
    </w:p>
    <w:p>
      <w:pPr>
        <w:spacing w:after="80"/>
      </w:pPr>
      <w:r>
        <w:rPr>
          <w:b w:val="0"/>
          <w:i w:val="0"/>
        </w:rPr>
        <w:t>Cuộc sống có nghĩa là chuyển tiếp. Hầu hết mọi người hiểu một cách trực giác rằng thế giới đang chuyển động nhanh, nhưng họ vẫn gặp khó khăn với điều đó. Brian Tracy đã đúng khi ông nói: "Trong thời kỳ thay đổi nhanh chóng, đứng yên là hành động nguy hiểm nhất." Nếu bạn không học cách thực hiện những chuyển tiếp tốt, bạn sẽ bị cán qua hoặc bị bỏ lại phía sau.</w:t>
      </w:r>
    </w:p>
    <w:p>
      <w:pPr>
        <w:spacing w:after="80"/>
      </w:pPr>
      <w:r>
        <w:rPr>
          <w:b w:val="0"/>
          <w:i w:val="0"/>
        </w:rPr>
        <w:t>Một trong những đặc điểm của những nhà lãnh đạo giỏi là khả năng điều hướng các giai đoạn chuyển tiếp. Điều đó luôn đúng. Họ có thể tự mình thực hiện những chuyển tiếp suôn sẻ. Và họ cũng có thể giúp các thành viên trong đội ngũ và tổ chức của họ làm điều tương tự. Những câu hỏi trong chương này sẽ giúp bạn trở nên tốt hơn trong việc đối mặt—và chiến thắng qua—giai đoạn chuyển tiếp.</w:t>
      </w:r>
    </w:p>
    <w:p>
      <w:pPr>
        <w:pStyle w:val="Heading2"/>
      </w:pPr>
      <w:r>
        <w:rPr>
          <w:rFonts w:ascii="Calibri" w:hAnsi="Calibri"/>
          <w:b/>
          <w:i w:val="0"/>
          <w:sz w:val="32"/>
        </w:rPr>
        <w:t>1. Khi nào là thời điểm thích hợp để một nhà lãnh đạo thành công chuyển sang vị trí mới?</w:t>
      </w:r>
    </w:p>
    <w:p>
      <w:pPr>
        <w:spacing w:after="80"/>
      </w:pPr>
      <w:r>
        <w:rPr>
          <w:b w:val="0"/>
          <w:i w:val="0"/>
        </w:rPr>
        <w:t>Các nhà lãnh đạo thường hay bồn chồn, bứt rứt. Khi cảm thấy vậy, họ bắt đầu tìm kiếm cơ hội và những ngọn núi mới để chinh phục. Nhà lãnh đạo càng có tinh thần khởi nghiệp thì khả năng tập trung chú ý của họ thường càng ngắn. Chìa khóa để biết liệu đã đến lúc chuyển đổi hay chưa là nhận ra rằng có hai kiểu bồn chồn: tốt và xấu.</w:t>
      </w:r>
    </w:p>
    <w:p>
      <w:pPr>
        <w:spacing w:after="80"/>
      </w:pPr>
      <w:r>
        <w:rPr>
          <w:b w:val="0"/>
          <w:i w:val="0"/>
        </w:rPr>
        <w:t xml:space="preserve">Sự bồn chồn tốt là lành mạnh. Nó kéo bạn về phía trước, hướng tới sự tiến bộ. Nó đến từ khát khao phát triển, tạo ra tác động lớn hơn, phục vụ người khác hiệu quả hơn của bạn. Mọi quyết định phát triển lớn lao mà tôi đã đưa ra trong đời đều nảy sinh từ kiểu bồn chồn tích cực này. Nó đến khi tôi tự nhủ: </w:t>
      </w:r>
      <w:r>
        <w:rPr>
          <w:b w:val="0"/>
          <w:i/>
        </w:rPr>
        <w:t>Mình có thể làm tốt hơn thế này</w:t>
      </w:r>
      <w:r>
        <w:rPr>
          <w:b w:val="0"/>
          <w:i w:val="0"/>
        </w:rPr>
        <w:t xml:space="preserve">. </w:t>
      </w:r>
      <w:r>
        <w:rPr>
          <w:b w:val="0"/>
          <w:i/>
        </w:rPr>
        <w:t>Trong mình còn nhiều hơn thế, và mình muốn khai thác nó.</w:t>
      </w:r>
    </w:p>
    <w:p>
      <w:pPr>
        <w:spacing w:after="80"/>
      </w:pPr>
      <w:r>
        <w:rPr>
          <w:b w:val="0"/>
          <w:i w:val="0"/>
        </w:rPr>
        <w:t xml:space="preserve">Sự bồn chồn xấu đến từ cảm giác nhàm chán hoặc bất mãn. Nó đến từ khát khao trốn thoát. Nó khiến bạn thiếu kiên nhẫn. Bạn thường nhảy ra khỏi nơi mình đang ở, nhưng không phải </w:t>
      </w:r>
      <w:r>
        <w:rPr>
          <w:b w:val="0"/>
          <w:i/>
        </w:rPr>
        <w:t>đến</w:t>
      </w:r>
      <w:r>
        <w:rPr>
          <w:b w:val="0"/>
          <w:i w:val="0"/>
        </w:rPr>
        <w:t xml:space="preserve"> một nơi cụ thể nào. Và kết quả là, nó có thể thực sự đẩy bạn vào một nơi tồi tệ hơn. Tôi đã thấy nhiều người không thành công để cho khát khao trốn thoát này lôi kéo họ từ nơi này sang nơi khác, và theo thời gian, hoàn cảnh của họ thực sự đi xuống. Những người trải qua kiểu bồn chồn tích cực thì sẵn sàng giữ vững cho đến khi có cơ hội chuyển đến một điều gì đó tốt hơn. Như người bạn của tôi, Elmer Towns, đồng sáng lập Đại học Liberty, nói: "Đừng rời bỏ một điều gì đó; hãy đi đến một điều gì đó."</w:t>
      </w:r>
    </w:p>
    <w:p>
      <w:pPr>
        <w:spacing w:after="80"/>
        <w:jc w:val="center"/>
      </w:pPr>
      <w:r>
        <w:rPr>
          <w:b/>
          <w:i w:val="0"/>
        </w:rPr>
        <w:t>"Đừng rời bỏ một điều gì đó; hãy đi đến một điều gì đó."</w:t>
      </w:r>
    </w:p>
    <w:p>
      <w:pPr>
        <w:spacing w:after="80"/>
        <w:jc w:val="center"/>
      </w:pPr>
      <w:r>
        <w:rPr>
          <w:b/>
          <w:i/>
        </w:rPr>
        <w:t>—Elmer Towns</w:t>
      </w:r>
    </w:p>
    <w:p>
      <w:pPr>
        <w:spacing w:after="80"/>
      </w:pPr>
      <w:r>
        <w:rPr>
          <w:b w:val="0"/>
          <w:i w:val="0"/>
        </w:rPr>
        <w:t>Còn một điều nữa cần xem xét để xác định liệu sự bồn chồn bạn cảm thấy là tốt hay xấu. Hãy tự hỏi liệu bạn đã cống hiến hết mức tốt nhất của mình ở nơi hiện tại chưa. Đừng chuyển đến bất cứ đâu khác cho đến khi bạn đã làm được điều đó. Đừng tìm cách chuyển đi chỉ để mọi thứ dễ dàng hơn với bản thân. Để chuyển đổi một cách chính trực, bạn cần đã làm công việc tốt nhất có thể. Khi đó bạn có thể ra đi với tâm trí và trái tim trong sáng. Bên cạnh đó, bạn luôn muốn ra đi trong thời khắc đỉnh cao. Nếu bạn đang ở đỉnh cao phong độ và đã cống hiến hết mình—bạn đang ở trên đỉnh—bạn có thể nhìn xa hơn so với khi bạn đang ở trong thung lũng.</w:t>
      </w:r>
    </w:p>
    <w:p>
      <w:pPr>
        <w:pStyle w:val="Heading3"/>
      </w:pPr>
      <w:r>
        <w:rPr>
          <w:rFonts w:ascii="Calibri" w:hAnsi="Calibri"/>
          <w:b/>
          <w:i w:val="0"/>
          <w:sz w:val="26"/>
        </w:rPr>
        <w:t>Nhận diện kiểu bồn chồn bạn đang trải qua</w:t>
      </w:r>
    </w:p>
    <w:p>
      <w:pPr>
        <w:spacing w:after="80"/>
      </w:pPr>
      <w:r>
        <w:rPr>
          <w:b w:val="0"/>
          <w:i w:val="0"/>
        </w:rPr>
        <w:t>Nếu bạn đang cảm thấy bồn chồn và muốn rời khỏi vị trí, vai trò hoặc tổ chức hiện tại của mình, hãy tự hỏi những câu sau:</w:t>
      </w:r>
    </w:p>
    <w:p>
      <w:pPr>
        <w:spacing w:after="80"/>
        <w:ind w:left="360"/>
      </w:pPr>
      <w:r>
        <w:t xml:space="preserve">1. </w:t>
      </w:r>
      <w:r>
        <w:rPr>
          <w:b w:val="0"/>
          <w:i w:val="0"/>
        </w:rPr>
        <w:t xml:space="preserve">Tôi muốn </w:t>
      </w:r>
      <w:r>
        <w:rPr>
          <w:b w:val="0"/>
          <w:i/>
        </w:rPr>
        <w:t>rời xa</w:t>
      </w:r>
      <w:r>
        <w:rPr>
          <w:b w:val="0"/>
          <w:i w:val="0"/>
        </w:rPr>
        <w:t xml:space="preserve"> một điều gì đó hay </w:t>
      </w:r>
      <w:r>
        <w:rPr>
          <w:b w:val="0"/>
          <w:i/>
        </w:rPr>
        <w:t>hướng tới</w:t>
      </w:r>
      <w:r>
        <w:rPr>
          <w:b w:val="0"/>
          <w:i w:val="0"/>
        </w:rPr>
        <w:t xml:space="preserve"> một điều gì đó?</w:t>
      </w:r>
    </w:p>
    <w:p>
      <w:pPr>
        <w:spacing w:after="80"/>
        <w:ind w:left="360"/>
      </w:pPr>
      <w:r>
        <w:t xml:space="preserve">2. </w:t>
      </w:r>
      <w:r>
        <w:rPr>
          <w:b w:val="0"/>
          <w:i w:val="0"/>
        </w:rPr>
        <w:t>Tôi đã cống hiến hết mức tốt nhất của mình ở nơi hiện tại chưa?</w:t>
      </w:r>
    </w:p>
    <w:p>
      <w:pPr>
        <w:spacing w:after="80"/>
        <w:ind w:left="360"/>
      </w:pPr>
      <w:r>
        <w:t xml:space="preserve">3. </w:t>
      </w:r>
      <w:r>
        <w:rPr>
          <w:b w:val="0"/>
          <w:i w:val="0"/>
        </w:rPr>
        <w:t>Tôi đang cố thoát khỏi nỗi đau hay đang hướng tới sự phát triển?</w:t>
      </w:r>
    </w:p>
    <w:p>
      <w:pPr>
        <w:spacing w:after="80"/>
        <w:ind w:left="360"/>
      </w:pPr>
      <w:r>
        <w:t xml:space="preserve">4. </w:t>
      </w:r>
      <w:r>
        <w:rPr>
          <w:b w:val="0"/>
          <w:i w:val="0"/>
        </w:rPr>
        <w:t>Tôi có sẵn sàng kiên nhẫn chờ đợi cho đến khi một cơ hội tuyệt vời xuất hiện không?</w:t>
      </w:r>
    </w:p>
    <w:p>
      <w:pPr>
        <w:spacing w:after="80"/>
      </w:pPr>
      <w:r>
        <w:rPr>
          <w:b w:val="0"/>
          <w:i w:val="0"/>
        </w:rPr>
        <w:t>Một khi bạn chắc chắn rằng khát khao chuyển đổi của mình được thúc đẩy bởi những lý do đúng đắn, hãy dùng các bước sau để giúp bạn đi qua quá trình này một cách đúng đắn.</w:t>
      </w:r>
    </w:p>
    <w:p>
      <w:pPr>
        <w:pStyle w:val="Heading3"/>
      </w:pPr>
      <w:r>
        <w:rPr>
          <w:rFonts w:ascii="Calibri" w:hAnsi="Calibri"/>
          <w:b/>
          <w:i w:val="0"/>
          <w:sz w:val="26"/>
        </w:rPr>
        <w:t>1. Xem xét các khả năng của bạn</w:t>
      </w:r>
    </w:p>
    <w:p>
      <w:pPr>
        <w:spacing w:after="80"/>
      </w:pPr>
      <w:r>
        <w:rPr>
          <w:b w:val="0"/>
          <w:i w:val="0"/>
        </w:rPr>
        <w:t>Mọi sự chuyển đổi trong đời đều là một sự đánh đổi. Ngay cả khi bạn rời bỏ một nơi tiêu cực, bạn vẫn để lại phía sau một số điều tốt đẹp. Ngay cả khi bạn đến một nơi tuyệt vời trong vai trò mới, sẽ có một số điều về nó mà bạn không thích. Nó không phải là trắng đen rõ ràng. Và bạn càng thành công, việc đánh đổi càng khó khăn, bởi vì bạn phải từ bỏ nhiều hơn khi đánh đổi và chuyển đổi. Đó là lý do tại sao một số người trở nên thành công rồi sau đó lại trở nên phẳng lặng, dậm chân tại chỗ.</w:t>
      </w:r>
    </w:p>
    <w:p>
      <w:pPr>
        <w:spacing w:after="80"/>
      </w:pPr>
      <w:r>
        <w:rPr>
          <w:b w:val="0"/>
          <w:i w:val="0"/>
        </w:rPr>
        <w:t>Như tôi đã giải thích, nếu bạn đang trải qua kiểu bồn chồn đúng nghĩa, bạn sẽ không bị thôi thúc phải nhảy ngay sang một thứ khác. Sự kiên nhẫn và chín chắn sẽ tiếp sức cho bạn cân nhắc các khả năng của mình khi bạn tìm cách chuyển hướng. Trong khoảng thời gian đó, hãy học hỏi, suy ngẫm, cầu nguyện, lập kế hoạch, đọc và viết. Hãy tìm kiếm cơ hội. Hãy phỏng vấn những người đi trước bạn trên hành trình. Hãy tận dụng thời gian theo hướng có lợi cho bạn.</w:t>
      </w:r>
    </w:p>
    <w:p>
      <w:pPr>
        <w:pStyle w:val="Heading3"/>
      </w:pPr>
      <w:r>
        <w:rPr>
          <w:rFonts w:ascii="Calibri" w:hAnsi="Calibri"/>
          <w:b/>
          <w:i w:val="0"/>
          <w:sz w:val="26"/>
        </w:rPr>
        <w:t>2. Cân nhắc Rủi ro và Phần thưởng</w:t>
      </w:r>
    </w:p>
    <w:p>
      <w:pPr>
        <w:spacing w:after="80"/>
      </w:pPr>
      <w:r>
        <w:rPr>
          <w:b w:val="0"/>
          <w:i w:val="0"/>
        </w:rPr>
        <w:t>Nếu bạn kiên nhẫn và mở rộng tầm mắt, bạn sẽ tìm thấy cơ hội. Trước khi chuyển hướng, thật khôn ngoan khi đánh giá rủi ro. Đôi khi khi làm việc này, tôi thực sự ngồi xuống với tập giấy ghi chú pháp lý của mình và tạo hai cột, một cột ghi "Rủi ro" và cột kia ghi "Phần thưởng". Sau đó tôi liệt kê mọi rủi ro và phần thưởng mà tôi có thể nghĩ ra vào các cột và so sánh hai bên. Đây không chỉ là chuyện danh sách nào dài hơn. Không phải mọi mục đều ngang nhau. Một rủi ro hay phần thưởng duy nhất có thể có sức nặng đến mức làm nghiêng cán cân.</w:t>
      </w:r>
    </w:p>
    <w:p>
      <w:pPr>
        <w:spacing w:after="80"/>
      </w:pPr>
      <w:r>
        <w:rPr>
          <w:b w:val="0"/>
          <w:i w:val="0"/>
        </w:rPr>
        <w:t>Khi cân nhắc rủi ro so với phần thưởng, hãy chắc chắn tính đến những điều khơi dậy đam mê của bạn, dành cho chúng sức nặng đặc biệt. Và hãy tự hỏi những câu hỏi sau:</w:t>
      </w:r>
    </w:p>
    <w:p>
      <w:pPr>
        <w:spacing w:after="80"/>
      </w:pPr>
      <w:r>
        <w:rPr>
          <w:b/>
          <w:i w:val="0"/>
        </w:rPr>
        <w:t>• Phần thưởng tiềm năng có lớn hơn rủi ro không?</w:t>
      </w:r>
      <w:r>
        <w:rPr>
          <w:b w:val="0"/>
          <w:i w:val="0"/>
        </w:rPr>
        <w:t xml:space="preserve"> Hãy càng cụ thể càng tốt về phần thưởng. Bạn không muốn thực hiện một bước nhảy vọt lớn chỉ vì một phần thưởng nhỏ, hay mạo hiểm nhiều chỉ vì tiềm năng của một khoản lợi nhỏ.</w:t>
      </w:r>
    </w:p>
    <w:p>
      <w:pPr>
        <w:spacing w:after="80"/>
      </w:pPr>
      <w:r>
        <w:rPr>
          <w:b/>
          <w:i w:val="0"/>
        </w:rPr>
        <w:t>• Điều bạn hy vọng làm có khả thi không?</w:t>
      </w:r>
      <w:r>
        <w:rPr>
          <w:b w:val="0"/>
          <w:i w:val="0"/>
        </w:rPr>
        <w:t xml:space="preserve"> Cuộc sống không có gì bảo đảm. Bạn có thể không chắc chắn về khả năng của mình để đạt được điều bạn mong muốn. Nhưng bạn phải biết rằng điều đó </w:t>
      </w:r>
      <w:r>
        <w:rPr>
          <w:b w:val="0"/>
          <w:i/>
        </w:rPr>
        <w:t>có thể</w:t>
      </w:r>
      <w:r>
        <w:rPr>
          <w:b w:val="0"/>
          <w:i w:val="0"/>
        </w:rPr>
        <w:t xml:space="preserve"> đạt được.</w:t>
      </w:r>
    </w:p>
    <w:p>
      <w:pPr>
        <w:spacing w:after="80"/>
      </w:pPr>
      <w:r>
        <w:rPr>
          <w:b/>
          <w:i w:val="0"/>
        </w:rPr>
        <w:t>• Bạn có thể phục hồi sau mặt trái không?</w:t>
      </w:r>
      <w:r>
        <w:rPr>
          <w:b w:val="0"/>
          <w:i w:val="0"/>
        </w:rPr>
        <w:t xml:space="preserve"> Bạn cần biết những mặt trái là gì, và biết rằng nếu kết quả là một thảm họa thì bạn sẽ có thể phục hồi từ đó. Thất bại thì không sao. Thất bại theo cách mà bạn không thể phục hồi thì không khôn ngoan chút nào.</w:t>
      </w:r>
    </w:p>
    <w:p>
      <w:pPr>
        <w:spacing w:after="80"/>
      </w:pPr>
      <w:r>
        <w:rPr>
          <w:b w:val="0"/>
          <w:i w:val="0"/>
        </w:rPr>
        <w:t>Nói chung, chuyển hướng mà không rõ mình muốn đi đâu là điều không khôn ngoan. Bạn có thể làm theo bản năng của mình, nhưng bạn không muốn làm điều đó một cách thiếu hiểu biết.</w:t>
      </w:r>
    </w:p>
    <w:p>
      <w:pPr>
        <w:pStyle w:val="Heading3"/>
      </w:pPr>
      <w:r>
        <w:rPr>
          <w:rFonts w:ascii="Calibri" w:hAnsi="Calibri"/>
          <w:b/>
          <w:i w:val="0"/>
          <w:sz w:val="26"/>
        </w:rPr>
        <w:t>3. Nhận sự khẳng định từ vòng tròn thân cận của bạn</w:t>
      </w:r>
    </w:p>
    <w:p>
      <w:pPr>
        <w:spacing w:after="80"/>
      </w:pPr>
      <w:r>
        <w:rPr>
          <w:b w:val="0"/>
          <w:i w:val="0"/>
        </w:rPr>
        <w:t>Người quan trọng nhất mà bạn cần nhận sự khẳng định từ họ khi đưa ra quyết định chuyển hướng chính là bản thân bạn. Bạn cần hiểu rõ trái tim mình. Bạn cần có sự tự tin. Bạn không muốn thực hiện một bước đi nếu bạn không tìm thấy sự bình an trong chính mình. Nếu không, bạn sẽ bị nỗi nghi ngờ giày vò nếu có điều gì đó sai sót. Và điều đó khiến bạn khó giữ vững và kiên trì.</w:t>
      </w:r>
    </w:p>
    <w:p>
      <w:pPr>
        <w:spacing w:after="80"/>
        <w:jc w:val="center"/>
      </w:pPr>
      <w:r>
        <w:rPr>
          <w:b/>
          <w:i w:val="0"/>
        </w:rPr>
        <w:t>Người quan trọng nhất mà bạn cần nhận sự khẳng định từ họ khi đưa ra quyết định chuyển hướng chính là bản thân bạn.</w:t>
      </w:r>
    </w:p>
    <w:p>
      <w:pPr>
        <w:spacing w:after="80"/>
      </w:pPr>
      <w:r>
        <w:rPr>
          <w:b w:val="0"/>
          <w:i w:val="0"/>
        </w:rPr>
        <w:t>Đã nói vậy, thật khôn ngoan khi bạn thu thập ý kiến từ những người gần gũi nhất với mình và từ những người khôn ngoan đi trước bạn. Tôi đã tìm kiếm lời khuyên từ mọi người cho mỗi lần chuyển hướng lớn mà tôi đã thực hiện. Tôi tìm lời khuyên để có sự rõ ràng, nhưng không phải để có sự tự tin. Ý kiến, suy nghĩ, góc nhìn và kinh nghiệm của những người phù hợp có thể mang lại sự rõ ràng to lớn. Họ có thể làm sáng tỏ mọi thứ cho bạn một cách nhanh chóng. Người khác có thể giúp bạn nhìn thấy bức tranh lớn hơn, đặc biệt khi đầu óc bạn đã đắm chìm sâu vào các chi tiết. Nếu quyết định của bạn là đúng, ý kiến của họ sẽ khiến điều đó rõ ràng hơn với bạn.</w:t>
      </w:r>
    </w:p>
    <w:p>
      <w:pPr>
        <w:pStyle w:val="Heading3"/>
      </w:pPr>
      <w:r>
        <w:rPr>
          <w:rFonts w:ascii="Calibri" w:hAnsi="Calibri"/>
          <w:b/>
          <w:i w:val="0"/>
          <w:sz w:val="26"/>
        </w:rPr>
        <w:t>4. Hành động và Tiến về phía trước</w:t>
      </w:r>
    </w:p>
    <w:p>
      <w:pPr>
        <w:spacing w:after="80"/>
      </w:pPr>
      <w:r>
        <w:rPr>
          <w:b w:val="0"/>
          <w:i w:val="0"/>
        </w:rPr>
        <w:t>Cuối cùng, nếu bạn tin rằng quyết định chuyển hướng là đúng và bạn biết mình mong muốn đi đâu, bạn cần hành động. Tôi đã biết nhiều người không thực hiện bước nhảy vọt khi họ nghĩ mình nên làm, và sau đó hối tiếc vì đã không thực hiện nó. Hầu hết những người tôi biết đã thử, đã mạo hiểm và thất bại đều hài lòng vì họ đã có can đảm để thử. Họ có sự tự trọng, dù họ không đạt được điều mình mong đợi. Không phải ai cũng mong đạt đến đỉnh cao, nhưng ai cũng muốn có cơ hội thử sức.</w:t>
      </w:r>
    </w:p>
    <w:p>
      <w:pPr>
        <w:spacing w:after="80"/>
      </w:pPr>
      <w:r>
        <w:rPr>
          <w:b w:val="0"/>
          <w:i w:val="0"/>
        </w:rPr>
        <w:t>Sự do dự và không hành động là những thứ làm tổn thương hầu hết mọi người. Những người không thực hiện bước nhảy vọt khi họ nghĩ mình nên làm sẽ chết dần chết mòn. Họ nghĩ về những gì lẽ ra có thể đã xảy ra—đặc biệt khi họ bước vào độ tuổi bốn mươi và năm mươi. Hầu hết những quyết định mà người ta hối tiếc trong đời là những quyết định dẫn đến không hành động. Nếu bạn đang già đi, điều duy nhất tồi tệ hơn việc không đưa ra quyết định khi bạn còn trẻ chính là không đưa ra quyết định đó ngay bây giờ nếu bạn vẫn còn có thể. Đừng sống cuộc đời mình bị ám ảnh bởi câu hỏi "Giá như...?"</w:t>
      </w:r>
    </w:p>
    <w:p>
      <w:pPr>
        <w:spacing w:after="80"/>
      </w:pPr>
      <w:r>
        <w:rPr>
          <w:b w:val="0"/>
          <w:i w:val="0"/>
        </w:rPr>
        <w:t>Tôi chưa bao giờ có sự rõ ràng hoàn toàn khi đến lúc tôi cần thay đổi. Tôi chưa bao giờ có một viễn cảnh mà trong đó mọi thứ được bày ra sẵn cho tôi. Nhu cầu chuyển hướng của tôi luôn đến khi tôi bắt đầu cảm thấy không hài lòng và nghĩ về những khả năng khác. Khi tôi ở đúng nơi làm đúng việc, tôi không nghĩ đến bất kỳ khả năng nào khác. Tôi chỉ yêu thích điều mình đang làm và không thể tưởng tượng được việc làm bất cứ điều gì khác. Tôi hào hứng và tôi muốn mọi người xung quanh tôi cũng hào hứng. Tôi muốn họ có cơ hội tham gia và hưởng lợi từ những gì đang diễn ra. Khi tôi bắt đầu cảm thấy chút không hài lòng, thường là vì tôi không thể phát triển thêm được nữa và hoàn cảnh hiện tại của tôi đang giới hạn tiềm năng của tôi. Đó là lúc tôi bắt đầu mở lòng với những khả năng khác và chuyển từ cảm giác trực giác về một sự chuyển hướng sang quá trình cụ thể hơn mà tôi đã mô tả.</w:t>
      </w:r>
    </w:p>
    <w:p>
      <w:pPr>
        <w:pStyle w:val="Heading2"/>
      </w:pPr>
      <w:r>
        <w:rPr>
          <w:rFonts w:ascii="Calibri" w:hAnsi="Calibri"/>
          <w:b/>
          <w:i w:val="0"/>
          <w:sz w:val="32"/>
        </w:rPr>
        <w:t>2. Người lãnh đạo có thể làm gì để thực hiện những thay đổi mà một tổ chức cần để thành công nhưng lại kháng cự thực hiện?</w:t>
      </w:r>
    </w:p>
    <w:p>
      <w:pPr>
        <w:spacing w:after="80"/>
      </w:pPr>
      <w:r>
        <w:rPr>
          <w:b w:val="0"/>
          <w:i w:val="0"/>
        </w:rPr>
        <w:t>Cựu tổng thống Mỹ Woodrow Wilson từng nói: "Nếu bạn muốn tạo kẻ thù, hãy thay đổi điều gì đó." Ít ai thích thay đổi và chào đón nó. Tôi từng nghĩ rằng người lãnh đạo thích thay đổi còn người đi theo thì không, nhưng sự thật là người lãnh đạo cũng chẳng thích thay đổi hơn ai cả — trừ khi đó là ý tưởng của chính họ!</w:t>
      </w:r>
    </w:p>
    <w:p>
      <w:pPr>
        <w:spacing w:after="80"/>
        <w:jc w:val="center"/>
      </w:pPr>
      <w:r>
        <w:rPr>
          <w:b/>
          <w:i w:val="0"/>
        </w:rPr>
        <w:t>"Nếu bạn muốn tạo kẻ thù, hãy thay đổi điều gì đó."</w:t>
      </w:r>
    </w:p>
    <w:p>
      <w:pPr>
        <w:spacing w:after="80"/>
        <w:jc w:val="center"/>
      </w:pPr>
      <w:r>
        <w:rPr>
          <w:b/>
          <w:i/>
        </w:rPr>
        <w:t>—Woodrow Wilson</w:t>
      </w:r>
    </w:p>
    <w:p>
      <w:pPr>
        <w:spacing w:after="80"/>
      </w:pPr>
      <w:r>
        <w:rPr>
          <w:b w:val="0"/>
          <w:i w:val="0"/>
        </w:rPr>
        <w:t>Không phải mọi thay đổi đều là tiến bộ, nhưng không có thay đổi thì không thể có tiến bộ. Và thường thì người lãnh đạo phải là người khởi xướng và thực hiện những thay đổi. Nhưng đây là tin tốt: nếu con người cần thay đổi, họ thường tìm đến người lãnh đạo để được truyền cảm hứng và dẫn dắt. Nhà lãnh đạo phong trào dân quyền Martin Luther King Jr. nhận xét: "Người ta thường được dẫn dắt đến những lý tưởng lớn lao và thường gắn bó với chúng qua những con người hiện thân cho những lý tưởng ấy. Họ phải tìm thấy hình ảnh của lý tưởng đó bằng xương bằng thịt thì mới có thể dấn thân vì nó."</w:t>
      </w:r>
    </w:p>
    <w:p>
      <w:pPr>
        <w:spacing w:after="80"/>
      </w:pPr>
      <w:r>
        <w:rPr>
          <w:b w:val="0"/>
          <w:i w:val="0"/>
        </w:rPr>
        <w:t>Nếu bạn thấy mình ở vào vị trí là người lãnh đạo phải dẫn đầu công cuộc thay đổi, hãy ghi nhớ những nguyên tắc sau:</w:t>
      </w:r>
    </w:p>
    <w:p>
      <w:pPr>
        <w:pStyle w:val="Heading3"/>
      </w:pPr>
      <w:r>
        <w:rPr>
          <w:rFonts w:ascii="Calibri" w:hAnsi="Calibri"/>
          <w:b/>
          <w:i w:val="0"/>
          <w:sz w:val="26"/>
        </w:rPr>
        <w:t>Thay đổi điều cần thay đổi, chứ không phải điều dễ thay đổi</w:t>
      </w:r>
    </w:p>
    <w:p>
      <w:pPr>
        <w:spacing w:after="80"/>
      </w:pPr>
      <w:r>
        <w:rPr>
          <w:b w:val="0"/>
          <w:i w:val="0"/>
        </w:rPr>
        <w:t>Khi tổ chức gặp khó khăn, người lãnh đạo theo bản năng biết rằng cần phải có những thay đổi. Một câu hỏi đặt ra là liệu họ sẽ thực hiện những thay đổi thực sự cần thiết hay chỉ là những thay đổi bề ngoài. Những thay đổi bề ngoài thì tương đối dễ làm. Chúng tạo ra vẻ ngoài như đã thay đổi, nhưng thường không thực sự mang lại kết quả tích cực.</w:t>
      </w:r>
    </w:p>
    <w:p>
      <w:pPr>
        <w:spacing w:after="80"/>
      </w:pPr>
      <w:r>
        <w:rPr>
          <w:b w:val="0"/>
          <w:i w:val="0"/>
        </w:rPr>
        <w:t>Những thay đổi có thể tạo ra khác biệt thì khó hơn. Ví dụ, thay đổi văn hóa tổ chức khi nó không lành mạnh là điều khó khăn. Thay đổi các giá trị cũng vậy. Hoặc thay đổi người lãnh đạo và cách họ được phát triển. Nhưng chính những nỗ lực kiểu này mới thực sự thay đổi một tổ chức.</w:t>
      </w:r>
    </w:p>
    <w:p>
      <w:pPr>
        <w:spacing w:after="80"/>
      </w:pPr>
      <w:r>
        <w:rPr>
          <w:b w:val="0"/>
          <w:i w:val="0"/>
        </w:rPr>
        <w:t>Tổ chức thứ hai mà tôi lãnh đạo đã bị chững lại trước khi tôi đến. Trong nỗ lực bắt đầu tiến triển trở lại, tổ chức đã thực hiện một số thay đổi, nhưng chúng chỉ là bề ngoài. Tổ chức đổi tên — một chiến lược phổ biến nhưng ít mang lại lợi ích tích cực nếu đó là điều duy nhất được làm. Tổ chức cải thiện chút ít cơ sở vật chất. Tổ chức thay đổi giờ họp. Những điều này không tạo ra sự tăng trưởng.</w:t>
      </w:r>
    </w:p>
    <w:p>
      <w:pPr>
        <w:spacing w:after="80"/>
      </w:pPr>
      <w:r>
        <w:rPr>
          <w:b w:val="0"/>
          <w:i w:val="0"/>
        </w:rPr>
        <w:t>Điều cần thay đổi chính là văn hóa. Ngay khi đến, tôi bắt đầu phát triển và trang bị cho đội ngũ lãnh đạo. Đó là một quá trình chậm chạp và khó khăn. Nhưng nó tạo ra sự thay đổi lâu dài. Sau một năm, tổ chức bắt đầu phát triển. Không lâu sau, chúng tôi bắt đầu lên kế hoạch xây dựng những cơ sở vật chất lớn hơn.</w:t>
      </w:r>
    </w:p>
    <w:p>
      <w:pPr>
        <w:spacing w:after="80"/>
      </w:pPr>
      <w:r>
        <w:rPr>
          <w:b w:val="0"/>
          <w:i w:val="0"/>
        </w:rPr>
        <w:t>Vào lúc viết những dòng này, tôi đang nỗ lực thúc đẩy một thay đổi lớn trong một tổ chức của mình, EQUIP. Hơn mười năm qua, chúng tôi đã đào tạo các nhà lãnh đạo và đã rất thành công. EQUIP là tổ chức đào tạo lãnh đạo thành công nhất thế giới, đã đào tạo hơn năm triệu nhà lãnh đạo ở gần như mọi quốc gia trên thế giới. Nhưng tôi tin EQUIP có thể làm được nhiều hơn thế. Chúng tôi đang nỗ lực chuyển từ đào tạo sang chuyển hóa (transformation). Chúng tôi muốn tạo ra tác động đáng kể đến con người ở những quốc gia nơi EQUIP hoạt động.</w:t>
      </w:r>
    </w:p>
    <w:p>
      <w:pPr>
        <w:spacing w:after="80"/>
      </w:pPr>
      <w:r>
        <w:rPr>
          <w:b w:val="0"/>
          <w:i w:val="0"/>
        </w:rPr>
        <w:t xml:space="preserve">Điều đó có nghĩa là thay đổi sẽ dễ dàng ư? Không. Có gì đảm bảo chúng tôi sẽ thành công không? Không. Nhưng chúng tôi đang cố gắng hết sức vì nếu chúng tôi </w:t>
      </w:r>
      <w:r>
        <w:rPr>
          <w:b w:val="0"/>
          <w:i/>
        </w:rPr>
        <w:t>thực sự</w:t>
      </w:r>
      <w:r>
        <w:rPr>
          <w:b w:val="0"/>
          <w:i w:val="0"/>
        </w:rPr>
        <w:t xml:space="preserve"> thành công, chúng tôi sẽ giúp chuyển hóa cuộc sống của con người. Và nếu bạn giúp đủ nhiều người chuyển hóa, họ sẽ chuyển hóa cả quốc gia của mình.</w:t>
      </w:r>
    </w:p>
    <w:p>
      <w:pPr>
        <w:pStyle w:val="Heading3"/>
      </w:pPr>
      <w:r>
        <w:rPr>
          <w:rFonts w:ascii="Calibri" w:hAnsi="Calibri"/>
          <w:b/>
          <w:i w:val="0"/>
          <w:sz w:val="26"/>
        </w:rPr>
        <w:t>Buông bỏ ngày hôm qua để có thể bước tới ngày mai</w:t>
      </w:r>
    </w:p>
    <w:p>
      <w:pPr>
        <w:spacing w:after="80"/>
      </w:pPr>
      <w:r>
        <w:rPr>
          <w:b w:val="0"/>
          <w:i w:val="0"/>
        </w:rPr>
        <w:t>Bill Gates, đồng sáng lập và cựu CEO của Microsoft, từng nói: "Trong ba năm nữa, mọi sản phẩm công ty tôi làm ra sẽ trở nên lỗi thời. Câu hỏi duy nhất là liệu chúng tôi sẽ làm nó lỗi thời hay người khác sẽ làm điều đó." Vì tốc độ thay đổi của công nghệ ngày nay, những người làm trong lĩnh vực đó chấp nhận rằng họ phải buông bỏ ngày hôm qua và đón nhận thay đổi vì ngày mai. Những người trong chúng ta không có chuyên môn kỹ thuật hoặc không làm trong các ngành liên quan dường như gặp khó khăn hơn với khái niệm này.</w:t>
      </w:r>
    </w:p>
    <w:p>
      <w:pPr>
        <w:spacing w:after="80"/>
      </w:pPr>
      <w:r>
        <w:rPr>
          <w:b w:val="0"/>
          <w:i w:val="0"/>
        </w:rPr>
        <w:t>Hai tác giả và nhà tư vấn Eric Harvey và Steve Ventura khẳng định: "Bộ não của chúng ta giống như những chiếc tủ quần áo. Theo thời gian, chúng chứa đầy những thứ mà ta không còn dùng nữa — những thứ không còn vừa. Thỉnh thoảng chúng cần được dọn dẹp." Nếu bạn định dẫn dắt sự thay đổi, bạn cần dọn dẹp chiếc tủ của mình, và bạn cần giúp những người bạn lãnh đạo làm điều tương tự. Đó thường không chỉ là một bài tập thực hành hay trí tuệ; mà còn là một bài tập cảm xúc.</w:t>
      </w:r>
    </w:p>
    <w:p>
      <w:pPr>
        <w:spacing w:after="80"/>
      </w:pPr>
      <w:r>
        <w:rPr>
          <w:b w:val="0"/>
          <w:i w:val="0"/>
        </w:rPr>
        <w:t>Hãy ghi nhận tầm quan trọng của quá khứ. Tôn vinh những người đã có đóng góp trong quá khứ. Nhưng đồng thời cũng chỉ cho họ thấy vì sao họ không thể cứ đứng yên ở chỗ cũ, và vì sao nơi bạn muốn đưa họ đến lại tốt hơn rất nhiều.</w:t>
      </w:r>
    </w:p>
    <w:p>
      <w:pPr>
        <w:pStyle w:val="Heading3"/>
      </w:pPr>
      <w:r>
        <w:rPr>
          <w:rFonts w:ascii="Calibri" w:hAnsi="Calibri"/>
          <w:b/>
          <w:i w:val="0"/>
          <w:sz w:val="26"/>
        </w:rPr>
        <w:t>Truyền đạt thông điệp một cách đơn giản mà mạnh mẽ</w:t>
      </w:r>
    </w:p>
    <w:p>
      <w:pPr>
        <w:spacing w:after="80"/>
      </w:pPr>
      <w:r>
        <w:rPr>
          <w:b w:val="0"/>
          <w:i w:val="0"/>
        </w:rPr>
        <w:t>Người lãnh đạo giỏi biết biến cái phức tạp thành đơn giản. Đó là dấu ấn của một người giao tiếp giỏi. Điều đó không dễ, nhưng ai đã từng nói lãnh đạo là phải dễ dàng chứ?</w:t>
      </w:r>
    </w:p>
    <w:p>
      <w:pPr>
        <w:spacing w:after="80"/>
      </w:pPr>
      <w:r>
        <w:rPr>
          <w:b w:val="0"/>
          <w:i w:val="0"/>
        </w:rPr>
        <w:t>Một thông điệp đơn giản, rõ ràng có sức mạnh rất lớn. Một ví dụ rất hay về sức mạnh truyền đạt rõ ràng của người lãnh đạo đến từ cách lãnh đạo của Roberto Goizueta tại Coca-Cola Company vào những năm 1980. Goizueta là một trong những CEO thành công nhất trong lịch sử của Coke và đã đưa Coca-Cola trở thành thương hiệu nổi bật nhất thế giới. Một trong những điều ông thường nói để khắc sâu vào lòng người tiềm năng tăng trưởng của Coke là thế này: mỗi người trong số sáu tỷ người trên hành tinh này uống trung bình 64 ounce chất lỏng mỗi ngày, trong đó chỉ có hai ounce là Coca-Cola. Thật là một bức tranh rõ ràng. Việc thu hẹp "khoảng cách 62" đã trở thành tâm điểm truyền cảm hứng và động lực trong công ty. Mọi người đón nhận thay đổi để đạt được điều đó.</w:t>
      </w:r>
    </w:p>
    <w:p>
      <w:pPr>
        <w:spacing w:after="80"/>
      </w:pPr>
      <w:r>
        <w:rPr>
          <w:b w:val="0"/>
          <w:i w:val="0"/>
        </w:rPr>
        <w:t>Một điều nữa bạn cần làm khi truyền đạt tầm nhìn về thay đổi là đưa cho mọi người nhiều lý do để thay đổi. Càng nhiều lý do để thay đổi, mọi người càng dễ chấp nhận nó. Chắc chắn lý do chính có lẽ sẽ là vì nó tốt hơn cho tổ chức. Nhưng nó cũng tốt cho khách hàng, người dùng và cộng đồng như thế nào? Và nó tốt hơn cho những người trong tổ chức - những người phải thực hiện thay đổi - ra sao? Đừng bao giờ đánh giá thấp tầm quan trọng của việc trả lời câu hỏi "Điều này mang lại gì cho tôi?"</w:t>
      </w:r>
    </w:p>
    <w:p>
      <w:pPr>
        <w:pStyle w:val="Heading3"/>
      </w:pPr>
      <w:r>
        <w:rPr>
          <w:rFonts w:ascii="Calibri" w:hAnsi="Calibri"/>
          <w:b/>
          <w:i w:val="0"/>
          <w:sz w:val="26"/>
        </w:rPr>
        <w:t>Khơi dậy niềm tin nơi con người</w:t>
      </w:r>
    </w:p>
    <w:p>
      <w:pPr>
        <w:spacing w:after="80"/>
      </w:pPr>
      <w:r>
        <w:rPr>
          <w:b w:val="0"/>
          <w:i w:val="0"/>
        </w:rPr>
        <w:t>Khi bạn nỗ lực thực hiện các thay đổi, bạn phải tin vào chúng. Không có niềm tin mãnh liệt, bạn sẽ không dồn 100 phần trăm của mình cho những thay đổi đó. Mọi người sẽ cảm nhận được điều đó và sẽ không đi theo bạn. Nhưng tin vào mục tiêu thôi là chưa đủ. Bạn cũng phải tin vào những người sẽ tạo ra thay đổi. Không có niềm tin đó, họ sẽ không tiến lên. Cựu CEO của General Electric, Jack Welch, đã nhận xét: "Bất cứ khi nào có thay đổi, là có cơ hội. Vì vậy điều tối quan trọng là tổ chức phải được tiếp thêm năng lượng thay vì bị tê liệt."</w:t>
      </w:r>
    </w:p>
    <w:p>
      <w:pPr>
        <w:spacing w:after="80"/>
      </w:pPr>
      <w:r>
        <w:rPr>
          <w:b w:val="0"/>
          <w:i w:val="0"/>
        </w:rPr>
        <w:t>Bạn tiếp thêm năng lượng cho một tổ chức bằng cách tiếp thêm năng lượng cho con người trong đó. Bạn khơi dậy niềm tin của họ vào chính bản thân họ. Sự tin tưởng của bạn dành cho họ sẽ mang lại cho họ sự tự tin vào chính mình. Như J. Sterling Livingston đã nói: "Con người hành động một cách nhất quán theo cách họ cảm nhận bạn kỳ vọng ở họ."</w:t>
      </w:r>
    </w:p>
    <w:p>
      <w:pPr>
        <w:pStyle w:val="Heading3"/>
      </w:pPr>
      <w:r>
        <w:rPr>
          <w:rFonts w:ascii="Calibri" w:hAnsi="Calibri"/>
          <w:b/>
          <w:i w:val="0"/>
          <w:sz w:val="26"/>
        </w:rPr>
        <w:t>Tìm ra những rào cản</w:t>
      </w:r>
    </w:p>
    <w:p>
      <w:pPr>
        <w:spacing w:after="80"/>
      </w:pPr>
      <w:r>
        <w:rPr>
          <w:b w:val="0"/>
          <w:i w:val="0"/>
        </w:rPr>
        <w:t>Thật dễ để quen với những rào cản và bắt đầu nghĩ rằng chúng là bình thường và không cần thay đổi. Bạn có thể cần phải làm mới cách suy nghĩ của mình để tiến về phía trước. Hãy tự hỏi:</w:t>
      </w:r>
    </w:p>
    <w:p>
      <w:pPr>
        <w:spacing w:after="80"/>
        <w:ind w:left="360"/>
      </w:pPr>
      <w:r>
        <w:t xml:space="preserve">1. </w:t>
      </w:r>
      <w:r>
        <w:rPr>
          <w:b w:val="0"/>
          <w:i w:val="0"/>
        </w:rPr>
        <w:t>Những rào cản nội bộ nào tôi cần tự mình gỡ bỏ để giúp tạo điều kiện cho những thay đổi cần thiết?</w:t>
      </w:r>
    </w:p>
    <w:p>
      <w:pPr>
        <w:spacing w:after="80"/>
        <w:ind w:left="360"/>
      </w:pPr>
      <w:r>
        <w:t xml:space="preserve">2. </w:t>
      </w:r>
      <w:r>
        <w:rPr>
          <w:b w:val="0"/>
          <w:i w:val="0"/>
        </w:rPr>
        <w:t>Những chính sách nào đi ngược lại những thay đổi cần thiết và làm sao tôi có thể loại bỏ chúng?</w:t>
      </w:r>
    </w:p>
    <w:p>
      <w:pPr>
        <w:spacing w:after="80"/>
        <w:ind w:left="360"/>
      </w:pPr>
      <w:r>
        <w:t xml:space="preserve">3. </w:t>
      </w:r>
      <w:r>
        <w:rPr>
          <w:b w:val="0"/>
          <w:i w:val="0"/>
        </w:rPr>
        <w:t>Những nhiệm vụ không cần thiết nào có thể được loại bỏ để giải phóng mọi người nhằm thực hiện những thay đổi cần thiết?</w:t>
      </w:r>
    </w:p>
    <w:p>
      <w:pPr>
        <w:spacing w:after="80"/>
        <w:ind w:left="360"/>
      </w:pPr>
      <w:r>
        <w:t xml:space="preserve">4. </w:t>
      </w:r>
      <w:r>
        <w:rPr>
          <w:b w:val="0"/>
          <w:i w:val="0"/>
        </w:rPr>
        <w:t>Những nguồn lực nào có thể được giải phóng để giúp biến những thay đổi cần thiết thành hiện thực?</w:t>
      </w:r>
    </w:p>
    <w:p>
      <w:pPr>
        <w:spacing w:after="80"/>
        <w:ind w:left="360"/>
      </w:pPr>
      <w:r>
        <w:t xml:space="preserve">5. </w:t>
      </w:r>
      <w:r>
        <w:rPr>
          <w:b w:val="0"/>
          <w:i w:val="0"/>
        </w:rPr>
        <w:t>Ai đang cố cản trở những thay đổi cần thiết và làm sao tôi có thể khiến những người đó thay đổi?</w:t>
      </w:r>
    </w:p>
    <w:p>
      <w:pPr>
        <w:pStyle w:val="Heading3"/>
      </w:pPr>
      <w:r>
        <w:rPr>
          <w:rFonts w:ascii="Calibri" w:hAnsi="Calibri"/>
          <w:b/>
          <w:i w:val="0"/>
          <w:sz w:val="26"/>
        </w:rPr>
        <w:t>Gỡ bỏ rào cản cho mọi người</w:t>
      </w:r>
    </w:p>
    <w:p>
      <w:pPr>
        <w:spacing w:after="80"/>
      </w:pPr>
      <w:r>
        <w:rPr>
          <w:b w:val="0"/>
          <w:i w:val="0"/>
        </w:rPr>
        <w:t xml:space="preserve">Khi bạn đã truyền đạt được nhu cầu và tầm nhìn của sự thay đổi, đồng thời giúp mọi người tin rằng họ </w:t>
      </w:r>
      <w:r>
        <w:rPr>
          <w:b w:val="0"/>
          <w:i/>
        </w:rPr>
        <w:t>có thể</w:t>
      </w:r>
      <w:r>
        <w:rPr>
          <w:b w:val="0"/>
          <w:i w:val="0"/>
        </w:rPr>
        <w:t xml:space="preserve"> thay đổi, thì nhiệm vụ quan trọng nhất của bạn với tư cách là một nhà lãnh đạo là bắt đầu dỡ bỏ những rào cản khiến mọi người không thể thực thi kế hoạch. Rào cản thường được tạo ra bởi những hệ thống lỗi thời, quy trình phức tạp, những người khó tính, hoặc nguồn lực eo hẹp. Để tìm ra các rào cản, hãy hòa mình vào mọi người, quan sát những gì họ đang làm, và lắng nghe những lời phàn nàn của họ.</w:t>
      </w:r>
    </w:p>
    <w:p>
      <w:pPr>
        <w:pStyle w:val="Heading3"/>
      </w:pPr>
      <w:r>
        <w:rPr>
          <w:rFonts w:ascii="Calibri" w:hAnsi="Calibri"/>
          <w:b/>
          <w:i w:val="0"/>
          <w:sz w:val="26"/>
        </w:rPr>
        <w:t>Dẫn dắt bằng tốc độ</w:t>
      </w:r>
    </w:p>
    <w:p>
      <w:pPr>
        <w:spacing w:after="80"/>
      </w:pPr>
      <w:r>
        <w:rPr>
          <w:b w:val="0"/>
          <w:i w:val="0"/>
        </w:rPr>
        <w:t>Tốc độ rất quan trọng trong việc tạo ra những thắng lợi ngắn hạn. Đừng bao giờ đánh giá thấp ý nghĩa của những chiến thắng ban đầu trong việc mang lại cho mọi người sự tự tin để tiếp tục tiến về phía trước. Những thắng lợi nuôi dưỡng niềm tin vào nỗ lực thay đổi. Chúng mang lại sự phấn chấn về mặt cảm xúc cho những người đang gánh vác và triển khai sự thay đổi. Và chúng làm im lặng những kẻ chỉ trích. Mỗi thắng lợi đều giúp tạo đà, và đà chính là người bạn thân nhất của một nhà lãnh đạo. Như cựu huấn luyện viên bóng bầu dục đại học Darrel Royal từng nói: "Vận may đi theo tốc độ."</w:t>
      </w:r>
    </w:p>
    <w:p>
      <w:pPr>
        <w:pStyle w:val="Heading2"/>
      </w:pPr>
      <w:r>
        <w:rPr>
          <w:rFonts w:ascii="Calibri" w:hAnsi="Calibri"/>
          <w:b/>
          <w:i w:val="0"/>
          <w:sz w:val="32"/>
        </w:rPr>
        <w:t>3. Làm thế nào để tôi thay đổi tư duy từ một Người sản xuất thành một Nhà lãnh đạo?</w:t>
      </w:r>
    </w:p>
    <w:p>
      <w:pPr>
        <w:spacing w:after="80"/>
      </w:pPr>
      <w:r>
        <w:rPr>
          <w:b w:val="0"/>
          <w:i w:val="0"/>
        </w:rPr>
        <w:t>Hầu hết chúng ta có cơ hội lãnh đạo đầu tiên là nhờ bản thân thành công. Chúng ta tạo ra kết quả cho tổ chức, và một nhà lãnh đạo nào đó trong tổ chức muốn chúng ta giúp người khác làm điều tương tự. Khi điều đó xảy ra, chúng ta cần chuyển dịch trọng tâm của mình.</w:t>
      </w:r>
    </w:p>
    <w:p>
      <w:pPr>
        <w:spacing w:after="80"/>
      </w:pPr>
      <w:r>
        <w:rPr>
          <w:b/>
          <w:i w:val="0"/>
        </w:rPr>
        <w:t>NGƯỜI SẢN XUẤT:</w:t>
      </w:r>
      <w:r>
        <w:rPr>
          <w:b w:val="0"/>
          <w:i w:val="0"/>
        </w:rPr>
        <w:t xml:space="preserve"> Tập trung vào nhiệm vụ</w:t>
      </w:r>
    </w:p>
    <w:p>
      <w:pPr>
        <w:spacing w:after="80"/>
      </w:pPr>
      <w:r>
        <w:rPr>
          <w:b/>
          <w:i w:val="0"/>
        </w:rPr>
        <w:t>NHÀ LÃNH ĐẠO:</w:t>
      </w:r>
      <w:r>
        <w:rPr>
          <w:b w:val="0"/>
          <w:i w:val="0"/>
        </w:rPr>
        <w:t xml:space="preserve"> Tập trung vào đội nhóm</w:t>
      </w:r>
    </w:p>
    <w:p>
      <w:pPr>
        <w:spacing w:after="80"/>
      </w:pPr>
      <w:r>
        <w:rPr>
          <w:b/>
          <w:i w:val="0"/>
        </w:rPr>
        <w:t>NGƯỜI SẢN XUẤT:</w:t>
      </w:r>
      <w:r>
        <w:rPr>
          <w:b w:val="0"/>
          <w:i w:val="0"/>
        </w:rPr>
        <w:t xml:space="preserve"> Cảm thấy mình không thể thiếu trong những gì họ làm</w:t>
      </w:r>
    </w:p>
    <w:p>
      <w:pPr>
        <w:spacing w:after="80"/>
      </w:pPr>
      <w:r>
        <w:rPr>
          <w:b/>
          <w:i w:val="0"/>
        </w:rPr>
        <w:t>NHÀ LÃNH ĐẠO:</w:t>
      </w:r>
      <w:r>
        <w:rPr>
          <w:b w:val="0"/>
          <w:i w:val="0"/>
        </w:rPr>
        <w:t xml:space="preserve"> Cảm thấy có trách nhiệm với những gì người khác làm</w:t>
      </w:r>
    </w:p>
    <w:p>
      <w:pPr>
        <w:spacing w:after="80"/>
      </w:pPr>
      <w:r>
        <w:rPr>
          <w:b/>
          <w:i w:val="0"/>
        </w:rPr>
        <w:t>NGƯỜI SẢN XUẤT:</w:t>
      </w:r>
      <w:r>
        <w:rPr>
          <w:b w:val="0"/>
          <w:i w:val="0"/>
        </w:rPr>
        <w:t xml:space="preserve"> Có tầm nhìn đường hầm</w:t>
      </w:r>
    </w:p>
    <w:p>
      <w:pPr>
        <w:spacing w:after="80"/>
      </w:pPr>
      <w:r>
        <w:rPr>
          <w:b/>
          <w:i w:val="0"/>
        </w:rPr>
        <w:t>NHÀ LÃNH ĐẠO:</w:t>
      </w:r>
      <w:r>
        <w:rPr>
          <w:b w:val="0"/>
          <w:i w:val="0"/>
        </w:rPr>
        <w:t xml:space="preserve"> Có tầm nhìn đội nhóm</w:t>
      </w:r>
    </w:p>
    <w:p>
      <w:pPr>
        <w:spacing w:after="80"/>
      </w:pPr>
      <w:r>
        <w:rPr>
          <w:b/>
          <w:i w:val="0"/>
        </w:rPr>
        <w:t>NGƯỜI SẢN XUẤT:</w:t>
      </w:r>
      <w:r>
        <w:rPr>
          <w:b w:val="0"/>
          <w:i w:val="0"/>
        </w:rPr>
        <w:t xml:space="preserve"> Nghĩ: "Mình có thể giúp gì?"</w:t>
      </w:r>
    </w:p>
    <w:p>
      <w:pPr>
        <w:spacing w:after="80"/>
      </w:pPr>
      <w:r>
        <w:rPr>
          <w:b/>
          <w:i w:val="0"/>
        </w:rPr>
        <w:t>NHÀ LÃNH ĐẠO:</w:t>
      </w:r>
      <w:r>
        <w:rPr>
          <w:b w:val="0"/>
          <w:i w:val="0"/>
        </w:rPr>
        <w:t xml:space="preserve"> Nghĩ: "Ai có thể giúp chúng ta?"</w:t>
      </w:r>
    </w:p>
    <w:p>
      <w:pPr>
        <w:spacing w:after="80"/>
      </w:pPr>
      <w:r>
        <w:rPr>
          <w:b/>
          <w:i w:val="0"/>
        </w:rPr>
        <w:t>NGƯỜI SẢN XUẤT:</w:t>
      </w:r>
      <w:r>
        <w:rPr>
          <w:b w:val="0"/>
          <w:i w:val="0"/>
        </w:rPr>
        <w:t xml:space="preserve"> Hỏi: "Mình có thể làm gì?"</w:t>
      </w:r>
    </w:p>
    <w:p>
      <w:pPr>
        <w:spacing w:after="80"/>
      </w:pPr>
      <w:r>
        <w:rPr>
          <w:b/>
          <w:i w:val="0"/>
        </w:rPr>
        <w:t>NHÀ LÃNH ĐẠO:</w:t>
      </w:r>
      <w:r>
        <w:rPr>
          <w:b w:val="0"/>
          <w:i w:val="0"/>
        </w:rPr>
        <w:t xml:space="preserve"> Hỏi: "Chúng ta có thể làm gì?"</w:t>
      </w:r>
    </w:p>
    <w:p>
      <w:pPr>
        <w:spacing w:after="80"/>
      </w:pPr>
      <w:r>
        <w:rPr>
          <w:b/>
          <w:i w:val="0"/>
        </w:rPr>
        <w:t>NGƯỜI SẢN XUẤT:</w:t>
      </w:r>
      <w:r>
        <w:rPr>
          <w:b w:val="0"/>
          <w:i w:val="0"/>
        </w:rPr>
        <w:t xml:space="preserve"> Tạo ra kết quả bằng phép cộng</w:t>
      </w:r>
    </w:p>
    <w:p>
      <w:pPr>
        <w:spacing w:after="80"/>
      </w:pPr>
      <w:r>
        <w:rPr>
          <w:b/>
          <w:i w:val="0"/>
        </w:rPr>
        <w:t>NHÀ LÃNH ĐẠO:</w:t>
      </w:r>
      <w:r>
        <w:rPr>
          <w:b w:val="0"/>
          <w:i w:val="0"/>
        </w:rPr>
        <w:t xml:space="preserve"> Tạo ra kết quả thông qua việc nhân bản</w:t>
      </w:r>
    </w:p>
    <w:p>
      <w:pPr>
        <w:spacing w:after="80"/>
      </w:pPr>
      <w:r>
        <w:rPr>
          <w:b w:val="0"/>
          <w:i w:val="0"/>
        </w:rPr>
        <w:t xml:space="preserve">Nói một cách đơn giản, để chuyển từ người sản xuất sang nhà lãnh đạo, một người phải thay đổi tư duy từ </w:t>
      </w:r>
      <w:r>
        <w:rPr>
          <w:b w:val="0"/>
          <w:i/>
        </w:rPr>
        <w:t>tôi</w:t>
      </w:r>
      <w:r>
        <w:rPr>
          <w:b w:val="0"/>
          <w:i w:val="0"/>
        </w:rPr>
        <w:t xml:space="preserve"> sang </w:t>
      </w:r>
      <w:r>
        <w:rPr>
          <w:b w:val="0"/>
          <w:i/>
        </w:rPr>
        <w:t>chúng ta</w:t>
      </w:r>
      <w:r>
        <w:rPr>
          <w:b w:val="0"/>
          <w:i w:val="0"/>
        </w:rPr>
        <w:t>.</w:t>
      </w:r>
    </w:p>
    <w:p>
      <w:pPr>
        <w:spacing w:after="80"/>
      </w:pPr>
      <w:r>
        <w:rPr>
          <w:b w:val="0"/>
          <w:i w:val="0"/>
        </w:rPr>
        <w:t>Nếu bạn là một người sản xuất giỏi, có lẽ bạn biết mình đóng góp cá nhân như thế nào vào tầm nhìn của tổ chức. Hãy tự hỏi: "Đội ngũ này đóng góp như thế nào vào tầm nhìn?" và "Làm thế nào để từng thành viên có thể đóng góp cho đội ngũ?" Công việc của bạn là tối đa hóa nỗ lực của đội ngũ để hiện thực hóa tầm nhìn.</w:t>
      </w:r>
    </w:p>
    <w:p>
      <w:pPr>
        <w:spacing w:after="80"/>
      </w:pPr>
      <w:r>
        <w:rPr>
          <w:b w:val="0"/>
          <w:i w:val="0"/>
        </w:rPr>
        <w:t>Bạn cũng cần xây dựng mối quan hệ với những người trong đội ngũ của mình. Nếu bạn vốn là người thiên về công việc, điều này có thể sẽ hơi khó với bạn. Hãy tìm hiểu từng thành viên trong đội ngũ như những cá nhân riêng biệt và cố gắng kết nối với họ. Tìm cách gia tăng giá trị cho họ. Tìm cách nâng đỡ họ bằng sự khích lệ và lòng biết ơn. Bạn thực sự không thể biết đóng góp tốt nhất của mỗi người là gì cho đến khi bạn hiểu rõ từng người.</w:t>
      </w:r>
    </w:p>
    <w:p>
      <w:pPr>
        <w:spacing w:after="80"/>
      </w:pPr>
      <w:r>
        <w:rPr>
          <w:b w:val="0"/>
          <w:i w:val="0"/>
        </w:rPr>
        <w:t>Với tư cách là người sản xuất, bạn đã biết cách chiến thắng. Với tư cách là nhà lãnh đạo, công việc của bạn là giúp cả đội ngũ chiến thắng. Bạn biết cách một mình vượt qua vạch đích. Giờ hãy tìm cách tập hợp và dẫn dắt mọi người trong đội ngũ cùng nhau vượt qua vạch đích.</w:t>
      </w:r>
    </w:p>
    <w:p>
      <w:pPr>
        <w:pStyle w:val="Heading2"/>
      </w:pPr>
      <w:r>
        <w:rPr>
          <w:rFonts w:ascii="Calibri" w:hAnsi="Calibri"/>
          <w:b/>
          <w:i w:val="0"/>
          <w:sz w:val="32"/>
        </w:rPr>
        <w:t>4. Với tư cách là một Nhà Lãnh đạo Khởi nghiệp của một tổ chức đang phát triển nhanh, làm sao tôi biết nên chuyển đổi vai trò của mình để tạo ra cấu trúc và sự ổn định, hay nên thuê các nhà lãnh đạo để đáp ứng những nhu cầu mới?</w:t>
      </w:r>
    </w:p>
    <w:p>
      <w:pPr>
        <w:spacing w:after="80"/>
      </w:pPr>
      <w:r>
        <w:rPr>
          <w:b w:val="0"/>
          <w:i w:val="0"/>
        </w:rPr>
        <w:t>Thành công trong một tổ chức thường tạo ra nhu cầu thay đổi lớn không kém gì sự thiếu thành công. Nhiều người không nhận ra điều đó. Rõ ràng là trong một tổ chức không thành công, các nhà lãnh đạo cần tạo ra sự thay đổi để tiến về phía trước và tạo đà phát triển. Tuy nhiên, khi các tổ chức thành công rực rỡ, đặc biệt là những tổ chức nhỏ hơn, các nhà lãnh đạo phải tạo ra thay đổi để duy trì thành công và gia tăng đà phát triển. Nếu họ dựa dẫm quá lâu vào những thành công trong quá khứ và cứ tiếp tục làm những gì mình vẫn làm, tổ chức cuối cùng sẽ đụng tường.</w:t>
      </w:r>
    </w:p>
    <w:p>
      <w:pPr>
        <w:spacing w:after="80"/>
      </w:pPr>
      <w:r>
        <w:rPr>
          <w:b w:val="0"/>
          <w:i w:val="0"/>
        </w:rPr>
        <w:t>Trong các tổ chức khởi nghiệp nhỏ, những nhà lãnh đạo hàng đầu thường là chất xúc tác cho tổ chức. Họ là những người nhìn thấy cơ hội, tạo ra năng lượng cho tổ chức và tạo ra sự cộng hưởng giữa tổ chức và khách hàng của nó. Niềm đam mê và cá tính của họ đã thúc đẩy sự thành công của tổ chức. Có lẽ họ đã đưa ra hầu hết, nếu không muốn nói là tất cả, các quyết định then chốt. Và họ đã có thể chạm tới mọi thứ và mọi người trong tổ chức để giữ nó đi đúng hướng.</w:t>
      </w:r>
    </w:p>
    <w:p>
      <w:pPr>
        <w:spacing w:after="80"/>
      </w:pPr>
      <w:r>
        <w:rPr>
          <w:b w:val="0"/>
          <w:i w:val="0"/>
        </w:rPr>
        <w:t>Khi tổ chức phát triển, họ không thể tiếp tục làm như vậy. Họ nhìn thấy và cảm nhận được nhu cầu về cấu trúc và quy trình. Vậy câu hỏi là, bạn có thay đổi vai trò của mình không? Bạn có cố gắng tập trung vào việc tạo ra sự ổn định và cấu trúc cho tổ chức không?</w:t>
      </w:r>
    </w:p>
    <w:p>
      <w:pPr>
        <w:spacing w:after="80"/>
      </w:pPr>
      <w:r>
        <w:rPr>
          <w:b w:val="0"/>
          <w:i w:val="0"/>
        </w:rPr>
        <w:t>Nếu bạn là chất xúc tác cho tổ chức của mình, lời khuyên của tôi là đừng đánh mất thế mạnh của bạn. Các tổ chức nhỏ được vận hành bởi cá tính. Niềm đam mê của nhà lãnh đạo thúc đẩy mọi thứ, và nhà lãnh đạo thổi lửa vào mọi người. Trong nhu cầu giải quyết vấn đề hoặc mong muốn phát triển của bạn, đừng thể chế hóa tổ chức của mình quá nhanh. Thay vì thay đổi vai trò, hãy định hướng năng lượng của bạn. Đây là cách làm:</w:t>
      </w:r>
    </w:p>
    <w:p>
      <w:pPr>
        <w:pStyle w:val="Heading3"/>
      </w:pPr>
      <w:r>
        <w:rPr>
          <w:rFonts w:ascii="Calibri" w:hAnsi="Calibri"/>
          <w:b/>
          <w:i w:val="0"/>
          <w:sz w:val="26"/>
        </w:rPr>
        <w:t>Mời Nhóm Thân Tín Của Bạn Giúp Bạn Tập Trung Năng Lượng</w:t>
      </w:r>
    </w:p>
    <w:p>
      <w:pPr>
        <w:spacing w:after="80"/>
      </w:pPr>
      <w:r>
        <w:rPr>
          <w:b w:val="0"/>
          <w:i w:val="0"/>
        </w:rPr>
        <w:t>Hầu hết các nhà lãnh đạo khởi nghiệp không gặp khó khăn trong việc tìm kiếm cơ hội. Họ gặp khó khăn trong việc tập trung vào những cơ hội tốt nhất. Và nhà lãnh đạo càng tài năng bao nhiêu thì số lựa chọn sẵn có cho họ càng nhiều bấy nhiêu.</w:t>
      </w:r>
    </w:p>
    <w:p>
      <w:pPr>
        <w:spacing w:after="80"/>
        <w:jc w:val="center"/>
      </w:pPr>
      <w:r>
        <w:rPr>
          <w:b/>
          <w:i w:val="0"/>
        </w:rPr>
        <w:t>Hầu hết các nhà lãnh đạo khởi nghiệp không gặp khó khăn trong việc tìm kiếm cơ hội. Họ gặp khó khăn trong việc tập trung vào những cơ hội tốt nhất.</w:t>
      </w:r>
    </w:p>
    <w:p>
      <w:pPr>
        <w:spacing w:after="80"/>
      </w:pPr>
      <w:r>
        <w:rPr>
          <w:b w:val="0"/>
          <w:i w:val="0"/>
        </w:rPr>
        <w:t>Có khoảng một thập kỷ trong sự nghiệp lãnh đạo của tôi khi tôi bị tấn công dồn dập bởi các cơ hội, nhưng tôi không phải lúc nào cũng chắc chắn nên theo đuổi cơ hội nào. Tôi vẫn đang tinh chỉnh khả năng lãnh đạo và giao tiếp của mình, và có rất nhiều hướng đi khác nhau mà tôi có thể chọn. Tôi giải quyết vấn đề tập trung bằng cách thành lập cái mà tôi gọi là Ủy ban Hatchet. Ủy ban này bao gồm một số nhà lãnh đạo chủ chốt, cùng với vợ tôi và trợ lý của tôi. Mỗi tháng một lần, chúng tôi họp để xem xét các cơ hội, thảo luận chiến lược và cân nhắc các lựa chọn. Họ chia sẻ quan điểm của mình, đưa ra sự khôn ngoan và nhắc tôi giữ vững vùng thế mạnh của mình ngay cả khi tôi bước ra khỏi vùng thoải mái. Tổ chức và bản thân tôi được hưởng lợi rất nhiều từ những đóng góp của họ.</w:t>
      </w:r>
    </w:p>
    <w:p>
      <w:pPr>
        <w:spacing w:after="80"/>
      </w:pPr>
      <w:r>
        <w:rPr>
          <w:b w:val="0"/>
          <w:i w:val="0"/>
        </w:rPr>
        <w:t>Nếu bạn quyết định làm điều gì đó tương tự, hãy chắc chắn rằng bạn có đúng người trong phòng họp. Họ cần hiểu tầm quan trọng của tinh thần khởi nghiệp nơi bạn và có đủ sự khôn ngoan và kỹ năng để định hướng nó, chứ không phải kiểm soát nó hay cố gắng ngăn chặn nó vì sự thoải mái hay tiện lợi của riêng họ. Tôi cũng khuyên bạn nên họp khá thường xuyên. Đây không phải là kiểu hoạt động làm một lần rồi thôi, đặc biệt là trong một tổ chức khởi nghiệp, nơi bối cảnh liên tục thay đổi và bạn không ngừng đánh giá lại các cơ hội của mình. Chúng tôi họp hàng tháng. Bạn có thể cần họp thường xuyên hơn. Hãy tìm ra nhịp điệu phù hợp với bạn.</w:t>
      </w:r>
    </w:p>
    <w:p>
      <w:pPr>
        <w:pStyle w:val="Heading3"/>
      </w:pPr>
      <w:r>
        <w:rPr>
          <w:rFonts w:ascii="Calibri" w:hAnsi="Calibri"/>
          <w:b/>
          <w:i w:val="0"/>
          <w:sz w:val="26"/>
        </w:rPr>
        <w:t>Tranh Thủ Những Người Tối Đa Hóa và Khuếch Đại Năng Lượng Của Bạn</w:t>
      </w:r>
    </w:p>
    <w:p>
      <w:pPr>
        <w:spacing w:after="80"/>
      </w:pPr>
      <w:r>
        <w:rPr>
          <w:b w:val="0"/>
          <w:i w:val="0"/>
        </w:rPr>
        <w:t>Khi bạn đã thu hẹp sự tập trung vào những việc có tiềm năng lớn nhất, bạn cần tận dụng tối đa chúng. Một trong những điều tôi luôn tìm kiếm ở những người trong đội của mình là khả năng tối đa hóa những cơ hội mà chúng ta có.</w:t>
      </w:r>
    </w:p>
    <w:p>
      <w:pPr>
        <w:spacing w:after="80"/>
      </w:pPr>
      <w:r>
        <w:rPr>
          <w:b w:val="0"/>
          <w:i w:val="0"/>
        </w:rPr>
        <w:t>Ví dụ, khi tổ chức của tôi tổ chức một sự kiện mà tôi sẽ phát biểu, lượng thời gian tôi phải bỏ ra để tự chuẩn bị là như nhau dù tôi đang truyền đạt cho năm mươi người hay năm ngàn người. Nếu đội của tôi có thể làm việc để có nhiều người đến dự hơn, điều đó khuếch đại năng lượng của tôi và tận dụng nó một cách tối đa.</w:t>
      </w:r>
    </w:p>
    <w:p>
      <w:pPr>
        <w:spacing w:after="80"/>
      </w:pPr>
      <w:r>
        <w:rPr>
          <w:b w:val="0"/>
          <w:i w:val="0"/>
        </w:rPr>
        <w:t>Mọi trải nghiệm có sự tham gia của người khác đều có thể được khuếch đại bởi những người hiểu được giá trị của một cơ hội, tầm quan trọng của thời điểm, chất lượng của trải nghiệm và tác động của con số. Nếu bạn là người nhìn thấy và nắm bắt cơ hội, hãy quy tụ quanh mình những nhà lãnh đạo và nhân viên hỗ trợ có thể tận dụng tối đa những cơ hội đó.</w:t>
      </w:r>
    </w:p>
    <w:p>
      <w:pPr>
        <w:pStyle w:val="Heading3"/>
      </w:pPr>
      <w:r>
        <w:rPr>
          <w:rFonts w:ascii="Calibri" w:hAnsi="Calibri"/>
          <w:b/>
          <w:i w:val="0"/>
          <w:sz w:val="26"/>
        </w:rPr>
        <w:t>Trao quyền cho những người có kỹ năng và năng lượng ở những lĩnh vực mà bạn còn thiếu</w:t>
      </w:r>
    </w:p>
    <w:p>
      <w:pPr>
        <w:spacing w:after="80"/>
      </w:pPr>
      <w:r>
        <w:rPr>
          <w:b w:val="0"/>
          <w:i w:val="0"/>
        </w:rPr>
        <w:t>Tôi không mặn mà lắm với cơ cấu tổ chức. Tôi nghĩ quá nhiều tổ chức đề cao nó quá mức. Và tôi nghĩ nhiều tổ chức dùng việc tái cơ cấu để cố gắng giải quyết vấn đề khi họ không biết làm gì khác. Thay vào đó, tôi thích một mô hình tổ chức do lãnh đạo dẫn dắt. Đặt đúng những nhà lãnh đạo vào vị trí, đào tạo và phát triển họ tốt, rồi trao quyền để họ tạo ra tác động trong lĩnh vực của họ.</w:t>
      </w:r>
    </w:p>
    <w:p>
      <w:pPr>
        <w:spacing w:after="80"/>
      </w:pPr>
      <w:r>
        <w:rPr>
          <w:b w:val="0"/>
          <w:i w:val="0"/>
        </w:rPr>
        <w:t>Qua nhiều năm, tôi đã may mắn có được những nhà lãnh đạo giỏi, sở hữu những kỹ năng ở các lĩnh vực mà tôi còn thiếu hoặc ít kiên nhẫn. Họ đã thiết lập cơ cấu và quy trình tạo ra sự ổn định cho các tổ chức của tôi, nhưng chúng tôi vẫn giữ tinh thần khởi nghiệp. Cơ cấu cần phục vụ tầm nhìn và sự lãnh đạo, chứ không phải ngược lại.</w:t>
      </w:r>
    </w:p>
    <w:p>
      <w:pPr>
        <w:spacing w:after="80"/>
      </w:pPr>
      <w:r>
        <w:rPr>
          <w:b w:val="0"/>
          <w:i w:val="0"/>
        </w:rPr>
        <w:t>Khi tổ chức của bạn phát triển, hãy tìm những người chia sẻ giá trị của bạn và có sự trân trọng sâu sắc đối với cơ hội và tác động, nhưng đồng thời có thể mang đến những kỹ năng tổ chức để giúp bạn xây dựng một khuôn khổ thúc đẩy sự phát triển và phục vụ tầm nhìn. Năng lượng mà bạn mang đến và đã được cảm nhận khắp công ty sẽ còn tốt hơn nữa khi được định hướng đúng cách.</w:t>
      </w:r>
    </w:p>
    <w:p>
      <w:pPr>
        <w:pStyle w:val="Heading2"/>
      </w:pPr>
      <w:r>
        <w:rPr>
          <w:rFonts w:ascii="Calibri" w:hAnsi="Calibri"/>
          <w:b/>
          <w:i w:val="0"/>
          <w:sz w:val="32"/>
        </w:rPr>
        <w:t>5. Những nguyên tắc lãnh đạo nào giúp một nhà lãnh đạo thất bại có thể lãnh đạo lại thành công?</w:t>
      </w:r>
    </w:p>
    <w:p>
      <w:pPr>
        <w:spacing w:after="80"/>
      </w:pPr>
      <w:r>
        <w:rPr>
          <w:b w:val="0"/>
          <w:i w:val="0"/>
        </w:rPr>
        <w:t>Khi các nhà lãnh đạo thất bại, dù sự đổ vỡ xảy ra do phẩm chất kém, phán đoán tồi hay thiếu kỹ năng, một trong những điều đầu tiên họ nghĩ đến thường là làm sao để quay lại vị trí lãnh đạo. Tôi nghĩ điều đó là tự nhiên, bởi các nhà lãnh đạo yêu thích việc lãnh đạo. Tuy nhiên, tôi nghĩ họ sai lầm nếu không dừng lại trước tiên và dành thời gian để khắc phục bất kỳ vấn đề nào họ đã gặp. Nếu không làm vậy, rất có thể họ sẽ tiếp tục lặp lại những sai lầm cũ.</w:t>
      </w:r>
    </w:p>
    <w:p>
      <w:pPr>
        <w:spacing w:after="80"/>
      </w:pPr>
      <w:r>
        <w:rPr>
          <w:b w:val="0"/>
          <w:i w:val="0"/>
        </w:rPr>
        <w:t>Nếu bạn đã thất bại với tư cách một nhà lãnh đạo và mất vị trí của mình, bạn cần cân nhắc những điều sau trước khi cố gắng quay lại vai trò lãnh đạo:</w:t>
      </w:r>
    </w:p>
    <w:p>
      <w:pPr>
        <w:pStyle w:val="Heading3"/>
      </w:pPr>
      <w:r>
        <w:rPr>
          <w:rFonts w:ascii="Calibri" w:hAnsi="Calibri"/>
          <w:b/>
          <w:i w:val="0"/>
          <w:sz w:val="26"/>
        </w:rPr>
        <w:t>Đánh giá: Điều gì đã sai?</w:t>
      </w:r>
    </w:p>
    <w:p>
      <w:pPr>
        <w:spacing w:after="80"/>
      </w:pPr>
      <w:r>
        <w:rPr>
          <w:b w:val="0"/>
          <w:i w:val="0"/>
        </w:rPr>
        <w:t>Trước khi có thể quay lại vai trò lãnh đạo, bạn cần khắc phục bất kỳ vấn đề nào trong khả năng lãnh đạo của mình. Bạn không thể làm được điều đó nếu không biết chúng là gì. Bạn đã sai ở đâu? Đó có phải là một sai lầm về chiến lược? Bạn có thiếu những kỹ năng cần thiết cho việc lãnh đạo tốt? Các vấn đề của bạn có bắt nguồn từ khả năng tự lãnh đạo kém? Điều cuối cùng là vấn đề phổ biến nhất đối với những nhà lãnh đạo thất bại, nhưng thường là điều khó nhất để họ tự nhận ra. Nếu bạn không chắc điều gì đã sai, hãy nói chuyện với những người có hiểu biết trực tiếp để có được góc nhìn của họ.</w:t>
      </w:r>
    </w:p>
    <w:p>
      <w:pPr>
        <w:pStyle w:val="Heading3"/>
      </w:pPr>
      <w:r>
        <w:rPr>
          <w:rFonts w:ascii="Calibri" w:hAnsi="Calibri"/>
          <w:b/>
          <w:i w:val="0"/>
          <w:sz w:val="26"/>
        </w:rPr>
        <w:t>Sức mạnh cảm xúc: Bạn có thể phục hồi không?</w:t>
      </w:r>
    </w:p>
    <w:p>
      <w:pPr>
        <w:spacing w:after="80"/>
      </w:pPr>
      <w:r>
        <w:rPr>
          <w:b w:val="0"/>
          <w:i w:val="0"/>
        </w:rPr>
        <w:t>Tôi tin chắc rằng mọi người cần học cách thất bại để tiến lên, và tôi tin họ có thể làm được. Tuy nhiên, điều đó đòi hỏi sức mạnh cảm xúc. Nếu bạn đã thất bại, bạn cần có khả năng đối mặt với thất bại của mình, thừa nhận nó và xử lý nó về mặt cảm xúc. Và bạn cũng cần lấy lại thăng bằng và xây dựng lại sức mạnh cảm xúc cùng khả năng phục hồi trước khi cố gắng lãnh đạo người khác lần nữa. Nếu bạn chưa lấy lại được sức mạnh cảm xúc đó, rất có thể bạn sẽ lặp lại những sai lầm cũ, đặc biệt nếu các vấn đề về phẩm chất và tự lãnh đạo là gốc rễ của những vấn đề trong quá khứ.</w:t>
      </w:r>
    </w:p>
    <w:p>
      <w:pPr>
        <w:pStyle w:val="Heading3"/>
      </w:pPr>
      <w:r>
        <w:rPr>
          <w:rFonts w:ascii="Calibri" w:hAnsi="Calibri"/>
          <w:b/>
          <w:i w:val="0"/>
          <w:sz w:val="26"/>
        </w:rPr>
        <w:t>Tiến hóa: Bạn có thể thực hiện những điều chỉnh cần thiết cho thành công trong tương lai không?</w:t>
      </w:r>
    </w:p>
    <w:p>
      <w:pPr>
        <w:spacing w:after="80"/>
      </w:pPr>
      <w:r>
        <w:rPr>
          <w:b w:val="0"/>
          <w:i w:val="0"/>
        </w:rPr>
        <w:t>Sau khi đã xác định được điều gì đã sai và gom lại sức mạnh cảm xúc, bạn vẫn còn nhiều việc nội tâm phải làm. Bạn cần tạo ra những thay đổi trong chính mình để chuẩn bị cho thành công trong tương lai. Có thể bạn cần đặt cho mình một kế hoạch phát triển cá nhân, theo đó bạn đọc cả chục cuốn sách và tham dự vài hội nghị. Có thể bạn cần tìm đến tư vấn để giúp giải quyết các vấn đề về phẩm chất. Có thể bạn cần tìm một người cố vấn. Có thể bạn cần học lên cao hơn. Có thể bạn cần sự giám sát trách nhiệm nhiều hơn. Bạn cần tự tìm ra và thực hiện những điều chỉnh cần thiết. Nếu bạn không sẵn lòng và không có khả năng làm điều đó, có lẽ bạn không nên quay lại vai trò lãnh đạo.</w:t>
      </w:r>
    </w:p>
    <w:p>
      <w:pPr>
        <w:spacing w:after="80"/>
      </w:pPr>
      <w:r>
        <w:rPr>
          <w:b w:val="0"/>
          <w:i w:val="0"/>
        </w:rPr>
        <w:t>Khi bạn đã hoàn tất việc rèn luyện bản thân, bạn vẫn còn rất nhiều việc phải làm với người khác. Bạn cần giành được sự tôn trọng và xây dựng lại niềm tin với mọi người. Khi bạn dẫn dắt người khác, bạn có sẵn trong túi mình "đồng vốn thay đổi" (change) trong các mối quan hệ, thứ cho phép bạn lãnh đạo. Như nhà sáng lập FedEx Fred W. Smith đã nhận xét: "Lãnh đạo là khiến người khác làm việc cho bạn dù họ không hề có nghĩa vụ phải làm thế." Chừng nào bạn còn đồng vốn thay đổi trong túi, người ta sẽ làm việc cho bạn. Mỗi quyết định đúng đắn, mỗi chiến thắng của đội nhóm, mỗi kết nối quan hệ tích cực với các thành viên trong nhóm đều tạo thêm đồng vốn thay đổi. Việc tích lũy đồng vốn thay đổi cần có thời gian. Mỗi quyết định sai lầm, mỗi thất bại, mỗi lần vụng về trong quan hệ đều làm mất đi đồng vốn thay đổi. Mất đồng vốn thay đổi thì nhanh hơn kiếm được nó.</w:t>
      </w:r>
    </w:p>
    <w:p>
      <w:pPr>
        <w:spacing w:after="80"/>
        <w:jc w:val="center"/>
      </w:pPr>
      <w:r>
        <w:rPr>
          <w:b/>
          <w:i w:val="0"/>
        </w:rPr>
        <w:t>"Lãnh đạo là khiến người khác làm việc cho bạn dù họ không hề có nghĩa vụ phải làm thế."</w:t>
      </w:r>
    </w:p>
    <w:p>
      <w:pPr>
        <w:spacing w:after="80"/>
        <w:jc w:val="center"/>
      </w:pPr>
      <w:r>
        <w:rPr>
          <w:b/>
          <w:i/>
        </w:rPr>
        <w:t>—Fred W. Smith</w:t>
      </w:r>
    </w:p>
    <w:p>
      <w:pPr>
        <w:spacing w:after="80"/>
      </w:pPr>
      <w:r>
        <w:rPr>
          <w:b w:val="0"/>
          <w:i w:val="0"/>
        </w:rPr>
        <w:t>Có người tiêu dùng đồng vốn thay đổi của mình một cách chậm rãi. Người khác lại đánh mất từng chút một chỉ trong một hành động duy nhất. Nếu bạn thất bại với tư cách một nhà lãnh đạo và mất đi vị trí của mình, đó là vì bạn đã tiêu hết đồng vốn thay đổi. Điều sai lầm cuối cùng bạn làm có thể không phải là điều tồi tệ nhất bạn từng làm. Dù bạn có ý thức được hay không, đó chính là điều bạn làm sau khi đã tiêu hết đồng vốn thay đổi.</w:t>
      </w:r>
    </w:p>
    <w:p>
      <w:pPr>
        <w:spacing w:after="80"/>
      </w:pPr>
      <w:r>
        <w:rPr>
          <w:b w:val="0"/>
          <w:i w:val="0"/>
        </w:rPr>
        <w:t xml:space="preserve">Nếu bạn khao khát được lãnh đạo lần nữa, bạn sẽ cần xây dựng lại niềm tin và giành lại đồng vốn thay đổi trong các mối quan hệ. Nhà tư vấn và cựu lãnh đạo của các công ty trong danh sách </w:t>
      </w:r>
      <w:r>
        <w:rPr>
          <w:b w:val="0"/>
          <w:i/>
        </w:rPr>
        <w:t>Fortune</w:t>
      </w:r>
      <w:r>
        <w:rPr>
          <w:b w:val="0"/>
          <w:i w:val="0"/>
        </w:rPr>
        <w:t xml:space="preserve"> 50, Michael Winston, khẳng định: "Trong mọi nghiên cứu lớn về thực tiễn của những nhà lãnh đạo hiệu quả, niềm tin vào người lãnh đạo là yếu tố thiết yếu nếu người khác muốn theo người đó lâu dài. Người ta phải cảm nhận được người lãnh đạo là người đáng tin, có uy tín và đáng tín nhiệm. Một trong những cách phát triển niềm tin—dù với người lãnh đạo hay bất kỳ ai khác—là thông qua sự nhất quán trong hành vi. Niềm tin cũng được thiết lập khi lời nói và việc làm ăn khớp với nhau."</w:t>
      </w:r>
    </w:p>
    <w:p>
      <w:pPr>
        <w:spacing w:after="80"/>
      </w:pPr>
      <w:r>
        <w:rPr>
          <w:b w:val="0"/>
          <w:i w:val="0"/>
        </w:rPr>
        <w:t>Quá trình xây dựng niềm tin bắt đầu bằng việc thành thật và minh bạch về những điểm yếu, sự mong manh và sai lầm của bạn. Người ta không mong người lãnh đạo của mình hoàn hảo, nhưng họ mong người đó thành thật. Nếu bạn hiểu được bản tính con người của mình, học cách chấp nhận nó và cởi mở về nó, bạn sẽ ở vào vị thế có thể xin người khác tha thứ. Đó là nơi quá trình xây dựng niềm tin bắt đầu. Nhiều người sẽ không bao giờ tin bạn cho đến khi bạn xin tha thứ. Một số người thậm chí ngay cả khi đó cũng không tin bạn, nhưng nếu bạn thành thật và khiêm nhường về thất bại của mình, xin tha thứ, cố gắng đền bù và thể hiện thiện chí thay đổi, thì bạn đã làm hết những gì có thể để tiến về phía trước. Bạn không kiểm soát được việc người khác có tha thứ hay tin bạn trở lại hay không. Bạn chỉ có thể làm mọi thứ trong khả năng của mình để giành được niềm tin từ những người bạn làm việc cùng. Chỉ cần chắc chắn rằng nếu bạn giành lại được niềm tin của họ, bạn sẽ tiến về phía trước với sự chính trực và không cố ý vi phạm niềm tin đó lần nữa.</w:t>
      </w:r>
    </w:p>
    <w:p>
      <w:pPr>
        <w:pStyle w:val="Heading2"/>
      </w:pPr>
      <w:r>
        <w:rPr>
          <w:rFonts w:ascii="Calibri" w:hAnsi="Calibri"/>
          <w:b/>
          <w:i w:val="0"/>
          <w:sz w:val="32"/>
        </w:rPr>
        <w:t>6. Vì sao một số nhà lãnh đạo thất bại trong việc có người kế nhiệm?</w:t>
      </w:r>
    </w:p>
    <w:p>
      <w:pPr>
        <w:spacing w:after="80"/>
      </w:pPr>
      <w:r>
        <w:rPr>
          <w:b w:val="0"/>
          <w:i w:val="0"/>
        </w:rPr>
        <w:t>Theo quan sát của tôi, có hai lý do chính khiến các tổ chức không có người kế nhiệm. Thứ nhất là một số nhà lãnh đạo đơn giản là không lập kế hoạch kế nhiệm. Một số người không thích nghĩ đến việc kết thúc con đường lãnh đạo của chính mình, nên họ đơn giản từ chối nghĩ về nó. Họ hành xử như thể mình sẽ sống và lãnh đạo mãi mãi, và họ hoặc là qua đời khi vẫn còn nắm giữ vị trí của mình, hoặc là bị đẩy ra ngoài một khi không còn hiệu quả nữa.</w:t>
      </w:r>
    </w:p>
    <w:p>
      <w:pPr>
        <w:spacing w:after="80"/>
      </w:pPr>
      <w:r>
        <w:rPr>
          <w:b w:val="0"/>
          <w:i w:val="0"/>
        </w:rPr>
        <w:t>Tôi từng nghe về một nhà lãnh đạo sáng lập nên một tổ chức và kiên quyết từ chối lập kế hoạch kế nhiệm. Khi những nhà lãnh đạo khác trong tổ chức của ông thúc giục ông làm việc đó, ông cố chấp không chịu. Ông nói ông không muốn ai khác nhận công lao cho thành tựu của mình. Ông muốn tổ chức chết cùng với mình. Tôi thấy điều đó thật ích kỷ.</w:t>
      </w:r>
    </w:p>
    <w:p>
      <w:pPr>
        <w:spacing w:after="80"/>
      </w:pPr>
      <w:r>
        <w:rPr>
          <w:b w:val="0"/>
          <w:i w:val="0"/>
        </w:rPr>
        <w:t>Khi các tổ chức không có người kế nhiệm, thường không phải vì nhà lãnh đạo không muốn có. Thường là vì một trong những điều sau đây xảy ra:</w:t>
      </w:r>
    </w:p>
    <w:p>
      <w:pPr>
        <w:spacing w:after="80"/>
      </w:pPr>
      <w:r>
        <w:rPr>
          <w:b/>
          <w:i w:val="0"/>
        </w:rPr>
        <w:t>• Tổ chức không chấp nhận nhà lãnh đạo mới.</w:t>
      </w:r>
      <w:r>
        <w:rPr>
          <w:b w:val="0"/>
          <w:i w:val="0"/>
        </w:rPr>
        <w:t xml:space="preserve"> Đôi khi những người trong một tổ chức quá cố chấp với lối tư duy cũ đến mức họ không cho phép một người mới dẫn dắt mình.</w:t>
      </w:r>
    </w:p>
    <w:p>
      <w:pPr>
        <w:spacing w:after="80"/>
      </w:pPr>
      <w:r>
        <w:rPr>
          <w:b/>
          <w:i w:val="0"/>
        </w:rPr>
        <w:t>• Nhà lãnh đạo mới không thích tổ chức.</w:t>
      </w:r>
      <w:r>
        <w:rPr>
          <w:b w:val="0"/>
          <w:i w:val="0"/>
        </w:rPr>
        <w:t xml:space="preserve"> Đôi khi không có sự phù hợp, và phải đến khi nhà lãnh đạo mới nắm quyền điều hành thì điều đó mới được phát hiện.</w:t>
      </w:r>
    </w:p>
    <w:p>
      <w:pPr>
        <w:spacing w:after="80"/>
      </w:pPr>
      <w:r>
        <w:rPr>
          <w:b/>
          <w:i w:val="0"/>
        </w:rPr>
        <w:t>• Nhà lãnh đạo mới không phù hợp với văn hóa doanh nghiệp.</w:t>
      </w:r>
      <w:r>
        <w:rPr>
          <w:b w:val="0"/>
          <w:i w:val="0"/>
        </w:rPr>
        <w:t xml:space="preserve"> Mỗi tổ chức đều có văn hóa riêng. Nếu tầm nhìn và giá trị của nhà lãnh đạo không khớp với tầm nhìn và giá trị của tổ chức, sẽ xảy ra xung đột.</w:t>
      </w:r>
    </w:p>
    <w:p>
      <w:pPr>
        <w:spacing w:after="80"/>
      </w:pPr>
      <w:r>
        <w:rPr>
          <w:b/>
          <w:i w:val="0"/>
        </w:rPr>
        <w:t>• Nhà lãnh đạo mới thất bại trong việc tạo ra những thay đổi thành công.</w:t>
      </w:r>
      <w:r>
        <w:rPr>
          <w:b w:val="0"/>
          <w:i w:val="0"/>
        </w:rPr>
        <w:t xml:space="preserve"> Đôi khi người được chọn để kế nhiệm một nhà lãnh đạo không giỏi như kỳ vọng. Thất bại có thể xảy ra do thiếu năng lực, thiếu năng lực tiếp nhận (capacity), thiếu kinh nghiệm, thiếu kiến thức hoặc thiếu kết nối quan hệ.</w:t>
      </w:r>
    </w:p>
    <w:p>
      <w:pPr>
        <w:spacing w:after="80"/>
      </w:pPr>
      <w:r>
        <w:rPr>
          <w:b/>
          <w:i w:val="0"/>
        </w:rPr>
        <w:t>• Thế lực cũ phá hoại những nỗ lực của nhà lãnh đạo mới.</w:t>
      </w:r>
      <w:r>
        <w:rPr>
          <w:b w:val="0"/>
          <w:i w:val="0"/>
        </w:rPr>
        <w:t xml:space="preserve"> Bất cứ khi nào một tổ chức có những nhà lãnh đạo tin rằng mình đã bị gạt sang một bên để nhường cho một nhà lãnh đạo khác, sẽ có nguy cơ họ làm mọi cách để khiến nhà lãnh đạo mới thất bại.</w:t>
      </w:r>
    </w:p>
    <w:p>
      <w:pPr>
        <w:spacing w:after="80"/>
      </w:pPr>
      <w:r>
        <w:rPr>
          <w:b/>
          <w:i w:val="0"/>
        </w:rPr>
        <w:t>• Nhà lãnh đạo cũ phá hoại những nỗ lực của nhà lãnh đạo mới.</w:t>
      </w:r>
      <w:r>
        <w:rPr>
          <w:b w:val="0"/>
          <w:i w:val="0"/>
        </w:rPr>
        <w:t xml:space="preserve"> Đôi khi người rời khỏi vị trí gặp khó khăn khi thấy người khác thành công ở vị trí đó.</w:t>
      </w:r>
    </w:p>
    <w:p>
      <w:pPr>
        <w:spacing w:after="80"/>
      </w:pPr>
      <w:r>
        <w:rPr>
          <w:b w:val="0"/>
          <w:i w:val="0"/>
        </w:rPr>
        <w:t xml:space="preserve">Chắc chắn không có gì đảm bảo khi nói đến chuyện kế vị, nhưng tôi tin đó là điều đáng để đấu tranh. Luật Di sản (Law of Legacy) trong cuốn </w:t>
      </w:r>
      <w:r>
        <w:rPr>
          <w:b w:val="0"/>
          <w:i/>
        </w:rPr>
        <w:t>21 Nguyên tắc bất biến của lãnh đạo</w:t>
      </w:r>
      <w:r>
        <w:rPr>
          <w:b w:val="0"/>
          <w:i w:val="0"/>
        </w:rPr>
        <w:t xml:space="preserve"> (The 21 Irrefutable Laws of Leadership) phát biểu rằng: "Giá trị lâu dài của một nhà lãnh đạo được đo bằng sự kế vị."</w:t>
      </w:r>
    </w:p>
    <w:p>
      <w:pPr>
        <w:spacing w:after="80"/>
        <w:jc w:val="center"/>
      </w:pPr>
      <w:r>
        <w:rPr>
          <w:b/>
          <w:i w:val="0"/>
        </w:rPr>
        <w:t>Giá trị lâu dài của một nhà lãnh đạo được đo bằng sự kế vị.</w:t>
      </w:r>
    </w:p>
    <w:p>
      <w:pPr>
        <w:spacing w:after="80"/>
      </w:pPr>
      <w:r>
        <w:rPr>
          <w:b w:val="0"/>
          <w:i w:val="0"/>
        </w:rPr>
        <w:t>Khi tôi viết những dòng này, tôi đã 67 tuổi. Tôi không nghĩ đã đến lúc mình phải rời khỏi vị trí lãnh đạo. Tôi nghĩ mình vẫn còn nhiều điều để cống hiến. Nhưng tôi đã suy nghĩ về di sản và sự kế vị trong vài năm nay. Tôi mong muốn xây dựng những tổ chức có thể tồn tại sau tôi và tiếp tục tạo ra sự khác biệt. Tôi đang nỗ lực giúp các nhà lãnh đạo của The John Maxwell Company, John Maxwell Team và EQUIP suy nghĩ trước về tương lai. Cùng nhau, chúng tôi đang lên kế hoạch cho ngày mà hành trình của tôi kết thúc và một người khác sẽ có thể mang lại giá trị cho mọi người tốt hơn.</w:t>
      </w:r>
    </w:p>
    <w:p>
      <w:pPr>
        <w:pStyle w:val="Heading2"/>
      </w:pPr>
      <w:r>
        <w:rPr>
          <w:rFonts w:ascii="Calibri" w:hAnsi="Calibri"/>
          <w:b/>
          <w:i w:val="0"/>
          <w:sz w:val="32"/>
        </w:rPr>
        <w:t>7. Những điều quan trọng nhất mà một nhà lãnh đạo đang chuyển giao vị trí có thể làm để đảm bảo thành công cho người kế nhiệm là gì?</w:t>
      </w:r>
    </w:p>
    <w:p>
      <w:pPr>
        <w:spacing w:after="80"/>
      </w:pPr>
      <w:r>
        <w:rPr>
          <w:b w:val="0"/>
          <w:i w:val="0"/>
        </w:rPr>
        <w:t xml:space="preserve">Bob Russell và Bryan Bucher, tác giả cuốn </w:t>
      </w:r>
      <w:r>
        <w:rPr>
          <w:b w:val="0"/>
          <w:i/>
        </w:rPr>
        <w:t>Kế hoạch chuyển giao</w:t>
      </w:r>
      <w:r>
        <w:rPr>
          <w:b w:val="0"/>
          <w:i w:val="0"/>
        </w:rPr>
        <w:t xml:space="preserve"> (Transition Plan), ví quá trình kế vị giống như việc trao dùi cui trong một cuộc chạy tiếp sức, và tôi thấy đó là một cách mô tả rất chuẩn xác. Dưới đây là những điểm họ nêu về sự tương đồng giữa hai quá trình này. Họ nói:</w:t>
      </w:r>
    </w:p>
    <w:p>
      <w:pPr>
        <w:spacing w:after="80"/>
        <w:ind w:left="360"/>
      </w:pPr>
      <w:r>
        <w:t xml:space="preserve">• </w:t>
      </w:r>
      <w:r>
        <w:rPr>
          <w:b w:val="0"/>
          <w:i w:val="0"/>
        </w:rPr>
        <w:t>Người trao dùi cui phải tiếp tục chạy hết tốc lực cho đến khi dùi cui được trao đi.</w:t>
      </w:r>
    </w:p>
    <w:p>
      <w:pPr>
        <w:spacing w:after="80"/>
        <w:ind w:left="360"/>
      </w:pPr>
      <w:r>
        <w:t xml:space="preserve">• </w:t>
      </w:r>
      <w:r>
        <w:rPr>
          <w:b w:val="0"/>
          <w:i w:val="0"/>
        </w:rPr>
        <w:t>Người nhận dùi cui phải bắt đầu chạy trước khi nhận được nó.</w:t>
      </w:r>
    </w:p>
    <w:p>
      <w:pPr>
        <w:spacing w:after="80"/>
        <w:ind w:left="360"/>
      </w:pPr>
      <w:r>
        <w:t xml:space="preserve">• </w:t>
      </w:r>
      <w:r>
        <w:rPr>
          <w:b w:val="0"/>
          <w:i w:val="0"/>
        </w:rPr>
        <w:t>Cả hai người chạy đều phải ở trong cùng một làn đường.</w:t>
      </w:r>
    </w:p>
    <w:p>
      <w:pPr>
        <w:spacing w:after="80"/>
        <w:ind w:left="360"/>
      </w:pPr>
      <w:r>
        <w:t xml:space="preserve">• </w:t>
      </w:r>
      <w:r>
        <w:rPr>
          <w:b w:val="0"/>
          <w:i w:val="0"/>
        </w:rPr>
        <w:t>Dùi cui phải được trao đúng thời điểm.</w:t>
      </w:r>
    </w:p>
    <w:p>
      <w:pPr>
        <w:spacing w:after="80"/>
        <w:ind w:left="360"/>
      </w:pPr>
      <w:r>
        <w:t xml:space="preserve">• </w:t>
      </w:r>
      <w:r>
        <w:rPr>
          <w:b w:val="0"/>
          <w:i w:val="0"/>
        </w:rPr>
        <w:t>Nếu việc trao đổi được thực hiện đúng cách, có thể tiến thêm một bước trong quá trình chuyển giao thay vì bị chậm lại một bước.</w:t>
      </w:r>
    </w:p>
    <w:p>
      <w:pPr>
        <w:spacing w:after="80"/>
        <w:ind w:left="360"/>
      </w:pPr>
      <w:r>
        <w:t xml:space="preserve">• </w:t>
      </w:r>
      <w:r>
        <w:rPr>
          <w:b w:val="0"/>
          <w:i w:val="0"/>
        </w:rPr>
        <w:t>Sau khi dùi cui được trao đổi, người trao dùi cui không chạy song song với người chạy tiếp theo để huấn luyện anh ta, mà dừng lại, lấy hơi và bước qua sân trong để cổ vũ cho người kế nhiệm ở vạch đích.</w:t>
      </w:r>
    </w:p>
    <w:p>
      <w:pPr>
        <w:spacing w:after="80"/>
      </w:pPr>
      <w:r>
        <w:rPr>
          <w:b w:val="0"/>
          <w:i w:val="0"/>
        </w:rPr>
        <w:t>Nếu bạn đang chuẩn bị trao dùi cui lãnh đạo cho một người kế nhiệm, đó cần phải là trọng tâm chính của bạn với tư cách là một nhà lãnh đạo. Jack Welch, cựu CEO của General Electric, từng được trích dẫn nói rằng: "Từ giờ trở đi, chọn người kế nhiệm là quyết định quan trọng nhất mà tôi sẽ đưa ra. Nó chiếm một lượng suy nghĩ đáng kể gần như mỗi ngày." Ông nói điều này vào năm 1991 — chín năm trước khi ông nghỉ hưu.</w:t>
      </w:r>
    </w:p>
    <w:p>
      <w:pPr>
        <w:spacing w:after="80"/>
      </w:pPr>
      <w:r>
        <w:rPr>
          <w:b w:val="0"/>
          <w:i w:val="0"/>
        </w:rPr>
        <w:t>Nếu bạn đang nghĩ về chuyện kế vị, dù là vì chuyển sang một tổ chức khác hay vì bạn tin rằng thời gian lãnh đạo của mình sắp kết thúc, tôi tin rằng bạn, tổ chức của bạn và người kế nhiệm của bạn sẽ được hưởng lợi nếu bạn tiến hành theo cách này:</w:t>
      </w:r>
    </w:p>
    <w:p>
      <w:pPr>
        <w:pStyle w:val="Heading3"/>
      </w:pPr>
      <w:r>
        <w:rPr>
          <w:rFonts w:ascii="Calibri" w:hAnsi="Calibri"/>
          <w:b/>
          <w:i w:val="0"/>
          <w:sz w:val="26"/>
        </w:rPr>
        <w:t>1. Lên kế hoạch trước</w:t>
      </w:r>
    </w:p>
    <w:p>
      <w:pPr>
        <w:spacing w:after="80"/>
      </w:pPr>
      <w:r>
        <w:rPr>
          <w:b w:val="0"/>
          <w:i w:val="0"/>
        </w:rPr>
        <w:t>Với tư cách là nhà lãnh đạo sắp rời đi, bạn phải làm hết sức mình để chuẩn bị cho bản thân, người kế nhiệm và tổ chức của bạn cho cuộc chuyển giao sắp tới. Đó là trách nhiệm của bạn đối với những người bạn lãnh đạo để làm cho sự thay đổi diễn ra càng suôn sẻ càng tốt.</w:t>
      </w:r>
    </w:p>
    <w:p>
      <w:pPr>
        <w:spacing w:after="80"/>
      </w:pPr>
      <w:r>
        <w:rPr>
          <w:b w:val="0"/>
          <w:i w:val="0"/>
        </w:rPr>
        <w:t>Tôi đã học được điều này theo cách khó khăn khi rời khỏi vị trí lãnh đạo đầu tiên và chuyển sang một tổ chức khác. Tôi là một nhà lãnh đạo trẻ ở độ tuổi đôi mươi, và tôi chưa bao giờ nghĩ đến việc lên kế hoạch cho một người kế nhiệm. Khi tôi nhận ra rõ ràng rằng thời gian của tôi ở đó sắp kết thúc và tôi cần tìm kiếm những cơ hội phát triển khác, tôi trở nên cởi mở với những khả năng khác. Khi có cơ hội nhận một vị trí giúp tôi phát triển với tư cách một nhà lãnh đạo và gia tăng tác động của mình, tôi đã nắm lấy. Tôi không làm gì để chuẩn bị cho tổ chức mà tôi rời đi thực hiện cuộc chuyển giao. Tôi không biết mình nên làm vậy, và tôi cũng không biết làm thế nào. Mãi đến sau này, khi tôi thấy tổ chức đó mất đà so với lúc tôi rời đi, tôi mới nhận ra rằng lẽ ra mình đã nên làm điều gì đó.</w:t>
      </w:r>
    </w:p>
    <w:p>
      <w:pPr>
        <w:pStyle w:val="Heading3"/>
      </w:pPr>
      <w:r>
        <w:rPr>
          <w:rFonts w:ascii="Calibri" w:hAnsi="Calibri"/>
          <w:b/>
          <w:i w:val="0"/>
          <w:sz w:val="26"/>
        </w:rPr>
        <w:t>2. Chọn người kế nhiệm</w:t>
      </w:r>
    </w:p>
    <w:p>
      <w:pPr>
        <w:spacing w:after="80"/>
      </w:pPr>
      <w:r>
        <w:rPr>
          <w:b w:val="0"/>
          <w:i w:val="0"/>
        </w:rPr>
        <w:t>Ở một số tổ chức, bạn không được tự chọn người kế nhiệm. Việc đó do một nhà lãnh đạo khác hoặc hội đồng quản trị quyết định. Tuy nhiên, nếu nằm trong khả năng của mình, hãy chọn người có tiềm năng đưa tổ chức tiến xa hơn bạn đã từng. Đương nhiên bạn muốn tìm người có năng khiếu lãnh đạo cao và kỹ năng mạnh trong ngành của bạn. Nhưng cũng hãy nhớ đến việc người đó sẽ có tiềm năng lãnh đạo trong bao lâu. Russell và Bucher giải thích rằng Zenith, một tên tuổi lâu năm trong ngành điện tử tiêu dùng, bắt đầu suy thoái khi người sáng lập trao công ty cho một người kế nhiệm đã bảy mươi tuổi. Người này chỉ lãnh đạo công ty được hai năm trước khi rời ghế.</w:t>
      </w:r>
    </w:p>
    <w:p>
      <w:pPr>
        <w:pStyle w:val="Heading3"/>
      </w:pPr>
      <w:r>
        <w:rPr>
          <w:rFonts w:ascii="Calibri" w:hAnsi="Calibri"/>
          <w:b/>
          <w:i w:val="0"/>
          <w:sz w:val="26"/>
        </w:rPr>
        <w:t>Lập kế hoạch cho việc kế nhiệm</w:t>
      </w:r>
    </w:p>
    <w:p>
      <w:pPr>
        <w:spacing w:after="80"/>
      </w:pPr>
      <w:r>
        <w:rPr>
          <w:b/>
          <w:i w:val="0"/>
        </w:rPr>
        <w:t>1. Chuẩn bị cho chính mình.</w:t>
      </w:r>
      <w:r>
        <w:rPr>
          <w:b w:val="0"/>
          <w:i w:val="0"/>
        </w:rPr>
        <w:t xml:space="preserve"> Nhiều nhà lãnh đạo rất khó buông bỏ vị trí lãnh đạo của mình. Có người không xử lý được về mặt cảm xúc. Có người chưa chuẩn bị về tài chính. Những người khác thì chưa bàn bạc với gia đình. Hãy chuẩn bị tinh thần cho ý tưởng này.</w:t>
      </w:r>
    </w:p>
    <w:p>
      <w:pPr>
        <w:spacing w:after="80"/>
      </w:pPr>
      <w:r>
        <w:rPr>
          <w:b/>
          <w:i w:val="0"/>
        </w:rPr>
        <w:t>2. Tìm vài người kế nhiệm tiềm năng.</w:t>
      </w:r>
      <w:r>
        <w:rPr>
          <w:b w:val="0"/>
          <w:i w:val="0"/>
        </w:rPr>
        <w:t xml:space="preserve"> Nếu bạn ở vị trí có thể chọn người kế nhiệm, hãy tìm vài người có tiềm năng thay thế bạn. Lý tưởng nhất là bạn có một nhóm người để lựa chọn.</w:t>
      </w:r>
    </w:p>
    <w:p>
      <w:pPr>
        <w:spacing w:after="80"/>
      </w:pPr>
      <w:r>
        <w:rPr>
          <w:b/>
          <w:i w:val="0"/>
        </w:rPr>
        <w:t>3. Cho tổ chức biết sự thay đổi đang đến gần.</w:t>
      </w:r>
      <w:r>
        <w:rPr>
          <w:b w:val="0"/>
          <w:i w:val="0"/>
        </w:rPr>
        <w:t xml:space="preserve"> Việc chuyển giao từ nhà lãnh đạo này sang nhà lãnh đạo khác có thể gây tổn thương. Đừng đánh úp mọi người. Hãy cho họ biết trước với đủ thời gian nếu điều đó nằm trong khả năng của bạn.</w:t>
      </w:r>
    </w:p>
    <w:p>
      <w:pPr>
        <w:spacing w:after="80"/>
      </w:pPr>
      <w:r>
        <w:rPr>
          <w:b w:val="0"/>
          <w:i w:val="0"/>
        </w:rPr>
        <w:t>Jack Welch nói về quá trình lựa chọn của mình: "Tôi muốn chọn người đủ trẻ để đảm nhận vị trí ít nhất một thập kỷ. Dù một CEO có thể tạo ảnh hưởng ngay lập tức, tôi luôn cảm thấy người ta nên sống với các quyết định của mình, và đặc biệt là với những sai lầm của mình. Tôi chắc chắn đã từng như vậy. Một người có ít thời gian hơn có thể bị cám dỗ thực hiện vài nước đi điên rồ để đóng dấu ấn của mình lên công ty. Tôi đã thấy quá nhiều ví dụ như thế."</w:t>
      </w:r>
    </w:p>
    <w:p>
      <w:pPr>
        <w:spacing w:after="80"/>
      </w:pPr>
      <w:r>
        <w:rPr>
          <w:b w:val="0"/>
          <w:i w:val="0"/>
        </w:rPr>
        <w:t>Có lẽ bạn tự nhiên bị hút về phía những người cùng độ tuổi với mình. Ngưu tầm ngưu, mã tầm mã. Nếu bạn ở tuổi tôi, đừng cho phép mình nghĩ đến những người kế nhiệm thuộc thế hệ của bạn. Hãy vươn xuống. Tìm những nhà lãnh đạo trẻ có tiềm năng. Họ có thể chưa dày dạn và nhiều kinh nghiệm bằng, nhưng họ cho tổ chức cơ hội thành công tốt hơn về lâu dài.</w:t>
      </w:r>
    </w:p>
    <w:p>
      <w:pPr>
        <w:pStyle w:val="Heading3"/>
      </w:pPr>
      <w:r>
        <w:rPr>
          <w:rFonts w:ascii="Calibri" w:hAnsi="Calibri"/>
          <w:b/>
          <w:i w:val="0"/>
          <w:sz w:val="26"/>
        </w:rPr>
        <w:t>3. Chuẩn bị cho người kế nhiệm</w:t>
      </w:r>
    </w:p>
    <w:p>
      <w:pPr>
        <w:spacing w:after="80"/>
      </w:pPr>
      <w:r>
        <w:rPr>
          <w:b w:val="0"/>
          <w:i w:val="0"/>
        </w:rPr>
        <w:t xml:space="preserve">Hãy tập trung nỗ lực vào việc trao cho người kế nhiệm sắp tới mọi cơ hội có thể để đảm nhận trách nhiệm, ra quyết định và gây ảnh hưởng đến tổ chức </w:t>
      </w:r>
      <w:r>
        <w:rPr>
          <w:b w:val="0"/>
          <w:i/>
        </w:rPr>
        <w:t>trước</w:t>
      </w:r>
      <w:r>
        <w:rPr>
          <w:b w:val="0"/>
          <w:i w:val="0"/>
        </w:rPr>
        <w:t xml:space="preserve"> khi chuyển giao. Tác giả sách lãnh đạo Marshall Goldsmith đã đúng khi nói: "Các kế hoạch kế nhiệm không phát triển được ai cả… chỉ có những trải nghiệm phát triển mới phát triển được con người."</w:t>
      </w:r>
    </w:p>
    <w:p>
      <w:pPr>
        <w:spacing w:after="80"/>
      </w:pPr>
      <w:r>
        <w:rPr>
          <w:b w:val="0"/>
          <w:i w:val="0"/>
        </w:rPr>
        <w:t>Mục tiêu của bạn với tư cách một nhà lãnh đạo là làm cho chính mình không còn cần thiết cho công việc đó nữa. Hãy phát triển người kế nhiệm của bạn như một con người và một nhà lãnh đạo. Đừng chỉ nghĩ thuần túy về công việc. Hãy cố tái tạo chính mình. Trang bị và trao quyền cho người kế nhiệm đến mức họ có thể làm công việc tốt như bạn—và hơn thế nữa. Nếu bạn cho đi tất cả những gì mình có và cộng thêm vào tất cả những gì họ vốn là và mang đến, bạn trao cho người đó và tổ chức một cơ hội thành công tốt đẹp.</w:t>
      </w:r>
    </w:p>
    <w:p>
      <w:pPr>
        <w:spacing w:after="80"/>
        <w:jc w:val="center"/>
      </w:pPr>
      <w:r>
        <w:rPr>
          <w:b/>
          <w:i w:val="0"/>
        </w:rPr>
        <w:t>Mục tiêu của bạn với tư cách một nhà lãnh đạo là làm cho chính mình không còn cần thiết cho công việc đó nữa.</w:t>
      </w:r>
    </w:p>
    <w:p>
      <w:pPr>
        <w:pStyle w:val="Heading3"/>
      </w:pPr>
      <w:r>
        <w:rPr>
          <w:rFonts w:ascii="Calibri" w:hAnsi="Calibri"/>
          <w:b/>
          <w:i w:val="0"/>
          <w:sz w:val="26"/>
        </w:rPr>
        <w:t>4. Giải quyết mọi việc còn dang dở</w:t>
      </w:r>
    </w:p>
    <w:p>
      <w:pPr>
        <w:spacing w:after="80"/>
      </w:pPr>
      <w:r>
        <w:rPr>
          <w:b w:val="0"/>
          <w:i w:val="0"/>
        </w:rPr>
        <w:t>Nếu bạn rời tổ chức trong thời điểm đỉnh cao, có lẽ bạn có góc nhìn rõ ràng về tổ chức của mình. Điều đó có nghĩa là bạn biết các vấn đề nằm ở đâu. Không ai ở vị trí tốt hơn bạn để giải quyết những việc còn dang dở. Bạn có sự tôn trọng của mọi người, và bạn có quyền lực để giải quyết những khó khăn cho người kế nhiệm. Vậy tại sao không làm điều đó? Bạn có thể chịu được những cú đánh vì bạn có quá nhiều uy tín. Bạn có thể tạo không gian để người kế nhiệm tiến lên mà không vướng những khó khăn đó. Thật là một món quà tuyệt vời.</w:t>
      </w:r>
    </w:p>
    <w:p>
      <w:pPr>
        <w:pStyle w:val="Heading3"/>
      </w:pPr>
      <w:r>
        <w:rPr>
          <w:rFonts w:ascii="Calibri" w:hAnsi="Calibri"/>
          <w:b/>
          <w:i w:val="0"/>
          <w:sz w:val="26"/>
        </w:rPr>
        <w:t>5. Nói lời tạm biệt</w:t>
      </w:r>
    </w:p>
    <w:p>
      <w:pPr>
        <w:spacing w:after="80"/>
      </w:pPr>
      <w:r>
        <w:rPr>
          <w:b w:val="0"/>
          <w:i w:val="0"/>
        </w:rPr>
        <w:t>Khi đến lúc từ chức, hãy ra đi. Ít có điều gì làm suy yếu một nhà lãnh đạo mới hơn việc người tiền nhiệm cứ xen vào công việc của tổ chức và làm xói mòn quyền lãnh đạo của anh ta. Jeffrey Immelt, người kế nhiệm Jack Welch tại General Electric, đã khẳng định khi tiếp nhận vị trí CEO: "Điều quan trọng nhất mà Jack có thể làm lúc này, để tôi thực sự nắm quyền, là ra đi. Tôi luôn có thể gọi cho ông ấy và xin lời khuyên. Nhưng về mặt thực tế, doanh nghiệp chỉ có thể có một nhà lãnh đạo."</w:t>
      </w:r>
    </w:p>
    <w:p>
      <w:pPr>
        <w:spacing w:after="80"/>
      </w:pPr>
      <w:r>
        <w:rPr>
          <w:b w:val="0"/>
          <w:i w:val="0"/>
        </w:rPr>
        <w:t>Khi bạn rời khỏi vị trí lãnh đạo của tổ chức mình, hãy tránh đường. Hãy để người kế nhiệm làm việc mà không bị che khuất bởi cái bóng của bạn. Như Marshall Goldsmith đã nhận xét: "Điều tốt nhất mà một CEO có thể làm là thể hiện sự chính trực khi ra đi bằng cách làm mọi thứ có thể để đảm bảo rằng CEO tiếp theo sẽ thành công." Điều đó bao gồm việc tự rút lui để người kế nhiệm có thể dẫn dắt và mọi người trong tổ chức có thể đi theo họ.</w:t>
      </w:r>
    </w:p>
    <w:p>
      <w:pPr>
        <w:pStyle w:val="Heading3"/>
      </w:pPr>
      <w:r>
        <w:rPr>
          <w:rFonts w:ascii="Calibri" w:hAnsi="Calibri"/>
          <w:b/>
          <w:i w:val="0"/>
          <w:sz w:val="26"/>
        </w:rPr>
        <w:t>6. Hãy Sẵn Sàng Hỗ Trợ Người Kế Nhiệm</w:t>
      </w:r>
    </w:p>
    <w:p>
      <w:pPr>
        <w:spacing w:after="80"/>
      </w:pPr>
      <w:r>
        <w:rPr>
          <w:b w:val="0"/>
          <w:i w:val="0"/>
        </w:rPr>
        <w:t>Một phần của việc nói lời tạm biệt là không đưa ra những lời khuyên không được yêu cầu. Tuy nhiên, người kế nhiệm sẽ trân trọng nếu bạn sẵn sàng có mặt khi và nếu họ chọn tìm đến bạn. Có những điều chỉ bạn mới biết. Bạn có một góc nhìn độc đáo và quý giá. Hãy chia sẻ nó khi được hỏi.</w:t>
      </w:r>
    </w:p>
    <w:p>
      <w:pPr>
        <w:spacing w:after="80"/>
      </w:pPr>
      <w:r>
        <w:rPr>
          <w:b w:val="0"/>
          <w:i w:val="0"/>
        </w:rPr>
        <w:t>Tôi đã đề cập rằng khi rời khỏi vị trí lãnh đạo đầu tiên của mình, tôi đã không làm tốt lắm trong việc chuẩn bị cho tổ chức hướng tới thành công. Khi tôi rời Skyline sau hai mươi sáu năm lãnh đạo mục vụ, tôi đã làm tốt hơn. Trong mười bốn năm, tôi đã lên kế hoạch trước bằng cách phát triển các nhà lãnh đạo. Tôi đã phát triển đội ngũ nhân viên, và họ đã trở thành một tập thể tuyệt vời. Tôi cũng đã phát triển ban giám đốc của mình. Mặc dù đúng là tôi không được chọn người kế nhiệm, vì điều đó sẽ không phù hợp với điều lệ của tổ chức, nhưng tôi đã phát triển những nhà lãnh đạo trong ban giám đốc - những người đã thực hiện việc lựa chọn đó. Và khi tôi rời khỏi vị trí của mình, tôi đã nói lời tạm biệt. Thực tế, trong hành động chính thức cuối cùng với tư cách là người lãnh đạo, tôi đã nói với mọi người trong tổ chức rằng khi tôi rời đi vào ngày hôm đó, tôi không còn là người lãnh đạo của họ nữa.</w:t>
      </w:r>
    </w:p>
    <w:p>
      <w:pPr>
        <w:spacing w:after="80"/>
      </w:pPr>
      <w:r>
        <w:rPr>
          <w:b w:val="0"/>
          <w:i w:val="0"/>
        </w:rPr>
        <w:t>Sau khi thực hiện việc chuyển giao, tôi đã cố gắng làm mọi thứ trong khả năng để giúp người kế nhiệm của mình, Jim Garlow, thành công, bao gồm việc luôn rộng mở với anh ấy bất cứ khi nào anh ấy muốn thảo luận một vấn đề hay hỏi về lịch sử của tổ chức. Tôi luôn vui vẻ giúp đỡ bằng mọi cách có thể. Tôi yêu Skyline và con người nơi đây, và tôi vẫn mong những điều tốt đẹp nhất cho họ. Khi Jim thắng, mọi người cũng thắng - và tôi cũng vậy.</w:t>
      </w:r>
    </w:p>
    <w:p>
      <w:pPr>
        <w:pStyle w:val="Heading2"/>
      </w:pPr>
      <w:r>
        <w:rPr>
          <w:rFonts w:ascii="Calibri" w:hAnsi="Calibri"/>
          <w:b/>
          <w:i w:val="0"/>
          <w:sz w:val="32"/>
        </w:rPr>
        <w:t>8. Bạn Xử Lý Việc Ra Đi và Báo Tin Cho Một Tập Thể Tuyệt Vời Gồm Những Người Tuyệt Vời - Những Người Đã Đến Công Ty Vì Bạn Đã Mời Họ - Như Thế Nào?</w:t>
      </w:r>
    </w:p>
    <w:p>
      <w:pPr>
        <w:spacing w:after="80"/>
      </w:pPr>
      <w:r>
        <w:rPr>
          <w:b w:val="0"/>
          <w:i w:val="0"/>
        </w:rPr>
        <w:t>Nói lời tạm biệt với mọi người có thể rất khó khăn. Cây bút chuyên mục từng đoạt giải Pulitzer Ellen Goodman đã viết: "Có một bí quyết cho việc Ra Đi Duyên Dáng. Nó bắt đầu bằng tầm nhìn để nhận ra khi nào một công việc, một giai đoạn cuộc đời, một mối quan hệ đã kết thúc - và để buông bỏ. Điều đó có nghĩa là rời bỏ những gì đã qua mà không phủ nhận tính đúng đắn hay tầm quan trọng trong quá khứ của nó trong cuộc sống của chúng ta. Nó bao gồm ý thức về tương lai, niềm tin rằng mỗi lời kết thúc đều là một khởi đầu, rằng chúng ta đang tiến về phía trước chứ không phải bước ra ngoài."</w:t>
      </w:r>
    </w:p>
    <w:p>
      <w:pPr>
        <w:spacing w:after="80"/>
      </w:pPr>
      <w:r>
        <w:rPr>
          <w:b w:val="0"/>
          <w:i w:val="0"/>
        </w:rPr>
        <w:t>Vào thời điểm tôi rời Skyline, tôi háo hức về giai đoạn tiếp theo của cuộc đời, nhưng tôi buồn khi phải để lại những con người tuyệt vời như vậy. Một số nhân viên chủ chốt đã gắn bó với tôi hơn mười năm. Chúng tôi đã cùng nhau trải qua nhiều thứ và thực sự quan tâm đến nhau.</w:t>
      </w:r>
    </w:p>
    <w:p>
      <w:pPr>
        <w:spacing w:after="80"/>
      </w:pPr>
      <w:r>
        <w:rPr>
          <w:b w:val="0"/>
          <w:i w:val="0"/>
        </w:rPr>
        <w:t>Khi tôi đưa ra quyết định rằng đã đến lúc phải ra đi, tôi đã đến gặp những người chủ chốt của mình và thông báo cho họ đầu tiên. Tôi cảm thấy mình nợ họ điều đó. Tôi cũng hứa sẽ giúp đỡ họ bằng mọi cách có thể, và tôi biết ơn vì đã có thể thực hiện được lời hứa đó.</w:t>
      </w:r>
    </w:p>
    <w:p>
      <w:pPr>
        <w:spacing w:after="80"/>
      </w:pPr>
      <w:r>
        <w:rPr>
          <w:b w:val="0"/>
          <w:i w:val="0"/>
        </w:rPr>
        <w:t>Khi bạn thực hiện một sự chuyển giao, dù nó cần thiết đến đâu hay bạn làm tốt đến đâu, bạn sẽ làm thất vọng những người bạn quan tâm. Bạn không nên để điều đó ngăn cản bạn nếu đó là việc đúng đắn cần làm. Hãy giúp những người bạn có thể giúp. Hãy chuẩn bị cho người kế nhiệm của bạn hướng tới thành công. Và hãy ra đi với sự chính trực. Bạn không thể mong đợi mình làm được nhiều hơn thế.</w:t>
      </w:r>
    </w:p>
    <w:p>
      <w:pPr>
        <w:pStyle w:val="Heading2"/>
      </w:pPr>
      <w:r>
        <w:rPr>
          <w:rFonts w:ascii="Calibri" w:hAnsi="Calibri"/>
          <w:b/>
          <w:i w:val="0"/>
          <w:sz w:val="32"/>
        </w:rPr>
        <w:t>9. Di Sản Của Một Nhà Lãnh Đạo Thành Công Nên Là Gì?</w:t>
      </w:r>
    </w:p>
    <w:p>
      <w:pPr>
        <w:spacing w:after="80"/>
      </w:pPr>
      <w:r>
        <w:rPr>
          <w:b w:val="0"/>
          <w:i w:val="0"/>
        </w:rPr>
        <w:t>Những di sản có ý nghĩa đều gắn liền với con người. Một trăm năm nữa, tất cả những gì còn lại có ý nghĩa chính là những người mà bạn đã kết nối theo cách mà bạn đã mang lại giá trị và ý nghĩa cho cuộc sống của họ.</w:t>
      </w:r>
    </w:p>
    <w:p>
      <w:pPr>
        <w:spacing w:after="80"/>
      </w:pPr>
      <w:r>
        <w:rPr>
          <w:b w:val="0"/>
          <w:i w:val="0"/>
        </w:rPr>
        <w:t>Tôi đã dành một phần lớn của chương này để thảo luận về sự kế nhiệm và cách trao lại ngọn đuốc lãnh đạo cho các nhà lãnh đạo khác. Nhà bình luận chính trị Walter Lippmann đã nói: "Bài kiểm tra cuối cùng của một nhà lãnh đạo là anh ta để lại trong người khác niềm tin và ý chí để tiếp tục." Cuối cùng, nếu mọi người của bạn không thể làm được nếu không có bạn, thì bạn đã không thành công trong việc nuôi dưỡng các nhà lãnh đạo khác.</w:t>
      </w:r>
    </w:p>
    <w:p>
      <w:pPr>
        <w:spacing w:after="80"/>
      </w:pPr>
      <w:r>
        <w:rPr>
          <w:b w:val="0"/>
          <w:i w:val="0"/>
        </w:rPr>
        <w:t>Chúng ta đều đã nghe rằng "khi học trò sẵn sàng, người thầy sẽ xuất hiện." Tôi cũng tin rằng khi người thầy sẵn sàng, học trò sẽ xuất hiện. Có những người trong thế giới của bạn sẽ rất vui mừng được học hỏi từ bạn - không chỉ người sẽ kế nhiệm bạn ở vị trí lãnh đạo, mà còn những người trong mọi lĩnh vực của cuộc sống bạn.</w:t>
      </w:r>
    </w:p>
    <w:p>
      <w:pPr>
        <w:spacing w:after="80"/>
      </w:pPr>
      <w:r>
        <w:rPr>
          <w:b w:val="0"/>
          <w:i w:val="0"/>
        </w:rPr>
        <w:t>Tôi tin rằng di sản lớn nhất mà một nhà lãnh đạo có thể để lại là đã phát triển được những nhà lãnh đạo khác. Hãy phát triển họ càng rộng và càng sâu càng tốt. Tôi đã dành hơn ba mươi năm giảng dạy về lãnh đạo cho các nhà lãnh đạo từ mọi tầng lớp xã hội và gần một trăm quốc gia. Các tổ chức của tôi đã đào tạo hàng triệu nhà lãnh đạo ở gần như mọi quốc gia. Trong vài năm gần đây, tôi đã bắt đầu đầu tư cá nhân vào các huấn luyện viên và diễn giả - những người đang tích cực truyền dạy cho người khác những giá trị và nguyên tắc mà tôi theo đuổi. Và tôi đang đầu tư sâu vào một số ít nhà lãnh đạo trong vòng thân cận của mình.</w:t>
      </w:r>
    </w:p>
    <w:p>
      <w:pPr>
        <w:spacing w:after="80"/>
      </w:pPr>
      <w:r>
        <w:rPr>
          <w:b w:val="0"/>
          <w:i w:val="0"/>
        </w:rPr>
        <w:t>Nếu bạn muốn để lại một di sản, hãy đầu tư vào con người, và khuyến khích những người bạn phát triển truyền lại mọi thứ họ học được từ bạn cho những người khác - những người sẽ làm điều tương tự. Con người là điều quan trọng trong thế giới này - không phải tiền bạc, danh vọng, tòa nhà, tổ chức hay thể chế. Chỉ có con người mà thôi.</w:t>
      </w:r>
    </w:p>
    <w:p>
      <w:pPr>
        <w:spacing w:after="80"/>
      </w:pPr>
      <w:r>
        <w:rPr>
          <w:b w:val="0"/>
          <w:i w:val="0"/>
        </w:rPr>
        <w:t>Nhiều năm trước, tôi tình cờ đọc được một bài thơ có tên “The Bridge Builder” (Người xây cầu) của Will Allen Dromgoole. Bài thơ đúc kết trọn vẹn tinh thần của những nhà lãnh đạo xây dựng di sản. Bài thơ viết rằng,</w:t>
      </w:r>
    </w:p>
    <w:p>
      <w:pPr>
        <w:spacing w:after="80"/>
      </w:pPr>
      <w:r>
        <w:rPr>
          <w:b w:val="0"/>
          <w:i/>
        </w:rPr>
        <w:t>Một ông lão bước trên con đường vắng,</w:t>
      </w:r>
    </w:p>
    <w:p>
      <w:pPr>
        <w:spacing w:after="80"/>
      </w:pPr>
      <w:r>
        <w:rPr>
          <w:b w:val="0"/>
          <w:i/>
        </w:rPr>
        <w:t>Đến lúc chiều buông, lạnh lẽo và xám ngắt,</w:t>
      </w:r>
    </w:p>
    <w:p>
      <w:pPr>
        <w:spacing w:after="80"/>
      </w:pPr>
      <w:r>
        <w:rPr>
          <w:b w:val="0"/>
          <w:i/>
        </w:rPr>
        <w:t>Trước một vực thẳm mênh mông, rộng lớn và dốc đứng,</w:t>
      </w:r>
    </w:p>
    <w:p>
      <w:pPr>
        <w:spacing w:after="80"/>
      </w:pPr>
      <w:r>
        <w:rPr>
          <w:b w:val="0"/>
          <w:i/>
        </w:rPr>
        <w:t>Với dòng nước chảy lạnh và sâu thẳm.</w:t>
      </w:r>
    </w:p>
    <w:p>
      <w:pPr>
        <w:spacing w:after="80"/>
      </w:pPr>
      <w:r>
        <w:rPr>
          <w:b w:val="0"/>
          <w:i/>
        </w:rPr>
        <w:t>Ông lão băng qua trong ánh hoàng hôn mờ tối,</w:t>
      </w:r>
    </w:p>
    <w:p>
      <w:pPr>
        <w:spacing w:after="80"/>
      </w:pPr>
      <w:r>
        <w:rPr>
          <w:b w:val="0"/>
          <w:i/>
        </w:rPr>
        <w:t>Dòng suối cuồn cuộn chẳng khiến ông e sợ;</w:t>
      </w:r>
    </w:p>
    <w:p>
      <w:pPr>
        <w:spacing w:after="80"/>
      </w:pPr>
      <w:r>
        <w:rPr>
          <w:b w:val="0"/>
          <w:i/>
        </w:rPr>
        <w:t>Nhưng khi đã an toàn bên kia bờ,</w:t>
      </w:r>
    </w:p>
    <w:p>
      <w:pPr>
        <w:spacing w:after="80"/>
      </w:pPr>
      <w:r>
        <w:rPr>
          <w:b w:val="0"/>
          <w:i/>
        </w:rPr>
        <w:t>Ông quay lại và xây một cây cầu bắc ngang dòng nước.</w:t>
      </w:r>
    </w:p>
    <w:p>
      <w:pPr>
        <w:spacing w:after="80"/>
      </w:pPr>
      <w:r>
        <w:rPr>
          <w:b w:val="0"/>
          <w:i/>
        </w:rPr>
        <w:t>“Ông lão ơi,” một người đồng hành gần đó nói,</w:t>
      </w:r>
    </w:p>
    <w:p>
      <w:pPr>
        <w:spacing w:after="80"/>
      </w:pPr>
      <w:r>
        <w:rPr>
          <w:b w:val="0"/>
          <w:i/>
        </w:rPr>
        <w:t>“ông đang phí sức mình để xây dựng ở đây.</w:t>
      </w:r>
    </w:p>
    <w:p>
      <w:pPr>
        <w:spacing w:after="80"/>
      </w:pPr>
      <w:r>
        <w:rPr>
          <w:b w:val="0"/>
          <w:i/>
        </w:rPr>
        <w:t>Hành trình của ông sẽ kết thúc khi ngày qua đi,</w:t>
      </w:r>
    </w:p>
    <w:p>
      <w:pPr>
        <w:spacing w:after="80"/>
      </w:pPr>
      <w:r>
        <w:rPr>
          <w:b w:val="0"/>
          <w:i/>
        </w:rPr>
        <w:t>Ông sẽ chẳng bao giờ đi qua con đường này lần nữa.</w:t>
      </w:r>
    </w:p>
    <w:p>
      <w:pPr>
        <w:spacing w:after="80"/>
      </w:pPr>
      <w:r>
        <w:rPr>
          <w:b w:val="0"/>
          <w:i/>
        </w:rPr>
        <w:t>Ông đã vượt qua vực thẳm sâu và rộng—</w:t>
      </w:r>
    </w:p>
    <w:p>
      <w:pPr>
        <w:spacing w:after="80"/>
      </w:pPr>
      <w:r>
        <w:rPr>
          <w:b w:val="0"/>
          <w:i/>
        </w:rPr>
        <w:t>Vậy tại sao ông lại xây cây cầu này lúc chiều tà?”</w:t>
      </w:r>
    </w:p>
    <w:p>
      <w:pPr>
        <w:spacing w:after="80"/>
      </w:pPr>
      <w:r>
        <w:rPr>
          <w:b w:val="0"/>
          <w:i/>
        </w:rPr>
        <w:t>Người xây cầu ngẩng đầu bạc phơ lên,</w:t>
      </w:r>
    </w:p>
    <w:p>
      <w:pPr>
        <w:spacing w:after="80"/>
      </w:pPr>
      <w:r>
        <w:rPr>
          <w:b w:val="0"/>
          <w:i/>
        </w:rPr>
        <w:t>“Bạn hiền ơi, trên con đường tôi đã đi qua,” ông nói,</w:t>
      </w:r>
    </w:p>
    <w:p>
      <w:pPr>
        <w:spacing w:after="80"/>
      </w:pPr>
      <w:r>
        <w:rPr>
          <w:b w:val="0"/>
          <w:i/>
        </w:rPr>
        <w:t>“Hôm nay có người theo bước sau tôi,</w:t>
      </w:r>
    </w:p>
    <w:p>
      <w:pPr>
        <w:spacing w:after="80"/>
      </w:pPr>
      <w:r>
        <w:rPr>
          <w:b w:val="0"/>
          <w:i/>
        </w:rPr>
        <w:t>Một chàng trai trẻ với đôi chân phải bước qua lối này.</w:t>
      </w:r>
    </w:p>
    <w:p>
      <w:pPr>
        <w:spacing w:after="80"/>
      </w:pPr>
      <w:r>
        <w:rPr>
          <w:b w:val="0"/>
          <w:i/>
        </w:rPr>
        <w:t>Vực thẳm từng chẳng là gì với tôi,</w:t>
      </w:r>
    </w:p>
    <w:p>
      <w:pPr>
        <w:spacing w:after="80"/>
      </w:pPr>
      <w:r>
        <w:rPr>
          <w:b w:val="0"/>
          <w:i/>
        </w:rPr>
        <w:t>Với chàng trai tóc vàng ấy lại có thể là cạm bẫy.</w:t>
      </w:r>
    </w:p>
    <w:p>
      <w:pPr>
        <w:spacing w:after="80"/>
      </w:pPr>
      <w:r>
        <w:rPr>
          <w:b w:val="0"/>
          <w:i/>
        </w:rPr>
        <w:t>Cậu ấy cũng phải băng qua trong ánh hoàng hôn mờ tối—</w:t>
      </w:r>
    </w:p>
    <w:p>
      <w:pPr>
        <w:spacing w:after="80"/>
      </w:pPr>
      <w:r>
        <w:rPr>
          <w:b w:val="0"/>
          <w:i/>
        </w:rPr>
        <w:t>Bạn hiền ơi, tôi đang xây cây cầu này cho cậu ấy.”</w:t>
      </w:r>
    </w:p>
    <w:p>
      <w:pPr>
        <w:spacing w:after="80"/>
      </w:pPr>
      <w:r>
        <w:rPr>
          <w:b w:val="0"/>
          <w:i w:val="0"/>
        </w:rPr>
        <w:t>Thành tựu đến với những người có khả năng làm được những điều lớn lao cho chính mình. Thành công đến khi họ dẫn dắt người theo sau làm những điều lớn lao cho họ. Nhưng di sản chỉ được tạo ra khi người lãnh đạo đặt người của mình vào vị thế để làm những điều lớn lao mà không cần đến họ. Di sản của những nhà lãnh đạo thành công sống mãi qua những người họ chạm đến trên hành trình. Điều duy nhất bạn có thể thay đổi một cách lâu dài chính là trái tim của những người bạn dẫn dắt.</w:t>
      </w:r>
    </w:p>
    <w:p>
      <w:pPr>
        <w:spacing w:after="80"/>
        <w:jc w:val="center"/>
      </w:pPr>
      <w:r>
        <w:rPr>
          <w:b/>
          <w:i w:val="0"/>
        </w:rPr>
        <w:t>Di sản của những nhà lãnh đạo thành công sống mãi qua những người họ chạm đến trên hành trình.</w:t>
      </w:r>
    </w:p>
    <w:p>
      <w:pPr>
        <w:pStyle w:val="Heading3"/>
      </w:pPr>
      <w:r>
        <w:rPr>
          <w:rFonts w:ascii="Calibri" w:hAnsi="Calibri"/>
          <w:b/>
          <w:i w:val="0"/>
          <w:sz w:val="26"/>
        </w:rPr>
        <w:t>Những câu hỏi liên quan đến việc phát triển người lãnh đạo</w:t>
      </w:r>
    </w:p>
    <w:p>
      <w:pPr>
        <w:spacing w:after="80"/>
        <w:ind w:left="360"/>
      </w:pPr>
      <w:r>
        <w:t xml:space="preserve">1. </w:t>
      </w:r>
      <w:r>
        <w:rPr>
          <w:b w:val="0"/>
          <w:i w:val="0"/>
        </w:rPr>
        <w:t>Cách tốt nhất để nhận ra tiềm năng lãnh đạo ở người khác là gì?</w:t>
      </w:r>
    </w:p>
    <w:p>
      <w:pPr>
        <w:spacing w:after="80"/>
        <w:ind w:left="360"/>
      </w:pPr>
      <w:r>
        <w:t xml:space="preserve">2. </w:t>
      </w:r>
      <w:r>
        <w:rPr>
          <w:b w:val="0"/>
          <w:i w:val="0"/>
        </w:rPr>
        <w:t>Phát triển người lãnh đạo thiên về nghệ thuật hay khoa học hơn?</w:t>
      </w:r>
    </w:p>
    <w:p>
      <w:pPr>
        <w:spacing w:after="80"/>
        <w:ind w:left="360"/>
      </w:pPr>
      <w:r>
        <w:t xml:space="preserve">3. </w:t>
      </w:r>
      <w:r>
        <w:rPr>
          <w:b w:val="0"/>
          <w:i w:val="0"/>
        </w:rPr>
        <w:t>Làm thế nào để bạn giúp người khác nhận ra tài năng bên trong họ? Làm thế nào để bạn giúp người khác tin vào chính mình?</w:t>
      </w:r>
    </w:p>
    <w:p>
      <w:pPr>
        <w:spacing w:after="80"/>
        <w:ind w:left="360"/>
      </w:pPr>
      <w:r>
        <w:t xml:space="preserve">4. </w:t>
      </w:r>
      <w:r>
        <w:rPr>
          <w:b w:val="0"/>
          <w:i w:val="0"/>
        </w:rPr>
        <w:t>Làm thế nào để bạn giúp người khác đạt được tiềm năng tối đa của họ khi họ đang ở trong vùng an toàn và không muốn rời khỏi đó?</w:t>
      </w:r>
    </w:p>
    <w:p>
      <w:pPr>
        <w:spacing w:after="80"/>
        <w:ind w:left="360"/>
      </w:pPr>
      <w:r>
        <w:t xml:space="preserve">5. </w:t>
      </w:r>
      <w:r>
        <w:rPr>
          <w:b w:val="0"/>
          <w:i w:val="0"/>
        </w:rPr>
        <w:t>Làm thế nào để bạn xác định nên dành bao nhiêu thời gian cho một người mà bạn đang phát triển?</w:t>
      </w:r>
    </w:p>
    <w:p>
      <w:pPr>
        <w:spacing w:after="80"/>
        <w:ind w:left="360"/>
      </w:pPr>
      <w:r>
        <w:t xml:space="preserve">6. </w:t>
      </w:r>
      <w:r>
        <w:rPr>
          <w:b w:val="0"/>
          <w:i w:val="0"/>
        </w:rPr>
        <w:t>Khi nào thì bạn buông tay hay “từ bỏ” những người bạn đang dẫn dắt, sau khi đã làm hết sức để giúp họ trưởng thành?</w:t>
      </w:r>
    </w:p>
    <w:p>
      <w:pPr>
        <w:spacing w:after="80"/>
        <w:ind w:left="360"/>
      </w:pPr>
      <w:r>
        <w:t xml:space="preserve">7. </w:t>
      </w:r>
      <w:r>
        <w:rPr>
          <w:b w:val="0"/>
          <w:i w:val="0"/>
        </w:rPr>
        <w:t>Tôi đã trao quyền cho người khác dẫn dắt rồi quay lại chỉ thấy họ không tiến bộ gì và quay về làm mọi thứ theo cách cũ. Tôi nên làm gì khác đi?</w:t>
      </w:r>
    </w:p>
    <w:p>
      <w:pPr>
        <w:spacing w:after="80"/>
        <w:ind w:left="360"/>
      </w:pPr>
      <w:r>
        <w:t xml:space="preserve">8. </w:t>
      </w:r>
      <w:r>
        <w:rPr>
          <w:b w:val="0"/>
          <w:i w:val="0"/>
        </w:rPr>
        <w:t>Làm sao chúng ta có thể vượt qua nỗi thất vọng khi đã đầu tư rất nhiều thời gian, tiền bạc, công sức và cả tấm lòng vào những nhà lãnh đạo tương lai của mình rồi họ lại ra đi?</w:t>
      </w:r>
    </w:p>
    <w:p>
      <w:pPr>
        <w:spacing w:after="80"/>
        <w:ind w:left="360"/>
      </w:pPr>
      <w:r>
        <w:t xml:space="preserve">9. </w:t>
      </w:r>
      <w:r>
        <w:rPr>
          <w:b w:val="0"/>
          <w:i w:val="0"/>
        </w:rPr>
        <w:t>Điều quan trọng nhất mà một người phải học để trở thành người lãnh đạo của những nhà lãnh đạo là gì?</w:t>
      </w:r>
    </w:p>
    <w:p>
      <w:pPr>
        <w:spacing w:after="80"/>
        <w:ind w:left="360"/>
      </w:pPr>
      <w:r>
        <w:t xml:space="preserve">10. </w:t>
      </w:r>
      <w:r>
        <w:rPr>
          <w:b w:val="0"/>
          <w:i w:val="0"/>
        </w:rPr>
        <w:t>Làm thế nào để bạn đưa người ta vào vòng tròn thân cận của mình?</w:t>
      </w:r>
    </w:p>
    <w:p>
      <w:pPr>
        <w:jc w:val="center"/>
      </w:pPr>
      <w:r>
        <w:drawing>
          <wp:inline xmlns:a="http://schemas.openxmlformats.org/drawingml/2006/main" xmlns:pic="http://schemas.openxmlformats.org/drawingml/2006/picture">
            <wp:extent cx="695325" cy="19050"/>
            <wp:docPr id="28" name="Picture 28"/>
            <wp:cNvGraphicFramePr>
              <a:graphicFrameLocks noChangeAspect="1"/>
            </wp:cNvGraphicFramePr>
            <a:graphic>
              <a:graphicData uri="http://schemas.openxmlformats.org/drawingml/2006/picture">
                <pic:pic>
                  <pic:nvPicPr>
                    <pic:cNvPr id="0" name="00003.jpeg"/>
                    <pic:cNvPicPr/>
                  </pic:nvPicPr>
                  <pic:blipFill>
                    <a:blip r:embed="rId12"/>
                    <a:stretch>
                      <a:fillRect/>
                    </a:stretch>
                  </pic:blipFill>
                  <pic:spPr>
                    <a:xfrm>
                      <a:off x="0" y="0"/>
                      <a:ext cx="695325" cy="19050"/>
                    </a:xfrm>
                    <a:prstGeom prst="rect"/>
                  </pic:spPr>
                </pic:pic>
              </a:graphicData>
            </a:graphic>
          </wp:inline>
        </w:drawing>
      </w:r>
    </w:p>
    <w:p>
      <w:pPr>
        <w:pStyle w:val="Heading1"/>
      </w:pPr>
      <w:r>
        <w:rPr>
          <w:rFonts w:ascii="Calibri" w:hAnsi="Calibri"/>
          <w:b/>
          <w:i w:val="0"/>
          <w:sz w:val="40"/>
        </w:rPr>
        <w:t>10</w:t>
      </w:r>
    </w:p>
    <w:p>
      <w:pPr>
        <w:jc w:val="center"/>
      </w:pPr>
      <w:r>
        <w:drawing>
          <wp:inline xmlns:a="http://schemas.openxmlformats.org/drawingml/2006/main" xmlns:pic="http://schemas.openxmlformats.org/drawingml/2006/picture">
            <wp:extent cx="695325" cy="19050"/>
            <wp:docPr id="29" name="Picture 29"/>
            <wp:cNvGraphicFramePr>
              <a:graphicFrameLocks noChangeAspect="1"/>
            </wp:cNvGraphicFramePr>
            <a:graphic>
              <a:graphicData uri="http://schemas.openxmlformats.org/drawingml/2006/picture">
                <pic:pic>
                  <pic:nvPicPr>
                    <pic:cNvPr id="0" name="00003.jpeg"/>
                    <pic:cNvPicPr/>
                  </pic:nvPicPr>
                  <pic:blipFill>
                    <a:blip r:embed="rId12"/>
                    <a:stretch>
                      <a:fillRect/>
                    </a:stretch>
                  </pic:blipFill>
                  <pic:spPr>
                    <a:xfrm>
                      <a:off x="0" y="0"/>
                      <a:ext cx="695325" cy="19050"/>
                    </a:xfrm>
                    <a:prstGeom prst="rect"/>
                  </pic:spPr>
                </pic:pic>
              </a:graphicData>
            </a:graphic>
          </wp:inline>
        </w:drawing>
      </w:r>
    </w:p>
    <w:p>
      <w:pPr>
        <w:pStyle w:val="Heading1"/>
      </w:pPr>
      <w:r>
        <w:rPr>
          <w:rFonts w:ascii="Calibri" w:hAnsi="Calibri"/>
          <w:b/>
          <w:i w:val="0"/>
          <w:sz w:val="40"/>
        </w:rPr>
        <w:t>Làm sao để tôi phát triển được các nhà lãnh đạo?</w:t>
      </w:r>
    </w:p>
    <w:p>
      <w:pPr>
        <w:spacing w:after="80"/>
      </w:pPr>
      <w:r>
        <w:rPr>
          <w:b w:val="0"/>
          <w:i w:val="0"/>
        </w:rPr>
        <w:t>Mọi thứ đều thăng trầm theo khả năng lãnh đạo. Nếu bạn muốn phát huy tối đa tiềm năng của mình và tạo ra sự khác biệt, bạn phải trở thành một nhà lãnh đạo giỏi hơn. Đó là chìa khóa dẫn đến thành công cá nhân. Nếu bạn muốn tạo dấu ấn lên thế giới của mình, bạn phải giúp người khác trở thành những nhà lãnh đạo giỏi hơn.</w:t>
      </w:r>
    </w:p>
    <w:p>
      <w:pPr>
        <w:spacing w:after="80"/>
      </w:pPr>
      <w:r>
        <w:rPr>
          <w:b w:val="0"/>
          <w:i w:val="0"/>
        </w:rPr>
        <w:t>Nhà lãnh đạo rất khó tìm, khó đào tạo và khó giữ. Họ muốn đi theo con đường riêng của mình. Nhưng phát triển các nhà lãnh đạo có lẽ là hoạt động đáng giá nhất mà bạn sẽ từng làm trong suốt cuộc đời mình.</w:t>
      </w:r>
    </w:p>
    <w:p>
      <w:pPr>
        <w:pStyle w:val="Heading2"/>
      </w:pPr>
      <w:r>
        <w:rPr>
          <w:rFonts w:ascii="Calibri" w:hAnsi="Calibri"/>
          <w:b/>
          <w:i w:val="0"/>
          <w:sz w:val="32"/>
        </w:rPr>
        <w:t>1. Cách tốt nhất để nhận diện tiềm năng lãnh đạo ở người khác là gì?</w:t>
      </w:r>
    </w:p>
    <w:p>
      <w:pPr>
        <w:spacing w:after="80"/>
      </w:pPr>
      <w:r>
        <w:rPr>
          <w:b w:val="0"/>
          <w:i w:val="0"/>
        </w:rPr>
        <w:t>Nếu bạn khao khát phát triển các nhà lãnh đạo và phát huy tối đa tầm ảnh hưởng của mình trên thế giới này, câu hỏi quan trọng nhất bạn có thể đặt ra là làm sao nhận diện được những nhà lãnh đạo tiềm năng. Thành công của bạn phụ thuộc vào khả năng tìm ra và thu hút được những người giỏi hơn là bất cứ điều gì khác. Như huấn luyện viên bóng bầu dục đại học thành công và cũng là bạn tôi, Lou Holtz, từng nói: "Tôi đã từng huấn luyện những cầu thủ giỏi và cả những cầu thủ dở. Tôi là một huấn luyện viên giỏi hơn khi có những cầu thủ giỏi."</w:t>
      </w:r>
    </w:p>
    <w:p>
      <w:pPr>
        <w:spacing w:after="80"/>
      </w:pPr>
      <w:r>
        <w:rPr>
          <w:b w:val="0"/>
          <w:i w:val="0"/>
        </w:rPr>
        <w:t>Bạn sẽ chỉ phát triển được những nhà lãnh đạo giỏi nếu bạn tìm được những người có tiềm năng lãnh đạo mạnh mẽ. Điều đó trở nên dễ dàng hơn nhiều nếu bạn biết mình đang tìm kiếm điều gì. Liệu có thể tìm ra người bằng cách thử và sai không? Chắc chắn rồi. Nhưng nó có hiệu quả không? Không hẳn.</w:t>
      </w:r>
    </w:p>
    <w:p>
      <w:pPr>
        <w:spacing w:after="80"/>
        <w:jc w:val="center"/>
      </w:pPr>
      <w:r>
        <w:rPr>
          <w:b/>
          <w:i w:val="0"/>
        </w:rPr>
        <w:t>Bạn sẽ chỉ phát triển được những nhà lãnh đạo giỏi nếu bạn tìm được những người có tiềm năng lãnh đạo mạnh mẽ.</w:t>
      </w:r>
    </w:p>
    <w:p>
      <w:pPr>
        <w:spacing w:after="80"/>
      </w:pPr>
      <w:r>
        <w:rPr>
          <w:b w:val="0"/>
          <w:i w:val="0"/>
        </w:rPr>
        <w:t xml:space="preserve">Bạn đã bao giờ đi tìm một cuốn sách lạ trên những kệ sách lộn xộn chưa? Khi bạn không biết cuốn sách trông như thế nào, hoặc không nhớ nổi tựa đề, việc tìm nó có thể mất cả đời. Bạn rút một cuốn khỏi kệ. </w:t>
      </w:r>
      <w:r>
        <w:rPr>
          <w:b w:val="0"/>
          <w:i/>
        </w:rPr>
        <w:t>Không, không phải cuốn này.</w:t>
      </w:r>
      <w:r>
        <w:rPr>
          <w:b w:val="0"/>
          <w:i w:val="0"/>
        </w:rPr>
        <w:t xml:space="preserve"> Rồi cuốn khác. Rồi cuốn khác nữa. Đó là công việc tẻ nhạt và bạn có thể nản đến mức bỏ cuộc. Nhưng còn khi bạn tìm một cuốn sách mà mình biết rõ thì sao? Có thể bạn nhớ màu sắc đặc trưng của nó hoặc kiểu chữ trên gáy sách. Thậm chí không cần đọc chữ nào trên bìa, bạn cũng có thể nhận ra nó chỉ bằng một </w:t>
      </w:r>
      <w:r>
        <w:rPr>
          <w:b w:val="0"/>
          <w:i/>
        </w:rPr>
        <w:t>cái liếc mắt</w:t>
      </w:r>
      <w:r>
        <w:rPr>
          <w:b w:val="0"/>
          <w:i w:val="0"/>
        </w:rPr>
        <w:t>. Tìm một thứ gì đó dễ dàng hơn nhiều khi bạn biết mình đang tìm gì.</w:t>
      </w:r>
    </w:p>
    <w:p>
      <w:pPr>
        <w:spacing w:after="80"/>
      </w:pPr>
      <w:r>
        <w:rPr>
          <w:b w:val="0"/>
          <w:i w:val="0"/>
        </w:rPr>
        <w:t>Tôi đã tìm kiếm những người có tiềm năng lãnh đạo lâu đến mức tôi có cảm nhận rất rõ về việc họ trông như thế nào. Khi mới bắt đầu làm lãnh đạo, tôi chưa được như vậy. Giờ đây, khi đã phát triển các nhà lãnh đạo gần bốn mươi năm, điều đó đã thành bản năng thứ hai. Tôi muốn chia sẻ danh sách tiêu chí của mình với bạn để bạn cũng có thể nhận ra những người có tiềm năng lãnh đạo, chiêu mộ họ vào đội của mình và bắt đầu phát triển họ.</w:t>
      </w:r>
    </w:p>
    <w:p>
      <w:pPr>
        <w:pStyle w:val="Heading3"/>
      </w:pPr>
      <w:r>
        <w:rPr>
          <w:rFonts w:ascii="Calibri" w:hAnsi="Calibri"/>
          <w:b/>
          <w:i w:val="0"/>
          <w:sz w:val="26"/>
        </w:rPr>
        <w:t>1. Nhà lãnh đạo là những chất xúc tác</w:t>
      </w:r>
    </w:p>
    <w:p>
      <w:pPr>
        <w:spacing w:after="80"/>
      </w:pPr>
      <w:r>
        <w:rPr>
          <w:b w:val="0"/>
          <w:i w:val="0"/>
        </w:rPr>
        <w:t>Mọi nhà lãnh đạo tôi từng biết đều có khả năng làm cho mọi việc xảy ra. Đây thường là cách họ được công nhận lần đầu tiên. Họ giống như người đàn ông gầy gò, khô héo trong câu chuyện cười về trại khai thác gỗ. Ông lão nhỏ bé bước vào trụ sở của một công ty khai thác gỗ ở miền tây Canada.</w:t>
      </w:r>
    </w:p>
    <w:p>
      <w:pPr>
        <w:spacing w:after="80"/>
      </w:pPr>
      <w:r>
        <w:rPr>
          <w:b w:val="0"/>
          <w:i w:val="0"/>
        </w:rPr>
        <w:t>“Tôi muốn xin một công việc đốn gỗ,” ông nói.</w:t>
      </w:r>
    </w:p>
    <w:p>
      <w:pPr>
        <w:spacing w:after="80"/>
      </w:pPr>
      <w:r>
        <w:rPr>
          <w:b w:val="0"/>
          <w:i w:val="0"/>
        </w:rPr>
        <w:t>Người đốc công cố gắng khuyên ông từ bỏ ý định đó. Dù sao thì ông cũng nhỏ con. Ông đã già. Và trông ông quá yếu ớt, mong manh cho một công việc đòi hỏi nhiều sức lực như vậy. Không hề nao núng, ông lão cầm lấy chiếc rìu và chặt đổ một cái cây khổng lồ trong thời gian kỷ lục.</w:t>
      </w:r>
    </w:p>
    <w:p>
      <w:pPr>
        <w:spacing w:after="80"/>
      </w:pPr>
      <w:r>
        <w:rPr>
          <w:b w:val="0"/>
          <w:i w:val="0"/>
        </w:rPr>
        <w:t>“Thật đáng kinh ngạc,” người đốc công nói. “Ông học chặt cây như vậy ở đâu thế?”</w:t>
      </w:r>
    </w:p>
    <w:p>
      <w:pPr>
        <w:spacing w:after="80"/>
      </w:pPr>
      <w:r>
        <w:rPr>
          <w:b w:val="0"/>
          <w:i w:val="0"/>
        </w:rPr>
        <w:t>“À,” ông lão nói, “cậu đã nghe nói về Rừng Sahara chưa?”</w:t>
      </w:r>
    </w:p>
    <w:p>
      <w:pPr>
        <w:spacing w:after="80"/>
      </w:pPr>
      <w:r>
        <w:rPr>
          <w:b w:val="0"/>
          <w:i w:val="0"/>
        </w:rPr>
        <w:t>Người đốc công đáp: “Ý ông là Sa mạc Sahara.”</w:t>
      </w:r>
    </w:p>
    <w:p>
      <w:pPr>
        <w:spacing w:after="80"/>
      </w:pPr>
      <w:r>
        <w:rPr>
          <w:b w:val="0"/>
          <w:i w:val="0"/>
        </w:rPr>
        <w:t>“Đúng rồi,” ông lão đáp, “đó là tên người ta gọi nó bây giờ.”</w:t>
      </w:r>
    </w:p>
    <w:p>
      <w:pPr>
        <w:spacing w:after="80"/>
      </w:pPr>
      <w:r>
        <w:rPr>
          <w:b w:val="0"/>
          <w:i w:val="0"/>
        </w:rPr>
        <w:t>Khi tôi thấy ai đó có thể biến mọi việc thành hiện thực, điều đó thu hút sự chú ý của tôi. Khả năng biến mọi việc thành hiện thực không tự động biến một người thành nhà lãnh đạo, nhưng tôi chưa từng gặp một nhà lãnh đạo nào mà không có khả năng biến mọi việc thành hiện thực.</w:t>
      </w:r>
    </w:p>
    <w:p>
      <w:pPr>
        <w:pStyle w:val="Heading3"/>
      </w:pPr>
      <w:r>
        <w:rPr>
          <w:rFonts w:ascii="Calibri" w:hAnsi="Calibri"/>
          <w:b/>
          <w:i w:val="0"/>
          <w:sz w:val="26"/>
        </w:rPr>
        <w:t>2. Nhà lãnh đạo là người có sức ảnh hưởng</w:t>
      </w:r>
    </w:p>
    <w:p>
      <w:pPr>
        <w:spacing w:after="80"/>
      </w:pPr>
      <w:r>
        <w:rPr>
          <w:b w:val="0"/>
          <w:i w:val="0"/>
        </w:rPr>
        <w:t>Lãnh đạo là gây ảnh hưởng, nên tất nhiên những nhà lãnh đạo tiềm năng phải có khả năng ảnh hưởng đến người khác. Ảnh hưởng là thứ không thể ủy thác cho ai. Mỗi người muốn lãnh đạo đều phải sở hữu nó, ít nhất là ở một mức độ nào đó.</w:t>
      </w:r>
    </w:p>
    <w:p>
      <w:pPr>
        <w:spacing w:after="80"/>
      </w:pPr>
      <w:r>
        <w:rPr>
          <w:b w:val="0"/>
          <w:i w:val="0"/>
        </w:rPr>
        <w:t>Khi bạn nhìn vào những nhà lãnh đạo tiềm năng và cố gắng đánh giá mức độ lãnh đạo của họ, hãy chú ý xem họ ảnh hưởng đến những ai. Họ chỉ ảnh hưởng đến bạn bè và gia đình mình ư? Đó là mức độ ảnh hưởng khá thấp. Nếu những người lao động khác trong phòng ban hay trong nhóm của họ chịu ảnh hưởng, điều đó cho thấy khả năng ở mức cao hơn. Khi những người lao động ngoài phòng ban hay nhóm của họ đi theo họ, điều đó cho thấy triển vọng còn lớn hơn nữa. Nếu đồng nghiệp của họ đi theo họ, họ đã phát triển được mức độ ảnh hưởng khá cao. Và nếu họ ảnh hưởng đến bạn và những người ở vị trí lãnh đạo cao hơn họ, điều đó cho thấy khả năng không nhỏ chút nào. Những người này đã và đang lãnh đạo và có triển vọng rất lớn.</w:t>
      </w:r>
    </w:p>
    <w:p>
      <w:pPr>
        <w:pStyle w:val="Heading3"/>
      </w:pPr>
      <w:r>
        <w:rPr>
          <w:rFonts w:ascii="Calibri" w:hAnsi="Calibri"/>
          <w:b/>
          <w:i w:val="0"/>
          <w:sz w:val="26"/>
        </w:rPr>
        <w:t>Sức ảnh hưởng đến từ đâu?</w:t>
      </w:r>
    </w:p>
    <w:p>
      <w:pPr>
        <w:spacing w:after="80"/>
        <w:ind w:left="360"/>
      </w:pPr>
      <w:r>
        <w:t xml:space="preserve">• </w:t>
      </w:r>
      <w:r>
        <w:rPr>
          <w:b/>
          <w:i w:val="0"/>
        </w:rPr>
        <w:t>Phẩm chất:</w:t>
      </w:r>
      <w:r>
        <w:rPr>
          <w:b w:val="0"/>
          <w:i w:val="0"/>
        </w:rPr>
        <w:t xml:space="preserve"> Họ là ai</w:t>
      </w:r>
    </w:p>
    <w:p>
      <w:pPr>
        <w:spacing w:after="80"/>
        <w:ind w:left="360"/>
      </w:pPr>
      <w:r>
        <w:t xml:space="preserve">• </w:t>
      </w:r>
      <w:r>
        <w:rPr>
          <w:b/>
          <w:i w:val="0"/>
        </w:rPr>
        <w:t>Mối quan hệ:</w:t>
      </w:r>
      <w:r>
        <w:rPr>
          <w:b w:val="0"/>
          <w:i w:val="0"/>
        </w:rPr>
        <w:t xml:space="preserve"> Họ quen biết ai</w:t>
      </w:r>
    </w:p>
    <w:p>
      <w:pPr>
        <w:spacing w:after="80"/>
        <w:ind w:left="360"/>
      </w:pPr>
      <w:r>
        <w:t xml:space="preserve">• </w:t>
      </w:r>
      <w:r>
        <w:rPr>
          <w:b/>
          <w:i w:val="0"/>
        </w:rPr>
        <w:t>Kiến thức:</w:t>
      </w:r>
      <w:r>
        <w:rPr>
          <w:b w:val="0"/>
          <w:i w:val="0"/>
        </w:rPr>
        <w:t xml:space="preserve"> Họ biết những gì</w:t>
      </w:r>
    </w:p>
    <w:p>
      <w:pPr>
        <w:spacing w:after="80"/>
        <w:ind w:left="360"/>
      </w:pPr>
      <w:r>
        <w:t xml:space="preserve">• </w:t>
      </w:r>
      <w:r>
        <w:rPr>
          <w:b/>
          <w:i w:val="0"/>
        </w:rPr>
        <w:t>Giao tiếp:</w:t>
      </w:r>
      <w:r>
        <w:rPr>
          <w:b w:val="0"/>
          <w:i w:val="0"/>
        </w:rPr>
        <w:t xml:space="preserve"> Họ kết nối như thế nào</w:t>
      </w:r>
    </w:p>
    <w:p>
      <w:pPr>
        <w:spacing w:after="80"/>
        <w:ind w:left="360"/>
      </w:pPr>
      <w:r>
        <w:t xml:space="preserve">• </w:t>
      </w:r>
      <w:r>
        <w:rPr>
          <w:b/>
          <w:i w:val="0"/>
        </w:rPr>
        <w:t>Đam mê:</w:t>
      </w:r>
      <w:r>
        <w:rPr>
          <w:b w:val="0"/>
          <w:i w:val="0"/>
        </w:rPr>
        <w:t xml:space="preserve"> Họ cảm nhận điều gì</w:t>
      </w:r>
    </w:p>
    <w:p>
      <w:pPr>
        <w:spacing w:after="80"/>
        <w:ind w:left="360"/>
      </w:pPr>
      <w:r>
        <w:t xml:space="preserve">• </w:t>
      </w:r>
      <w:r>
        <w:rPr>
          <w:b/>
          <w:i w:val="0"/>
        </w:rPr>
        <w:t>Kinh nghiệm:</w:t>
      </w:r>
      <w:r>
        <w:rPr>
          <w:b w:val="0"/>
          <w:i w:val="0"/>
        </w:rPr>
        <w:t xml:space="preserve"> Họ đã từng ở đâu</w:t>
      </w:r>
    </w:p>
    <w:p>
      <w:pPr>
        <w:spacing w:after="80"/>
        <w:ind w:left="360"/>
      </w:pPr>
      <w:r>
        <w:t xml:space="preserve">• </w:t>
      </w:r>
      <w:r>
        <w:rPr>
          <w:b/>
          <w:i w:val="0"/>
        </w:rPr>
        <w:t>Thành công trong quá khứ:</w:t>
      </w:r>
      <w:r>
        <w:rPr>
          <w:b w:val="0"/>
          <w:i w:val="0"/>
        </w:rPr>
        <w:t xml:space="preserve"> Họ đã làm được gì</w:t>
      </w:r>
    </w:p>
    <w:p>
      <w:pPr>
        <w:spacing w:after="80"/>
        <w:ind w:left="360"/>
      </w:pPr>
      <w:r>
        <w:t xml:space="preserve">• </w:t>
      </w:r>
      <w:r>
        <w:rPr>
          <w:b/>
          <w:i w:val="0"/>
        </w:rPr>
        <w:t>Năng lực:</w:t>
      </w:r>
      <w:r>
        <w:rPr>
          <w:b w:val="0"/>
          <w:i w:val="0"/>
        </w:rPr>
        <w:t xml:space="preserve"> Họ có thể làm gì</w:t>
      </w:r>
    </w:p>
    <w:p>
      <w:pPr>
        <w:spacing w:after="80"/>
      </w:pPr>
      <w:r>
        <w:rPr>
          <w:b w:val="0"/>
          <w:i w:val="0"/>
        </w:rPr>
        <w:t>Những yếu tố này kết hợp với nhau theo những tỷ lệ khác nhau để tạo nên công thức gây ảnh hưởng của một nhà lãnh đạo. Mỗi người có một sự pha trộn khác nhau, nhưng kết quả thì giống nhau: mọi người đi theo họ.</w:t>
      </w:r>
    </w:p>
    <w:p>
      <w:pPr>
        <w:pStyle w:val="Heading3"/>
      </w:pPr>
      <w:r>
        <w:rPr>
          <w:rFonts w:ascii="Calibri" w:hAnsi="Calibri"/>
          <w:b/>
          <w:i w:val="0"/>
          <w:sz w:val="26"/>
        </w:rPr>
        <w:t>3. Nhà lãnh đạo là người xây dựng mối quan hệ</w:t>
      </w:r>
    </w:p>
    <w:p>
      <w:pPr>
        <w:spacing w:after="80"/>
      </w:pPr>
      <w:r>
        <w:rPr>
          <w:b w:val="0"/>
          <w:i w:val="0"/>
        </w:rPr>
        <w:t>Một điều khiến nhiều người tài năng và thông minh không thể trở thành nhà lãnh đạo giỏi chính là thiếu kỹ năng giao tiếp với con người. Một người có kỹ năng giao tiếp kém vẫn có thể trở thành một người quản lý khá tốt, bởi vì quản lý tập trung vào hệ thống và quy trình. Nhưng không ai thiếu kỹ năng giao tiếp với con người lại có thể trở thành một nhà lãnh đạo vĩ đại.</w:t>
      </w:r>
    </w:p>
    <w:p>
      <w:pPr>
        <w:spacing w:after="80"/>
      </w:pPr>
      <w:r>
        <w:rPr>
          <w:b w:val="0"/>
          <w:i w:val="0"/>
        </w:rPr>
        <w:t xml:space="preserve">Khi những người trong nhóm không thích ai đó, họ thường sẽ cố gắng làm hại người đó. Nếu không thể gây tổn hại, họ sẽ đơn giản là từ chối giúp đỡ. Nếu họ không có lựa chọn thực sự nào và </w:t>
      </w:r>
      <w:r>
        <w:rPr>
          <w:b w:val="0"/>
          <w:i/>
        </w:rPr>
        <w:t>buộc phải</w:t>
      </w:r>
      <w:r>
        <w:rPr>
          <w:b w:val="0"/>
          <w:i w:val="0"/>
        </w:rPr>
        <w:t xml:space="preserve"> giúp, họ vẫn sẽ phản đối cá nhân đó về mặt tinh thần và cảm xúc và sẽ hy vọng người đó không thành công. Và ngay cả khi người đó có xoay xở thành công, những chiến thắng mà họ đạt được có thể cảm thấy rất rỗng tuếch và chỉ tồn tại trong thời gian ngắn. Đưa một người có kỹ năng giao tiếp kém lên vị trí cao là một công thức dẫn đến thất bại.</w:t>
      </w:r>
    </w:p>
    <w:p>
      <w:pPr>
        <w:spacing w:after="80"/>
      </w:pPr>
      <w:r>
        <w:rPr>
          <w:b w:val="0"/>
          <w:i w:val="0"/>
        </w:rPr>
        <w:t>Những nhà lãnh đạo giỏi thích con người và mọi người cũng thích họ. Họ nỗ lực để kết nối với người khác và liên tục tìm kiếm cơ hội để kết nối. Đó là lý do tại sao bạn cần chọn những nhà lãnh đạo tiềm năng có kỹ năng giao tiếp với con người xuất sắc.</w:t>
      </w:r>
    </w:p>
    <w:p>
      <w:pPr>
        <w:spacing w:after="80"/>
        <w:jc w:val="center"/>
      </w:pPr>
      <w:r>
        <w:rPr>
          <w:b/>
          <w:i w:val="0"/>
        </w:rPr>
        <w:t>Những nhà lãnh đạo giỏi thích con người và mọi người cũng thích họ.</w:t>
      </w:r>
    </w:p>
    <w:p>
      <w:pPr>
        <w:pStyle w:val="Heading3"/>
      </w:pPr>
      <w:r>
        <w:rPr>
          <w:rFonts w:ascii="Calibri" w:hAnsi="Calibri"/>
          <w:b/>
          <w:i w:val="0"/>
          <w:sz w:val="26"/>
        </w:rPr>
        <w:t>4. Nhà lãnh đạo là người quy tụ</w:t>
      </w:r>
    </w:p>
    <w:p>
      <w:pPr>
        <w:spacing w:after="80"/>
      </w:pPr>
      <w:r>
        <w:rPr>
          <w:b w:val="0"/>
          <w:i w:val="0"/>
        </w:rPr>
        <w:t>Những nhà lãnh đạo tiềm năng có một phẩm chất đặc biệt khiến họ luôn "quy tụ đám đông". Người khác bị thu hút về phía họ. Họ muốn nghe những gì người đó nói. Họ thích ở bên cạnh người đó vì những điều thú vị luôn xảy ra. Thường thì những người này hài hước và thú vị. Họ dường như sở hữu phẩm chất thu hút. Mọi người thích dành thời gian với họ.</w:t>
      </w:r>
    </w:p>
    <w:p>
      <w:pPr>
        <w:spacing w:after="80"/>
      </w:pPr>
      <w:r>
        <w:rPr>
          <w:b w:val="0"/>
          <w:i w:val="0"/>
        </w:rPr>
        <w:t xml:space="preserve">Khi nhà lãnh đạo nói, mọi người lắng nghe. Trong một cuộc họp, mọi người thường chờ đợi để nghe những gì nhà lãnh đạo nói. Khi những người hướng ngoại </w:t>
      </w:r>
      <w:r>
        <w:rPr>
          <w:b w:val="0"/>
          <w:i/>
        </w:rPr>
        <w:t>không có</w:t>
      </w:r>
      <w:r>
        <w:rPr>
          <w:b w:val="0"/>
          <w:i w:val="0"/>
        </w:rPr>
        <w:t xml:space="preserve"> tiềm năng lãnh đạo nói, không ai lắng nghe. Họ chỉ đơn thuần đang phát biểu mà không có khán giả. Họ thấy khó quy tụ mọi người và thu hút sự chú ý của họ. Mỗi khi tôi thấy một người liên tục quy tụ được đám đông, tôi chú ý, vì tôi muốn đánh giá xem người đó có những phẩm chất khác biểu thị tiềm năng lãnh đạo hay không.</w:t>
      </w:r>
    </w:p>
    <w:p>
      <w:pPr>
        <w:pStyle w:val="Heading3"/>
      </w:pPr>
      <w:r>
        <w:rPr>
          <w:rFonts w:ascii="Calibri" w:hAnsi="Calibri"/>
          <w:b/>
          <w:i w:val="0"/>
          <w:sz w:val="26"/>
        </w:rPr>
        <w:t>5. Nhà lãnh đạo là người gia tăng giá trị</w:t>
      </w:r>
    </w:p>
    <w:p>
      <w:pPr>
        <w:spacing w:after="80"/>
      </w:pPr>
      <w:r>
        <w:rPr>
          <w:b w:val="0"/>
          <w:i w:val="0"/>
        </w:rPr>
        <w:t>Có lần khi tôi ở châu Phi, tôi có cơ hội đi một chuyến safari ở Kenya. Khi chúng tôi đang ở trên đồng bằng, tôi được gặp một tù trưởng người Maasai. Đó là một trải nghiệm hấp dẫn. Một trong những câu hỏi tôi hỏi ông ấy là "Làm thế nào ông trở thành tù trưởng?" Câu trả lời của ông: "Tôi được xem là người đã gia tăng giá trị."</w:t>
      </w:r>
    </w:p>
    <w:p>
      <w:pPr>
        <w:spacing w:after="80"/>
      </w:pPr>
      <w:r>
        <w:rPr>
          <w:b w:val="0"/>
          <w:i w:val="0"/>
        </w:rPr>
        <w:t>Đó là điều mà mọi nhà lãnh đạo giỏi đều làm—gia tăng giá trị. Họ xem vai trò lãnh đạo của mình là phương tiện để giúp đỡ người khác, chứ không chỉ cho bản thân. Họ là những người cho đi, và họ tiếp cận cuộc sống rất khác với những người chỉ biết nhận:</w:t>
      </w:r>
    </w:p>
    <w:p>
      <w:pPr>
        <w:spacing w:after="80"/>
      </w:pPr>
      <w:r>
        <w:rPr>
          <w:b w:val="0"/>
          <w:i w:val="0"/>
        </w:rPr>
        <w:t>Người chỉ biết nhận hỏi: "Người khác đang làm gì cho tôi?"</w:t>
      </w:r>
    </w:p>
    <w:p>
      <w:pPr>
        <w:spacing w:after="80"/>
      </w:pPr>
      <w:r>
        <w:rPr>
          <w:b w:val="0"/>
          <w:i w:val="0"/>
        </w:rPr>
        <w:t>Người cho đi hỏi: "Mình đang làm gì cho người khác?"</w:t>
      </w:r>
    </w:p>
    <w:p>
      <w:pPr>
        <w:spacing w:after="80"/>
      </w:pPr>
      <w:r>
        <w:rPr>
          <w:b w:val="0"/>
          <w:i w:val="0"/>
        </w:rPr>
        <w:t>Người nhận lấy coi các thành viên trong nhóm như những thứ thuộc sở hữu của mình.</w:t>
      </w:r>
    </w:p>
    <w:p>
      <w:pPr>
        <w:spacing w:after="80"/>
      </w:pPr>
      <w:r>
        <w:rPr>
          <w:b w:val="0"/>
          <w:i w:val="0"/>
        </w:rPr>
        <w:t>Người cho đi coi các thành viên trong nhóm như những người được giao phó tạm thời.</w:t>
      </w:r>
    </w:p>
    <w:p>
      <w:pPr>
        <w:spacing w:after="80"/>
      </w:pPr>
      <w:r>
        <w:rPr>
          <w:b w:val="0"/>
          <w:i w:val="0"/>
        </w:rPr>
        <w:t>Người nhận lấy củng cố quyền lực vì lợi ích cá nhân.</w:t>
      </w:r>
    </w:p>
    <w:p>
      <w:pPr>
        <w:spacing w:after="80"/>
      </w:pPr>
      <w:r>
        <w:rPr>
          <w:b w:val="0"/>
          <w:i w:val="0"/>
        </w:rPr>
        <w:t>Người cho đi chia sẻ quyền lực vì lợi ích của cả nhóm.</w:t>
      </w:r>
    </w:p>
    <w:p>
      <w:pPr>
        <w:spacing w:after="80"/>
      </w:pPr>
      <w:r>
        <w:rPr>
          <w:b w:val="0"/>
          <w:i w:val="0"/>
        </w:rPr>
        <w:t>Liệu một người có thể lãnh đạo người khác mà không tạo ra giá trị nào không? Chắc chắn là có. Thế giới đầy rẫy những nhà lãnh đạo đè người khác xuống để nâng mình lên, những người lãnh đạo chỉ vì quyền lực và đặc quyền. Lịch sử đầy những nhà lãnh đạo như vậy. Nhưng sự lãnh đạo của họ chỉ là phù du. Nó chẳng tạo ra giá trị gì cho người khác. Và tác động của nó lên thế giới là tiêu cực. Ai mà muốn có kiểu người như thế trong nhóm của mình chứ?</w:t>
      </w:r>
    </w:p>
    <w:p>
      <w:pPr>
        <w:pStyle w:val="Heading3"/>
      </w:pPr>
      <w:r>
        <w:rPr>
          <w:rFonts w:ascii="Calibri" w:hAnsi="Calibri"/>
          <w:b/>
          <w:i w:val="0"/>
          <w:sz w:val="26"/>
        </w:rPr>
        <w:t>6. Nhà lãnh đạo là những người nắm bắt cơ hội</w:t>
      </w:r>
    </w:p>
    <w:p>
      <w:pPr>
        <w:spacing w:after="80"/>
      </w:pPr>
      <w:r>
        <w:rPr>
          <w:b w:val="0"/>
          <w:i w:val="0"/>
        </w:rPr>
        <w:t>Những nhà lãnh đạo giỏi nhìn thấy và nắm bắt cơ hội. Họ liên tục tìm cách giúp đỡ tổ chức của mình và đưa nhóm của mình tiến lên. Hai tác giả viết về lãnh đạo James M. Kouzes và Barry Z. Posner ví những nhà lãnh đạo như những người khai phá đã sáng lập nên nước Mỹ hay chinh phục vùng biên giới phía Tây. Họ viết: "Nhà lãnh đạo là những người tiên phong—những người sẵn sàng bước ra vùng chưa biết. Họ là những người sẵn sàng chấp nhận rủi ro, đổi mới và thử nghiệm để tìm ra những cách làm mới và tốt hơn."</w:t>
      </w:r>
    </w:p>
    <w:p>
      <w:pPr>
        <w:spacing w:after="80"/>
        <w:jc w:val="center"/>
      </w:pPr>
      <w:r>
        <w:rPr>
          <w:b/>
          <w:i w:val="0"/>
        </w:rPr>
        <w:t>"Nhà lãnh đạo là những người tiên phong—những người sẵn sàng bước ra vùng chưa biết."</w:t>
      </w:r>
    </w:p>
    <w:p>
      <w:pPr>
        <w:spacing w:after="80"/>
        <w:jc w:val="center"/>
      </w:pPr>
      <w:r>
        <w:rPr>
          <w:b/>
          <w:i/>
        </w:rPr>
        <w:t>—James M. Kouzes và Barry Z. Posner</w:t>
      </w:r>
    </w:p>
    <w:p>
      <w:pPr>
        <w:spacing w:after="80"/>
      </w:pPr>
      <w:r>
        <w:rPr>
          <w:b w:val="0"/>
          <w:i w:val="0"/>
        </w:rPr>
        <w:t>Theo định nghĩa, nhà lãnh đạo là người đi đầu. Họ chiếm lĩnh vùng đất mới và người khác đi theo họ. Những nhà lãnh đạo vĩ đại không chỉ cử người khác ra đi. Họ dẫn đầu cuộc tiến công. Họ giống như những hướng dẫn viên du lịch hơn là những đại lý du lịch. Họ nhìn thấy cơ hội, chuẩn bị tiến lên, rồi nói: "Theo tôi." Khi bạn thấy ai đó có khả năng nhìn ra cơ hội và sẵn sàng chấp nhận những rủi ro hợp lý, hãy chú ý. Có thể bạn đang nhìn thấy một nhà lãnh đạo đấy.</w:t>
      </w:r>
    </w:p>
    <w:p>
      <w:pPr>
        <w:pStyle w:val="Heading3"/>
      </w:pPr>
      <w:r>
        <w:rPr>
          <w:rFonts w:ascii="Calibri" w:hAnsi="Calibri"/>
          <w:b/>
          <w:i w:val="0"/>
          <w:sz w:val="26"/>
        </w:rPr>
        <w:t>7. Nhà lãnh đạo là những người làm đến cùng</w:t>
      </w:r>
    </w:p>
    <w:p>
      <w:pPr>
        <w:spacing w:after="80"/>
      </w:pPr>
      <w:r>
        <w:rPr>
          <w:b w:val="0"/>
          <w:i w:val="0"/>
        </w:rPr>
        <w:t>Vị cha già lập quốc Benjamin Franklin khẳng định: "Tôi chưa từng biết một người nào giỏi viện cớ mà lại giỏi bất cứ việc gì khác." Nhà lãnh đạo không viện cớ. Họ nhận trách nhiệm, nắm lấy cơ hội và làm đến cùng. Họ sống đúng với cam kết của mình và người ta có thể tin tưởng rằng họ sẽ hoàn thành. Xin trích bài thơ cũ "The Welcome Man" của Walt Mason, mà cha tôi thường đọc cho tôi nghe khi tôi còn nhỏ, nhà lãnh đạo là những người "Giao hàng tận nơi" (Deliver the Goods).</w:t>
      </w:r>
    </w:p>
    <w:p>
      <w:pPr>
        <w:spacing w:after="80"/>
      </w:pPr>
      <w:r>
        <w:rPr>
          <w:b w:val="0"/>
          <w:i w:val="0"/>
        </w:rPr>
        <w:t>Tác giả Kenneth Blanchard nói: "Có sự khác biệt giữa quan tâm và cam kết. Khi bạn quan tâm đến việc làm điều gì đó, bạn chỉ làm khi thấy thuận tiện. Khi bạn cam kết với điều gì đó, bạn không chấp nhận lý do nào cả, chỉ chấp nhận kết quả." Đó là điều nhà lãnh đạo làm. Họ cam kết và làm đến cùng. Họ giống như vị tướng của quân Liên minh miền Nam Jeb Stuart, người thường ký tên vào những lá thư gửi Tướng Robert E. Lee bằng những lời sau: "Người bạn có thể tin cậy."</w:t>
      </w:r>
    </w:p>
    <w:p>
      <w:pPr>
        <w:pStyle w:val="Heading3"/>
      </w:pPr>
      <w:r>
        <w:rPr>
          <w:rFonts w:ascii="Calibri" w:hAnsi="Calibri"/>
          <w:b/>
          <w:i w:val="0"/>
          <w:sz w:val="26"/>
        </w:rPr>
        <w:t>Ai là những nhà lãnh đạo của bạn?</w:t>
      </w:r>
    </w:p>
    <w:p>
      <w:pPr>
        <w:spacing w:after="80"/>
      </w:pPr>
      <w:r>
        <w:rPr>
          <w:b w:val="0"/>
          <w:i w:val="0"/>
        </w:rPr>
        <w:t>Hãy dành chút thời gian nhìn vào những người trong phạm vi ảnh hưởng của bạn. Bạn đã nhận ra những nhà lãnh đạo tiềm năng chưa? Tên của ai sẽ được đánh dấu cho từng đặc điểm lãnh đạo sau đây?</w:t>
      </w:r>
    </w:p>
    <w:p>
      <w:pPr>
        <w:spacing w:after="80"/>
      </w:pPr>
      <w:r>
        <w:rPr>
          <w:b w:val="0"/>
          <w:i w:val="0"/>
        </w:rPr>
        <w:t>Chất xúc tác</w:t>
      </w:r>
    </w:p>
    <w:p>
      <w:pPr>
        <w:spacing w:after="80"/>
      </w:pPr>
      <w:r>
        <w:rPr>
          <w:b w:val="0"/>
          <w:i w:val="0"/>
        </w:rPr>
        <w:t>Người có sức ảnh hưởng</w:t>
      </w:r>
    </w:p>
    <w:p>
      <w:pPr>
        <w:spacing w:after="80"/>
      </w:pPr>
      <w:r>
        <w:rPr>
          <w:b w:val="0"/>
          <w:i w:val="0"/>
        </w:rPr>
        <w:t>Người xây dựng mối quan hệ</w:t>
      </w:r>
    </w:p>
    <w:p>
      <w:pPr>
        <w:spacing w:after="80"/>
      </w:pPr>
      <w:r>
        <w:rPr>
          <w:b w:val="0"/>
          <w:i w:val="0"/>
        </w:rPr>
        <w:t>Người kết nối</w:t>
      </w:r>
    </w:p>
    <w:p>
      <w:pPr>
        <w:spacing w:after="80"/>
      </w:pPr>
      <w:r>
        <w:rPr>
          <w:b w:val="0"/>
          <w:i w:val="0"/>
        </w:rPr>
        <w:t>Người gia tăng giá trị</w:t>
      </w:r>
    </w:p>
    <w:p>
      <w:pPr>
        <w:spacing w:after="80"/>
      </w:pPr>
      <w:r>
        <w:rPr>
          <w:b w:val="0"/>
          <w:i w:val="0"/>
        </w:rPr>
        <w:t>Người nắm bắt cơ hội</w:t>
      </w:r>
    </w:p>
    <w:p>
      <w:pPr>
        <w:spacing w:after="80"/>
      </w:pPr>
      <w:r>
        <w:rPr>
          <w:b w:val="0"/>
          <w:i w:val="0"/>
        </w:rPr>
        <w:t>Người hoàn thiện</w:t>
      </w:r>
    </w:p>
    <w:p>
      <w:pPr>
        <w:spacing w:after="80"/>
      </w:pPr>
      <w:r>
        <w:rPr>
          <w:b w:val="0"/>
          <w:i w:val="0"/>
        </w:rPr>
        <w:t>Ít có việc nào khó hơn việc cố gắng giúp những người không có tiềm năng lãnh đạo trở thành lãnh đạo. Cứ như thể gửi vịt đến trường đại bàng vậy. Đơn giản là không hiệu quả. Tuy nhiên, khi bạn chọn đúng người, việc phát triển họ là một niềm vui. Jack Welch khẳng định: "Nếu bạn chọn đúng người và trao cho họ cơ hội tung cánh — rồi đặt chế độ đãi ngộ làm bệ đỡ phía sau — thì gần như bạn không cần phải quản lý họ nữa." Đó chính là điều bạn đang hướng tới.</w:t>
      </w:r>
    </w:p>
    <w:p>
      <w:pPr>
        <w:pStyle w:val="Heading2"/>
      </w:pPr>
      <w:r>
        <w:rPr>
          <w:rFonts w:ascii="Calibri" w:hAnsi="Calibri"/>
          <w:b/>
          <w:i w:val="0"/>
          <w:sz w:val="32"/>
        </w:rPr>
        <w:t>2. Phát triển lãnh đạo là nghệ thuật hay khoa học?</w:t>
      </w:r>
    </w:p>
    <w:p>
      <w:pPr>
        <w:spacing w:after="80"/>
      </w:pPr>
      <w:r>
        <w:rPr>
          <w:b w:val="0"/>
          <w:i w:val="0"/>
        </w:rPr>
        <w:t>Một số người muốn phát triển lãnh đạo thông qua một hệ thống có cấu trúc chặt chẽ và cứng nhắc, cố gắng tạo ra họ giống như cách các nhà sản xuất dập khuôn hình từ những tấm kim loại. Những người khác lại muốn việc phát triển lãnh đạo của mình hoàn toàn tự nhiên và không có kế hoạch, mỗi bài học đều nảy sinh từ tình huống trước mắt. Nhưng sự thật là phát triển lãnh đạo vừa là khoa học vừa là nghệ thuật.</w:t>
      </w:r>
    </w:p>
    <w:p>
      <w:pPr>
        <w:spacing w:after="80"/>
      </w:pPr>
      <w:r>
        <w:rPr>
          <w:b/>
          <w:i w:val="0"/>
        </w:rPr>
        <w:t>NGHỆ THUẬT:</w:t>
      </w:r>
      <w:r>
        <w:rPr>
          <w:b w:val="0"/>
          <w:i w:val="0"/>
        </w:rPr>
        <w:t xml:space="preserve"> Dựa trên trực giác</w:t>
      </w:r>
    </w:p>
    <w:p>
      <w:pPr>
        <w:spacing w:after="80"/>
      </w:pPr>
      <w:r>
        <w:rPr>
          <w:b/>
          <w:i w:val="0"/>
        </w:rPr>
        <w:t>KHOA HỌC:</w:t>
      </w:r>
      <w:r>
        <w:rPr>
          <w:b w:val="0"/>
          <w:i w:val="0"/>
        </w:rPr>
        <w:t xml:space="preserve"> Bắt nguồn từ thực tế</w:t>
      </w:r>
    </w:p>
    <w:p>
      <w:pPr>
        <w:spacing w:after="80"/>
      </w:pPr>
      <w:r>
        <w:rPr>
          <w:b/>
          <w:i w:val="0"/>
        </w:rPr>
        <w:t>NGHỆ THUẬT:</w:t>
      </w:r>
      <w:r>
        <w:rPr>
          <w:b w:val="0"/>
          <w:i w:val="0"/>
        </w:rPr>
        <w:t xml:space="preserve"> Nhận ra tài năng</w:t>
      </w:r>
    </w:p>
    <w:p>
      <w:pPr>
        <w:spacing w:after="80"/>
      </w:pPr>
      <w:r>
        <w:rPr>
          <w:b/>
          <w:i w:val="0"/>
        </w:rPr>
        <w:t>KHOA HỌC:</w:t>
      </w:r>
      <w:r>
        <w:rPr>
          <w:b w:val="0"/>
          <w:i w:val="0"/>
        </w:rPr>
        <w:t xml:space="preserve"> Mài giũa tài năng qua thực hành</w:t>
      </w:r>
    </w:p>
    <w:p>
      <w:pPr>
        <w:spacing w:after="80"/>
      </w:pPr>
      <w:r>
        <w:rPr>
          <w:b/>
          <w:i w:val="0"/>
        </w:rPr>
        <w:t>NGHỆ THUẬT:</w:t>
      </w:r>
      <w:r>
        <w:rPr>
          <w:b w:val="0"/>
          <w:i w:val="0"/>
        </w:rPr>
        <w:t xml:space="preserve"> Truyền cảm hứng để tạo nên thành tích</w:t>
      </w:r>
    </w:p>
    <w:p>
      <w:pPr>
        <w:spacing w:after="80"/>
      </w:pPr>
      <w:r>
        <w:rPr>
          <w:b/>
          <w:i w:val="0"/>
        </w:rPr>
        <w:t>KHOA HỌC:</w:t>
      </w:r>
      <w:r>
        <w:rPr>
          <w:b w:val="0"/>
          <w:i w:val="0"/>
        </w:rPr>
        <w:t xml:space="preserve"> Đánh giá thành tích</w:t>
      </w:r>
    </w:p>
    <w:p>
      <w:pPr>
        <w:spacing w:after="80"/>
      </w:pPr>
      <w:r>
        <w:rPr>
          <w:b/>
          <w:i w:val="0"/>
        </w:rPr>
        <w:t>NGHỆ THUẬT:</w:t>
      </w:r>
      <w:r>
        <w:rPr>
          <w:b w:val="0"/>
          <w:i w:val="0"/>
        </w:rPr>
        <w:t xml:space="preserve"> Xây dựng mối quan hệ</w:t>
      </w:r>
    </w:p>
    <w:p>
      <w:pPr>
        <w:spacing w:after="80"/>
      </w:pPr>
      <w:r>
        <w:rPr>
          <w:b/>
          <w:i w:val="0"/>
        </w:rPr>
        <w:t>KHOA HỌC:</w:t>
      </w:r>
      <w:r>
        <w:rPr>
          <w:b w:val="0"/>
          <w:i w:val="0"/>
        </w:rPr>
        <w:t xml:space="preserve"> Phát triển kỹ năng</w:t>
      </w:r>
    </w:p>
    <w:p>
      <w:pPr>
        <w:spacing w:after="80"/>
      </w:pPr>
      <w:r>
        <w:rPr>
          <w:b/>
          <w:i w:val="0"/>
        </w:rPr>
        <w:t>NGHỆ THUẬT:</w:t>
      </w:r>
      <w:r>
        <w:rPr>
          <w:b w:val="0"/>
          <w:i w:val="0"/>
        </w:rPr>
        <w:t xml:space="preserve"> Nhận diện những khoảnh khắc có thể dạy bảo</w:t>
      </w:r>
    </w:p>
    <w:p>
      <w:pPr>
        <w:spacing w:after="80"/>
      </w:pPr>
      <w:r>
        <w:rPr>
          <w:b/>
          <w:i w:val="0"/>
        </w:rPr>
        <w:t>KHOA HỌC:</w:t>
      </w:r>
      <w:r>
        <w:rPr>
          <w:b w:val="0"/>
          <w:i w:val="0"/>
        </w:rPr>
        <w:t xml:space="preserve"> Triển khai một phương pháp đào tạo</w:t>
      </w:r>
    </w:p>
    <w:p>
      <w:pPr>
        <w:spacing w:after="80"/>
      </w:pPr>
      <w:r>
        <w:rPr>
          <w:b/>
          <w:i w:val="0"/>
        </w:rPr>
        <w:t>NGHỆ THUẬT:</w:t>
      </w:r>
      <w:r>
        <w:rPr>
          <w:b w:val="0"/>
          <w:i w:val="0"/>
        </w:rPr>
        <w:t xml:space="preserve"> Biết khi nào nên chuyển bước</w:t>
      </w:r>
    </w:p>
    <w:p>
      <w:pPr>
        <w:spacing w:after="80"/>
      </w:pPr>
      <w:r>
        <w:rPr>
          <w:b/>
          <w:i w:val="0"/>
        </w:rPr>
        <w:t>KHOA HỌC:</w:t>
      </w:r>
      <w:r>
        <w:rPr>
          <w:b w:val="0"/>
          <w:i w:val="0"/>
        </w:rPr>
        <w:t xml:space="preserve"> Chuẩn bị trước khi chuyển bước</w:t>
      </w:r>
    </w:p>
    <w:p>
      <w:pPr>
        <w:spacing w:after="80"/>
      </w:pPr>
      <w:r>
        <w:rPr>
          <w:b w:val="0"/>
          <w:i w:val="0"/>
        </w:rPr>
        <w:t>Daniel Goleman đã làm rất nhiều điều để giúp mọi người hiểu về khía cạnh trực giác của lãnh đạo. Nghiên cứu và các bài viết của ông về trí tuệ cảm xúc (emotional intelligence) cho thấy rằng, dù những phẩm chất thường được gắn với lãnh đạo—như trí thông minh, kỹ năng chuyên môn và sự quyết tâm—là cần thiết để thành công, chúng chỉ kể ra một phần của câu chuyện. Những nhà lãnh đạo hiệu quả còn sở hữu trí tuệ cảm xúc, bao gồm tự nhận thức, trực giác, khả năng tự lãnh đạo bản thân, sự đồng cảm và kỹ năng làm việc với con người. Những kỹ năng "mềm" này đại diện cho khía cạnh sáng tạo hơn của lãnh đạo và cần được phát triển không kém gì các kỹ năng cứng.</w:t>
      </w:r>
    </w:p>
    <w:p>
      <w:pPr>
        <w:spacing w:after="80"/>
      </w:pPr>
      <w:r>
        <w:rPr>
          <w:b w:val="0"/>
          <w:i w:val="0"/>
        </w:rPr>
        <w:t>Daniel Goleman nói: "Sẽ là dại dột nếu khẳng định rằng chỉ số IQ tốt kiểu truyền thống và năng lực chuyên môn không phải là những thành phần quan trọng của một nhà lãnh đạo mạnh mẽ. Nhưng công thức sẽ không trọn vẹn nếu thiếu trí tuệ cảm xúc. Từng có thời người ta nghĩ rằng các thành phần của trí tuệ cảm xúc chỉ là thứ 'nên có' ở những nhà lãnh đạo doanh nghiệp. Nhưng giờ chúng ta đã biết rằng, vì mục tiêu hiệu suất, đây là những thành phần mà nhà lãnh đạo 'buộc phải có'."</w:t>
      </w:r>
    </w:p>
    <w:p>
      <w:pPr>
        <w:spacing w:after="80"/>
      </w:pPr>
      <w:r>
        <w:rPr>
          <w:b w:val="0"/>
          <w:i w:val="0"/>
        </w:rPr>
        <w:t xml:space="preserve">Khi phát triển đội ngũ lãnh đạo, bạn phải nhận diện, nuôi dưỡng và phát triển cả hai bộ kỹ năng này. Nếu bạn đã quen với </w:t>
      </w:r>
      <w:r>
        <w:rPr>
          <w:b w:val="0"/>
          <w:i/>
        </w:rPr>
        <w:t>The 5 Levels of Leadership</w:t>
      </w:r>
      <w:r>
        <w:rPr>
          <w:b w:val="0"/>
          <w:i w:val="0"/>
        </w:rPr>
        <w:t>, bạn biết rằng cả sự cho phép (khía cạnh quan hệ của lãnh đạo) lẫn sự sản xuất (khía cạnh kết quả của lãnh đạo) đều thiết yếu để tạo dựng ảnh hưởng với mọi người và trở thành một nhà lãnh đạo hiệu quả.</w:t>
      </w:r>
    </w:p>
    <w:p>
      <w:pPr>
        <w:pStyle w:val="Heading2"/>
      </w:pPr>
      <w:r>
        <w:rPr>
          <w:rFonts w:ascii="Calibri" w:hAnsi="Calibri"/>
          <w:b/>
          <w:i w:val="0"/>
          <w:sz w:val="32"/>
        </w:rPr>
        <w:t>3. Làm thế nào để bạn giúp mọi người nhận ra tài năng bên trong họ? Làm thế nào để bạn giúp mọi người tin vào chính mình?</w:t>
      </w:r>
    </w:p>
    <w:p>
      <w:pPr>
        <w:spacing w:after="80"/>
      </w:pPr>
      <w:r>
        <w:rPr>
          <w:b w:val="0"/>
          <w:i w:val="0"/>
        </w:rPr>
        <w:t>Napoleon từng nói: "Nhà lãnh đạo là những người buôn bán hy vọng." Họ giúp mọi người tin vào tầm nhìn và tin vào sự lãnh đạo của họ. Nhưng họ cũng giúp mọi người tin vào chính bản thân mình. Họ giúp mọi người biến hy vọng thành hành động.</w:t>
      </w:r>
    </w:p>
    <w:p>
      <w:pPr>
        <w:spacing w:after="80"/>
      </w:pPr>
      <w:r>
        <w:rPr>
          <w:b w:val="0"/>
          <w:i w:val="0"/>
        </w:rPr>
        <w:t>Có lẽ khía cạnh đáng giá nhất của lãnh đạo là được chứng kiến những người mang hy vọng tin vào chính mình, phát triển bản thân và nở rộ thành những nhà lãnh đạo hiệu quả. Nếu bạn mong muốn giúp đội ngũ của mình làm được điều đó, hãy tiến hành theo cách này:</w:t>
      </w:r>
    </w:p>
    <w:p>
      <w:pPr>
        <w:pStyle w:val="Heading3"/>
      </w:pPr>
      <w:r>
        <w:rPr>
          <w:rFonts w:ascii="Calibri" w:hAnsi="Calibri"/>
          <w:b/>
          <w:i w:val="0"/>
          <w:sz w:val="26"/>
        </w:rPr>
        <w:t>Tìm bằng chứng rằng họ muốn phát triển</w:t>
      </w:r>
    </w:p>
    <w:p>
      <w:pPr>
        <w:spacing w:after="80"/>
      </w:pPr>
      <w:r>
        <w:rPr>
          <w:b w:val="0"/>
          <w:i w:val="0"/>
        </w:rPr>
        <w:t>Bạn không thể khiến một người không muốn phát triển lại đón nhận sự phát triển cá nhân. Suy cho cùng, mỗi người phải tự đưa ra quyết định đó cho chính mình.</w:t>
      </w:r>
    </w:p>
    <w:p>
      <w:pPr>
        <w:spacing w:after="80"/>
        <w:jc w:val="center"/>
      </w:pPr>
      <w:r>
        <w:rPr>
          <w:b/>
          <w:i w:val="0"/>
        </w:rPr>
        <w:t>Bạn không thể khiến một người không muốn phát triển lại đón nhận sự phát triển cá nhân.</w:t>
      </w:r>
    </w:p>
    <w:p>
      <w:pPr>
        <w:spacing w:after="80"/>
      </w:pPr>
      <w:r>
        <w:rPr>
          <w:b w:val="0"/>
          <w:i w:val="0"/>
        </w:rPr>
        <w:t xml:space="preserve">Không phải lúc nào tôi cũng hiểu điều này. Có một thời tôi tin rằng mình có thể khích lệ và truyền cảm hứng để mọi người cùng bước vào hành trình phát triển với tôi. Giờ tôi không còn nghĩ vậy nữa. Cuộc đời quá ngắn để dành thời gian thuyết phục người khác thay đổi và phát triển, trong khi những người </w:t>
      </w:r>
      <w:r>
        <w:rPr>
          <w:b w:val="0"/>
          <w:i/>
        </w:rPr>
        <w:t>thực sự</w:t>
      </w:r>
      <w:r>
        <w:rPr>
          <w:b w:val="0"/>
          <w:i w:val="0"/>
        </w:rPr>
        <w:t xml:space="preserve"> mong muốn phát triển lại đang đứng chờ bạn trao cho họ thời gian và năng lượng của mình. Vậy nên nếu bạn muốn mọi người nhận ra tài năng của họ, điều đầu tiên bạn phải làm là phân biệt được ai muốn phát triển và ai không. Hãy dồn sức cho những người giỏi nhất của bạn, vì họ sẽ mang lại cho bạn lợi ích lớn nhất.</w:t>
      </w:r>
    </w:p>
    <w:p>
      <w:pPr>
        <w:spacing w:after="80"/>
      </w:pPr>
      <w:r>
        <w:rPr>
          <w:b w:val="0"/>
          <w:i w:val="0"/>
        </w:rPr>
        <w:t>Làm sao bạn biết ai muốn phát triển? Nhìn vào thái độ và nỗ lực. Những người xứng đáng với thời gian và sự quan tâm của bạn là những người có thái độ ham học hỏi. Họ sẵn lòng tiếp thu chỉ dẫn và khao khát phát triển. Có thể họ chưa tin rằng mình có thể đạt tới tiềm năng mà bạn nhìn thấy, nhưng họ có khát vọng. Và họ đang nỗ lực để phát triển rồi. Nỗ lực của họ có thể chưa có chiến lược. Có thể chưa tập trung. Thậm chí có thể chưa hiệu quả. Nhưng bạn có thể thấy một tia lửa ở đó. Thế là đủ để bắt đầu.</w:t>
      </w:r>
    </w:p>
    <w:p>
      <w:pPr>
        <w:pStyle w:val="Heading3"/>
      </w:pPr>
      <w:r>
        <w:rPr>
          <w:rFonts w:ascii="Calibri" w:hAnsi="Calibri"/>
          <w:b/>
          <w:i w:val="0"/>
          <w:sz w:val="26"/>
        </w:rPr>
        <w:t>Nhận Ra Điểm Mạnh Của Họ</w:t>
      </w:r>
    </w:p>
    <w:p>
      <w:pPr>
        <w:spacing w:after="80"/>
      </w:pPr>
      <w:r>
        <w:rPr>
          <w:b w:val="0"/>
          <w:i w:val="0"/>
        </w:rPr>
        <w:t>Vấn đề số một của những người muốn phát triển nhưng chưa đạt tới tiềm năng là họ chuyên tâm vào điểm yếu của mình. Vì sao vậy? Tôi tin là vì đó là điều họ được dạy phải làm suốt phần lớn cuộc đời. Hãy nhớ lại lúc bạn còn nhỏ, khi nhận phiếu điểm. Nếu bạn được điểm A môn toán và điểm C trừ môn đọc, cô giáo bảo bạn cần cải thiện môn gì? Môn đọc.</w:t>
      </w:r>
    </w:p>
    <w:p>
      <w:pPr>
        <w:spacing w:after="80"/>
      </w:pPr>
      <w:r>
        <w:rPr>
          <w:b w:val="0"/>
          <w:i w:val="0"/>
        </w:rPr>
        <w:t>Đó là một ý hay khi bạn còn ở giai đoạn học những điều cơ bản. Ai cũng cần biết đọc và làm toán cơ bản. Thật khó thành công trong cuộc sống nếu bạn không đọc nổi một cuốn sách hay không xem nổi một hóa đơn để biết mình có bị lừa không. Tuy nhiên, đó không phải là chiến lược hay khi bạn lớn lên. Nếu muốn thành công, bạn cần xây dựng trên điểm mạnh của mình, chứ không phải vá víu điểm yếu. Không ai trả tiền cho sự tầm thường. Không ai cố ý tuyển người làng nhàng. Người ta trả tiền cho sự xuất sắc. Nếu bạn trên mức trung bình ở một lĩnh vực nào đó, bạn có cơ hội trở nên xuất sắc ở đó. Nếu bạn khởi đầu đã xuất sắc, bạn có cơ hội trở nên vĩ đại.</w:t>
      </w:r>
    </w:p>
    <w:p>
      <w:pPr>
        <w:spacing w:after="80"/>
      </w:pPr>
      <w:r>
        <w:rPr>
          <w:b w:val="0"/>
          <w:i w:val="0"/>
        </w:rPr>
        <w:t>Những người bạn lãnh đạo có thể không biết mình giỏi điều gì. Nhiều người lớn lên với rất ít hoặc không có sự khích lệ từ những người lớn quan trọng trong đời họ. Nhiều người nhận một công việc cho tiện rồi chẳng bao giờ nghĩ xem mình có thể giỏi xuất sắc ở điều gì. Với tư cách một nhà lãnh đạo, bạn cần giúp người ta tìm ra nơi họ có tiềm năng và nên phát triển.</w:t>
      </w:r>
    </w:p>
    <w:p>
      <w:pPr>
        <w:pStyle w:val="Heading3"/>
      </w:pPr>
      <w:r>
        <w:rPr>
          <w:rFonts w:ascii="Calibri" w:hAnsi="Calibri"/>
          <w:b/>
          <w:i w:val="0"/>
          <w:sz w:val="26"/>
        </w:rPr>
        <w:t>Gia Tăng Sự Tự Tin Của Họ</w:t>
      </w:r>
    </w:p>
    <w:p>
      <w:pPr>
        <w:spacing w:after="80"/>
      </w:pPr>
      <w:r>
        <w:rPr>
          <w:b w:val="0"/>
          <w:i w:val="0"/>
        </w:rPr>
        <w:t>Có hai kiểu người có tự tin: những người tinh thông ở mức cao trong lĩnh vực mạnh của mình, và những người chẳng biết gì cả mà lại nghĩ mọi thứ đều dễ vì họ chưa từng làm gì. Rồi có một nhóm ở giữa, và đây là nhóm đông nhất. Những người này cần bạn giúp họ có tự tin vào bản thân.</w:t>
      </w:r>
    </w:p>
    <w:p>
      <w:pPr>
        <w:spacing w:after="80"/>
      </w:pPr>
      <w:r>
        <w:rPr>
          <w:b w:val="0"/>
          <w:i w:val="0"/>
        </w:rPr>
        <w:t>Tôi giúp người ta có tự tin bằng cách nhìn thấy tiềm năng trong họ, kỳ vọng điều tốt nhất ở họ, và bày tỏ niềm tin của tôi nơi họ. Khi người ta bắt đầu cố gắng phát triển và đối mặt với thử thách mới, họ thường trở nên thiếu an tâm. Cố chinh phục vùng đất mới có thể đáng sợ. Đó là lý do bạn cần cho họ mượn niềm tin của bạn. Hãy nói với họ: "Tôi hiểu bạn đang trên một hành trình. Điều này còn lạ lẫm với bạn. Có thể bạn hơi hồi hộp. Không sao cả. Tôi tin ở bạn. Mọi chuyện sẽ ổn thôi. Có thể lần đầu bạn chưa làm được, nhưng rồi bạn sẽ làm được. Bạn là người chiến thắng và bạn sẽ thắng. Cứ kiên trì nhé."</w:t>
      </w:r>
    </w:p>
    <w:p>
      <w:pPr>
        <w:spacing w:after="80"/>
      </w:pPr>
      <w:r>
        <w:rPr>
          <w:b w:val="0"/>
          <w:i w:val="0"/>
        </w:rPr>
        <w:t>Khi bạn bày tỏ niềm tin nơi ai đó, điều đó chạm thẳng vào tâm hồn họ. Nó cho họ hy vọng. Nó khơi dậy ý thức về mục đích của họ. Nó giúp họ trở thành người mà họ chưa từng là và làm những điều họ chưa từng làm. Biết rằng bạn tin ở họ khiến họ vươn lên. Trên đời có điều gì tuyệt hơn là được ai đó yêu thương vô điều kiện và tin tưởng mình không?</w:t>
      </w:r>
    </w:p>
    <w:p>
      <w:pPr>
        <w:pStyle w:val="Heading3"/>
      </w:pPr>
      <w:r>
        <w:rPr>
          <w:rFonts w:ascii="Calibri" w:hAnsi="Calibri"/>
          <w:b/>
          <w:i w:val="0"/>
          <w:sz w:val="26"/>
        </w:rPr>
        <w:t>Cho Họ Một Nơi Để Thực Hành</w:t>
      </w:r>
    </w:p>
    <w:p>
      <w:pPr>
        <w:spacing w:after="80"/>
      </w:pPr>
      <w:r>
        <w:rPr>
          <w:b w:val="0"/>
          <w:i w:val="0"/>
        </w:rPr>
        <w:t>Khi bạn đã khám phá ra rằng người ta muốn phát triển, đã giúp họ nhận ra điểm mạnh, và đã gia tăng sự tự tin của họ, bạn cần cung cấp một nơi để họ thực hành những gì đang học. Đào tạo thì tốt. Kèm cặp thì tuyệt vời. Phát triển thì phi thường. Nhưng nếu bạn không cho những nhà lãnh đạo đang trưởng thành một nơi để thực hành, kiến thức của họ sẽ mãi mãi không trở thành kinh nghiệm thực tiễn.</w:t>
      </w:r>
    </w:p>
    <w:p>
      <w:pPr>
        <w:spacing w:after="80"/>
      </w:pPr>
      <w:r>
        <w:rPr>
          <w:b w:val="0"/>
          <w:i w:val="0"/>
        </w:rPr>
        <w:t>Lãnh đạo phức tạp đến mức bạn không thể chỉ học từ sách. Bạn có thể có được ý tưởng. Bạn có thể mở ra những cánh cửa trong tâm trí. Bạn có thể hiểu các bộ kỹ năng, nhưng bạn sẽ không tiếp thu được chúng và phát triển nếu không đưa chúng vào hành động. Người ta cần mắc sai lầm và học từ đó. Họ cần tìm ra điều gì hiệu quả với mình. Họ cần làm việc với những con người thật, có điểm mạnh và điểm yếu, có vấn đề và tính khí riêng.</w:t>
      </w:r>
    </w:p>
    <w:p>
      <w:pPr>
        <w:pStyle w:val="Heading3"/>
      </w:pPr>
      <w:r>
        <w:rPr>
          <w:rFonts w:ascii="Calibri" w:hAnsi="Calibri"/>
          <w:b/>
          <w:i w:val="0"/>
          <w:sz w:val="26"/>
        </w:rPr>
        <w:t>Huấn Luyện Họ Để Tiến Bộ</w:t>
      </w:r>
    </w:p>
    <w:p>
      <w:pPr>
        <w:spacing w:after="80"/>
      </w:pPr>
      <w:r>
        <w:rPr>
          <w:b w:val="0"/>
          <w:i w:val="0"/>
        </w:rPr>
        <w:t>Khi người ta cố thực hành những kỹ năng mới, bạn cần cho phép họ thất bại một cách an toàn. Người ta luôn học được nhiều hơn từ thất bại so với thành công. Hãy đồng hành cùng họ để mang lại cho họ cảm giác an toàn và giúp họ vượt qua những vấn đề khó khăn nhất. Chia sẻ với họ chỗ họ mắc sai lầm và cách họ có thể khắc phục. Nói cho họ biết cần cải thiện điều gì. Và khích lệ họ tiếp tục cố gắng.</w:t>
      </w:r>
    </w:p>
    <w:p>
      <w:pPr>
        <w:spacing w:after="80"/>
      </w:pPr>
      <w:r>
        <w:rPr>
          <w:b w:val="0"/>
          <w:i w:val="0"/>
        </w:rPr>
        <w:t>Khi bạn mới bắt đầu huấn luyện họ, bạn có thể khá sát sao. Bạn có thể ở bên cạnh họ. Khi họ tích lũy kinh nghiệm, hãy cho họ nhiều không gian hơn. Giống như giúp một đứa trẻ tập đi xe đạp. Ban đầu bạn cho xe có bánh phụ. Khi chúng bắt đầu cảm nhận được cơ cấu của chiếc xe hoạt động ra sao, bạn tháo bánh phụ ra, nhưng vẫn theo sát từng phút để đỡ chúng. Khi chúng có tự tin, bạn để chúng tự đi. Lần đầu tiên giữ thăng bằng và đạp xe, chúng rất phấn khích. Chúng thực sự đã làm được! Nhưng tất nhiên, chỉ là vấn đề thời gian trước khi chúng ngã. Bạn đang quan sát nên giúp chúng đứng dậy. Bạn giải thích chuyện gì đã xảy ra. Bạn giúp chúng hiểu cách tránh lặp lại vấn đề đó, rồi lại nhìn chúng đạp xe tiếp. Cuối cùng, chúng sẽ tự đạp xe một mình và không cần bạn giữ thăng bằng giúp nữa.</w:t>
      </w:r>
    </w:p>
    <w:p>
      <w:pPr>
        <w:pStyle w:val="Heading3"/>
      </w:pPr>
      <w:r>
        <w:rPr>
          <w:rFonts w:ascii="Calibri" w:hAnsi="Calibri"/>
          <w:b/>
          <w:i w:val="0"/>
          <w:sz w:val="26"/>
        </w:rPr>
        <w:t>Không Ngừng Gia Tăng Trách Nhiệm Cho Họ</w:t>
      </w:r>
    </w:p>
    <w:p>
      <w:pPr>
        <w:spacing w:after="80"/>
      </w:pPr>
      <w:r>
        <w:rPr>
          <w:b w:val="0"/>
          <w:i w:val="0"/>
        </w:rPr>
        <w:t>Đến lúc này, nhiều nhà lãnh đạo lại mắc sai lầm. Ngay khi nhà lãnh đạo mới chớm nở đạt được một mức độ tự chủ nào đó, họ liền bỏ mặc người đó, biết ơn vì cuối cùng người ấy đã có thể tự gánh vác phần của mình. Thật nhẹ nhõm khi có người chia sẻ gánh nặng. Nhưng đừng dừng lại ở đó. Nếu bạn đã phát triển được một nhà lãnh đạo có thể thành công một cách độc lập, bạn đã làm được nhiều hơn hầu hết các nhà lãnh đạo khác. Và có thể bạn sẽ cảm thấy như mình đã xong việc. Nhưng với những người phát triển con người giỏi nhất, thế vẫn chưa đủ. Nếu bạn tiếp tục làm việc với những nhà lãnh đạo mới và không ngừng nâng cao mức độ trách nhiệm của họ, họ sẽ tiếp tục trưởng thành và tiến bộ.</w:t>
      </w:r>
    </w:p>
    <w:p>
      <w:pPr>
        <w:spacing w:after="80"/>
      </w:pPr>
      <w:r>
        <w:rPr>
          <w:b w:val="0"/>
          <w:i w:val="0"/>
        </w:rPr>
        <w:t xml:space="preserve">Mục tiêu của bạn phải luôn là làm việc để chính mình không còn cần thiết cho công việc đó nữa. Hãy liên tục giao cho các nhà lãnh đạo của bạn ngày càng nhiều gánh nặng hơn để họ gánh vác. Hãy tiếp tục chỉ dẫn cho họ từng bước. Hãy để họ hưởng lợi từ kinh nghiệm của bạn cho đến khi họ có khả năng làm được công việc của bạn. Điều đó đòi hỏi ở bạn sự vững tâm. Nhưng nếu bạn làm được như vậy, thì khi đến lúc </w:t>
      </w:r>
      <w:r>
        <w:rPr>
          <w:b w:val="0"/>
          <w:i/>
        </w:rPr>
        <w:t>bạn</w:t>
      </w:r>
      <w:r>
        <w:rPr>
          <w:b w:val="0"/>
          <w:i w:val="0"/>
        </w:rPr>
        <w:t xml:space="preserve"> phải vươn lên một trách nhiệm lớn hơn hoặc chuyển sang một thử thách mới, bạn sẽ có những người sẵn sàng bước vào và thay thế vị trí của bạn. Đó phải luôn là mục tiêu của bạn với tư cách một nhà lãnh đạo.</w:t>
      </w:r>
    </w:p>
    <w:p>
      <w:pPr>
        <w:pStyle w:val="Heading2"/>
      </w:pPr>
      <w:r>
        <w:rPr>
          <w:rFonts w:ascii="Calibri" w:hAnsi="Calibri"/>
          <w:b/>
          <w:i w:val="0"/>
          <w:sz w:val="32"/>
        </w:rPr>
        <w:t>4. Làm thế nào bạn có thể giúp người khác đạt được tiềm năng tối đa của họ khi họ đang ở trong vùng an toàn và không muốn rời khỏi đó?</w:t>
      </w:r>
    </w:p>
    <w:p>
      <w:pPr>
        <w:spacing w:after="80"/>
      </w:pPr>
      <w:r>
        <w:rPr>
          <w:b w:val="0"/>
          <w:i w:val="0"/>
        </w:rPr>
        <w:t>Nhiều người không có một tầm nhìn lớn hơn cho cuộc đời mình. Và người ta rất dễ, kể cả những người muốn phát triển, rơi vào lối mòn và cứ ở mãi trong vùng an toàn của mình. Với tư cách một nhà lãnh đạo, bạn nên cố gắng khuyến khích họ tiến về phía trước và vươn tới tiềm năng của mình. Bạn không chịu trách nhiệm về phản ứng của họ. Mỗi cá nhân phải tự chịu trách nhiệm về điều đó. Nhưng bạn có thể làm gương về sự phát triển, khuyến khích họ, và cố gắng trở thành chất xúc tác cho sự thay đổi tích cực. Dưới đây là cách làm:</w:t>
      </w:r>
    </w:p>
    <w:p>
      <w:pPr>
        <w:pStyle w:val="Heading3"/>
      </w:pPr>
      <w:r>
        <w:rPr>
          <w:rFonts w:ascii="Calibri" w:hAnsi="Calibri"/>
          <w:b/>
          <w:i w:val="0"/>
          <w:sz w:val="26"/>
        </w:rPr>
        <w:t>Cho họ thấy một viễn cảnh về tương lai tốt đẹp hơn của chính họ</w:t>
      </w:r>
    </w:p>
    <w:p>
      <w:pPr>
        <w:spacing w:after="80"/>
      </w:pPr>
      <w:r>
        <w:rPr>
          <w:b w:val="0"/>
          <w:i w:val="0"/>
        </w:rPr>
        <w:t>Nếu người ta không thể nhìn thấy một tương lai tốt đẹp hơn cho bản thân, bạn cần chỉ cho họ thấy. Hãy bắt đầu bằng việc đặt câu hỏi cho họ: Nếu bạn có thể trở thành bất cứ ai bạn muốn, bạn sẽ là ai? Nếu bạn có thể làm bất cứ điều gì bạn muốn, bạn sẽ làm gì? Nếu bạn biết chắc mình không thể thất bại, bạn sẽ thử làm gì? Hãy xem điều gì khuấy động bên trong họ. Nhiều người mang trong mình những giấc mơ sâu thẳm chỉ cần một chút khích lệ là có thể khơi ra được.</w:t>
      </w:r>
    </w:p>
    <w:p>
      <w:pPr>
        <w:spacing w:after="80"/>
        <w:jc w:val="center"/>
      </w:pPr>
      <w:r>
        <w:rPr>
          <w:b/>
          <w:i w:val="0"/>
        </w:rPr>
        <w:t>Nếu người ta không thể nhìn thấy một tương lai tốt đẹp hơn cho bản thân, bạn cần chỉ cho họ thấy.</w:t>
      </w:r>
    </w:p>
    <w:p>
      <w:pPr>
        <w:pStyle w:val="Heading3"/>
      </w:pPr>
      <w:r>
        <w:rPr>
          <w:rFonts w:ascii="Calibri" w:hAnsi="Calibri"/>
          <w:b/>
          <w:i w:val="0"/>
          <w:sz w:val="26"/>
        </w:rPr>
        <w:t>Đối xử với họ không phải như họ đang là, mà như họ có thể trở thành</w:t>
      </w:r>
    </w:p>
    <w:p>
      <w:pPr>
        <w:spacing w:after="80"/>
      </w:pPr>
      <w:r>
        <w:rPr>
          <w:b w:val="0"/>
          <w:i w:val="0"/>
        </w:rPr>
        <w:t>Tôi học được bài học này từ bố tôi khi còn nhỏ. Ông đối xử với mọi người bằng sự tử tế và tôn trọng, kể cả những người đối xử tệ với ông. Và khi ông trò chuyện với mọi người trong tầm tai nghe của anh trai, chị gái hay tôi, ông luôn nói về chúng tôi với sự trân trọng cao nhất. Ông nói về chúng tôi theo cách trao quyền mạnh mẽ đến mức một đứa trẻ như chúng tôi thực sự lấy được rất nhiều kỳ vọng của mình từ những cuộc trò chuyện đó. Chúng tôi muốn vươn lên tầm cao mà ông đã đối xử với chúng tôi. Tôi biết ông làm điều đó có chủ đích, và nó rất trao quyền và xây dựng sự tự tin.</w:t>
      </w:r>
    </w:p>
    <w:p>
      <w:pPr>
        <w:spacing w:after="80"/>
      </w:pPr>
      <w:r>
        <w:rPr>
          <w:b w:val="0"/>
          <w:i w:val="0"/>
        </w:rPr>
        <w:t>Nếu bạn đối xử với những người xung quanh như họ có thể trở thành thay vì như họ đang là, bạn nghĩ họ sẽ phản ứng thế nào? Nếu họ đã ở trong lối mòn quá lâu, có thể họ sẽ không vươn lên ngay lập tức. Có thể bạn sẽ phải tiếp tục nói tích cực về họ và đối xử với họ như những người khao khát đạt được tiềm năng của mình, nhưng tôi tin rằng theo thời gian phần lớn sẽ vươn lên. Và nếu họ không làm vậy, thì bạn đã mất gì đâu? Chẳng mất gì cả. Hãy thử xem. Hãy nói tích cực về một tương lai tốt đẹp hơn cho họ, và biết đâu họ sẽ cố gắng sống xứng đáng với điều đó.</w:t>
      </w:r>
    </w:p>
    <w:p>
      <w:pPr>
        <w:pStyle w:val="Heading3"/>
      </w:pPr>
      <w:r>
        <w:rPr>
          <w:rFonts w:ascii="Calibri" w:hAnsi="Calibri"/>
          <w:b/>
          <w:i w:val="0"/>
          <w:sz w:val="26"/>
        </w:rPr>
        <w:t>Tạo điều kiện để họ giành một chiến thắng</w:t>
      </w:r>
    </w:p>
    <w:p>
      <w:pPr>
        <w:spacing w:after="80"/>
      </w:pPr>
      <w:r>
        <w:rPr>
          <w:b w:val="0"/>
          <w:i w:val="0"/>
        </w:rPr>
        <w:t>Nhiều khi người ta không sẵn lòng rời khỏi vùng an toàn của mình vì họ tin chắc rằng mình không thể thắng. Bạn có thể thay đổi điều đó bằng cách tạo điều kiện cho họ thành công. Nếu bạn đặt họ vào một tình huống mà một chiến thắng dễ dàng gần như được đảm bảo, trải nghiệm chiến thắng đó có thể truyền cảm hứng để họ tiến về phía trước.</w:t>
      </w:r>
    </w:p>
    <w:p>
      <w:pPr>
        <w:spacing w:after="80"/>
      </w:pPr>
      <w:r>
        <w:rPr>
          <w:b w:val="0"/>
          <w:i w:val="0"/>
        </w:rPr>
        <w:t>Đây là một ví dụ về cách bạn có thể làm cho điều này hiệu quả. Nếu bạn có một người trong đội mà bạn biết có tiềm năng trở thành một nhân viên bán hàng tuyệt vời, nhưng người đó không chịu bước ra khỏi vùng an toàn của mình, hãy đặt người đó vào vị trí để thực hiện một thương vụ dễ dàng. Nếu bạn đã làm việc với một khách hàng để chốt một thương vụ và bạn biết rằng mọi rào cản đã được gỡ bỏ, mọi phản đối đã được giải quyết, và khách hàng đã sẵn sàng đồng ý, thì đừng chốt thương vụ đó. Thay vào đó, hãy nói rằng bạn phải đi, nhưng hỏi xem bạn có thể đặt một cuộc hẹn cho ngày hôm sau không. Và nhắc rằng bạn sẽ mang theo một đồng nghiệp.</w:t>
      </w:r>
    </w:p>
    <w:p>
      <w:pPr>
        <w:spacing w:after="80"/>
      </w:pPr>
      <w:r>
        <w:rPr>
          <w:b w:val="0"/>
          <w:i w:val="0"/>
        </w:rPr>
        <w:t>Ngày hôm sau, hãy dẫn theo nhân viên bán hàng đang cần một chiến thắng để có thêm tự tin đó. Nói với anh ta rằng bạn muốn anh ta nói chuyện ngắn gọn với khách hàng rồi đề nghị chốt thương vụ. Sau đó hãy quan sát khi nhân viên bán hàng chốt được thương vụ. Đó chính là kiểu việc có thể giúp ai đó vượt qua rào cản và mang lại cho họ sự tự tin.</w:t>
      </w:r>
    </w:p>
    <w:p>
      <w:pPr>
        <w:spacing w:after="80"/>
      </w:pPr>
      <w:r>
        <w:rPr>
          <w:b w:val="0"/>
          <w:i w:val="0"/>
        </w:rPr>
        <w:t>Những người phát triển lãnh đạo giỏi không làm mọi thứ vì lợi ích của bản thân. Họ làm những gì mà những người huấn luyện, người dẫn dắt và người cố vấn tuyệt vời làm. Họ đặt nhu cầu của đội lên trên nhu cầu của chính mình. Họ tạo điều kiện để người khác thành công để họ có được sự tự tin và kinh nghiệm. Những phẩm chất đó rất quan trọng nếu bạn muốn thấy người khác đạt được tiềm năng của họ.</w:t>
      </w:r>
    </w:p>
    <w:p>
      <w:pPr>
        <w:pStyle w:val="Heading2"/>
      </w:pPr>
      <w:r>
        <w:rPr>
          <w:rFonts w:ascii="Calibri" w:hAnsi="Calibri"/>
          <w:b/>
          <w:i w:val="0"/>
          <w:sz w:val="32"/>
        </w:rPr>
        <w:t>5. Làm thế nào bạn xác định nên dành bao nhiêu thời gian cho một người mà bạn đang phát triển?</w:t>
      </w:r>
    </w:p>
    <w:p>
      <w:pPr>
        <w:spacing w:after="80"/>
      </w:pPr>
      <w:r>
        <w:rPr>
          <w:b w:val="0"/>
          <w:i w:val="0"/>
        </w:rPr>
        <w:t>Mọi người trong tổ chức của bạn đều cần thời gian và sự hỗ trợ, nhưng điều đó không có nghĩa là bạn có thể giúp đỡ từng người một cách cá nhân. Bạn nên tử tế và ủng hộ mọi người, nhưng bạn phải chọn lựa ai là người bạn sẽ phát triển. Nếu bạn tập trung vào 20 phần trăm hàng đầu của đội ngũ, những người có kỹ năng cao nhất và tiềm năng phát triển lớn nhất, bạn có thể nhờ họ giúp hỗ trợ và phát triển 80 phần trăm còn lại.</w:t>
      </w:r>
    </w:p>
    <w:p>
      <w:pPr>
        <w:pStyle w:val="Heading3"/>
      </w:pPr>
      <w:r>
        <w:rPr>
          <w:rFonts w:ascii="Calibri" w:hAnsi="Calibri"/>
          <w:b/>
          <w:i w:val="0"/>
          <w:sz w:val="26"/>
        </w:rPr>
        <w:t>Cách xác định 20 phần trăm hàng đầu của bạn</w:t>
      </w:r>
    </w:p>
    <w:p>
      <w:pPr>
        <w:spacing w:after="80"/>
      </w:pPr>
      <w:r>
        <w:rPr>
          <w:b w:val="0"/>
          <w:i w:val="0"/>
        </w:rPr>
        <w:t>Dưới đây là những điều cần tìm khi xác định ai có thể nằm trong 20 phần trăm hàng đầu của bạn:</w:t>
      </w:r>
    </w:p>
    <w:p>
      <w:pPr>
        <w:spacing w:after="80"/>
        <w:ind w:left="360"/>
      </w:pPr>
      <w:r>
        <w:t xml:space="preserve">• </w:t>
      </w:r>
      <w:r>
        <w:rPr>
          <w:b/>
          <w:i w:val="0"/>
        </w:rPr>
        <w:t>Đam mê:</w:t>
      </w:r>
      <w:r>
        <w:rPr>
          <w:b w:val="0"/>
          <w:i w:val="0"/>
        </w:rPr>
        <w:t xml:space="preserve"> Họ có hào hứng không? Họ có tích cực về đội ngũ không? Tầm nhìn có tiếp thêm năng lượng cho họ không? Công việc họ làm có mang lại cho họ cảm giác thỏa mãn không? Bạn không muốn phải thúc ép ai đó được phát triển.</w:t>
      </w:r>
    </w:p>
    <w:p>
      <w:pPr>
        <w:spacing w:after="80"/>
        <w:ind w:left="360"/>
      </w:pPr>
      <w:r>
        <w:t xml:space="preserve">• </w:t>
      </w:r>
      <w:r>
        <w:rPr>
          <w:b/>
          <w:i w:val="0"/>
        </w:rPr>
        <w:t>Khả năng học hỏi:</w:t>
      </w:r>
      <w:r>
        <w:rPr>
          <w:b w:val="0"/>
          <w:i w:val="0"/>
        </w:rPr>
        <w:t xml:space="preserve"> Họ có đang phát triển ngay bây giờ không? Họ có cởi mở với những ý tưởng mới không? Họ có khiêm tốn và sẵn lòng học hỏi không? Bạn muốn đầu tư vào những người có khát khao.</w:t>
      </w:r>
    </w:p>
    <w:p>
      <w:pPr>
        <w:spacing w:after="80"/>
        <w:ind w:left="360"/>
      </w:pPr>
      <w:r>
        <w:t xml:space="preserve">• </w:t>
      </w:r>
      <w:r>
        <w:rPr>
          <w:b/>
          <w:i w:val="0"/>
        </w:rPr>
        <w:t>Năng lực:</w:t>
      </w:r>
      <w:r>
        <w:rPr>
          <w:b w:val="0"/>
          <w:i w:val="0"/>
        </w:rPr>
        <w:t xml:space="preserve"> Tiềm năng của họ là gì? Có nhiều dư địa để phát triển không? Họ có tài năng trong lĩnh vực mà bạn muốn phát triển cho họ không? Họ có thể tiến xa đến đâu nếu bạn giúp họ?</w:t>
      </w:r>
    </w:p>
    <w:p>
      <w:pPr>
        <w:spacing w:after="80"/>
      </w:pPr>
      <w:r>
        <w:rPr>
          <w:b w:val="0"/>
          <w:i w:val="0"/>
        </w:rPr>
        <w:t>Bạn có thể có nhiều người đáng để đầu tư. Nếu vậy, đừng cố phát triển nhiều hơn 20 phần trăm hàng đầu. Nếu bạn dàn trải quá mỏng, mọi người sẽ không nhận được điều tốt nhất từ bạn. Ngược lại, nếu bạn đánh giá rằng bạn chỉ có một người có tiềm năng, hãy đầu tư vào người đó.</w:t>
      </w:r>
    </w:p>
    <w:p>
      <w:pPr>
        <w:spacing w:after="80"/>
      </w:pPr>
      <w:r>
        <w:rPr>
          <w:b w:val="0"/>
          <w:i w:val="0"/>
        </w:rPr>
        <w:t xml:space="preserve">Khi bạn đã xác định được người bạn muốn phát triển, hãy hỏi họ xem </w:t>
      </w:r>
      <w:r>
        <w:rPr>
          <w:b w:val="0"/>
          <w:i/>
        </w:rPr>
        <w:t>họ</w:t>
      </w:r>
      <w:r>
        <w:rPr>
          <w:b w:val="0"/>
          <w:i w:val="0"/>
        </w:rPr>
        <w:t xml:space="preserve"> nghĩ mình cần bao nhiêu thời gian để thành công. Tôi nghĩ chúng ta không hỏi những câu hỏi kiểu này đủ nhiều. Phần lớn thời gian, những người giỏi sẽ trả lời một cách có chiến lược. Không phải ai cũng vậy, nhưng những người giỏi thường như vậy, bởi vì họ không muốn chỉ ngồi chơi cho qua ngày. Họ muốn hoàn thành công việc. Họ muốn đạt được điều gì đó.</w:t>
      </w:r>
    </w:p>
    <w:p>
      <w:pPr>
        <w:spacing w:after="80"/>
      </w:pPr>
      <w:r>
        <w:rPr>
          <w:b w:val="0"/>
          <w:i w:val="0"/>
        </w:rPr>
        <w:t>Nếu lượng thời gian họ yêu cầu là phù hợp—dựa trên tiềm năng của họ và lượng thời gian bạn có—hãy dành cho họ, nhưng hãy sắp xếp sao cho thuận tiện cho bạn. Hãy đề nghị họ sắp xếp theo lịch của bạn và đến chỗ bạn. Và khi bạn gặp nhau, hãy tận dụng tối đa khoảng thời gian đó. Hãy làm cho nó đáng giá.</w:t>
      </w:r>
    </w:p>
    <w:p>
      <w:pPr>
        <w:pStyle w:val="Heading2"/>
      </w:pPr>
      <w:r>
        <w:rPr>
          <w:rFonts w:ascii="Calibri" w:hAnsi="Calibri"/>
          <w:b/>
          <w:i w:val="0"/>
          <w:sz w:val="32"/>
        </w:rPr>
        <w:t>6. Khi nào bạn nên buông tay hay "từ bỏ" những người bạn đang lãnh đạo, sau khi bạn đã làm hết sức để giúp họ phát triển?</w:t>
      </w:r>
    </w:p>
    <w:p>
      <w:pPr>
        <w:spacing w:after="80"/>
      </w:pPr>
      <w:r>
        <w:rPr>
          <w:b w:val="0"/>
          <w:i w:val="0"/>
        </w:rPr>
        <w:t>Nhiều nhà lãnh đạo thấy khó biết khi nào nên ngừng đầu tư vào một người mà họ từng tin tưởng. Một số nhà lãnh đạo từ bỏ quá sớm. Những người khác lại bám theo ai đó quá lâu, hy vọng người đó sẽ quay lại đúng hướng.</w:t>
      </w:r>
    </w:p>
    <w:p>
      <w:pPr>
        <w:spacing w:after="80"/>
      </w:pPr>
      <w:r>
        <w:rPr>
          <w:b w:val="0"/>
          <w:i w:val="0"/>
        </w:rPr>
        <w:t>Tôi tin rằng việc buông tay mọi người là ổn nếu một trong những điều sau đây xảy ra:</w:t>
      </w:r>
    </w:p>
    <w:p>
      <w:pPr>
        <w:pStyle w:val="Heading3"/>
      </w:pPr>
      <w:r>
        <w:rPr>
          <w:rFonts w:ascii="Calibri" w:hAnsi="Calibri"/>
          <w:b/>
          <w:i w:val="0"/>
          <w:sz w:val="26"/>
        </w:rPr>
        <w:t>Bạn đã cho họ cơ hội thay đổi nhưng họ không thay đổi</w:t>
      </w:r>
    </w:p>
    <w:p>
      <w:pPr>
        <w:spacing w:after="80"/>
      </w:pPr>
      <w:r>
        <w:rPr>
          <w:b w:val="0"/>
          <w:i w:val="0"/>
        </w:rPr>
        <w:t xml:space="preserve">Khi bạn đã cho mọi người một con đường rõ ràng để thay đổi, nghĩa là bạn đã nói rõ với họ </w:t>
      </w:r>
      <w:r>
        <w:rPr>
          <w:b w:val="0"/>
          <w:i/>
        </w:rPr>
        <w:t>cách</w:t>
      </w:r>
      <w:r>
        <w:rPr>
          <w:b w:val="0"/>
          <w:i w:val="0"/>
        </w:rPr>
        <w:t xml:space="preserve"> họ cần thay đổi, bạn đã giải thích </w:t>
      </w:r>
      <w:r>
        <w:rPr>
          <w:b w:val="0"/>
          <w:i/>
        </w:rPr>
        <w:t>lý do</w:t>
      </w:r>
      <w:r>
        <w:rPr>
          <w:b w:val="0"/>
          <w:i w:val="0"/>
        </w:rPr>
        <w:t xml:space="preserve"> họ cần thay đổi, và bạn đã cung cấp cho họ mọi nguồn lực để giúp họ </w:t>
      </w:r>
      <w:r>
        <w:rPr>
          <w:b w:val="0"/>
          <w:i/>
        </w:rPr>
        <w:t>có thể</w:t>
      </w:r>
      <w:r>
        <w:rPr>
          <w:b w:val="0"/>
          <w:i w:val="0"/>
        </w:rPr>
        <w:t xml:space="preserve"> thay đổi, vậy mà họ vẫn không thay đổi, thì bạn cần ngừng đầu tư vào họ.</w:t>
      </w:r>
    </w:p>
    <w:p>
      <w:pPr>
        <w:spacing w:after="80"/>
      </w:pPr>
      <w:r>
        <w:rPr>
          <w:b w:val="0"/>
          <w:i w:val="0"/>
        </w:rPr>
        <w:t>Khi tôi bắt đầu sự nghiệp, tôi đã tư vấn khá nhiều cho mọi người. Tôi thấy việc đó rất bực bội. Khi mọi người có một vấn đề, tôi thường có thể thấy một giải pháp rõ ràng, và tất cả những gì tôi muốn làm là vạch ra một lộ trình hành động để họ thực hiện rồi chờ họ làm theo. Nhưng điều thường xảy ra là họ đến để nói về vấn đề, nhưng rồi lại không thực sự làm gì về nó. Lần sau gặp họ, họ lại kể cho tôi nghe về đúng vấn đề đó. Tôi phát hiện ra rằng nhiều người quan tâm đến việc được lắng nghe và thấu hiểu hơn là việc thay đổi và phát triển, và tôi chẳng làm được gì nhiều về điều đó.</w:t>
      </w:r>
    </w:p>
    <w:p>
      <w:pPr>
        <w:spacing w:after="80"/>
      </w:pPr>
      <w:r>
        <w:rPr>
          <w:b w:val="0"/>
          <w:i w:val="0"/>
        </w:rPr>
        <w:t xml:space="preserve">Đó không phải là trường hợp của một nhà lãnh đạo. Tôi không chỉ </w:t>
      </w:r>
      <w:r>
        <w:rPr>
          <w:b w:val="0"/>
          <w:i/>
        </w:rPr>
        <w:t>có thể</w:t>
      </w:r>
      <w:r>
        <w:rPr>
          <w:b w:val="0"/>
          <w:i w:val="0"/>
        </w:rPr>
        <w:t xml:space="preserve"> đưa ra một lộ trình hành động để ai đó thực hiện nhằm phát triển, mà tôi còn </w:t>
      </w:r>
      <w:r>
        <w:rPr>
          <w:b w:val="0"/>
          <w:i/>
        </w:rPr>
        <w:t>được kỳ vọng</w:t>
      </w:r>
      <w:r>
        <w:rPr>
          <w:b w:val="0"/>
          <w:i w:val="0"/>
        </w:rPr>
        <w:t xml:space="preserve"> làm điều đó cho bất kỳ ai tôi phát triển hay cố vấn. Khi tôi làm vậy, người đó có thể chọn làm theo lời khuyên của tôi hoặc không. Và nếu người đó quyết định không làm theo chỉ dẫn của tôi, tôi có thể chọn không dành thêm thời gian cho họ nữa. Tại sao tôi lại phải tiếp tục đầu tư vào một người không muốn làm theo chỉ dẫn của tôi và không muốn phát triển? Tại sao bạn lại phải làm vậy?</w:t>
      </w:r>
    </w:p>
    <w:p>
      <w:pPr>
        <w:pStyle w:val="Heading3"/>
      </w:pPr>
      <w:r>
        <w:rPr>
          <w:rFonts w:ascii="Calibri" w:hAnsi="Calibri"/>
          <w:b/>
          <w:i w:val="0"/>
          <w:sz w:val="26"/>
        </w:rPr>
        <w:t>Họ Đã Phá Vỡ Niềm Tin</w:t>
      </w:r>
    </w:p>
    <w:p>
      <w:pPr>
        <w:spacing w:after="80"/>
      </w:pPr>
      <w:r>
        <w:rPr>
          <w:b w:val="0"/>
          <w:i w:val="0"/>
        </w:rPr>
        <w:t>Khi những người bạn đang đầu tư phá vỡ niềm tin với bạn, đã đến lúc ngừng dành thời gian và năng lượng cho họ. Người ta vẫn nói rằng nếu bạn không thể tin tưởng mọi điều một người nói, thì bạn không thể tin bất cứ điều gì họ nói. Nếu ai đó không còn đáng tin nữa, họ đã vi phạm mối quan hệ. Không có cách nào tốt để tiếp tục tiến về phía trước.</w:t>
      </w:r>
    </w:p>
    <w:p>
      <w:pPr>
        <w:pStyle w:val="Heading3"/>
      </w:pPr>
      <w:r>
        <w:rPr>
          <w:rFonts w:ascii="Calibri" w:hAnsi="Calibri"/>
          <w:b/>
          <w:i w:val="0"/>
          <w:sz w:val="26"/>
        </w:rPr>
        <w:t>Bạn Nhận Ra Rằng Hôm Nay Bạn Sẽ Không Tuyển Dụng Họ Lần Nữa</w:t>
      </w:r>
    </w:p>
    <w:p>
      <w:pPr>
        <w:spacing w:after="80"/>
      </w:pPr>
      <w:r>
        <w:rPr>
          <w:b w:val="0"/>
          <w:i w:val="0"/>
        </w:rPr>
        <w:t>Đôi khi, khi làm việc với ai đó một thời gian, bạn nhận ra rằng họ không có tiềm năng mà bạn tưởng đã thấy ở họ khi tuyển dụng. Có thể bạn tin vào họ nhiều hơn họ tin vào chính mình và họ không bao giờ đạt được kỳ vọng của bạn. Có thể họ đang ở trong một giai đoạn đặc biệt tốt khi bạn gặp họ. Hoặc có thể bạn đã nhầm lẫn về tài năng và kỹ năng mà bạn tưởng đã thấy.</w:t>
      </w:r>
    </w:p>
    <w:p>
      <w:pPr>
        <w:spacing w:after="80"/>
      </w:pPr>
      <w:r>
        <w:rPr>
          <w:b w:val="0"/>
          <w:i w:val="0"/>
        </w:rPr>
        <w:t>Dù điều nào trong số này có thể đúng, điểm mấu chốt là giờ đây bạn hiểu họ rõ hơn, và bạn có thể đã nhận ra rằng nếu hôm nay bạn tuyển người để lấp vào vị trí của họ, bạn sẽ không chọn họ. Nếu đúng như vậy, đã đến lúc ngừng đầu tư vào họ, vì bạn đã khám phá ra rằng đó là một ngõ cụt. Bạn không thể biến người ta thành thứ mà họ không phải. Đã đến lúc bước tiếp và dành thời gian, năng lượng của bạn cho một người khác có thể giúp ích cho đội nhóm.</w:t>
      </w:r>
    </w:p>
    <w:p>
      <w:pPr>
        <w:pStyle w:val="Heading2"/>
      </w:pPr>
      <w:r>
        <w:rPr>
          <w:rFonts w:ascii="Calibri" w:hAnsi="Calibri"/>
          <w:b/>
          <w:i w:val="0"/>
          <w:sz w:val="32"/>
        </w:rPr>
        <w:t>7. Tôi Đã Trao Quyền Cho Người Khác Lãnh Đạo và Quay Lại Chỉ Thấy Họ Không Tiến Bộ Gì và Lại Làm Mọi Thứ Theo Cách Cũ. Tôi Nên Làm Gì Khác Đi?</w:t>
      </w:r>
    </w:p>
    <w:p>
      <w:pPr>
        <w:spacing w:after="80"/>
      </w:pPr>
      <w:r>
        <w:rPr>
          <w:b w:val="0"/>
          <w:i w:val="0"/>
        </w:rPr>
        <w:t>Khi tôi mới bắt đầu tổ chức các hội nghị để dạy về lãnh đạo và giúp mọi người học cách lãnh đạo, tôi cảm thấy rất nhiều áp lực phải cố làm cho người ta thành công, nhưng tôi biết điều đó không hiệu quả với tất cả mọi người. Tôi thấy một số người vươn cao. Nhưng tôi cũng có thể thấy những người khác đang lãng phí thời gian vì họ không thay đổi gì cả và họ lãnh đạo người khác chẳng khá hơn gì trước hội nghị.</w:t>
      </w:r>
    </w:p>
    <w:p>
      <w:pPr>
        <w:spacing w:after="80"/>
      </w:pPr>
      <w:r>
        <w:rPr>
          <w:b w:val="0"/>
          <w:i w:val="0"/>
        </w:rPr>
        <w:t xml:space="preserve">Điều đó đè nặng lên tôi vô cùng. Tôi cứ nghĩ mãi, </w:t>
      </w:r>
      <w:r>
        <w:rPr>
          <w:b w:val="0"/>
          <w:i/>
        </w:rPr>
        <w:t>mình phải thay đổi những người này</w:t>
      </w:r>
      <w:r>
        <w:rPr>
          <w:b w:val="0"/>
          <w:i w:val="0"/>
        </w:rPr>
        <w:t>. Hồi đó tôi ngây thơ nghĩ rằng việc thay đổi người khác nằm trong khả năng của mình. Trong một số trường hợp, tôi muốn họ thành công còn hơn chính họ muốn điều đó.</w:t>
      </w:r>
    </w:p>
    <w:p>
      <w:pPr>
        <w:spacing w:after="80"/>
      </w:pPr>
      <w:r>
        <w:rPr>
          <w:b w:val="0"/>
          <w:i w:val="0"/>
        </w:rPr>
        <w:t>Với thời gian và kinh nghiệm, tất nhiên tôi nhận ra rằng mình không thể thay đổi bất kỳ ai khác. Người ta phải tự thay đổi chính mình thông qua những lựa chọn của họ. Điều duy nhất tôi có thể làm là tạo ra một môi trường tích cực khuyến khích sự phát triển và thay đổi.</w:t>
      </w:r>
    </w:p>
    <w:p>
      <w:pPr>
        <w:spacing w:after="80"/>
        <w:jc w:val="center"/>
      </w:pPr>
      <w:r>
        <w:rPr>
          <w:b/>
          <w:i w:val="0"/>
        </w:rPr>
        <w:t>Tôi không thể thay đổi bất kỳ ai khác. Người ta phải tự thay đổi chính mình thông qua những lựa chọn của họ.</w:t>
      </w:r>
    </w:p>
    <w:p>
      <w:pPr>
        <w:spacing w:after="80"/>
      </w:pPr>
      <w:r>
        <w:rPr>
          <w:b w:val="0"/>
          <w:i w:val="0"/>
        </w:rPr>
        <w:t>Nếu trong tổ chức hoặc đội nhóm của bạn có những người không học hỏi, không phát triển, không thay đổi, và bạn vẫn chưa tạo ra một môi trường thúc đẩy sự phát triển, hãy thử làm những điều sau:</w:t>
      </w:r>
    </w:p>
    <w:p>
      <w:pPr>
        <w:pStyle w:val="Heading3"/>
      </w:pPr>
      <w:r>
        <w:rPr>
          <w:rFonts w:ascii="Calibri" w:hAnsi="Calibri"/>
          <w:b/>
          <w:i w:val="0"/>
          <w:sz w:val="26"/>
        </w:rPr>
        <w:t>Đối Xử Với Những Người Đạt Thành Tích Cao Như Đối Tác Chứ Không Phải Nhân Viên</w:t>
      </w:r>
    </w:p>
    <w:p>
      <w:pPr>
        <w:spacing w:after="80"/>
      </w:pPr>
      <w:r>
        <w:rPr>
          <w:b w:val="0"/>
          <w:i w:val="0"/>
        </w:rPr>
        <w:t>Một trong những điều tích cực nhất bạn có thể làm cho những người đạt thành tích cao là thu hẹp khoảng cách giữa họ và bạn. Một trong những cách để làm điều đó là đối xử với nhân tài hàng đầu của bạn như những đối tác. Mối quan hệ làm việc của bạn nên giống một liên minh chiến lược (strategic alliance) hơn là một thỏa thuận tuyển dụng truyền thống.</w:t>
      </w:r>
    </w:p>
    <w:p>
      <w:pPr>
        <w:spacing w:after="80"/>
      </w:pPr>
      <w:r>
        <w:rPr>
          <w:b w:val="0"/>
          <w:i w:val="0"/>
        </w:rPr>
        <w:t>Điều đó nghĩa là gì? Nghĩa là với tư cách người lãnh đạo, bạn không giữ lại thông tin khỏi đội nhóm để duy trì lợi thế. Bạn đang hỏi ý kiến. Bạn đang lắng nghe nhiều bằng hoặc hơn cả khi bạn nói. Bạn đưa đội nhóm vào quá trình hình thành tầm nhìn. Bạn chia sẻ việc ra quyết định. Bạn cùng làm việc với họ trong mọi việc, thay vì chỉ giao việc xuống.</w:t>
      </w:r>
    </w:p>
    <w:p>
      <w:pPr>
        <w:spacing w:after="80"/>
      </w:pPr>
      <w:r>
        <w:rPr>
          <w:b w:val="0"/>
          <w:i w:val="0"/>
        </w:rPr>
        <w:t>Nếu bạn làm điều này một cách nhất quán, bạn sẽ thấy sự phát triển theo cấp số nhân ở những người giỏi nhất của mình, vì họ sẽ học được cách bạn tư duy. Bạn cũng sẽ thấy rằng mọi người bắt đầu gánh vác trách nhiệm và tự nguyện đảm nhận thử thách thay vì bị giao phó.</w:t>
      </w:r>
    </w:p>
    <w:p>
      <w:pPr>
        <w:pStyle w:val="Heading3"/>
      </w:pPr>
      <w:r>
        <w:rPr>
          <w:rFonts w:ascii="Calibri" w:hAnsi="Calibri"/>
          <w:b/>
          <w:i w:val="0"/>
          <w:sz w:val="26"/>
        </w:rPr>
        <w:t>Luôn Đi Trước Những Người Chơi Mạnh Nhất Của Bạn</w:t>
      </w:r>
    </w:p>
    <w:p>
      <w:pPr>
        <w:spacing w:after="80"/>
      </w:pPr>
      <w:r>
        <w:rPr>
          <w:b w:val="0"/>
          <w:i w:val="0"/>
        </w:rPr>
        <w:t>Bạn không thể định hình được môi trường nếu bạn không đi trước những thành viên mạnh nhất trong đội của mình. Điều này không có nghĩa là bạn phải biết mọi thứ hay phải dẫn đầu ở mọi lĩnh vực. Trong đội của tôi có nhiều người biết nhiều hơn tôi ở một số lĩnh vực nhất định. Nhưng khi nói đến vai trò lãnh đạo, tôi luôn nỗ lực để giữ vị trí mạnh nhất trong đội.</w:t>
      </w:r>
    </w:p>
    <w:p>
      <w:pPr>
        <w:spacing w:after="80"/>
      </w:pPr>
      <w:r>
        <w:rPr>
          <w:b w:val="0"/>
          <w:i w:val="0"/>
        </w:rPr>
        <w:t>Khát khao luôn đi trước những người giỏi nhất của tôi chính là động lực để tôi không ngừng phát triển và học hỏi. Là những nhà lãnh đạo đang tạo ra một môi trường tích cực cho sự phát triển, chúng ta phải tiếp tục phát triển, đọc sách, nghiên cứu và tương tác với các tổ chức và nhà lãnh đạo khác để luôn dẫn đầu xu hướng. Nếu làm được điều đó, chúng ta sẽ có thể làm gương về tư duy sáng tạo, sự an toàn cảm xúc và tinh thần lãnh đạo phụng sự (servant leadership) cho người khác.</w:t>
      </w:r>
    </w:p>
    <w:p>
      <w:pPr>
        <w:pStyle w:val="Heading3"/>
      </w:pPr>
      <w:r>
        <w:rPr>
          <w:rFonts w:ascii="Calibri" w:hAnsi="Calibri"/>
          <w:b/>
          <w:i w:val="0"/>
          <w:sz w:val="26"/>
        </w:rPr>
        <w:t>Thưởng về tài chính cho những người đạt thành tích cao</w:t>
      </w:r>
    </w:p>
    <w:p>
      <w:pPr>
        <w:spacing w:after="80"/>
      </w:pPr>
      <w:r>
        <w:rPr>
          <w:b w:val="0"/>
          <w:i w:val="0"/>
        </w:rPr>
        <w:t>Tôi nhận thấy những người giỏi nhất trong tổ chức của tôi đã chuyển từ việc theo đuổi thành công sang phấn đấu vì ý nghĩa. Họ làm việc để tìm sự viên mãn, chứ không phải vì tiền. Tuy nhiên, tôi luôn đặt ra nguyên tắc thưởng về tài chính cho những nhân tài hàng đầu của mình như một cách bày tỏ sự trân trọng. Tôi không bao giờ muốn chuyện tiền bạc trở thành điều gây xao nhãng hay là cái gai trong lòng mọi người. Nếu được trả lương xứng đáng, họ có thể tập trung vào những điều thực sự quan trọng.</w:t>
      </w:r>
    </w:p>
    <w:p>
      <w:pPr>
        <w:pStyle w:val="Heading3"/>
      </w:pPr>
      <w:r>
        <w:rPr>
          <w:rFonts w:ascii="Calibri" w:hAnsi="Calibri"/>
          <w:b/>
          <w:i w:val="0"/>
          <w:sz w:val="26"/>
        </w:rPr>
        <w:t>Đầu tư vào mối quan hệ với những người đạt thành tích cao</w:t>
      </w:r>
    </w:p>
    <w:p>
      <w:pPr>
        <w:spacing w:after="80"/>
      </w:pPr>
      <w:r>
        <w:rPr>
          <w:b w:val="0"/>
          <w:i w:val="0"/>
        </w:rPr>
        <w:t>Khi con người đạt đến một mức thành tựu nhất định, điều họ trân trọng nhất là được dành thời gian với một người đi trước họ và có thể giúp họ tiến xa hơn trong cuộc sống. Họ khao khát một mối quan hệ tốt đẹp.</w:t>
      </w:r>
    </w:p>
    <w:p>
      <w:pPr>
        <w:spacing w:after="80"/>
      </w:pPr>
      <w:r>
        <w:rPr>
          <w:b w:val="0"/>
          <w:i w:val="0"/>
        </w:rPr>
        <w:t>Hãy làm người cố vấn (mentor) cho những người giỏi nhất của bạn. Dành thời gian cho họ một-một. Cho họ cơ hội tiếp cận bạn và xây dựng một mối quan hệ phát triển. Những người tài năng nhất của bạn có khát khao học hỏi và phát triển rất mãnh liệt. Hãy nuôi dưỡng khát khao đó. Và khuyến khích họ thực hiện chính quá trình này với những người đi sau và đang vươn lên.</w:t>
      </w:r>
    </w:p>
    <w:p>
      <w:pPr>
        <w:pStyle w:val="Heading3"/>
      </w:pPr>
      <w:r>
        <w:rPr>
          <w:rFonts w:ascii="Calibri" w:hAnsi="Calibri"/>
          <w:b/>
          <w:i w:val="0"/>
          <w:sz w:val="26"/>
        </w:rPr>
        <w:t>Liên tục thử thách những người đạt thành tích cao</w:t>
      </w:r>
    </w:p>
    <w:p>
      <w:pPr>
        <w:spacing w:after="80"/>
      </w:pPr>
      <w:r>
        <w:rPr>
          <w:b w:val="0"/>
          <w:i w:val="0"/>
        </w:rPr>
        <w:t>Một dấu hiệu chắc chắn cho thấy ai đó là người đạt thành tích cao là họ muốn được thử thách. Điều này luôn đúng với những nhân tài hàng đầu. Nếu trong đội của bạn có những người xuất sắc, bạn cần liên tục nghĩ ra cách để thử thách họ. Bạn cần tìm ra những chân trời mới để họ hướng tới. Đừng để họ cảm thấy nhàm chán, vì nếu vậy, họ sẽ bồn chồn và bắt đầu tìm kiếm cơ hội khác.</w:t>
      </w:r>
    </w:p>
    <w:p>
      <w:pPr>
        <w:spacing w:after="80"/>
      </w:pPr>
      <w:r>
        <w:rPr>
          <w:b w:val="0"/>
          <w:i w:val="0"/>
        </w:rPr>
        <w:t>Là một nhà lãnh đạo, tôi có trách nhiệm tạo ra một môi trường nơi mọi người có thể học hỏi, phát triển và thành công. Tôi có thể cổ vũ họ, cung cấp nguồn lực và đào tạo họ. Tôi có trách nhiệm trao đi những gì tốt nhất của bản thân mình — nhưng không phải chịu trách nhiệm về phản ứng của họ. Tôi từng có những người mà tôi đã đầu tư rất nhiều, cứ liên tục quay lại nói với tôi rằng: "Anh chưa giúp em đủ. Anh cần giúp em nhiều hơn. Em cần thêm thời gian của anh." Họ đã không tự chịu trách nhiệm cho thành công của chính mình.</w:t>
      </w:r>
    </w:p>
    <w:p>
      <w:pPr>
        <w:spacing w:after="80"/>
      </w:pPr>
      <w:r>
        <w:rPr>
          <w:b w:val="0"/>
          <w:i w:val="0"/>
        </w:rPr>
        <w:t>Với tôi, thật là một điều bí ẩn khi một người lại phát triển mạnh mẽ trong một môi trường như vậy còn người khác thì không. Hai người cùng đọc một cuốn sách của tôi hoặc nghe tôi nói chuyện. Một người sẽ ra ngoài và thay đổi cuộc đời mình mãi mãi. Người kia sẽ bước đi với vẻ thất vọng. Cùng một cuốn sách, cùng một hội nghị và cùng một diễn giả có thể dẫn đến những phản ứng hoàn toàn khác nhau.</w:t>
      </w:r>
    </w:p>
    <w:p>
      <w:pPr>
        <w:spacing w:after="80"/>
      </w:pPr>
      <w:r>
        <w:rPr>
          <w:b w:val="0"/>
          <w:i w:val="0"/>
        </w:rPr>
        <w:t>Hãy trao cho mọi người những gì tốt nhất của bạn, nhưng đừng mang vác gánh nặng từ những lựa chọn của họ. Đừng mang vác gánh nặng về kết quả. Hãy giúp những ai bạn có thể giúp, và để những người khác tìm một môi trường khác hoặc một nhà lãnh đạo khác có thể giúp họ.</w:t>
      </w:r>
    </w:p>
    <w:p>
      <w:pPr>
        <w:pStyle w:val="Heading2"/>
      </w:pPr>
      <w:r>
        <w:rPr>
          <w:rFonts w:ascii="Calibri" w:hAnsi="Calibri"/>
          <w:b/>
          <w:i w:val="0"/>
          <w:sz w:val="32"/>
        </w:rPr>
        <w:t>8. Làm thế nào để chúng ta vượt qua nỗi thất vọng khi đã đầu tư rất nhiều thời gian, tiền bạc, công sức và cả tấm lòng vào những nhà lãnh đạo tương lai của mình rồi họ lại ra đi?</w:t>
      </w:r>
    </w:p>
    <w:p>
      <w:pPr>
        <w:spacing w:after="80"/>
      </w:pPr>
      <w:r>
        <w:rPr>
          <w:b w:val="0"/>
          <w:i w:val="0"/>
        </w:rPr>
        <w:t>Thành thật mà nói, bạn không vượt qua được đâu. Điều tốt nhất bạn có thể làm là cố gắng rút ra bài học khôn ngoan từ đó. Mất mát là khởi đầu của sự khôn ngoan. Nỗi đau và sự tổn thương khi những người giỏi rời bỏ bạn khiến bạn chú ý hơn đến quá trình, đặc biệt là khi bạn đã đầu tư rất nhiều vào những người ra đi. Hãy cố gắng chúc họ mọi điều tốt đẹp, và đừng để bản thân trở nên cay đắng.</w:t>
      </w:r>
    </w:p>
    <w:p>
      <w:pPr>
        <w:spacing w:after="80"/>
      </w:pPr>
      <w:r>
        <w:rPr>
          <w:b w:val="0"/>
          <w:i w:val="0"/>
        </w:rPr>
        <w:t>Bạn có thể sẽ bị cám dỗ từ bỏ việc đầu tư vào con người vì chuyện đó. Đừng từ bỏ quá trình đó. Tôi sẽ nói cho bạn biết lý do: điều duy nhất còn tệ hơn việc phát triển con người rồi mất họ chính là không phát triển họ mà vẫn giữ họ. Nếu bạn ngừng phát triển con người, tổ chức hay đội của bạn đã bắt đầu đi xuống. Và nó sẽ tiếp tục đi xuống trong khi các tổ chức khác vượt qua bạn. Điều tốt nhất bạn có thể làm là học hỏi từ những trải nghiệm của mình và cố gắng hết sức để giữ chân những người mạnh nhất của bạn trong tương lai.</w:t>
      </w:r>
    </w:p>
    <w:p>
      <w:pPr>
        <w:spacing w:after="80"/>
      </w:pPr>
      <w:r>
        <w:rPr>
          <w:b w:val="0"/>
          <w:i w:val="0"/>
        </w:rPr>
        <w:t>Chúng ta đang sống và lãnh đạo trong một thế giới của những người làm việc tự do (free agents). Người ta ra đi vì nhiều lý do khác nhau. Bạn có thể hoặc không thể giữ được tất cả những người giỏi nhất của mình. Họ có thể ra đi vì những lý do không liên quan gì đến bạn. Nhưng hãy cố gắng hết sức để giữ họ. Đừng tạo lý do để họ ra đi. Hãy làm cho mục đích của bạn lớn lao hơn chính bạn. Trao cho họ mọi cơ hội để làm việc vì ý nghĩa, chứ không chỉ vì thành công. Trả lương cho họ tốt nhất có thể. Giúp họ phát triển. Và tạo ra một môi trường tuyệt vời khiến người ta rất khó rời đi. Đó là tất cả những gì bạn có thể làm.</w:t>
      </w:r>
    </w:p>
    <w:p>
      <w:pPr>
        <w:pStyle w:val="Heading2"/>
      </w:pPr>
      <w:r>
        <w:rPr>
          <w:rFonts w:ascii="Calibri" w:hAnsi="Calibri"/>
          <w:b/>
          <w:i w:val="0"/>
          <w:sz w:val="32"/>
        </w:rPr>
        <w:t>9. Điều quan trọng nhất mà một nhà lãnh đạo phải học để trở thành lãnh đạo của những nhà lãnh đạo là gì?</w:t>
      </w:r>
    </w:p>
    <w:p>
      <w:pPr>
        <w:spacing w:after="80"/>
      </w:pPr>
      <w:r>
        <w:rPr>
          <w:b w:val="0"/>
          <w:i w:val="0"/>
        </w:rPr>
        <w:t xml:space="preserve">Chỉ có một cách để lãnh đạo những nhà lãnh đạo: hãy trở thành một nhà lãnh đạo giỏi hơn chính mình. Những nhà lãnh đạo giỏi không đi theo những người lãnh đạo kém. Con người tự nhiên đi theo những nhà lãnh đạo mạnh mẽ hơn họ. Đó là Quy luật Tôn trọng (Law of Respect) trong cuốn </w:t>
      </w:r>
      <w:r>
        <w:rPr>
          <w:b w:val="0"/>
          <w:i/>
        </w:rPr>
        <w:t>21 Nguyên tắc bất biến của lãnh đạo</w:t>
      </w:r>
      <w:r>
        <w:rPr>
          <w:b w:val="0"/>
          <w:i w:val="0"/>
        </w:rPr>
        <w:t xml:space="preserve"> (The 21 Irrefutable Laws of Leadership).</w:t>
      </w:r>
    </w:p>
    <w:p>
      <w:pPr>
        <w:spacing w:after="80"/>
      </w:pPr>
      <w:r>
        <w:rPr>
          <w:b w:val="0"/>
          <w:i w:val="0"/>
        </w:rPr>
        <w:t>Khi các nhà lãnh đạo gặp nhau, họ tự nhiên đánh giá lẫn nhau. Họ thử thách nhau. Họ thách thức nhau. Có người làm điều đó bằng sự hài hước, người khác thì cố làm cho đối phương mất phong độ. Đôi khi nó chỉ là đùa vui. Nhưng cũng có lúc không phải vậy. Nhưng nếu bạn đặt một nhóm các nhà lãnh đạo vào cùng một căn phòng, họ sẽ chỉ ra được ai trong số họ là người mạnh nhất. Còn đặt những người không phải lãnh đạo vào phòng, họ thậm chí còn không tham gia vào cuộc chơi.</w:t>
      </w:r>
    </w:p>
    <w:p>
      <w:pPr>
        <w:spacing w:after="80"/>
      </w:pPr>
      <w:r>
        <w:rPr>
          <w:b w:val="0"/>
          <w:i w:val="0"/>
        </w:rPr>
        <w:t>Vậy nên nếu bạn muốn trở thành lãnh đạo của những nhà lãnh đạo, bạn sẽ cần giành được quyền đó. Bạn sẽ cần đạt được thành công trước đã. Năng lực của những nhà lãnh đạo mà bạn mong muốn dẫn dắt càng cao, thì thành công trong quá khứ của bạn càng phải lớn. Bạn sẽ cần không ngừng nâng cao năng lực lãnh đạo của mình. Bạn sẽ cần biến sự phát triển thành một mục tiêu lớn và cống hiến hết mình cho nó. Và bạn cũng sẽ phải kiểm soát cái tôi của mình. Nếu bạn có nhu cầu cưỡng chế phải trở thành "con đầu đàn", những "con đầu đàn" khác sẽ không muốn làm việc với bạn.</w:t>
      </w:r>
    </w:p>
    <w:p>
      <w:pPr>
        <w:pStyle w:val="Heading2"/>
      </w:pPr>
      <w:r>
        <w:rPr>
          <w:rFonts w:ascii="Calibri" w:hAnsi="Calibri"/>
          <w:b/>
          <w:i w:val="0"/>
          <w:sz w:val="32"/>
        </w:rPr>
        <w:t>10. Làm thế nào để đưa mọi người vào vòng thân tín của bạn?</w:t>
      </w:r>
    </w:p>
    <w:p>
      <w:pPr>
        <w:spacing w:after="80"/>
      </w:pPr>
      <w:r>
        <w:rPr>
          <w:b w:val="0"/>
          <w:i w:val="0"/>
        </w:rPr>
        <w:t>Hầu hết những người trong vòng thân tín của tôi đều đến đó vì họ đã chứng tỏ được bản thân hoặc vì tôi đã thấy được nơi họ có thể mang lại giá trị. Phần lớn thời gian, chính mọi người tự quyết định thời gian gắn bó của mình. Nhiều thành viên cũ trong vòng thân tín đã ở với tôi một thời gian rồi quyết định chuyển sang những việc khác. Một số ít trong đó đã gắn bó với tôi hơn hai mươi năm. Thay đổi là chuyện bình thường. Câu hỏi chính mà bạn phải tự hỏi là liệu vòng thân tín hôm nay có tốt hơn hôm qua không.</w:t>
      </w:r>
    </w:p>
    <w:p>
      <w:pPr>
        <w:spacing w:after="80"/>
      </w:pPr>
      <w:r>
        <w:rPr>
          <w:b w:val="0"/>
          <w:i w:val="0"/>
        </w:rPr>
        <w:t>Trước khi nghĩ đến việc đưa ai đó vào vòng thân tín của mình, tôi cân nhắc những điều sau:</w:t>
      </w:r>
    </w:p>
    <w:p>
      <w:pPr>
        <w:pStyle w:val="Heading3"/>
      </w:pPr>
      <w:r>
        <w:rPr>
          <w:rFonts w:ascii="Calibri" w:hAnsi="Calibri"/>
          <w:b/>
          <w:i w:val="0"/>
          <w:sz w:val="26"/>
        </w:rPr>
        <w:t>1. Thời gian</w:t>
      </w:r>
    </w:p>
    <w:p>
      <w:pPr>
        <w:spacing w:after="80"/>
      </w:pPr>
      <w:r>
        <w:rPr>
          <w:b w:val="0"/>
          <w:i w:val="0"/>
        </w:rPr>
        <w:t>Tôi không đưa ai đó vào vòng thân tín của mình mà không có lịch sử gắn bó với người đó. Điều đó quá mạo hiểm. Bạn cần biết tính cách của một người trước khi cho phép họ nắm giữ những phần quan trọng trong thế giới của bạn. Việc phát triển mối quan hệ cũng cần có thời gian. Tôi có xu hướng đánh giá người khác rất nhanh. Tôi cũng rất dễ tin người. Vì vậy tôi phải chống lại sự thôi thúc đưa ai đó vào quá nhanh.</w:t>
      </w:r>
    </w:p>
    <w:p>
      <w:pPr>
        <w:pStyle w:val="Heading3"/>
      </w:pPr>
      <w:r>
        <w:rPr>
          <w:rFonts w:ascii="Calibri" w:hAnsi="Calibri"/>
          <w:b/>
          <w:i w:val="0"/>
          <w:sz w:val="26"/>
        </w:rPr>
        <w:t>2. Sự tin tưởng</w:t>
      </w:r>
    </w:p>
    <w:p>
      <w:pPr>
        <w:spacing w:after="80"/>
      </w:pPr>
      <w:r>
        <w:rPr>
          <w:b w:val="0"/>
          <w:i w:val="0"/>
        </w:rPr>
        <w:t>Để vòng thân tín của bạn hoạt động hiệu quả, bạn phải hoàn toàn tin tưởng những người trong đó. Bạn không thể cứ đặt câu hỏi về động cơ của họ. Nếu bạn làm vậy, bạn sẽ luôn phải đề phòng, và họ sẽ không thể giúp bạn theo cách họ cần phải làm.</w:t>
      </w:r>
    </w:p>
    <w:p>
      <w:pPr>
        <w:pStyle w:val="Heading3"/>
      </w:pPr>
      <w:r>
        <w:rPr>
          <w:rFonts w:ascii="Calibri" w:hAnsi="Calibri"/>
          <w:b/>
          <w:i w:val="0"/>
          <w:sz w:val="26"/>
        </w:rPr>
        <w:t>3. Kinh nghiệm</w:t>
      </w:r>
    </w:p>
    <w:p>
      <w:pPr>
        <w:spacing w:after="80"/>
      </w:pPr>
      <w:r>
        <w:rPr>
          <w:b w:val="0"/>
          <w:i w:val="0"/>
        </w:rPr>
        <w:t>Để ở trong vòng thân tín của tôi, mọi người cần có kinh nghiệm—không chỉ kinh nghiệm chuyên môn mà còn cả kinh nghiệm sống. Tôi tin rằng con người cần được tôi luyện để đưa ra những quyết định đúng đắn. Vì lý do đó, tôi không muốn ai quá trẻ. Hiện tại không có ai trong vòng thân tín của tôi dưới độ tuổi gần bốn mươi.</w:t>
      </w:r>
    </w:p>
    <w:p>
      <w:pPr>
        <w:pStyle w:val="Heading3"/>
      </w:pPr>
      <w:r>
        <w:rPr>
          <w:rFonts w:ascii="Calibri" w:hAnsi="Calibri"/>
          <w:b/>
          <w:i w:val="0"/>
          <w:sz w:val="26"/>
        </w:rPr>
        <w:t>4. Thành công</w:t>
      </w:r>
    </w:p>
    <w:p>
      <w:pPr>
        <w:spacing w:after="80"/>
      </w:pPr>
      <w:r>
        <w:rPr>
          <w:b w:val="0"/>
          <w:i w:val="0"/>
        </w:rPr>
        <w:t>Để một người ở trong vòng thân tín của tôi, họ cần đã đạt được một số thành công nhất định. Họ cần đã chứng tỏ được bản thân. Họ phải có năng lực đã được chứng minh để mang lại giá trị cho tôi và tổ chức. Được mời vào vòng thân tín không phải là cơ hội để họ "thành công". Họ cần đã có một số thành tích trong lý lịch của mình để được xem xét vào vòng thân tín. Bạn được vào vì bạn giỏi, chứ không phải vì bạn có tiềm năng trở nên giỏi.</w:t>
      </w:r>
    </w:p>
    <w:p>
      <w:pPr>
        <w:pStyle w:val="Heading3"/>
      </w:pPr>
      <w:r>
        <w:rPr>
          <w:rFonts w:ascii="Calibri" w:hAnsi="Calibri"/>
          <w:b/>
          <w:i w:val="0"/>
          <w:sz w:val="26"/>
        </w:rPr>
        <w:t>5. Sự tương thích</w:t>
      </w:r>
    </w:p>
    <w:p>
      <w:pPr>
        <w:spacing w:after="80"/>
      </w:pPr>
      <w:r>
        <w:rPr>
          <w:b w:val="0"/>
          <w:i w:val="0"/>
        </w:rPr>
        <w:t>Cuộc đời quá ngắn để ngày ngày làm việc với những người bạn không thích. Không có ai trong vòng tròn thân cận của tôi mà tôi không hòa hợp. Nhóm này có nhiều kiểu tính cách khác nhau cùng nhiều kỹ năng và tài năng đa dạng. Nhưng tất cả chúng tôi đều đồng lòng và rất hợp nhau. Mỗi ngày trong đời, tôi đều nói với những người trong vòng tròn thân cận rằng tôi yêu quý họ, và tôi thực sự có ý đó.</w:t>
      </w:r>
    </w:p>
    <w:p>
      <w:pPr>
        <w:spacing w:after="80"/>
        <w:jc w:val="center"/>
      </w:pPr>
      <w:r>
        <w:rPr>
          <w:b/>
          <w:i w:val="0"/>
        </w:rPr>
        <w:t>Cuộc đời quá ngắn để ngày ngày làm việc với những người bạn không thích.</w:t>
      </w:r>
    </w:p>
    <w:p>
      <w:pPr>
        <w:pStyle w:val="Heading3"/>
      </w:pPr>
      <w:r>
        <w:rPr>
          <w:rFonts w:ascii="Calibri" w:hAnsi="Calibri"/>
          <w:b/>
          <w:i w:val="0"/>
          <w:sz w:val="26"/>
        </w:rPr>
        <w:t>6. Năng lực</w:t>
      </w:r>
    </w:p>
    <w:p>
      <w:pPr>
        <w:spacing w:after="80"/>
      </w:pPr>
      <w:r>
        <w:rPr>
          <w:b w:val="0"/>
          <w:i w:val="0"/>
        </w:rPr>
        <w:t>Một người có thể mang đến bàn làm việc tất cả những phẩm chất khác, nhưng nếu họ không có năng lực, họ không thể nằm trong vòng tròn thân cận của tôi. Tôi làm việc nhanh, hoàn thành nhiều việc, và tôi kỳ vọng những người trong đội của mình cũng vậy. Cả tôi lẫn những người còn lại trong đội đều không có thời gian để chờ đợi một ai đó đang tụt lại phía sau. Chúng tôi cần mọi người theo kịp, chứ không phải cố gắng giúp họ đuổi kịp. Chúng ta chỉ có thể làm việc cùng nhau nếu tất cả chúng ta cùng nhau.</w:t>
      </w:r>
    </w:p>
    <w:p>
      <w:pPr>
        <w:pStyle w:val="Heading3"/>
      </w:pPr>
      <w:r>
        <w:rPr>
          <w:rFonts w:ascii="Calibri" w:hAnsi="Calibri"/>
          <w:b/>
          <w:i w:val="0"/>
          <w:sz w:val="26"/>
        </w:rPr>
        <w:t>Tìm ra vòng tròn thân cận của bạn</w:t>
      </w:r>
    </w:p>
    <w:p>
      <w:pPr>
        <w:spacing w:after="80"/>
      </w:pPr>
      <w:r>
        <w:rPr>
          <w:b w:val="0"/>
          <w:i w:val="0"/>
        </w:rPr>
        <w:t>Bạn sẽ yêu cầu những phẩm chất gì ở những người trong vòng tròn thân cận của mình? Danh sách của bạn có giống của tôi không? Hay bạn yêu cầu điều gì khác? Hãy nghĩ về điều đó. Rồi bắt đầu xây dựng vòng tròn thân cận của riêng bạn. Mục tiêu của bạn nên là vây quanh mình bằng một nhóm nhỏ những người yêu quý bạn vì chính con người bạn, có khả năng mang lại giá trị cho bạn, có lòng trung thành với bạn, và mong muốn giúp bạn đạt được mục đích của mình. Đổi lại, bạn cũng cần giúp họ đạt được mục đích của họ.</w:t>
      </w:r>
    </w:p>
    <w:p>
      <w:pPr>
        <w:spacing w:after="80"/>
      </w:pPr>
      <w:r>
        <w:rPr>
          <w:b w:val="0"/>
          <w:i w:val="0"/>
        </w:rPr>
        <w:t>Khi tôi bước sang tuổi bốn mươi, tôi nhận ra rằng thành công của mình sẽ phụ thuộc vào những nhà lãnh đạo gần gũi nhất trong đội của tôi. Đó là lúc tôi bắt đầu đầu tư mạnh mẽ vào từng nhà lãnh đạo trong tổ chức của mình và xác định ai sẽ có thể giúp tôi và tổ chức tốt nhất. Trong mười lăm năm kể từ đó, tôi luôn cố gắng dành những điều tốt nhất cho vòng tròn thân cận của mình.</w:t>
      </w:r>
    </w:p>
    <w:p>
      <w:pPr>
        <w:spacing w:after="80"/>
      </w:pPr>
      <w:r>
        <w:rPr>
          <w:b w:val="0"/>
          <w:i w:val="0"/>
        </w:rPr>
        <w:t>Vòng tròn thân cận của mỗi nhà lãnh đạo là một phước lành hoặc một lời nguyền. Mỗi người trong đội của bạn mang theo hai cái xô: một chứa xăng và một chứa nước. Khi có hỏa hoạn, họ dùng cái xô này hay cái xô kia để dập lửa. Bạn càng ở vị trí cao trong tổ chức, bạn càng đến hiện trường muộn. Ai là người tiếp nhận những vấn đề nóng bỏng trước tiên? Vòng tròn thân cận của bạn. Nếu họ thích ném xăng thay vì nước vào đám lửa, bạn tiêu đời. Điều đó sẽ làm nổ tung tổ chức. Mỗi người trong vòng tròn thân cận của tôi đều quan tâm đến tôi và tổ chức. Mỗi người trong số họ đều dùng xô nước khi hỏa hoạn bùng phát.</w:t>
      </w:r>
    </w:p>
    <w:p>
      <w:pPr>
        <w:spacing w:after="80"/>
      </w:pPr>
      <w:r>
        <w:rPr>
          <w:b w:val="0"/>
          <w:i w:val="0"/>
        </w:rPr>
        <w:t>Vòng tròn thân cận của tôi đã thay đổi rất nhiều kể từ khi tôi bốn mươi tuổi. Tôi đã thay đổi tổ chức nhiều hơn một lần. Người đến rồi người đi. Nhiều nhà lãnh đạo tin tưởng và hy vọng rằng vòng tròn thân cận của họ sẽ luôn giữ nguyên. Tôi từng cố vấn cho một nhà lãnh đạo có nhóm nòng cốt gồm năm nhà lãnh đạo. "Chúng tôi sẽ gắn bó với nhau mãi mãi," anh ấy nói với tôi. Tôi biết anh ấy sẽ may mắn lắm mới còn giữ được một người vào cuối nhiệm kỳ lãnh đạo của mình.</w:t>
      </w:r>
    </w:p>
    <w:p>
      <w:pPr>
        <w:spacing w:after="80"/>
      </w:pPr>
      <w:r>
        <w:rPr>
          <w:b w:val="0"/>
          <w:i w:val="0"/>
        </w:rPr>
        <w:t>Giờ đây khi đã ở độ tuổi cuối sáu mươi, tôi càng trân trọng vòng tròn thân cận của mình hơn bao giờ hết. Chúng tôi cùng lãnh đạo. Chúng tôi cùng cười. Chúng tôi cùng khóc. Chúng tôi cùng cố gắng tạo nên sự khác biệt. Tôi không thể tưởng tượng cuộc sống mà không có họ.</w:t>
      </w:r>
    </w:p>
    <w:p>
      <w:pPr>
        <w:spacing w:after="80"/>
      </w:pPr>
      <w:r>
        <w:rPr>
          <w:b w:val="0"/>
          <w:i w:val="0"/>
        </w:rPr>
        <w:t>Nếu bạn chưa xây dựng được một vòng tròn thân cận, tôi tha thiết khuyến khích bạn hãy làm điều đó. Một số thành viên rồi sẽ rời bỏ bạn. Một số có lẽ sẽ làm bạn tổn thương. Tất cả họ đều sẽ giúp bạn. Và bạn sẽ không bao giờ hối tiếc vì đã quy tụ họ lại. Khi ở tuổi tôi, bạn sẽ nhìn lại khoảng thời gian bên họ như một trong những niềm vui lớn nhất của đời mình.</w:t>
      </w:r>
    </w:p>
    <w:p>
      <w:pPr>
        <w:pStyle w:val="Heading1"/>
      </w:pPr>
      <w:r>
        <w:rPr>
          <w:rFonts w:ascii="Calibri" w:hAnsi="Calibri"/>
          <w:b/>
          <w:i w:val="0"/>
          <w:sz w:val="40"/>
        </w:rPr>
        <w:t>Kết luận</w:t>
      </w:r>
    </w:p>
    <w:p>
      <w:pPr>
        <w:spacing w:after="80"/>
      </w:pPr>
      <w:r>
        <w:rPr>
          <w:b w:val="0"/>
          <w:i w:val="0"/>
        </w:rPr>
        <w:t>Nếu bạn đến với cuốn sách này với những câu hỏi về lãnh đạo, tôi hy vọng mình đã có thể trả lời một số câu hỏi cho bạn. Khi bạn học hỏi thêm về lãnh đạo và phát triển thành một nhà lãnh đạo, có lẽ bạn sẽ thấy rằng những câu hỏi không bao giờ kết thúc. Tôi đã nghiên cứu về lãnh đạo hơn bốn mươi năm và tôi vẫn đang tìm kiếm câu trả lời cho những câu hỏi mới. Đó chính là cốt lõi của sự phát triển không ngừng của tôi với tư cách một nhà lãnh đạo và một con người.</w:t>
      </w:r>
    </w:p>
    <w:p>
      <w:pPr>
        <w:spacing w:after="80"/>
      </w:pPr>
      <w:r>
        <w:rPr>
          <w:b w:val="0"/>
          <w:i w:val="0"/>
        </w:rPr>
        <w:t>Cũng quan trọng không kém, tôi hy vọng bạn đã có một nhận thức mới về những câu hỏi và đã bắt đầu biến việc đặt câu hỏi thành một thói quen thường nhật trong đời mình. Mỗi ngày tôi vẫn tự hỏi mình những câu hỏi mà tôi đã bàn đến trong chương hai. Chúng tiếp tục định hướng việc lãnh đạo của tôi và giúp tôi có trách nhiệm với những món quà và lợi thế mà mình đã được ban tặng.</w:t>
      </w:r>
    </w:p>
    <w:p>
      <w:pPr>
        <w:spacing w:after="80"/>
      </w:pPr>
      <w:r>
        <w:rPr>
          <w:b w:val="0"/>
          <w:i w:val="0"/>
        </w:rPr>
        <w:t>Và những câu hỏi tôi đặt ra cho đội của mình đã trở nên không thể thiếu đối với thành công của tôi với tư cách một nhà lãnh đạo. Không nhà lãnh đạo nào có thể biết mọi thứ, là chuyên gia về mọi thứ, hay làm mọi thứ. Cần có một đội ngũ để thành công. Bằng cách đặt câu hỏi, tôi khai thác sức mạnh của từng thành viên trong đội, và cùng nhau chúng tôi gánh vác trọng trách của tổ chức.</w:t>
      </w:r>
    </w:p>
    <w:p>
      <w:pPr>
        <w:spacing w:after="80"/>
      </w:pPr>
      <w:r>
        <w:rPr>
          <w:b w:val="0"/>
          <w:i w:val="0"/>
        </w:rPr>
        <w:t>Khi bạn bước tiếp, hãy nhớ rằng những nhà lãnh đạo giỏi đặt ra những câu hỏi tuyệt vời. Họ có thể không phải lúc nào cũng biết câu trả lời, nhưng chính việc đặt ra những câu hỏi ấy khiến họ trở nên tốt hơn.</w:t>
      </w:r>
    </w:p>
    <w:p>
      <w:pPr>
        <w:pStyle w:val="Heading1"/>
      </w:pPr>
      <w:r>
        <w:rPr>
          <w:rFonts w:ascii="Calibri" w:hAnsi="Calibri"/>
          <w:b/>
          <w:i w:val="0"/>
          <w:sz w:val="40"/>
        </w:rPr>
        <w:t>Sách của Tiến sĩ John C. Maxwell</w:t>
      </w:r>
      <w:r>
        <w:br/>
      </w:r>
      <w:r>
        <w:rPr>
          <w:rFonts w:ascii="Calibri" w:hAnsi="Calibri"/>
          <w:b/>
          <w:i w:val="0"/>
          <w:sz w:val="40"/>
        </w:rPr>
        <w:t>Có thể dạy bạn cách để THÀNH CÔNG THỰC SỰ</w:t>
      </w:r>
    </w:p>
    <w:p>
      <w:pPr>
        <w:pStyle w:val="Heading4"/>
      </w:pPr>
      <w:r>
        <w:rPr>
          <w:rFonts w:ascii="Calibri" w:hAnsi="Calibri"/>
          <w:b/>
          <w:i w:val="0"/>
          <w:sz w:val="23"/>
        </w:rPr>
        <w:t>Các mối quan hệ</w:t>
      </w:r>
    </w:p>
    <w:p>
      <w:pPr>
        <w:spacing w:after="80"/>
        <w:jc w:val="center"/>
      </w:pPr>
      <w:r>
        <w:rPr>
          <w:b w:val="0"/>
          <w:i/>
        </w:rPr>
        <w:t>25 cách để chinh phục mọi người</w:t>
      </w:r>
    </w:p>
    <w:p>
      <w:pPr>
        <w:spacing w:after="80"/>
        <w:jc w:val="center"/>
      </w:pPr>
      <w:r>
        <w:rPr>
          <w:b w:val="0"/>
          <w:i/>
        </w:rPr>
        <w:t>Trở thành người có sức ảnh hưởng</w:t>
      </w:r>
    </w:p>
    <w:p>
      <w:pPr>
        <w:spacing w:after="80"/>
        <w:jc w:val="center"/>
      </w:pPr>
      <w:r>
        <w:rPr>
          <w:b w:val="0"/>
          <w:i/>
        </w:rPr>
        <w:t>Sự động viên thay đổi mọi thứ</w:t>
      </w:r>
    </w:p>
    <w:p>
      <w:pPr>
        <w:spacing w:after="80"/>
        <w:jc w:val="center"/>
      </w:pPr>
      <w:r>
        <w:rPr>
          <w:b w:val="0"/>
          <w:i/>
        </w:rPr>
        <w:t>Đạo đức học nhập môn</w:t>
      </w:r>
    </w:p>
    <w:p>
      <w:pPr>
        <w:spacing w:after="80"/>
        <w:jc w:val="center"/>
      </w:pPr>
      <w:r>
        <w:rPr>
          <w:b w:val="0"/>
          <w:i/>
        </w:rPr>
        <w:t>Ai cũng giao tiếp, nhưng ít người kết nối</w:t>
      </w:r>
    </w:p>
    <w:p>
      <w:pPr>
        <w:spacing w:after="80"/>
        <w:jc w:val="center"/>
      </w:pPr>
      <w:r>
        <w:rPr>
          <w:b w:val="0"/>
          <w:i/>
        </w:rPr>
        <w:t>Sức mạnh của sự hợp tác</w:t>
      </w:r>
    </w:p>
    <w:p>
      <w:pPr>
        <w:spacing w:after="80"/>
        <w:jc w:val="center"/>
      </w:pPr>
      <w:r>
        <w:rPr>
          <w:b w:val="0"/>
          <w:i/>
        </w:rPr>
        <w:t>Các mối quan hệ nhập môn</w:t>
      </w:r>
    </w:p>
    <w:p>
      <w:pPr>
        <w:spacing w:after="80"/>
        <w:jc w:val="center"/>
      </w:pPr>
      <w:r>
        <w:rPr>
          <w:b w:val="0"/>
          <w:i/>
        </w:rPr>
        <w:t>Chinh phục mọi người</w:t>
      </w:r>
    </w:p>
    <w:p>
      <w:pPr>
        <w:pStyle w:val="Heading4"/>
      </w:pPr>
      <w:r>
        <w:rPr>
          <w:rFonts w:ascii="Calibri" w:hAnsi="Calibri"/>
          <w:b/>
          <w:i w:val="0"/>
          <w:sz w:val="23"/>
        </w:rPr>
        <w:t>Trang bị năng lực</w:t>
      </w:r>
    </w:p>
    <w:p>
      <w:pPr>
        <w:spacing w:after="80"/>
        <w:jc w:val="center"/>
      </w:pPr>
      <w:r>
        <w:rPr>
          <w:b w:val="0"/>
          <w:i/>
        </w:rPr>
        <w:t>15 quy luật vô giá của sự phát triển</w:t>
      </w:r>
    </w:p>
    <w:p>
      <w:pPr>
        <w:spacing w:after="80"/>
        <w:jc w:val="center"/>
      </w:pPr>
      <w:r>
        <w:rPr>
          <w:b w:val="0"/>
          <w:i/>
        </w:rPr>
        <w:t>17 phẩm chất thiết yếu của một thành viên đội nhóm</w:t>
      </w:r>
    </w:p>
    <w:p>
      <w:pPr>
        <w:spacing w:after="80"/>
        <w:jc w:val="center"/>
      </w:pPr>
      <w:r>
        <w:rPr>
          <w:b w:val="0"/>
          <w:i/>
        </w:rPr>
        <w:t>17 quy luật không thể tranh cãi của làm việc nhóm</w:t>
      </w:r>
    </w:p>
    <w:p>
      <w:pPr>
        <w:spacing w:after="80"/>
        <w:jc w:val="center"/>
      </w:pPr>
      <w:r>
        <w:rPr>
          <w:b w:val="0"/>
          <w:i/>
        </w:rPr>
        <w:t>Phát triển những nhà lãnh đạo quanh bạn</w:t>
      </w:r>
    </w:p>
    <w:p>
      <w:pPr>
        <w:spacing w:after="80"/>
        <w:jc w:val="center"/>
      </w:pPr>
      <w:r>
        <w:rPr>
          <w:b w:val="0"/>
          <w:i/>
        </w:rPr>
        <w:t>Cách những người thành công phát triển</w:t>
      </w:r>
    </w:p>
    <w:p>
      <w:pPr>
        <w:spacing w:after="80"/>
        <w:jc w:val="center"/>
      </w:pPr>
      <w:r>
        <w:rPr>
          <w:b w:val="0"/>
          <w:i/>
        </w:rPr>
        <w:t>Trang bị 101</w:t>
      </w:r>
    </w:p>
    <w:p>
      <w:pPr>
        <w:spacing w:after="80"/>
        <w:jc w:val="center"/>
      </w:pPr>
      <w:r>
        <w:rPr>
          <w:b w:val="0"/>
          <w:i/>
        </w:rPr>
        <w:t>Hãy làm hôm nay đáng giá</w:t>
      </w:r>
    </w:p>
    <w:p>
      <w:pPr>
        <w:spacing w:after="80"/>
        <w:jc w:val="center"/>
      </w:pPr>
      <w:r>
        <w:rPr>
          <w:b w:val="0"/>
          <w:i/>
        </w:rPr>
        <w:t>Cố vấn 101</w:t>
      </w:r>
    </w:p>
    <w:p>
      <w:pPr>
        <w:spacing w:after="80"/>
        <w:jc w:val="center"/>
      </w:pPr>
      <w:r>
        <w:rPr>
          <w:b w:val="0"/>
          <w:i/>
        </w:rPr>
        <w:t>Bản đồ ước mơ của tôi</w:t>
      </w:r>
    </w:p>
    <w:p>
      <w:pPr>
        <w:spacing w:after="80"/>
        <w:jc w:val="center"/>
      </w:pPr>
      <w:r>
        <w:rPr>
          <w:b w:val="0"/>
          <w:i/>
        </w:rPr>
        <w:t>Bạn đồng hành trong cầu nguyện</w:t>
      </w:r>
    </w:p>
    <w:p>
      <w:pPr>
        <w:spacing w:after="80"/>
        <w:jc w:val="center"/>
      </w:pPr>
      <w:r>
        <w:rPr>
          <w:b w:val="0"/>
          <w:i/>
        </w:rPr>
        <w:t>Đưa ước mơ của bạn vào thử thách</w:t>
      </w:r>
    </w:p>
    <w:p>
      <w:pPr>
        <w:spacing w:after="80"/>
        <w:jc w:val="center"/>
      </w:pPr>
      <w:r>
        <w:rPr>
          <w:b w:val="0"/>
          <w:i/>
        </w:rPr>
        <w:t>Chạy cùng những người khổng lồ</w:t>
      </w:r>
    </w:p>
    <w:p>
      <w:pPr>
        <w:spacing w:after="80"/>
        <w:jc w:val="center"/>
      </w:pPr>
      <w:r>
        <w:rPr>
          <w:b w:val="0"/>
          <w:i/>
        </w:rPr>
        <w:t>Tài năng thôi chưa đủ</w:t>
      </w:r>
    </w:p>
    <w:p>
      <w:pPr>
        <w:spacing w:after="80"/>
        <w:jc w:val="center"/>
      </w:pPr>
      <w:r>
        <w:rPr>
          <w:b w:val="0"/>
          <w:i/>
        </w:rPr>
        <w:t>Hôm nay là quan trọng</w:t>
      </w:r>
    </w:p>
    <w:p>
      <w:pPr>
        <w:spacing w:after="80"/>
        <w:jc w:val="center"/>
      </w:pPr>
      <w:r>
        <w:rPr>
          <w:b w:val="0"/>
          <w:i/>
        </w:rPr>
        <w:t>Lộ trình đến thành công của bạn</w:t>
      </w:r>
    </w:p>
    <w:p>
      <w:pPr>
        <w:pStyle w:val="Heading4"/>
      </w:pPr>
      <w:r>
        <w:rPr>
          <w:rFonts w:ascii="Calibri" w:hAnsi="Calibri"/>
          <w:b/>
          <w:i w:val="0"/>
          <w:sz w:val="23"/>
        </w:rPr>
        <w:t>Thái độ</w:t>
      </w:r>
    </w:p>
    <w:p>
      <w:pPr>
        <w:spacing w:after="80"/>
        <w:jc w:val="center"/>
      </w:pPr>
      <w:r>
        <w:rPr>
          <w:b w:val="0"/>
          <w:i/>
        </w:rPr>
        <w:t>Thái độ 101</w:t>
      </w:r>
    </w:p>
    <w:p>
      <w:pPr>
        <w:spacing w:after="80"/>
        <w:jc w:val="center"/>
      </w:pPr>
      <w:r>
        <w:rPr>
          <w:b w:val="0"/>
          <w:i/>
        </w:rPr>
        <w:t>Người tạo nên khác biệt</w:t>
      </w:r>
    </w:p>
    <w:p>
      <w:pPr>
        <w:spacing w:after="80"/>
        <w:jc w:val="center"/>
      </w:pPr>
      <w:r>
        <w:rPr>
          <w:b w:val="0"/>
          <w:i/>
        </w:rPr>
        <w:t>Thất bại để tiến lên</w:t>
      </w:r>
    </w:p>
    <w:p>
      <w:pPr>
        <w:spacing w:after="80"/>
        <w:jc w:val="center"/>
      </w:pPr>
      <w:r>
        <w:rPr>
          <w:b w:val="0"/>
          <w:i/>
        </w:rPr>
        <w:t>Người thành công suy nghĩ thế nào</w:t>
      </w:r>
    </w:p>
    <w:p>
      <w:pPr>
        <w:spacing w:after="80"/>
        <w:jc w:val="center"/>
      </w:pPr>
      <w:r>
        <w:rPr>
          <w:b w:val="0"/>
          <w:i/>
        </w:rPr>
        <w:t>Có lúc bạn thắng, có lúc bạn học được</w:t>
      </w:r>
    </w:p>
    <w:p>
      <w:pPr>
        <w:spacing w:after="80"/>
        <w:jc w:val="center"/>
      </w:pPr>
      <w:r>
        <w:rPr>
          <w:b w:val="0"/>
          <w:i/>
        </w:rPr>
        <w:t>Thành công 101</w:t>
      </w:r>
    </w:p>
    <w:p>
      <w:pPr>
        <w:spacing w:after="80"/>
        <w:jc w:val="center"/>
      </w:pPr>
      <w:r>
        <w:rPr>
          <w:b w:val="0"/>
          <w:i/>
        </w:rPr>
        <w:t>Tư duy để Thay đổi</w:t>
      </w:r>
    </w:p>
    <w:p>
      <w:pPr>
        <w:spacing w:after="80"/>
        <w:jc w:val="center"/>
      </w:pPr>
      <w:r>
        <w:rPr>
          <w:b w:val="0"/>
          <w:i/>
        </w:rPr>
        <w:t>Thái độ Chiến thắng</w:t>
      </w:r>
    </w:p>
    <w:p>
      <w:pPr>
        <w:pStyle w:val="Heading4"/>
      </w:pPr>
      <w:r>
        <w:rPr>
          <w:rFonts w:ascii="Calibri" w:hAnsi="Calibri"/>
          <w:b/>
          <w:i w:val="0"/>
          <w:sz w:val="23"/>
        </w:rPr>
        <w:t>Lãnh đạo</w:t>
      </w:r>
    </w:p>
    <w:p>
      <w:pPr>
        <w:spacing w:after="80"/>
        <w:jc w:val="center"/>
      </w:pPr>
      <w:r>
        <w:rPr>
          <w:b w:val="0"/>
          <w:i/>
        </w:rPr>
        <w:t>21 Nguyên tắc Lãnh đạo Bất biến, Ấn bản Kỷ niệm 10 năm</w:t>
      </w:r>
    </w:p>
    <w:p>
      <w:pPr>
        <w:spacing w:after="80"/>
        <w:jc w:val="center"/>
      </w:pPr>
      <w:r>
        <w:rPr>
          <w:b w:val="0"/>
          <w:i/>
        </w:rPr>
        <w:t>21 Phẩm chất Thiết yếu của Người Lãnh đạo</w:t>
      </w:r>
    </w:p>
    <w:p>
      <w:pPr>
        <w:spacing w:after="80"/>
        <w:jc w:val="center"/>
      </w:pPr>
      <w:r>
        <w:rPr>
          <w:b w:val="0"/>
          <w:i/>
        </w:rPr>
        <w:t>21 Phút Mạnh mẽ Nhất trong Ngày của Người Lãnh đạo</w:t>
      </w:r>
    </w:p>
    <w:p>
      <w:pPr>
        <w:spacing w:after="80"/>
        <w:jc w:val="center"/>
      </w:pPr>
      <w:r>
        <w:rPr>
          <w:b w:val="0"/>
          <w:i/>
        </w:rPr>
        <w:t>Người Lãnh đạo 360 Độ</w:t>
      </w:r>
    </w:p>
    <w:p>
      <w:pPr>
        <w:spacing w:after="80"/>
        <w:jc w:val="center"/>
      </w:pPr>
      <w:r>
        <w:rPr>
          <w:b w:val="0"/>
          <w:i/>
        </w:rPr>
        <w:t>Phát triển Người Lãnh đạo Bên trong Bạn</w:t>
      </w:r>
    </w:p>
    <w:p>
      <w:pPr>
        <w:spacing w:after="80"/>
        <w:jc w:val="center"/>
      </w:pPr>
      <w:r>
        <w:rPr>
          <w:b w:val="0"/>
          <w:i/>
        </w:rPr>
        <w:t>5 Cấp độ Lãnh đạo</w:t>
      </w:r>
    </w:p>
    <w:p>
      <w:pPr>
        <w:spacing w:after="80"/>
        <w:jc w:val="center"/>
      </w:pPr>
      <w:r>
        <w:rPr>
          <w:b w:val="0"/>
          <w:i/>
        </w:rPr>
        <w:t>Hướng tới Vàng</w:t>
      </w:r>
    </w:p>
    <w:p>
      <w:pPr>
        <w:spacing w:after="80"/>
        <w:jc w:val="center"/>
      </w:pPr>
      <w:r>
        <w:rPr>
          <w:b w:val="0"/>
          <w:i/>
        </w:rPr>
        <w:t>Người Lãnh đạo Giỏi Đặt Câu hỏi Tuyệt vời</w:t>
      </w:r>
    </w:p>
    <w:p>
      <w:pPr>
        <w:spacing w:after="80"/>
        <w:jc w:val="center"/>
      </w:pPr>
      <w:r>
        <w:rPr>
          <w:b w:val="0"/>
          <w:i/>
        </w:rPr>
        <w:t>Cách Người Thành công Lãnh đạo</w:t>
      </w:r>
    </w:p>
    <w:p>
      <w:pPr>
        <w:spacing w:after="80"/>
        <w:jc w:val="center"/>
      </w:pPr>
      <w:r>
        <w:rPr>
          <w:b w:val="0"/>
          <w:i/>
        </w:rPr>
        <w:t>Lãnh đạo 101</w:t>
      </w:r>
    </w:p>
    <w:p>
      <w:pPr>
        <w:spacing w:after="80"/>
        <w:jc w:val="center"/>
      </w:pPr>
      <w:r>
        <w:rPr>
          <w:b w:val="0"/>
          <w:i/>
        </w:rPr>
        <w:t>Vàng Lãnh đạo</w:t>
      </w:r>
    </w:p>
    <w:p>
      <w:pPr>
        <w:spacing w:after="80"/>
        <w:jc w:val="center"/>
      </w:pPr>
      <w:r>
        <w:rPr>
          <w:b w:val="0"/>
          <w:i/>
        </w:rPr>
        <w:t>Lời hứa Lãnh đạo cho Mỗi Ngày</w:t>
      </w:r>
    </w:p>
    <w:p>
      <w:pPr>
        <w:pStyle w:val="Heading1"/>
      </w:pPr>
      <w:r>
        <w:rPr>
          <w:rFonts w:ascii="Calibri" w:hAnsi="Calibri"/>
          <w:b/>
          <w:i w:val="0"/>
          <w:sz w:val="40"/>
        </w:rPr>
        <w:t>Ghi chú</w:t>
      </w:r>
    </w:p>
    <w:p>
      <w:pPr>
        <w:spacing w:after="80"/>
      </w:pPr>
      <w:r>
        <w:rPr>
          <w:b w:val="0"/>
          <w:i w:val="0"/>
        </w:rPr>
        <w:t xml:space="preserve">1. Marilyn vos Savant, "Hỏi Marilyn," </w:t>
      </w:r>
      <w:r>
        <w:rPr>
          <w:b w:val="0"/>
          <w:i/>
        </w:rPr>
        <w:t>Parade</w:t>
      </w:r>
      <w:r>
        <w:rPr>
          <w:b w:val="0"/>
          <w:i w:val="0"/>
        </w:rPr>
        <w:t>, 29 tháng 7, 2007, 8.</w:t>
      </w:r>
    </w:p>
    <w:p>
      <w:pPr>
        <w:spacing w:after="80"/>
      </w:pPr>
      <w:r>
        <w:rPr>
          <w:b w:val="0"/>
          <w:i w:val="0"/>
        </w:rPr>
        <w:t xml:space="preserve">2. Bobb Biehl, </w:t>
      </w:r>
      <w:r>
        <w:rPr>
          <w:b w:val="0"/>
          <w:i/>
        </w:rPr>
        <w:t>Đặt những câu hỏi sâu sắc</w:t>
      </w:r>
      <w:r>
        <w:rPr>
          <w:b w:val="0"/>
          <w:i w:val="0"/>
        </w:rPr>
        <w:t xml:space="preserve"> (Mount Dora, FL: Masterplanning Group International, 1996).</w:t>
      </w:r>
    </w:p>
    <w:p>
      <w:pPr>
        <w:spacing w:after="80"/>
      </w:pPr>
      <w:r>
        <w:rPr>
          <w:b w:val="0"/>
          <w:i w:val="0"/>
        </w:rPr>
        <w:t>3. 1 Các Vua 3:7, Bản Dịch Quốc Tế Mới.</w:t>
      </w:r>
    </w:p>
    <w:p>
      <w:pPr>
        <w:spacing w:after="80"/>
      </w:pPr>
      <w:r>
        <w:rPr>
          <w:b w:val="0"/>
          <w:i w:val="0"/>
        </w:rPr>
        <w:t xml:space="preserve">4. Larry King, </w:t>
      </w:r>
      <w:r>
        <w:rPr>
          <w:b w:val="0"/>
          <w:i/>
        </w:rPr>
        <w:t>Cách nói chuyện với bất kỳ ai, bất cứ lúc nào, bất cứ nơi đâu</w:t>
      </w:r>
      <w:r>
        <w:rPr>
          <w:b w:val="0"/>
          <w:i w:val="0"/>
        </w:rPr>
        <w:t xml:space="preserve"> (New York: Three Rivers Press, 1994), 53.</w:t>
      </w:r>
    </w:p>
    <w:p>
      <w:pPr>
        <w:spacing w:after="80"/>
      </w:pPr>
      <w:r>
        <w:rPr>
          <w:b w:val="0"/>
          <w:i w:val="0"/>
        </w:rPr>
        <w:t xml:space="preserve">5. Question, Dictionary.com, </w:t>
      </w:r>
      <w:r>
        <w:rPr>
          <w:b w:val="0"/>
          <w:i/>
        </w:rPr>
        <w:t>Từ điển Từ nguyên Trực tuyến</w:t>
      </w:r>
      <w:r>
        <w:rPr>
          <w:b w:val="0"/>
          <w:i w:val="0"/>
        </w:rPr>
        <w:t>, Douglas Harper, nhà sử học, truy cập ngày 22 tháng 8, 2013, http://dictionary.reference.com/browse/question.</w:t>
      </w:r>
    </w:p>
    <w:p>
      <w:pPr>
        <w:spacing w:after="80"/>
      </w:pPr>
      <w:r>
        <w:rPr>
          <w:b w:val="0"/>
          <w:i w:val="0"/>
        </w:rPr>
        <w:t>6. Rick Warren, "3 cách suy nghĩ đang kìm hãm bạn," truy cập ngày 30 tháng 8, 2013, http://pastors.com/3-ways-of-thinking-that-are-holding-you-back/.</w:t>
      </w:r>
    </w:p>
    <w:p>
      <w:pPr>
        <w:spacing w:after="80"/>
      </w:pPr>
      <w:r>
        <w:rPr>
          <w:b w:val="0"/>
          <w:i w:val="0"/>
        </w:rPr>
        <w:t xml:space="preserve">7. Jeff Chu, "Một mùa mới tại Apple," </w:t>
      </w:r>
      <w:r>
        <w:rPr>
          <w:b w:val="0"/>
          <w:i/>
        </w:rPr>
        <w:t>Fast Company</w:t>
      </w:r>
      <w:r>
        <w:rPr>
          <w:b w:val="0"/>
          <w:i w:val="0"/>
        </w:rPr>
        <w:t>, tháng 2 năm 2014, 57.</w:t>
      </w:r>
    </w:p>
    <w:p>
      <w:pPr>
        <w:spacing w:after="80"/>
      </w:pPr>
      <w:r>
        <w:rPr>
          <w:b w:val="0"/>
          <w:i w:val="0"/>
        </w:rPr>
        <w:t>8. Ibid, 55.</w:t>
      </w:r>
    </w:p>
    <w:p>
      <w:pPr>
        <w:spacing w:after="80"/>
      </w:pPr>
      <w:r>
        <w:rPr>
          <w:b w:val="0"/>
          <w:i w:val="0"/>
        </w:rPr>
        <w:t>9. Châm Ngôn 18:16, Bản Dịch Quốc Tế Mới.</w:t>
      </w:r>
    </w:p>
    <w:p>
      <w:pPr>
        <w:spacing w:after="80"/>
      </w:pPr>
      <w:r>
        <w:rPr>
          <w:b w:val="0"/>
          <w:i w:val="0"/>
        </w:rPr>
        <w:t xml:space="preserve">10. Stephen R. Covey, "Lời tựa," trong Kevin Hall, </w:t>
      </w:r>
      <w:r>
        <w:rPr>
          <w:b w:val="0"/>
          <w:i/>
        </w:rPr>
        <w:t>Aspire: Khám phá mục đích của bạn qua sức mạnh của ngôn từ</w:t>
      </w:r>
      <w:r>
        <w:rPr>
          <w:b w:val="0"/>
          <w:i w:val="0"/>
        </w:rPr>
        <w:t xml:space="preserve"> (New York: William Morrow, 2009), xii.</w:t>
      </w:r>
    </w:p>
    <w:p>
      <w:pPr>
        <w:spacing w:after="80"/>
      </w:pPr>
      <w:r>
        <w:rPr>
          <w:b w:val="0"/>
          <w:i w:val="0"/>
        </w:rPr>
        <w:t xml:space="preserve">11. Don Yaeger, "Bài học từ thể thao: Sự trường thọ của Nolan Ryan," </w:t>
      </w:r>
      <w:r>
        <w:rPr>
          <w:b w:val="0"/>
          <w:i/>
        </w:rPr>
        <w:t>Success</w:t>
      </w:r>
      <w:r>
        <w:rPr>
          <w:b w:val="0"/>
          <w:i w:val="0"/>
        </w:rPr>
        <w:t>, truy cập ngày 5 tháng 9, 2013, http://www.success.com/articles/1114-lessons-from-sports-nolan-ryan-s-longevity.</w:t>
      </w:r>
    </w:p>
    <w:p>
      <w:pPr>
        <w:spacing w:after="80"/>
      </w:pPr>
      <w:r>
        <w:rPr>
          <w:b w:val="0"/>
          <w:i w:val="0"/>
        </w:rPr>
        <w:t xml:space="preserve">12. Charles T. Horngren và V. "Seenu" Srinivasan, "Nghị quyết tưởng niệm: Thomas W. Harrell," </w:t>
      </w:r>
      <w:r>
        <w:rPr>
          <w:b w:val="0"/>
          <w:i/>
        </w:rPr>
        <w:t>Stanford Report</w:t>
      </w:r>
      <w:r>
        <w:rPr>
          <w:b w:val="0"/>
          <w:i w:val="0"/>
        </w:rPr>
        <w:t>, 9 tháng 3, 2005, truy cập ngày 6 tháng 9, 2013, http://news.stanford.edu/news/2005/march9/memlharr-030905.html.</w:t>
      </w:r>
    </w:p>
    <w:p>
      <w:pPr>
        <w:spacing w:after="80"/>
      </w:pPr>
      <w:r>
        <w:rPr>
          <w:b w:val="0"/>
          <w:i w:val="0"/>
        </w:rPr>
        <w:t xml:space="preserve">13. Henry Kimsey-House, Karen Kimsey-House, Phillip Sandahl, và Laura Whitworth, </w:t>
      </w:r>
      <w:r>
        <w:rPr>
          <w:b w:val="0"/>
          <w:i/>
        </w:rPr>
        <w:t>Co-Active Coaching: Thay đổi doanh nghiệp, chuyển hóa cuộc sống, Ấn bản thứ ba</w:t>
      </w:r>
      <w:r>
        <w:rPr>
          <w:b w:val="0"/>
          <w:i w:val="0"/>
        </w:rPr>
        <w:t xml:space="preserve"> (Boston: Nicholas Brealey Publishing, 2011), 33–47.</w:t>
      </w:r>
    </w:p>
    <w:p>
      <w:pPr>
        <w:spacing w:after="80"/>
      </w:pPr>
      <w:r>
        <w:rPr>
          <w:b w:val="0"/>
          <w:i w:val="0"/>
        </w:rPr>
        <w:t>14. Art Mortell, "Cách làm chủ trò chơi nội tâm của việc bán hàng," Tập 10 Số 7.</w:t>
      </w:r>
    </w:p>
    <w:p>
      <w:pPr>
        <w:spacing w:after="80"/>
      </w:pPr>
      <w:r>
        <w:rPr>
          <w:b w:val="0"/>
          <w:i w:val="0"/>
        </w:rPr>
        <w:t xml:space="preserve">15. Eugene B. Habecker, </w:t>
      </w:r>
      <w:r>
        <w:rPr>
          <w:b w:val="0"/>
          <w:i/>
        </w:rPr>
        <w:t>Mặt kia của lãnh đạo: Chấp nhận những trách nhiệm đi kèm với thẩm quyền do Chúa ban</w:t>
      </w:r>
      <w:r>
        <w:rPr>
          <w:b w:val="0"/>
          <w:i w:val="0"/>
        </w:rPr>
        <w:t xml:space="preserve"> (Wheaton, IL: Scripture Press, 1987).</w:t>
      </w:r>
    </w:p>
    <w:p>
      <w:pPr>
        <w:spacing w:after="80"/>
      </w:pPr>
      <w:r>
        <w:rPr>
          <w:b w:val="0"/>
          <w:i w:val="0"/>
        </w:rPr>
        <w:t>16. Stephen Covey, “Sách: 7 Thói quen của người thành đạt hiệu quả. Thói quen 7: Mài rìu,” truy cập ngày 11 tháng 8 năm 2013, https://www.stephencovey.com/7habits/7habits-habit7.php.</w:t>
      </w:r>
    </w:p>
    <w:p>
      <w:pPr>
        <w:spacing w:after="80"/>
      </w:pPr>
      <w:r>
        <w:rPr>
          <w:b w:val="0"/>
          <w:i w:val="0"/>
        </w:rPr>
        <w:t xml:space="preserve">17. Charles Swindoll, “Ngồi trong ánh sáng,” </w:t>
      </w:r>
      <w:r>
        <w:rPr>
          <w:b w:val="0"/>
          <w:i/>
        </w:rPr>
        <w:t>Ngày qua ngày cùng Charles Swindoll</w:t>
      </w:r>
      <w:r>
        <w:rPr>
          <w:b w:val="0"/>
          <w:i w:val="0"/>
        </w:rPr>
        <w:t xml:space="preserve"> (Nashville: Thomas Nelson, 2005), 170.</w:t>
      </w:r>
    </w:p>
    <w:p>
      <w:pPr>
        <w:spacing w:after="80"/>
      </w:pPr>
      <w:r>
        <w:rPr>
          <w:b w:val="0"/>
          <w:i w:val="0"/>
        </w:rPr>
        <w:t xml:space="preserve">18. Jim Collins, </w:t>
      </w:r>
      <w:r>
        <w:rPr>
          <w:b w:val="0"/>
          <w:i/>
        </w:rPr>
        <w:t>Từ tốt đến vĩ đại: Vì sao một số công ty tạo bước nhảy vọt… còn những công ty khác thì không</w:t>
      </w:r>
      <w:r>
        <w:rPr>
          <w:b w:val="0"/>
          <w:i w:val="0"/>
        </w:rPr>
        <w:t xml:space="preserve"> (New York: Harper Business, 2001), 22.</w:t>
      </w:r>
    </w:p>
    <w:p>
      <w:pPr>
        <w:spacing w:after="80"/>
      </w:pPr>
      <w:r>
        <w:rPr>
          <w:b w:val="0"/>
          <w:i w:val="0"/>
        </w:rPr>
        <w:t>19. Châm ngôn 10:17, Bản dịch New Living.</w:t>
      </w:r>
    </w:p>
    <w:p>
      <w:pPr>
        <w:spacing w:after="80"/>
      </w:pPr>
      <w:r>
        <w:rPr>
          <w:b w:val="0"/>
          <w:i w:val="0"/>
        </w:rPr>
        <w:t xml:space="preserve">20. J. Oswald Sanders, </w:t>
      </w:r>
      <w:r>
        <w:rPr>
          <w:b w:val="0"/>
          <w:i/>
        </w:rPr>
        <w:t>Lãnh đạo thuộc linh: Những nguyên tắc xuất sắc cho mỗi tín hữu</w:t>
      </w:r>
      <w:r>
        <w:rPr>
          <w:b w:val="0"/>
          <w:i w:val="0"/>
        </w:rPr>
        <w:t xml:space="preserve"> (Chicago: Moody Bible Institute, 1967), 27.</w:t>
      </w:r>
    </w:p>
    <w:p>
      <w:pPr>
        <w:spacing w:after="80"/>
      </w:pPr>
      <w:r>
        <w:rPr>
          <w:b w:val="0"/>
          <w:i w:val="0"/>
        </w:rPr>
        <w:t>21. Leonard Ravenhill, “Cầu nguyện,” truy cập ngày 24 tháng 10 năm 2013, http://www.lastdaysministries.org/Mobile/default.aspx?group_id</w:t>
      </w:r>
      <w:r>
        <w:rPr>
          <w:rFonts w:ascii="Consolas" w:hAnsi="Consolas"/>
          <w:b w:val="0"/>
          <w:i w:val="0"/>
          <w:sz w:val="20"/>
        </w:rPr>
        <w:t>=1000040809&amp;article_id=1000008602</w:t>
      </w:r>
      <w:r>
        <w:rPr>
          <w:b w:val="0"/>
          <w:i w:val="0"/>
        </w:rPr>
        <w:t>.</w:t>
      </w:r>
    </w:p>
    <w:p>
      <w:pPr>
        <w:spacing w:after="80"/>
      </w:pPr>
      <w:r>
        <w:rPr>
          <w:b w:val="0"/>
          <w:i w:val="0"/>
        </w:rPr>
        <w:t xml:space="preserve">22. Thomas Clapper, “ ‘Ông Hiền’ ở nhà,” </w:t>
      </w:r>
      <w:r>
        <w:rPr>
          <w:b w:val="0"/>
          <w:i/>
        </w:rPr>
        <w:t>Racine Journal Times</w:t>
      </w:r>
      <w:r>
        <w:rPr>
          <w:b w:val="0"/>
          <w:i w:val="0"/>
        </w:rPr>
        <w:t>, ngày 20 tháng 2 năm 1942, 8.</w:t>
      </w:r>
    </w:p>
    <w:p>
      <w:pPr>
        <w:spacing w:after="80"/>
      </w:pPr>
      <w:r>
        <w:rPr>
          <w:b w:val="0"/>
          <w:i w:val="0"/>
        </w:rPr>
        <w:t>23. Không rõ tác giả.</w:t>
      </w:r>
    </w:p>
    <w:p>
      <w:pPr>
        <w:spacing w:after="80"/>
      </w:pPr>
      <w:r>
        <w:rPr>
          <w:b w:val="0"/>
          <w:i w:val="0"/>
        </w:rPr>
        <w:t>24. Truyền đạo 3:1, Bản dịch New International.</w:t>
      </w:r>
    </w:p>
    <w:p>
      <w:pPr>
        <w:spacing w:after="80"/>
      </w:pPr>
      <w:r>
        <w:rPr>
          <w:b w:val="0"/>
          <w:i w:val="0"/>
        </w:rPr>
        <w:t xml:space="preserve">25. Del Jones, “Giám đốc âm nhạc nỗ lực hòa trộn các thế mạnh,” </w:t>
      </w:r>
      <w:r>
        <w:rPr>
          <w:b w:val="0"/>
          <w:i/>
        </w:rPr>
        <w:t>USA Today</w:t>
      </w:r>
      <w:r>
        <w:rPr>
          <w:b w:val="0"/>
          <w:i w:val="0"/>
        </w:rPr>
        <w:t>, ngày 27 tháng 10 năm 2003, truy cập ngày 25 tháng 9 năm 2013, http://usatoday30.usatoday.com/educate/college/careers/profile9.htm.</w:t>
      </w:r>
    </w:p>
    <w:p>
      <w:pPr>
        <w:spacing w:after="80"/>
      </w:pPr>
      <w:r>
        <w:rPr>
          <w:b w:val="0"/>
          <w:i w:val="0"/>
        </w:rPr>
        <w:t xml:space="preserve">26. Jenna Goudreau, “Sức mạnh bí ẩn của người hướng nội,” </w:t>
      </w:r>
      <w:r>
        <w:rPr>
          <w:b w:val="0"/>
          <w:i/>
        </w:rPr>
        <w:t>Forbes</w:t>
      </w:r>
      <w:r>
        <w:rPr>
          <w:b w:val="0"/>
          <w:i w:val="0"/>
        </w:rPr>
        <w:t>, ngày 26 tháng 1 năm 2012, truy cập ngày 25 tháng 9 năm 2013, http://www.forbes.com/sites/jennagoudreau/2012/01/26/the-secret-power-of-introverts/.</w:t>
      </w:r>
    </w:p>
    <w:p>
      <w:pPr>
        <w:spacing w:after="80"/>
      </w:pPr>
      <w:r>
        <w:rPr>
          <w:b w:val="0"/>
          <w:i w:val="0"/>
        </w:rPr>
        <w:t xml:space="preserve">27. Mike Myatt, “15 cách nhận diện những nhà lãnh đạo tồi,” </w:t>
      </w:r>
      <w:r>
        <w:rPr>
          <w:b w:val="0"/>
          <w:i/>
        </w:rPr>
        <w:t>Forbes</w:t>
      </w:r>
      <w:r>
        <w:rPr>
          <w:b w:val="0"/>
          <w:i w:val="0"/>
        </w:rPr>
        <w:t>, ngày 18 tháng 10 năm 2012, truy cập ngày 15 tháng 11 năm 2013, http://www.forbes.com/sites/mikemyatt/2012/10/18/15-ways-to-identify-bad-leaders/.</w:t>
      </w:r>
    </w:p>
    <w:p>
      <w:pPr>
        <w:spacing w:after="80"/>
      </w:pPr>
      <w:r>
        <w:rPr>
          <w:b w:val="0"/>
          <w:i w:val="0"/>
        </w:rPr>
        <w:t xml:space="preserve">28. Jacquelyn Smith, “Cách đối phó với một ông sếp hay bắt nạt,” </w:t>
      </w:r>
      <w:r>
        <w:rPr>
          <w:b w:val="0"/>
          <w:i/>
        </w:rPr>
        <w:t>Forbes</w:t>
      </w:r>
      <w:r>
        <w:rPr>
          <w:b w:val="0"/>
          <w:i w:val="0"/>
        </w:rPr>
        <w:t>, ngày 20 tháng 9 năm 2013, truy cập ngày 15 tháng 11 năm 2013, http://www.forbes.com/sites/jacquelynsmith/2013/09/20/how-to-deal-with-a-bullying-boss/.</w:t>
      </w:r>
    </w:p>
    <w:p>
      <w:pPr>
        <w:spacing w:after="80"/>
      </w:pPr>
      <w:r>
        <w:rPr>
          <w:b w:val="0"/>
          <w:i w:val="0"/>
        </w:rPr>
        <w:t xml:space="preserve">29. M.G. Siegler, “Eric Schmidt: Cứ 2 ngày chúng ta lại tạo ra lượng thông tin nhiều bằng cả từ trước đến năm 2003,” </w:t>
      </w:r>
      <w:r>
        <w:rPr>
          <w:b w:val="0"/>
          <w:i/>
        </w:rPr>
        <w:t>TechCrunch</w:t>
      </w:r>
      <w:r>
        <w:rPr>
          <w:b w:val="0"/>
          <w:i w:val="0"/>
        </w:rPr>
        <w:t>, ngày 2 tháng 8 năm 2010, truy cập ngày 29 tháng 11 năm 2013, http://techcrunch.com/2010/08/04/schmidt-data/.</w:t>
      </w:r>
    </w:p>
    <w:p>
      <w:pPr>
        <w:spacing w:after="80"/>
      </w:pPr>
      <w:r>
        <w:rPr>
          <w:b w:val="0"/>
          <w:i w:val="0"/>
        </w:rPr>
        <w:t xml:space="preserve">30. Jeanne Meister, “Nhảy việc là ‘bình thường mới’ của thế hệ Millennials: Ba cách để ngăn một cơn ác mộng nhân sự,” </w:t>
      </w:r>
      <w:r>
        <w:rPr>
          <w:b w:val="0"/>
          <w:i/>
        </w:rPr>
        <w:t>Forbes</w:t>
      </w:r>
      <w:r>
        <w:rPr>
          <w:b w:val="0"/>
          <w:i w:val="0"/>
        </w:rPr>
        <w:t>, ngày 14 tháng 8 năm 2012, truy cập ngày 29 tháng 11 năm 2013, http://www.forbes.com/sites/jeannemeister/2012/08/14/job-hopping-is-the-new-normal-for-millennials-three-ways-to-prevent-a-human-resource-nightmare/.</w:t>
      </w:r>
    </w:p>
    <w:p>
      <w:pPr>
        <w:spacing w:after="80"/>
      </w:pPr>
      <w:r>
        <w:rPr>
          <w:b w:val="0"/>
          <w:i w:val="0"/>
        </w:rPr>
        <w:t xml:space="preserve">31. Bob Russell và Bryan Bucher, </w:t>
      </w:r>
      <w:r>
        <w:rPr>
          <w:b w:val="0"/>
          <w:i/>
        </w:rPr>
        <w:t>Kế hoạch chuyển giao: 7 bí quyết mỗi nhà lãnh đạo cần biết</w:t>
      </w:r>
      <w:r>
        <w:rPr>
          <w:b w:val="0"/>
          <w:i w:val="0"/>
        </w:rPr>
        <w:t xml:space="preserve"> (Louisville, KY: Ministers Label, 2010), 45–48.</w:t>
      </w:r>
    </w:p>
    <w:p>
      <w:pPr>
        <w:spacing w:after="80"/>
      </w:pPr>
      <w:r>
        <w:rPr>
          <w:b w:val="0"/>
          <w:i w:val="0"/>
        </w:rPr>
        <w:t>* Biểu thị Huấn luyện viên của John Maxwell Team</w:t>
      </w:r>
    </w:p>
    <w:p>
      <w:pPr>
        <w:pStyle w:val="Heading3"/>
      </w:pPr>
      <w:r>
        <w:rPr>
          <w:rFonts w:ascii="Calibri" w:hAnsi="Calibri"/>
          <w:b/>
          <w:i w:val="0"/>
          <w:sz w:val="26"/>
        </w:rPr>
        <w:t>Cảm ơn bạn đã mua cuốn sách điện tử này, được xuất bản bởi Hachette Digital.</w:t>
      </w:r>
    </w:p>
    <w:p>
      <w:pPr>
        <w:spacing w:after="80"/>
        <w:jc w:val="center"/>
      </w:pPr>
      <w:r>
        <w:rPr>
          <w:b w:val="0"/>
          <w:i w:val="0"/>
        </w:rPr>
        <w:t>Để nhận ưu đãi đặc biệt, nội dung tặng kèm và tin tức về những cuốn sách điện tử và ứng dụng mới nhất của chúng tôi, hãy đăng ký nhận bản tin.</w:t>
      </w:r>
    </w:p>
    <w:p>
      <w:pPr>
        <w:spacing w:after="80"/>
      </w:pPr>
      <w:r>
        <w:rPr>
          <w:b w:val="0"/>
          <w:i w:val="0"/>
        </w:rPr>
        <w:t>Đăng ký</w:t>
      </w:r>
    </w:p>
    <w:p>
      <w:pPr>
        <w:spacing w:after="80"/>
        <w:jc w:val="center"/>
      </w:pPr>
      <w:r>
        <w:rPr>
          <w:b w:val="0"/>
          <w:i w:val="0"/>
        </w:rPr>
        <w:t>Hoặc truy cập vào hachettebookgroup.com/newsletters</w:t>
      </w:r>
    </w:p>
    <w:p>
      <w:pPr>
        <w:jc w:val="center"/>
      </w:pPr>
      <w:r>
        <w:drawing>
          <wp:inline xmlns:a="http://schemas.openxmlformats.org/drawingml/2006/main" xmlns:pic="http://schemas.openxmlformats.org/drawingml/2006/picture">
            <wp:extent cx="1428750" cy="381000"/>
            <wp:docPr id="30" name="Picture 30"/>
            <wp:cNvGraphicFramePr>
              <a:graphicFrameLocks noChangeAspect="1"/>
            </wp:cNvGraphicFramePr>
            <a:graphic>
              <a:graphicData uri="http://schemas.openxmlformats.org/drawingml/2006/picture">
                <pic:pic>
                  <pic:nvPicPr>
                    <pic:cNvPr id="0" name="00007.jpeg"/>
                    <pic:cNvPicPr/>
                  </pic:nvPicPr>
                  <pic:blipFill>
                    <a:blip r:embed="rId15"/>
                    <a:stretch>
                      <a:fillRect/>
                    </a:stretch>
                  </pic:blipFill>
                  <pic:spPr>
                    <a:xfrm>
                      <a:off x="0" y="0"/>
                      <a:ext cx="1428750" cy="381000"/>
                    </a:xfrm>
                    <a:prstGeom prst="rect"/>
                  </pic:spPr>
                </pic:pic>
              </a:graphicData>
            </a:graphic>
          </wp:inline>
        </w:drawing>
      </w:r>
    </w:p>
    <w:p>
      <w:pPr>
        <w:spacing w:after="80"/>
        <w:jc w:val="center"/>
      </w:pPr>
      <w:r>
        <w:rPr>
          <w:b w:val="0"/>
          <w:i w:val="0"/>
        </w:rPr>
        <w:t>Để biết thêm về cuốn sách và tác giả này, hãy truy cập Bookish.com.</w:t>
      </w:r>
    </w:p>
    <w:p>
      <w:pPr>
        <w:pStyle w:val="Heading1"/>
      </w:pPr>
      <w:r>
        <w:rPr>
          <w:rFonts w:ascii="Calibri" w:hAnsi="Calibri"/>
          <w:b/>
          <w:i w:val="0"/>
          <w:sz w:val="40"/>
        </w:rPr>
        <w:t>Mục lục</w:t>
      </w:r>
    </w:p>
    <w:p>
      <w:pPr>
        <w:spacing w:after="80"/>
        <w:ind w:left="360"/>
      </w:pPr>
      <w:r>
        <w:rPr>
          <w:b w:val="0"/>
          <w:i w:val="0"/>
        </w:rPr>
        <w:t>Bìa</w:t>
      </w:r>
    </w:p>
    <w:p>
      <w:pPr>
        <w:spacing w:after="80"/>
        <w:ind w:left="360"/>
      </w:pPr>
      <w:r>
        <w:rPr>
          <w:b w:val="0"/>
          <w:i w:val="0"/>
        </w:rPr>
        <w:t>Trang tiêu đề</w:t>
      </w:r>
    </w:p>
    <w:p>
      <w:pPr>
        <w:spacing w:after="80"/>
        <w:ind w:left="360"/>
      </w:pPr>
      <w:r>
        <w:rPr>
          <w:b w:val="0"/>
          <w:i w:val="0"/>
        </w:rPr>
        <w:t>Lời chào mừng</w:t>
      </w:r>
    </w:p>
    <w:p>
      <w:pPr>
        <w:spacing w:after="80"/>
        <w:ind w:left="360"/>
      </w:pPr>
      <w:r>
        <w:rPr>
          <w:b w:val="0"/>
          <w:i w:val="0"/>
        </w:rPr>
        <w:t>Lời đề tặng</w:t>
      </w:r>
    </w:p>
    <w:p>
      <w:pPr>
        <w:spacing w:after="80"/>
        <w:ind w:left="360"/>
      </w:pPr>
      <w:r>
        <w:rPr>
          <w:b w:val="0"/>
          <w:i w:val="0"/>
        </w:rPr>
        <w:t>Lời cảm ơn</w:t>
      </w:r>
    </w:p>
    <w:p>
      <w:pPr>
        <w:spacing w:after="80"/>
        <w:ind w:left="360"/>
      </w:pPr>
      <w:r>
        <w:rPr>
          <w:b w:val="0"/>
          <w:i w:val="0"/>
        </w:rPr>
        <w:t>PHẦN I: NHỮNG CÂU HỎI TÔI ĐẶT RA</w:t>
      </w:r>
    </w:p>
    <w:p>
      <w:pPr>
        <w:spacing w:after="80"/>
        <w:ind w:left="360"/>
      </w:pPr>
      <w:r>
        <w:rPr>
          <w:b/>
          <w:i w:val="0"/>
        </w:rPr>
        <w:t>1.</w:t>
      </w:r>
      <w:r>
        <w:rPr>
          <w:b w:val="0"/>
          <w:i w:val="0"/>
        </w:rPr>
        <w:t xml:space="preserve"> Vì sao câu hỏi lại quan trọng đến vậy?</w:t>
      </w:r>
    </w:p>
    <w:p>
      <w:pPr>
        <w:spacing w:after="80"/>
        <w:ind w:left="360"/>
      </w:pPr>
      <w:r>
        <w:rPr>
          <w:b/>
          <w:i w:val="0"/>
        </w:rPr>
        <w:t>2.</w:t>
      </w:r>
      <w:r>
        <w:rPr>
          <w:b w:val="0"/>
          <w:i w:val="0"/>
        </w:rPr>
        <w:t xml:space="preserve"> Tôi tự hỏi mình những câu hỏi nào với tư cách một nhà lãnh đạo?</w:t>
      </w:r>
    </w:p>
    <w:p>
      <w:pPr>
        <w:spacing w:after="80"/>
        <w:ind w:left="360"/>
      </w:pPr>
      <w:r>
        <w:rPr>
          <w:b/>
          <w:i w:val="0"/>
        </w:rPr>
        <w:t>3.</w:t>
      </w:r>
      <w:r>
        <w:rPr>
          <w:b w:val="0"/>
          <w:i w:val="0"/>
        </w:rPr>
        <w:t xml:space="preserve"> Tôi hỏi các thành viên trong đội của mình những câu hỏi nào?</w:t>
      </w:r>
    </w:p>
    <w:p>
      <w:pPr>
        <w:spacing w:after="80"/>
        <w:ind w:left="360"/>
      </w:pPr>
      <w:r>
        <w:rPr>
          <w:b w:val="0"/>
          <w:i w:val="0"/>
        </w:rPr>
        <w:t>PHẦN II: NHỮNG CÂU HỎI CÁC NHÀ LÃNH ĐẠO HỎI TÔI</w:t>
      </w:r>
    </w:p>
    <w:p>
      <w:pPr>
        <w:spacing w:after="80"/>
        <w:ind w:left="360"/>
      </w:pPr>
      <w:r>
        <w:rPr>
          <w:b/>
          <w:i w:val="0"/>
        </w:rPr>
        <w:t>4.</w:t>
      </w:r>
      <w:r>
        <w:rPr>
          <w:b w:val="0"/>
          <w:i w:val="0"/>
        </w:rPr>
        <w:t xml:space="preserve"> Tôi phải làm gì để lãnh đạo chính mình thành công?</w:t>
      </w:r>
    </w:p>
    <w:p>
      <w:pPr>
        <w:spacing w:after="80"/>
        <w:ind w:left="360"/>
      </w:pPr>
      <w:r>
        <w:rPr>
          <w:b/>
          <w:i w:val="0"/>
        </w:rPr>
        <w:t>5.</w:t>
      </w:r>
      <w:r>
        <w:rPr>
          <w:b w:val="0"/>
          <w:i w:val="0"/>
        </w:rPr>
        <w:t xml:space="preserve"> Lãnh đạo vận hành như thế nào?</w:t>
      </w:r>
    </w:p>
    <w:p>
      <w:pPr>
        <w:spacing w:after="80"/>
        <w:ind w:left="360"/>
      </w:pPr>
      <w:r>
        <w:rPr>
          <w:b/>
          <w:i w:val="0"/>
        </w:rPr>
        <w:t>6.</w:t>
      </w:r>
      <w:r>
        <w:rPr>
          <w:b w:val="0"/>
          <w:i w:val="0"/>
        </w:rPr>
        <w:t xml:space="preserve"> Tôi bắt đầu với vai trò lãnh đạo như thế nào?</w:t>
      </w:r>
    </w:p>
    <w:p>
      <w:pPr>
        <w:spacing w:after="80"/>
        <w:ind w:left="360"/>
      </w:pPr>
      <w:r>
        <w:rPr>
          <w:b/>
          <w:i w:val="0"/>
        </w:rPr>
        <w:t>7.</w:t>
      </w:r>
      <w:r>
        <w:rPr>
          <w:b w:val="0"/>
          <w:i w:val="0"/>
        </w:rPr>
        <w:t xml:space="preserve"> Tôi giải quyết xung đột và lãnh đạo những người khó tính như thế nào?</w:t>
      </w:r>
    </w:p>
    <w:p>
      <w:pPr>
        <w:spacing w:after="80"/>
        <w:ind w:left="360"/>
      </w:pPr>
      <w:r>
        <w:rPr>
          <w:b/>
          <w:i w:val="0"/>
        </w:rPr>
        <w:t>8.</w:t>
      </w:r>
      <w:r>
        <w:rPr>
          <w:b w:val="0"/>
          <w:i w:val="0"/>
        </w:rPr>
        <w:t xml:space="preserve"> Làm sao tôi có thể thành công khi làm việc dưới quyền một nhà lãnh đạo kém cỏi?</w:t>
      </w:r>
    </w:p>
    <w:p>
      <w:pPr>
        <w:spacing w:after="80"/>
        <w:ind w:left="360"/>
      </w:pPr>
      <w:r>
        <w:rPr>
          <w:b/>
          <w:i w:val="0"/>
        </w:rPr>
        <w:t>9.</w:t>
      </w:r>
      <w:r>
        <w:rPr>
          <w:b w:val="0"/>
          <w:i w:val="0"/>
        </w:rPr>
        <w:t xml:space="preserve"> Làm sao tôi có thể vượt qua những giai đoạn chuyển tiếp trong lãnh đạo một cách thành công?</w:t>
      </w:r>
    </w:p>
    <w:p>
      <w:pPr>
        <w:spacing w:after="80"/>
        <w:ind w:left="360"/>
      </w:pPr>
      <w:r>
        <w:rPr>
          <w:b/>
          <w:i w:val="0"/>
        </w:rPr>
        <w:t>10.</w:t>
      </w:r>
      <w:r>
        <w:rPr>
          <w:b w:val="0"/>
          <w:i w:val="0"/>
        </w:rPr>
        <w:t xml:space="preserve"> Làm sao tôi có thể phát triển các nhà lãnh đạo?</w:t>
      </w:r>
    </w:p>
    <w:p>
      <w:pPr>
        <w:spacing w:after="80"/>
        <w:ind w:left="360"/>
      </w:pPr>
      <w:r>
        <w:rPr>
          <w:b w:val="0"/>
          <w:i w:val="0"/>
        </w:rPr>
        <w:t>Kết luận</w:t>
      </w:r>
    </w:p>
    <w:p>
      <w:pPr>
        <w:spacing w:after="80"/>
        <w:ind w:left="360"/>
      </w:pPr>
      <w:r>
        <w:rPr>
          <w:b w:val="0"/>
          <w:i w:val="0"/>
        </w:rPr>
        <w:t>Những cuốn sách của Tiến sĩ John C. Maxwell có thể dạy bạn cách trở thành một người THỰC SỰ thành công</w:t>
      </w:r>
    </w:p>
    <w:p>
      <w:pPr>
        <w:spacing w:after="80"/>
        <w:ind w:left="360"/>
      </w:pPr>
      <w:r>
        <w:rPr>
          <w:b w:val="0"/>
          <w:i w:val="0"/>
        </w:rPr>
        <w:t>Ghi chú</w:t>
      </w:r>
    </w:p>
    <w:p>
      <w:pPr>
        <w:spacing w:after="80"/>
        <w:ind w:left="360"/>
      </w:pPr>
      <w:r>
        <w:rPr>
          <w:b w:val="0"/>
          <w:i w:val="0"/>
        </w:rPr>
        <w:t>Bản tin</w:t>
      </w:r>
    </w:p>
    <w:p>
      <w:pPr>
        <w:spacing w:after="80"/>
        <w:ind w:left="360"/>
      </w:pPr>
      <w:r>
        <w:rPr>
          <w:b w:val="0"/>
          <w:i w:val="0"/>
        </w:rPr>
        <w:t>Bản quyền</w:t>
      </w:r>
    </w:p>
    <w:p>
      <w:pPr>
        <w:pStyle w:val="Heading1"/>
      </w:pPr>
      <w:r>
        <w:rPr>
          <w:rFonts w:ascii="Calibri" w:hAnsi="Calibri"/>
          <w:b/>
          <w:i w:val="0"/>
          <w:sz w:val="40"/>
        </w:rPr>
        <w:t>Bản quyền</w:t>
      </w:r>
    </w:p>
    <w:p>
      <w:pPr>
        <w:spacing w:after="80"/>
      </w:pPr>
      <w:r>
        <w:rPr>
          <w:b w:val="0"/>
          <w:i w:val="0"/>
        </w:rPr>
        <w:t>Bản quyền © 2014 bởi John C. Maxwell</w:t>
      </w:r>
    </w:p>
    <w:p>
      <w:pPr>
        <w:spacing w:after="80"/>
      </w:pPr>
      <w:r>
        <w:rPr>
          <w:b w:val="0"/>
          <w:i w:val="0"/>
        </w:rPr>
        <w:t>Thiết kế bìa bởi Brand Navigation</w:t>
      </w:r>
    </w:p>
    <w:p>
      <w:pPr>
        <w:spacing w:after="80"/>
      </w:pPr>
      <w:r>
        <w:rPr>
          <w:b w:val="0"/>
          <w:i w:val="0"/>
        </w:rPr>
        <w:t>Bản quyền bìa © 2014 bởi Hachette Book Group, Inc.</w:t>
      </w:r>
    </w:p>
    <w:p>
      <w:pPr>
        <w:spacing w:after="80"/>
      </w:pPr>
      <w:r>
        <w:rPr>
          <w:b w:val="0"/>
          <w:i w:val="0"/>
        </w:rPr>
        <w:t>Bảo lưu mọi quyền. Theo Đạo luật Bản quyền Hoa Kỳ năm 1976, việc quét, tải lên và chia sẻ điện tử bất kỳ phần nào của cuốn sách này mà không có sự cho phép của nhà xuất bản đều cấu thành hành vi vi phạm bản quyền bất hợp pháp và đánh cắp tài sản trí tuệ của tác giả. Nếu bạn muốn sử dụng tài liệu từ cuốn sách này (ngoài mục đích đánh giá), bạn phải có được sự cho phép trước bằng văn bản bằng cách liên hệ với nhà xuất bản tại permissions@hbgusa.com. Cảm ơn bạn đã ủng hộ quyền của tác giả.</w:t>
      </w:r>
    </w:p>
    <w:p>
      <w:pPr>
        <w:spacing w:after="80"/>
      </w:pPr>
      <w:r>
        <w:rPr>
          <w:b w:val="0"/>
          <w:i w:val="0"/>
        </w:rPr>
        <w:t>Center Street</w:t>
      </w:r>
    </w:p>
    <w:p>
      <w:pPr>
        <w:spacing w:after="80"/>
      </w:pPr>
      <w:r>
        <w:rPr>
          <w:b w:val="0"/>
          <w:i w:val="0"/>
        </w:rPr>
        <w:t>Hachette Book Group</w:t>
      </w:r>
    </w:p>
    <w:p>
      <w:pPr>
        <w:spacing w:after="80"/>
      </w:pPr>
      <w:r>
        <w:rPr>
          <w:b w:val="0"/>
          <w:i w:val="0"/>
        </w:rPr>
        <w:t>1290 Avenue of the Americas, New York, NY 10104</w:t>
      </w:r>
    </w:p>
    <w:p>
      <w:pPr>
        <w:spacing w:after="80"/>
      </w:pPr>
      <w:r>
        <w:rPr>
          <w:b w:val="0"/>
          <w:i w:val="0"/>
        </w:rPr>
        <w:t>centerstreet.com</w:t>
      </w:r>
    </w:p>
    <w:p>
      <w:pPr>
        <w:spacing w:after="80"/>
      </w:pPr>
      <w:r>
        <w:rPr>
          <w:b w:val="0"/>
          <w:i w:val="0"/>
        </w:rPr>
        <w:t>twitter.com/centerstreet</w:t>
      </w:r>
    </w:p>
    <w:p>
      <w:pPr>
        <w:spacing w:after="80"/>
      </w:pPr>
      <w:r>
        <w:rPr>
          <w:b w:val="0"/>
          <w:i w:val="0"/>
        </w:rPr>
        <w:t>Ấn bản ebook đầu tiên: Tháng 10 năm 2014</w:t>
      </w:r>
    </w:p>
    <w:p>
      <w:pPr>
        <w:spacing w:after="80"/>
      </w:pPr>
      <w:r>
        <w:rPr>
          <w:b w:val="0"/>
          <w:i w:val="0"/>
        </w:rPr>
        <w:t>Center Street là một bộ phận của Hachette Book Group, Inc.</w:t>
      </w:r>
    </w:p>
    <w:p>
      <w:pPr>
        <w:spacing w:after="80"/>
      </w:pPr>
      <w:r>
        <w:rPr>
          <w:b w:val="0"/>
          <w:i w:val="0"/>
        </w:rPr>
        <w:t>Tên và logo Center Street là thương hiệu của Hachette Book Group, Inc.</w:t>
      </w:r>
    </w:p>
    <w:p>
      <w:pPr>
        <w:spacing w:after="80"/>
      </w:pPr>
      <w:r>
        <w:rPr>
          <w:b w:val="0"/>
          <w:i w:val="0"/>
        </w:rPr>
        <w:t>Hachette Speakers Bureau cung cấp nhiều tác giả cho các sự kiện diễn thuyết. Để tìm hiểu thêm, hãy truy cập www.HachetteSpeakersBureau.com hoặc gọi (866) 376-6591.</w:t>
      </w:r>
    </w:p>
    <w:p>
      <w:pPr>
        <w:spacing w:after="80"/>
      </w:pPr>
      <w:r>
        <w:rPr>
          <w:b w:val="0"/>
          <w:i w:val="0"/>
        </w:rPr>
        <w:t>Nhà xuất bản không chịu trách nhiệm về các trang web (hoặc nội dung của chúng) không thuộc quyền sở hữu của nhà xuất bản.</w:t>
      </w:r>
    </w:p>
    <w:p>
      <w:pPr>
        <w:spacing w:after="80"/>
      </w:pPr>
      <w:r>
        <w:rPr>
          <w:b w:val="0"/>
          <w:i w:val="0"/>
        </w:rPr>
        <w:t>ISBN 978-1-4555-4805-7</w:t>
      </w:r>
    </w:p>
    <w:p>
      <w:pPr>
        <w:spacing w:after="80"/>
      </w:pPr>
      <w:r>
        <w:rPr>
          <w:b w:val="0"/>
          <w:i w:val="0"/>
        </w:rPr>
        <w:t>E3</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jpeg"/><Relationship Id="rId15"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