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336381" cy="8229600"/>
            <wp:docPr id="1" name="Picture 1"/>
            <wp:cNvGraphicFramePr>
              <a:graphicFrameLocks noChangeAspect="1"/>
            </wp:cNvGraphicFramePr>
            <a:graphic>
              <a:graphicData uri="http://schemas.openxmlformats.org/drawingml/2006/picture">
                <pic:pic>
                  <pic:nvPicPr>
                    <pic:cNvPr id="0" name="image_rsrc8XB.jpg"/>
                    <pic:cNvPicPr/>
                  </pic:nvPicPr>
                  <pic:blipFill>
                    <a:blip r:embed="rId9"/>
                    <a:stretch>
                      <a:fillRect/>
                    </a:stretch>
                  </pic:blipFill>
                  <pic:spPr>
                    <a:xfrm>
                      <a:off x="0" y="0"/>
                      <a:ext cx="5336381" cy="8229600"/>
                    </a:xfrm>
                    <a:prstGeom prst="rect"/>
                  </pic:spPr>
                </pic:pic>
              </a:graphicData>
            </a:graphic>
          </wp:inline>
        </w:drawing>
      </w:r>
    </w:p>
    <w:p>
      <w:pPr>
        <w:pStyle w:val="Heading1"/>
      </w:pPr>
      <w:r>
        <w:rPr>
          <w:rFonts w:ascii="Calibri" w:hAnsi="Calibri"/>
          <w:b/>
          <w:i w:val="0"/>
          <w:sz w:val="40"/>
        </w:rPr>
        <w:t>Cùng tác giả Dan Brown</w:t>
      </w:r>
    </w:p>
    <w:p>
      <w:pPr>
        <w:pStyle w:val="Heading2"/>
      </w:pPr>
      <w:r>
        <w:rPr>
          <w:rFonts w:ascii="Calibri" w:hAnsi="Calibri"/>
          <w:b/>
          <w:i w:val="0"/>
          <w:sz w:val="32"/>
        </w:rPr>
        <w:t>Với sự góp mặt của Robert Langdon</w:t>
      </w:r>
    </w:p>
    <w:p>
      <w:pPr>
        <w:spacing w:after="80"/>
      </w:pPr>
      <w:r>
        <w:rPr>
          <w:b w:val="0"/>
          <w:i w:val="0"/>
        </w:rPr>
        <w:t>Thiên Thần &amp; Ác Quỷ</w:t>
      </w:r>
    </w:p>
    <w:p>
      <w:pPr>
        <w:spacing w:after="80"/>
      </w:pPr>
      <w:r>
        <w:rPr>
          <w:b w:val="0"/>
          <w:i w:val="0"/>
        </w:rPr>
        <w:t>Mật Mã Da Vinci</w:t>
      </w:r>
    </w:p>
    <w:p>
      <w:pPr>
        <w:spacing w:after="80"/>
      </w:pPr>
      <w:r>
        <w:rPr>
          <w:b w:val="0"/>
          <w:i w:val="0"/>
        </w:rPr>
        <w:t>Biểu Tượng Thất Truyền</w:t>
      </w:r>
    </w:p>
    <w:p>
      <w:pPr>
        <w:spacing w:after="80"/>
      </w:pPr>
      <w:r>
        <w:rPr>
          <w:b w:val="0"/>
          <w:i w:val="0"/>
        </w:rPr>
        <w:t>Hỏa Ngục</w:t>
      </w:r>
    </w:p>
    <w:p>
      <w:pPr>
        <w:spacing w:after="80"/>
      </w:pPr>
      <w:r>
        <w:rPr>
          <w:b w:val="0"/>
          <w:i w:val="0"/>
        </w:rPr>
        <w:t>Nguồn Cội</w:t>
      </w:r>
    </w:p>
    <w:p>
      <w:pPr>
        <w:spacing w:after="80"/>
      </w:pPr>
      <w:r>
        <w:rPr>
          <w:b w:val="0"/>
          <w:i w:val="0"/>
        </w:rPr>
        <w:t>Pháo Đài Số</w:t>
      </w:r>
    </w:p>
    <w:p>
      <w:pPr>
        <w:spacing w:after="80"/>
      </w:pPr>
      <w:r>
        <w:rPr>
          <w:b w:val="0"/>
          <w:i w:val="0"/>
        </w:rPr>
        <w:t>Điểm Dối Lừa</w:t>
      </w:r>
    </w:p>
    <w:p>
      <w:pPr>
        <w:jc w:val="center"/>
      </w:pPr>
      <w:r>
        <w:drawing>
          <wp:inline xmlns:a="http://schemas.openxmlformats.org/drawingml/2006/main" xmlns:pic="http://schemas.openxmlformats.org/drawingml/2006/picture">
            <wp:extent cx="4706302" cy="8229599"/>
            <wp:docPr id="2" name="Picture 2"/>
            <wp:cNvGraphicFramePr>
              <a:graphicFrameLocks noChangeAspect="1"/>
            </wp:cNvGraphicFramePr>
            <a:graphic>
              <a:graphicData uri="http://schemas.openxmlformats.org/drawingml/2006/picture">
                <pic:pic>
                  <pic:nvPicPr>
                    <pic:cNvPr id="0" name="image_rsrc8XC.jpg"/>
                    <pic:cNvPicPr/>
                  </pic:nvPicPr>
                  <pic:blipFill>
                    <a:blip r:embed="rId10"/>
                    <a:stretch>
                      <a:fillRect/>
                    </a:stretch>
                  </pic:blipFill>
                  <pic:spPr>
                    <a:xfrm>
                      <a:off x="0" y="0"/>
                      <a:ext cx="4706302" cy="8229599"/>
                    </a:xfrm>
                    <a:prstGeom prst="rect"/>
                  </pic:spPr>
                </pic:pic>
              </a:graphicData>
            </a:graphic>
          </wp:inline>
        </w:drawing>
      </w:r>
    </w:p>
    <w:p>
      <w:pPr>
        <w:spacing w:after="80"/>
      </w:pPr>
      <w:r>
        <w:rPr>
          <w:b w:val="0"/>
          <w:i w:val="0"/>
        </w:rPr>
        <w:t>Ấn bản Doubleday đầu tiên 2025</w:t>
      </w:r>
    </w:p>
    <w:p>
      <w:pPr>
        <w:spacing w:after="80"/>
      </w:pPr>
      <w:r>
        <w:rPr>
          <w:b w:val="0"/>
          <w:i w:val="0"/>
        </w:rPr>
        <w:t>Bản quyền © 2025 thuộc về Dan Brown</w:t>
      </w:r>
    </w:p>
    <w:p>
      <w:pPr>
        <w:spacing w:after="80"/>
      </w:pPr>
      <w:r>
        <w:rPr>
          <w:b w:val="0"/>
          <w:i w:val="0"/>
        </w:rPr>
        <w:t>Penguin Random House trân trọng và bảo vệ bản quyền. Bản quyền nuôi dưỡng sự sáng tạo, khuyến khích những tiếng nói đa dạng, thúc đẩy tự do ngôn luận và tạo nên một nền văn hóa sôi động. Cảm ơn bạn đã mua một ấn bản chính thức của cuốn sách này và tuân thủ luật bản quyền bằng cách không sao chép, quét hay phân phối bất kỳ phần nào của sách dưới bất kỳ hình thức nào khi chưa được phép. Bạn đang ủng hộ các nhà văn và giúp Penguin Random House tiếp tục xuất bản sách cho mọi độc giả. Xin lưu ý rằng không phần nào của cuốn sách này được sử dụng hoặc tái bản dưới bất kỳ hình thức nào nhằm mục đích huấn luyện các công nghệ hay hệ thống trí tuệ nhân tạo.</w:t>
      </w:r>
    </w:p>
    <w:p>
      <w:pPr>
        <w:spacing w:after="80"/>
      </w:pPr>
      <w:r>
        <w:rPr>
          <w:b w:val="0"/>
          <w:i w:val="0"/>
        </w:rPr>
        <w:t>Xuất bản bởi Doubleday, một bộ phận của Penguin Random House LLC, 1745 Broadway, New York, NY 10019.</w:t>
      </w:r>
    </w:p>
    <w:p>
      <w:pPr>
        <w:spacing w:after="80"/>
      </w:pPr>
      <w:r>
        <w:rPr>
          <w:b w:val="0"/>
          <w:i w:val="0"/>
        </w:rPr>
        <w:t>Doubleday và hình ảnh chiếc mỏ neo cùng cá heo là thương hiệu đã đăng ký của Penguin Random House LLC.</w:t>
      </w:r>
    </w:p>
    <w:p>
      <w:pPr>
        <w:spacing w:after="80"/>
      </w:pPr>
      <w:r>
        <w:rPr>
          <w:b w:val="0"/>
          <w:i w:val="0"/>
        </w:rPr>
        <w:t>Trang này là phần mở rộng của trang bản quyền này.</w:t>
      </w:r>
    </w:p>
    <w:p>
      <w:pPr>
        <w:spacing w:after="80"/>
      </w:pPr>
      <w:r>
        <w:rPr>
          <w:b w:val="0"/>
          <w:i w:val="0"/>
        </w:rPr>
        <w:t>Thiết kế sách bởi Casey Hampton, được điều chỉnh cho ebook</w:t>
      </w:r>
    </w:p>
    <w:p>
      <w:pPr>
        <w:spacing w:after="80"/>
      </w:pPr>
      <w:r>
        <w:rPr>
          <w:b w:val="0"/>
          <w:i w:val="0"/>
        </w:rPr>
        <w:t>Bản đồ ở trang lót bìa do Jeffrey L. Ward thực hiện</w:t>
      </w:r>
    </w:p>
    <w:p>
      <w:pPr>
        <w:spacing w:after="80"/>
      </w:pPr>
      <w:r>
        <w:rPr>
          <w:b w:val="0"/>
          <w:i w:val="0"/>
        </w:rPr>
        <w:t>Thiết kế bìa do Will Staehle/Unusual Co. thực hiện</w:t>
      </w:r>
    </w:p>
    <w:p>
      <w:pPr>
        <w:spacing w:after="80"/>
      </w:pPr>
      <w:r>
        <w:rPr>
          <w:b w:val="0"/>
          <w:i w:val="0"/>
        </w:rPr>
        <w:t>LCCN: 2025932069</w:t>
      </w:r>
    </w:p>
    <w:p>
      <w:pPr>
        <w:spacing w:after="80"/>
      </w:pPr>
      <w:r>
        <w:rPr>
          <w:b w:val="0"/>
          <w:i w:val="0"/>
        </w:rPr>
        <w:t>ISBN 9780385546898 (bìa cứng)</w:t>
      </w:r>
    </w:p>
    <w:p>
      <w:pPr>
        <w:spacing w:after="80"/>
      </w:pPr>
      <w:r>
        <w:rPr>
          <w:b w:val="0"/>
          <w:i w:val="0"/>
        </w:rPr>
        <w:t>ISBN sách điện tử 9780385546928</w:t>
      </w:r>
    </w:p>
    <w:p>
      <w:pPr>
        <w:spacing w:after="80"/>
      </w:pPr>
      <w:r>
        <w:rPr>
          <w:b w:val="0"/>
          <w:i w:val="0"/>
        </w:rPr>
        <w:t>penguinrandomhouse.com | doubleday.com</w:t>
      </w:r>
    </w:p>
    <w:p>
      <w:pPr>
        <w:spacing w:after="80"/>
      </w:pPr>
      <w:r>
        <w:rPr>
          <w:b w:val="0"/>
          <w:i w:val="0"/>
        </w:rPr>
        <w:t>Đại diện được ủy quyền tại EU về an toàn và tuân thủ sản phẩm là Penguin Random House Ireland, Morrison Chambers, 32 Nassau Street, Dublin D02 YH68, Ireland, https://eu-contact.penguin.ie.</w:t>
      </w:r>
    </w:p>
    <w:p>
      <w:pPr>
        <w:spacing w:after="80"/>
      </w:pPr>
      <w:r>
        <w:rPr>
          <w:b w:val="0"/>
          <w:i w:val="0"/>
        </w:rPr>
        <w:t>ep_prh_7.3a_157858251_c0_r2</w:t>
      </w:r>
    </w:p>
    <w:p>
      <w:pPr>
        <w:pStyle w:val="Heading1"/>
      </w:pPr>
      <w:r>
        <w:rPr>
          <w:rFonts w:ascii="Calibri" w:hAnsi="Calibri"/>
          <w:b/>
          <w:i w:val="0"/>
          <w:sz w:val="40"/>
        </w:rPr>
        <w:t>Mục lục</w:t>
      </w:r>
    </w:p>
    <w:p>
      <w:pPr>
        <w:spacing w:after="80"/>
      </w:pPr>
      <w:r>
        <w:rPr>
          <w:b w:val="0"/>
          <w:i w:val="0"/>
        </w:rPr>
        <w:t>Lời đề tặng</w:t>
      </w:r>
    </w:p>
    <w:p>
      <w:pPr>
        <w:spacing w:after="80"/>
      </w:pPr>
      <w:r>
        <w:rPr>
          <w:b w:val="0"/>
          <w:i w:val="0"/>
        </w:rPr>
        <w:t>Trích dẫn đề từ</w:t>
      </w:r>
    </w:p>
    <w:p>
      <w:pPr>
        <w:spacing w:after="80"/>
      </w:pPr>
      <w:r>
        <w:rPr>
          <w:b w:val="0"/>
          <w:i w:val="0"/>
        </w:rPr>
        <w:t>Lời tác giả</w:t>
      </w:r>
    </w:p>
    <w:p>
      <w:pPr>
        <w:spacing w:after="80"/>
      </w:pPr>
      <w:r>
        <w:rPr>
          <w:b w:val="0"/>
          <w:i w:val="0"/>
        </w:rPr>
        <w:t>Bản đồ: Prague</w:t>
      </w:r>
    </w:p>
    <w:p>
      <w:pPr>
        <w:spacing w:after="80"/>
      </w:pPr>
      <w:r>
        <w:rPr>
          <w:b w:val="0"/>
          <w:i w:val="0"/>
        </w:rPr>
        <w:t>Lời mở đầu</w:t>
      </w:r>
    </w:p>
    <w:p>
      <w:pPr>
        <w:spacing w:after="80"/>
      </w:pPr>
      <w:r>
        <w:rPr>
          <w:b w:val="0"/>
          <w:i w:val="0"/>
        </w:rPr>
        <w:t>Chương 1</w:t>
      </w:r>
    </w:p>
    <w:p>
      <w:pPr>
        <w:spacing w:after="80"/>
      </w:pPr>
      <w:r>
        <w:rPr>
          <w:b w:val="0"/>
          <w:i w:val="0"/>
        </w:rPr>
        <w:t>Chương 2</w:t>
      </w:r>
    </w:p>
    <w:p>
      <w:pPr>
        <w:spacing w:after="80"/>
      </w:pPr>
      <w:r>
        <w:rPr>
          <w:b w:val="0"/>
          <w:i w:val="0"/>
        </w:rPr>
        <w:t>Chương 3</w:t>
      </w:r>
    </w:p>
    <w:p>
      <w:pPr>
        <w:spacing w:after="80"/>
      </w:pPr>
      <w:r>
        <w:rPr>
          <w:b w:val="0"/>
          <w:i w:val="0"/>
        </w:rPr>
        <w:t>Chương 4</w:t>
      </w:r>
    </w:p>
    <w:p>
      <w:pPr>
        <w:spacing w:after="80"/>
      </w:pPr>
      <w:r>
        <w:rPr>
          <w:b w:val="0"/>
          <w:i w:val="0"/>
        </w:rPr>
        <w:t>Chương 5</w:t>
      </w:r>
    </w:p>
    <w:p>
      <w:pPr>
        <w:spacing w:after="80"/>
      </w:pPr>
      <w:r>
        <w:rPr>
          <w:b w:val="0"/>
          <w:i w:val="0"/>
        </w:rPr>
        <w:t>Chương 6</w:t>
      </w:r>
    </w:p>
    <w:p>
      <w:pPr>
        <w:spacing w:after="80"/>
      </w:pPr>
      <w:r>
        <w:rPr>
          <w:b w:val="0"/>
          <w:i w:val="0"/>
        </w:rPr>
        <w:t>Chương 7</w:t>
      </w:r>
    </w:p>
    <w:p>
      <w:pPr>
        <w:spacing w:after="80"/>
      </w:pPr>
      <w:r>
        <w:rPr>
          <w:b w:val="0"/>
          <w:i w:val="0"/>
        </w:rPr>
        <w:t>Chương 8</w:t>
      </w:r>
    </w:p>
    <w:p>
      <w:pPr>
        <w:spacing w:after="80"/>
      </w:pPr>
      <w:r>
        <w:rPr>
          <w:b w:val="0"/>
          <w:i w:val="0"/>
        </w:rPr>
        <w:t>Chương 9</w:t>
      </w:r>
    </w:p>
    <w:p>
      <w:pPr>
        <w:spacing w:after="80"/>
      </w:pPr>
      <w:r>
        <w:rPr>
          <w:b w:val="0"/>
          <w:i w:val="0"/>
        </w:rPr>
        <w:t>Chương 10</w:t>
      </w:r>
    </w:p>
    <w:p>
      <w:pPr>
        <w:spacing w:after="80"/>
      </w:pPr>
      <w:r>
        <w:rPr>
          <w:b w:val="0"/>
          <w:i w:val="0"/>
        </w:rPr>
        <w:t>Chương 11</w:t>
      </w:r>
    </w:p>
    <w:p>
      <w:pPr>
        <w:spacing w:after="80"/>
      </w:pPr>
      <w:r>
        <w:rPr>
          <w:b w:val="0"/>
          <w:i w:val="0"/>
        </w:rPr>
        <w:t>Chương 12</w:t>
      </w:r>
    </w:p>
    <w:p>
      <w:pPr>
        <w:spacing w:after="80"/>
      </w:pPr>
      <w:r>
        <w:rPr>
          <w:b w:val="0"/>
          <w:i w:val="0"/>
        </w:rPr>
        <w:t>Chương 13</w:t>
      </w:r>
    </w:p>
    <w:p>
      <w:pPr>
        <w:spacing w:after="80"/>
      </w:pPr>
      <w:r>
        <w:rPr>
          <w:b w:val="0"/>
          <w:i w:val="0"/>
        </w:rPr>
        <w:t>Chương 14</w:t>
      </w:r>
    </w:p>
    <w:p>
      <w:pPr>
        <w:spacing w:after="80"/>
      </w:pPr>
      <w:r>
        <w:rPr>
          <w:b w:val="0"/>
          <w:i w:val="0"/>
        </w:rPr>
        <w:t>Chương 15</w:t>
      </w:r>
    </w:p>
    <w:p>
      <w:pPr>
        <w:spacing w:after="80"/>
      </w:pPr>
      <w:r>
        <w:rPr>
          <w:b w:val="0"/>
          <w:i w:val="0"/>
        </w:rPr>
        <w:t>Chương 16</w:t>
      </w:r>
    </w:p>
    <w:p>
      <w:pPr>
        <w:spacing w:after="80"/>
      </w:pPr>
      <w:r>
        <w:rPr>
          <w:b w:val="0"/>
          <w:i w:val="0"/>
        </w:rPr>
        <w:t>Chương 17</w:t>
      </w:r>
    </w:p>
    <w:p>
      <w:pPr>
        <w:spacing w:after="80"/>
      </w:pPr>
      <w:r>
        <w:rPr>
          <w:b w:val="0"/>
          <w:i w:val="0"/>
        </w:rPr>
        <w:t>Chương 18</w:t>
      </w:r>
    </w:p>
    <w:p>
      <w:pPr>
        <w:spacing w:after="80"/>
      </w:pPr>
      <w:r>
        <w:rPr>
          <w:b w:val="0"/>
          <w:i w:val="0"/>
        </w:rPr>
        <w:t>Chương 19</w:t>
      </w:r>
    </w:p>
    <w:p>
      <w:pPr>
        <w:spacing w:after="80"/>
      </w:pPr>
      <w:r>
        <w:rPr>
          <w:b w:val="0"/>
          <w:i w:val="0"/>
        </w:rPr>
        <w:t>Chương 20</w:t>
      </w:r>
    </w:p>
    <w:p>
      <w:pPr>
        <w:spacing w:after="80"/>
      </w:pPr>
      <w:r>
        <w:rPr>
          <w:b w:val="0"/>
          <w:i w:val="0"/>
        </w:rPr>
        <w:t>Chương 21</w:t>
      </w:r>
    </w:p>
    <w:p>
      <w:pPr>
        <w:spacing w:after="80"/>
      </w:pPr>
      <w:r>
        <w:rPr>
          <w:b w:val="0"/>
          <w:i w:val="0"/>
        </w:rPr>
        <w:t>Chương 22</w:t>
      </w:r>
    </w:p>
    <w:p>
      <w:pPr>
        <w:spacing w:after="80"/>
      </w:pPr>
      <w:r>
        <w:rPr>
          <w:b w:val="0"/>
          <w:i w:val="0"/>
        </w:rPr>
        <w:t>Chương 23</w:t>
      </w:r>
    </w:p>
    <w:p>
      <w:pPr>
        <w:spacing w:after="80"/>
      </w:pPr>
      <w:r>
        <w:rPr>
          <w:b w:val="0"/>
          <w:i w:val="0"/>
        </w:rPr>
        <w:t>Chương 24</w:t>
      </w:r>
    </w:p>
    <w:p>
      <w:pPr>
        <w:spacing w:after="80"/>
      </w:pPr>
      <w:r>
        <w:rPr>
          <w:b w:val="0"/>
          <w:i w:val="0"/>
        </w:rPr>
        <w:t>Chương 25</w:t>
      </w:r>
    </w:p>
    <w:p>
      <w:pPr>
        <w:spacing w:after="80"/>
      </w:pPr>
      <w:r>
        <w:rPr>
          <w:b w:val="0"/>
          <w:i w:val="0"/>
        </w:rPr>
        <w:t>Chương 26</w:t>
      </w:r>
    </w:p>
    <w:p>
      <w:pPr>
        <w:spacing w:after="80"/>
      </w:pPr>
      <w:r>
        <w:rPr>
          <w:b w:val="0"/>
          <w:i w:val="0"/>
        </w:rPr>
        <w:t>Chương 27</w:t>
      </w:r>
    </w:p>
    <w:p>
      <w:pPr>
        <w:spacing w:after="80"/>
      </w:pPr>
      <w:r>
        <w:rPr>
          <w:b w:val="0"/>
          <w:i w:val="0"/>
        </w:rPr>
        <w:t>Chương 28</w:t>
      </w:r>
    </w:p>
    <w:p>
      <w:pPr>
        <w:spacing w:after="80"/>
      </w:pPr>
      <w:r>
        <w:rPr>
          <w:b w:val="0"/>
          <w:i w:val="0"/>
        </w:rPr>
        <w:t>Chương 29</w:t>
      </w:r>
    </w:p>
    <w:p>
      <w:pPr>
        <w:spacing w:after="80"/>
      </w:pPr>
      <w:r>
        <w:rPr>
          <w:b w:val="0"/>
          <w:i w:val="0"/>
        </w:rPr>
        <w:t>Chương 30</w:t>
      </w:r>
    </w:p>
    <w:p>
      <w:pPr>
        <w:spacing w:after="80"/>
      </w:pPr>
      <w:r>
        <w:rPr>
          <w:b w:val="0"/>
          <w:i w:val="0"/>
        </w:rPr>
        <w:t>Chương 31</w:t>
      </w:r>
    </w:p>
    <w:p>
      <w:pPr>
        <w:spacing w:after="80"/>
      </w:pPr>
      <w:r>
        <w:rPr>
          <w:b w:val="0"/>
          <w:i w:val="0"/>
        </w:rPr>
        <w:t>Chương 32</w:t>
      </w:r>
    </w:p>
    <w:p>
      <w:pPr>
        <w:spacing w:after="80"/>
      </w:pPr>
      <w:r>
        <w:rPr>
          <w:b w:val="0"/>
          <w:i w:val="0"/>
        </w:rPr>
        <w:t>Chương 33</w:t>
      </w:r>
    </w:p>
    <w:p>
      <w:pPr>
        <w:spacing w:after="80"/>
      </w:pPr>
      <w:r>
        <w:rPr>
          <w:b w:val="0"/>
          <w:i w:val="0"/>
        </w:rPr>
        <w:t>Chương 34</w:t>
      </w:r>
    </w:p>
    <w:p>
      <w:pPr>
        <w:spacing w:after="80"/>
      </w:pPr>
      <w:r>
        <w:rPr>
          <w:b w:val="0"/>
          <w:i w:val="0"/>
        </w:rPr>
        <w:t>Chương 35</w:t>
      </w:r>
    </w:p>
    <w:p>
      <w:pPr>
        <w:spacing w:after="80"/>
      </w:pPr>
      <w:r>
        <w:rPr>
          <w:b w:val="0"/>
          <w:i w:val="0"/>
        </w:rPr>
        <w:t>Chương 36</w:t>
      </w:r>
    </w:p>
    <w:p>
      <w:pPr>
        <w:spacing w:after="80"/>
      </w:pPr>
      <w:r>
        <w:rPr>
          <w:b w:val="0"/>
          <w:i w:val="0"/>
        </w:rPr>
        <w:t>Chương 37</w:t>
      </w:r>
    </w:p>
    <w:p>
      <w:pPr>
        <w:spacing w:after="80"/>
      </w:pPr>
      <w:r>
        <w:rPr>
          <w:b w:val="0"/>
          <w:i w:val="0"/>
        </w:rPr>
        <w:t>Chương 38</w:t>
      </w:r>
    </w:p>
    <w:p>
      <w:pPr>
        <w:spacing w:after="80"/>
      </w:pPr>
      <w:r>
        <w:rPr>
          <w:b w:val="0"/>
          <w:i w:val="0"/>
        </w:rPr>
        <w:t>Chương 39</w:t>
      </w:r>
    </w:p>
    <w:p>
      <w:pPr>
        <w:spacing w:after="80"/>
      </w:pPr>
      <w:r>
        <w:rPr>
          <w:b w:val="0"/>
          <w:i w:val="0"/>
        </w:rPr>
        <w:t>Chương 40</w:t>
      </w:r>
    </w:p>
    <w:p>
      <w:pPr>
        <w:spacing w:after="80"/>
      </w:pPr>
      <w:r>
        <w:rPr>
          <w:b w:val="0"/>
          <w:i w:val="0"/>
        </w:rPr>
        <w:t>Chương 41</w:t>
      </w:r>
    </w:p>
    <w:p>
      <w:pPr>
        <w:spacing w:after="80"/>
      </w:pPr>
      <w:r>
        <w:rPr>
          <w:b w:val="0"/>
          <w:i w:val="0"/>
        </w:rPr>
        <w:t>Chương 42</w:t>
      </w:r>
    </w:p>
    <w:p>
      <w:pPr>
        <w:spacing w:after="80"/>
      </w:pPr>
      <w:r>
        <w:rPr>
          <w:b w:val="0"/>
          <w:i w:val="0"/>
        </w:rPr>
        <w:t>Chương 43</w:t>
      </w:r>
    </w:p>
    <w:p>
      <w:pPr>
        <w:spacing w:after="80"/>
      </w:pPr>
      <w:r>
        <w:rPr>
          <w:b w:val="0"/>
          <w:i w:val="0"/>
        </w:rPr>
        <w:t>Chương 44</w:t>
      </w:r>
    </w:p>
    <w:p>
      <w:pPr>
        <w:spacing w:after="80"/>
      </w:pPr>
      <w:r>
        <w:rPr>
          <w:b w:val="0"/>
          <w:i w:val="0"/>
        </w:rPr>
        <w:t>Chương 45</w:t>
      </w:r>
    </w:p>
    <w:p>
      <w:pPr>
        <w:spacing w:after="80"/>
      </w:pPr>
      <w:r>
        <w:rPr>
          <w:b w:val="0"/>
          <w:i w:val="0"/>
        </w:rPr>
        <w:t>Chương 46</w:t>
      </w:r>
    </w:p>
    <w:p>
      <w:pPr>
        <w:spacing w:after="80"/>
      </w:pPr>
      <w:r>
        <w:rPr>
          <w:b w:val="0"/>
          <w:i w:val="0"/>
        </w:rPr>
        <w:t>Chương 47</w:t>
      </w:r>
    </w:p>
    <w:p>
      <w:pPr>
        <w:spacing w:after="80"/>
      </w:pPr>
      <w:r>
        <w:rPr>
          <w:b w:val="0"/>
          <w:i w:val="0"/>
        </w:rPr>
        <w:t>Chương 48</w:t>
      </w:r>
    </w:p>
    <w:p>
      <w:pPr>
        <w:spacing w:after="80"/>
      </w:pPr>
      <w:r>
        <w:rPr>
          <w:b w:val="0"/>
          <w:i w:val="0"/>
        </w:rPr>
        <w:t>Chương 49</w:t>
      </w:r>
    </w:p>
    <w:p>
      <w:pPr>
        <w:spacing w:after="80"/>
      </w:pPr>
      <w:r>
        <w:rPr>
          <w:b w:val="0"/>
          <w:i w:val="0"/>
        </w:rPr>
        <w:t>Chương 50</w:t>
      </w:r>
    </w:p>
    <w:p>
      <w:pPr>
        <w:spacing w:after="80"/>
      </w:pPr>
      <w:r>
        <w:rPr>
          <w:b w:val="0"/>
          <w:i w:val="0"/>
        </w:rPr>
        <w:t>Chương 51</w:t>
      </w:r>
    </w:p>
    <w:p>
      <w:pPr>
        <w:spacing w:after="80"/>
      </w:pPr>
      <w:r>
        <w:rPr>
          <w:b w:val="0"/>
          <w:i w:val="0"/>
        </w:rPr>
        <w:t>Chương 52</w:t>
      </w:r>
    </w:p>
    <w:p>
      <w:pPr>
        <w:spacing w:after="80"/>
      </w:pPr>
      <w:r>
        <w:rPr>
          <w:b w:val="0"/>
          <w:i w:val="0"/>
        </w:rPr>
        <w:t>Chương 53</w:t>
      </w:r>
    </w:p>
    <w:p>
      <w:pPr>
        <w:spacing w:after="80"/>
      </w:pPr>
      <w:r>
        <w:rPr>
          <w:b w:val="0"/>
          <w:i w:val="0"/>
        </w:rPr>
        <w:t>Chương 54</w:t>
      </w:r>
    </w:p>
    <w:p>
      <w:pPr>
        <w:spacing w:after="80"/>
      </w:pPr>
      <w:r>
        <w:rPr>
          <w:b w:val="0"/>
          <w:i w:val="0"/>
        </w:rPr>
        <w:t>Chương 55</w:t>
      </w:r>
    </w:p>
    <w:p>
      <w:pPr>
        <w:spacing w:after="80"/>
      </w:pPr>
      <w:r>
        <w:rPr>
          <w:b w:val="0"/>
          <w:i w:val="0"/>
        </w:rPr>
        <w:t>Chương 56</w:t>
      </w:r>
    </w:p>
    <w:p>
      <w:pPr>
        <w:spacing w:after="80"/>
      </w:pPr>
      <w:r>
        <w:rPr>
          <w:b w:val="0"/>
          <w:i w:val="0"/>
        </w:rPr>
        <w:t>Chương 57</w:t>
      </w:r>
    </w:p>
    <w:p>
      <w:pPr>
        <w:spacing w:after="80"/>
      </w:pPr>
      <w:r>
        <w:rPr>
          <w:b w:val="0"/>
          <w:i w:val="0"/>
        </w:rPr>
        <w:t>Chương 58</w:t>
      </w:r>
    </w:p>
    <w:p>
      <w:pPr>
        <w:spacing w:after="80"/>
      </w:pPr>
      <w:r>
        <w:rPr>
          <w:b w:val="0"/>
          <w:i w:val="0"/>
        </w:rPr>
        <w:t>Chương 59</w:t>
      </w:r>
    </w:p>
    <w:p>
      <w:pPr>
        <w:spacing w:after="80"/>
      </w:pPr>
      <w:r>
        <w:rPr>
          <w:b w:val="0"/>
          <w:i w:val="0"/>
        </w:rPr>
        <w:t>Chương 60</w:t>
      </w:r>
    </w:p>
    <w:p>
      <w:pPr>
        <w:spacing w:after="80"/>
      </w:pPr>
      <w:r>
        <w:rPr>
          <w:b w:val="0"/>
          <w:i w:val="0"/>
        </w:rPr>
        <w:t>Chương 61</w:t>
      </w:r>
    </w:p>
    <w:p>
      <w:pPr>
        <w:spacing w:after="80"/>
      </w:pPr>
      <w:r>
        <w:rPr>
          <w:b w:val="0"/>
          <w:i w:val="0"/>
        </w:rPr>
        <w:t>Chương 62</w:t>
      </w:r>
    </w:p>
    <w:p>
      <w:pPr>
        <w:spacing w:after="80"/>
      </w:pPr>
      <w:r>
        <w:rPr>
          <w:b w:val="0"/>
          <w:i w:val="0"/>
        </w:rPr>
        <w:t>Chương 63</w:t>
      </w:r>
    </w:p>
    <w:p>
      <w:pPr>
        <w:spacing w:after="80"/>
      </w:pPr>
      <w:r>
        <w:rPr>
          <w:b w:val="0"/>
          <w:i w:val="0"/>
        </w:rPr>
        <w:t>Chương 64</w:t>
      </w:r>
    </w:p>
    <w:p>
      <w:pPr>
        <w:spacing w:after="80"/>
      </w:pPr>
      <w:r>
        <w:rPr>
          <w:b w:val="0"/>
          <w:i w:val="0"/>
        </w:rPr>
        <w:t>Chương 65</w:t>
      </w:r>
    </w:p>
    <w:p>
      <w:pPr>
        <w:spacing w:after="80"/>
      </w:pPr>
      <w:r>
        <w:rPr>
          <w:b w:val="0"/>
          <w:i w:val="0"/>
        </w:rPr>
        <w:t>Chương 66</w:t>
      </w:r>
    </w:p>
    <w:p>
      <w:pPr>
        <w:spacing w:after="80"/>
      </w:pPr>
      <w:r>
        <w:rPr>
          <w:b w:val="0"/>
          <w:i w:val="0"/>
        </w:rPr>
        <w:t>Chương 67</w:t>
      </w:r>
    </w:p>
    <w:p>
      <w:pPr>
        <w:spacing w:after="80"/>
      </w:pPr>
      <w:r>
        <w:rPr>
          <w:b w:val="0"/>
          <w:i w:val="0"/>
        </w:rPr>
        <w:t>Chương 68</w:t>
      </w:r>
    </w:p>
    <w:p>
      <w:pPr>
        <w:spacing w:after="80"/>
      </w:pPr>
      <w:r>
        <w:rPr>
          <w:b w:val="0"/>
          <w:i w:val="0"/>
        </w:rPr>
        <w:t>Chương 69</w:t>
      </w:r>
    </w:p>
    <w:p>
      <w:pPr>
        <w:spacing w:after="80"/>
      </w:pPr>
      <w:r>
        <w:rPr>
          <w:b w:val="0"/>
          <w:i w:val="0"/>
        </w:rPr>
        <w:t>Chương 70</w:t>
      </w:r>
    </w:p>
    <w:p>
      <w:pPr>
        <w:spacing w:after="80"/>
      </w:pPr>
      <w:r>
        <w:rPr>
          <w:b w:val="0"/>
          <w:i w:val="0"/>
        </w:rPr>
        <w:t>Chương 71</w:t>
      </w:r>
    </w:p>
    <w:p>
      <w:pPr>
        <w:spacing w:after="80"/>
      </w:pPr>
      <w:r>
        <w:rPr>
          <w:b w:val="0"/>
          <w:i w:val="0"/>
        </w:rPr>
        <w:t>Chương 72</w:t>
      </w:r>
    </w:p>
    <w:p>
      <w:pPr>
        <w:spacing w:after="80"/>
      </w:pPr>
      <w:r>
        <w:rPr>
          <w:b w:val="0"/>
          <w:i w:val="0"/>
        </w:rPr>
        <w:t>Chương 73</w:t>
      </w:r>
    </w:p>
    <w:p>
      <w:pPr>
        <w:spacing w:after="80"/>
      </w:pPr>
      <w:r>
        <w:rPr>
          <w:b w:val="0"/>
          <w:i w:val="0"/>
        </w:rPr>
        <w:t>Chương 74</w:t>
      </w:r>
    </w:p>
    <w:p>
      <w:pPr>
        <w:spacing w:after="80"/>
      </w:pPr>
      <w:r>
        <w:rPr>
          <w:b w:val="0"/>
          <w:i w:val="0"/>
        </w:rPr>
        <w:t>Chương 75</w:t>
      </w:r>
    </w:p>
    <w:p>
      <w:pPr>
        <w:spacing w:after="80"/>
      </w:pPr>
      <w:r>
        <w:rPr>
          <w:b w:val="0"/>
          <w:i w:val="0"/>
        </w:rPr>
        <w:t>Chương 76</w:t>
      </w:r>
    </w:p>
    <w:p>
      <w:pPr>
        <w:spacing w:after="80"/>
      </w:pPr>
      <w:r>
        <w:rPr>
          <w:b w:val="0"/>
          <w:i w:val="0"/>
        </w:rPr>
        <w:t>Chương 77</w:t>
      </w:r>
    </w:p>
    <w:p>
      <w:pPr>
        <w:spacing w:after="80"/>
      </w:pPr>
      <w:r>
        <w:rPr>
          <w:b w:val="0"/>
          <w:i w:val="0"/>
        </w:rPr>
        <w:t>Chương 78</w:t>
      </w:r>
    </w:p>
    <w:p>
      <w:pPr>
        <w:spacing w:after="80"/>
      </w:pPr>
      <w:r>
        <w:rPr>
          <w:b w:val="0"/>
          <w:i w:val="0"/>
        </w:rPr>
        <w:t>Chương 79</w:t>
      </w:r>
    </w:p>
    <w:p>
      <w:pPr>
        <w:spacing w:after="80"/>
      </w:pPr>
      <w:r>
        <w:rPr>
          <w:b w:val="0"/>
          <w:i w:val="0"/>
        </w:rPr>
        <w:t>Chương 80</w:t>
      </w:r>
    </w:p>
    <w:p>
      <w:pPr>
        <w:spacing w:after="80"/>
      </w:pPr>
      <w:r>
        <w:rPr>
          <w:b w:val="0"/>
          <w:i w:val="0"/>
        </w:rPr>
        <w:t>Chương 81</w:t>
      </w:r>
    </w:p>
    <w:p>
      <w:pPr>
        <w:spacing w:after="80"/>
      </w:pPr>
      <w:r>
        <w:rPr>
          <w:b w:val="0"/>
          <w:i w:val="0"/>
        </w:rPr>
        <w:t>Chương 82</w:t>
      </w:r>
    </w:p>
    <w:p>
      <w:pPr>
        <w:spacing w:after="80"/>
      </w:pPr>
      <w:r>
        <w:rPr>
          <w:b w:val="0"/>
          <w:i w:val="0"/>
        </w:rPr>
        <w:t>Chương 83</w:t>
      </w:r>
    </w:p>
    <w:p>
      <w:pPr>
        <w:spacing w:after="80"/>
      </w:pPr>
      <w:r>
        <w:rPr>
          <w:b w:val="0"/>
          <w:i w:val="0"/>
        </w:rPr>
        <w:t>Chương 84</w:t>
      </w:r>
    </w:p>
    <w:p>
      <w:pPr>
        <w:spacing w:after="80"/>
      </w:pPr>
      <w:r>
        <w:rPr>
          <w:b w:val="0"/>
          <w:i w:val="0"/>
        </w:rPr>
        <w:t>Chương 85</w:t>
      </w:r>
    </w:p>
    <w:p>
      <w:pPr>
        <w:spacing w:after="80"/>
      </w:pPr>
      <w:r>
        <w:rPr>
          <w:b w:val="0"/>
          <w:i w:val="0"/>
        </w:rPr>
        <w:t>Chương 86</w:t>
      </w:r>
    </w:p>
    <w:p>
      <w:pPr>
        <w:spacing w:after="80"/>
      </w:pPr>
      <w:r>
        <w:rPr>
          <w:b w:val="0"/>
          <w:i w:val="0"/>
        </w:rPr>
        <w:t>Chương 87</w:t>
      </w:r>
    </w:p>
    <w:p>
      <w:pPr>
        <w:spacing w:after="80"/>
      </w:pPr>
      <w:r>
        <w:rPr>
          <w:b w:val="0"/>
          <w:i w:val="0"/>
        </w:rPr>
        <w:t>Chương 88</w:t>
      </w:r>
    </w:p>
    <w:p>
      <w:pPr>
        <w:spacing w:after="80"/>
      </w:pPr>
      <w:r>
        <w:rPr>
          <w:b w:val="0"/>
          <w:i w:val="0"/>
        </w:rPr>
        <w:t>Chương 89</w:t>
      </w:r>
    </w:p>
    <w:p>
      <w:pPr>
        <w:spacing w:after="80"/>
      </w:pPr>
      <w:r>
        <w:rPr>
          <w:b w:val="0"/>
          <w:i w:val="0"/>
        </w:rPr>
        <w:t>Chương 90</w:t>
      </w:r>
    </w:p>
    <w:p>
      <w:pPr>
        <w:spacing w:after="80"/>
      </w:pPr>
      <w:r>
        <w:rPr>
          <w:b w:val="0"/>
          <w:i w:val="0"/>
        </w:rPr>
        <w:t>Chương 91</w:t>
      </w:r>
    </w:p>
    <w:p>
      <w:pPr>
        <w:spacing w:after="80"/>
      </w:pPr>
      <w:r>
        <w:rPr>
          <w:b w:val="0"/>
          <w:i w:val="0"/>
        </w:rPr>
        <w:t>Chương 92</w:t>
      </w:r>
    </w:p>
    <w:p>
      <w:pPr>
        <w:spacing w:after="80"/>
      </w:pPr>
      <w:r>
        <w:rPr>
          <w:b w:val="0"/>
          <w:i w:val="0"/>
        </w:rPr>
        <w:t>Chương 93</w:t>
      </w:r>
    </w:p>
    <w:p>
      <w:pPr>
        <w:spacing w:after="80"/>
      </w:pPr>
      <w:r>
        <w:rPr>
          <w:b w:val="0"/>
          <w:i w:val="0"/>
        </w:rPr>
        <w:t>Chương 94</w:t>
      </w:r>
    </w:p>
    <w:p>
      <w:pPr>
        <w:spacing w:after="80"/>
      </w:pPr>
      <w:r>
        <w:rPr>
          <w:b w:val="0"/>
          <w:i w:val="0"/>
        </w:rPr>
        <w:t>Chương 95</w:t>
      </w:r>
    </w:p>
    <w:p>
      <w:pPr>
        <w:spacing w:after="80"/>
      </w:pPr>
      <w:r>
        <w:rPr>
          <w:b w:val="0"/>
          <w:i w:val="0"/>
        </w:rPr>
        <w:t>Chương 96</w:t>
      </w:r>
    </w:p>
    <w:p>
      <w:pPr>
        <w:spacing w:after="80"/>
      </w:pPr>
      <w:r>
        <w:rPr>
          <w:b w:val="0"/>
          <w:i w:val="0"/>
        </w:rPr>
        <w:t>Chương 97</w:t>
      </w:r>
    </w:p>
    <w:p>
      <w:pPr>
        <w:spacing w:after="80"/>
      </w:pPr>
      <w:r>
        <w:rPr>
          <w:b w:val="0"/>
          <w:i w:val="0"/>
        </w:rPr>
        <w:t>Chương 98</w:t>
      </w:r>
    </w:p>
    <w:p>
      <w:pPr>
        <w:spacing w:after="80"/>
      </w:pPr>
      <w:r>
        <w:rPr>
          <w:b w:val="0"/>
          <w:i w:val="0"/>
        </w:rPr>
        <w:t>Chương 99</w:t>
      </w:r>
    </w:p>
    <w:p>
      <w:pPr>
        <w:spacing w:after="80"/>
      </w:pPr>
      <w:r>
        <w:rPr>
          <w:b w:val="0"/>
          <w:i w:val="0"/>
        </w:rPr>
        <w:t>Chương 100</w:t>
      </w:r>
    </w:p>
    <w:p>
      <w:pPr>
        <w:spacing w:after="80"/>
      </w:pPr>
      <w:r>
        <w:rPr>
          <w:b w:val="0"/>
          <w:i w:val="0"/>
        </w:rPr>
        <w:t>Chương 101</w:t>
      </w:r>
    </w:p>
    <w:p>
      <w:pPr>
        <w:spacing w:after="80"/>
      </w:pPr>
      <w:r>
        <w:rPr>
          <w:b w:val="0"/>
          <w:i w:val="0"/>
        </w:rPr>
        <w:t>Chương 102</w:t>
      </w:r>
    </w:p>
    <w:p>
      <w:pPr>
        <w:spacing w:after="80"/>
      </w:pPr>
      <w:r>
        <w:rPr>
          <w:b w:val="0"/>
          <w:i w:val="0"/>
        </w:rPr>
        <w:t>Chương 103</w:t>
      </w:r>
    </w:p>
    <w:p>
      <w:pPr>
        <w:spacing w:after="80"/>
      </w:pPr>
      <w:r>
        <w:rPr>
          <w:b w:val="0"/>
          <w:i w:val="0"/>
        </w:rPr>
        <w:t>Chương 104</w:t>
      </w:r>
    </w:p>
    <w:p>
      <w:pPr>
        <w:spacing w:after="80"/>
      </w:pPr>
      <w:r>
        <w:rPr>
          <w:b w:val="0"/>
          <w:i w:val="0"/>
        </w:rPr>
        <w:t>Chương 105</w:t>
      </w:r>
    </w:p>
    <w:p>
      <w:pPr>
        <w:spacing w:after="80"/>
      </w:pPr>
      <w:r>
        <w:rPr>
          <w:b w:val="0"/>
          <w:i w:val="0"/>
        </w:rPr>
        <w:t>Chương 106</w:t>
      </w:r>
    </w:p>
    <w:p>
      <w:pPr>
        <w:spacing w:after="80"/>
      </w:pPr>
      <w:r>
        <w:rPr>
          <w:b w:val="0"/>
          <w:i w:val="0"/>
        </w:rPr>
        <w:t>Chương 107</w:t>
      </w:r>
    </w:p>
    <w:p>
      <w:pPr>
        <w:spacing w:after="80"/>
      </w:pPr>
      <w:r>
        <w:rPr>
          <w:b w:val="0"/>
          <w:i w:val="0"/>
        </w:rPr>
        <w:t>Chương 108</w:t>
      </w:r>
    </w:p>
    <w:p>
      <w:pPr>
        <w:spacing w:after="80"/>
      </w:pPr>
      <w:r>
        <w:rPr>
          <w:b w:val="0"/>
          <w:i w:val="0"/>
        </w:rPr>
        <w:t>Chương 109</w:t>
      </w:r>
    </w:p>
    <w:p>
      <w:pPr>
        <w:spacing w:after="80"/>
      </w:pPr>
      <w:r>
        <w:rPr>
          <w:b w:val="0"/>
          <w:i w:val="0"/>
        </w:rPr>
        <w:t>Chương 110</w:t>
      </w:r>
    </w:p>
    <w:p>
      <w:pPr>
        <w:spacing w:after="80"/>
      </w:pPr>
      <w:r>
        <w:rPr>
          <w:b w:val="0"/>
          <w:i w:val="0"/>
        </w:rPr>
        <w:t>Chương 111</w:t>
      </w:r>
    </w:p>
    <w:p>
      <w:pPr>
        <w:spacing w:after="80"/>
      </w:pPr>
      <w:r>
        <w:rPr>
          <w:b w:val="0"/>
          <w:i w:val="0"/>
        </w:rPr>
        <w:t>Chương 112</w:t>
      </w:r>
    </w:p>
    <w:p>
      <w:pPr>
        <w:spacing w:after="80"/>
      </w:pPr>
      <w:r>
        <w:rPr>
          <w:b w:val="0"/>
          <w:i w:val="0"/>
        </w:rPr>
        <w:t>Chương 113</w:t>
      </w:r>
    </w:p>
    <w:p>
      <w:pPr>
        <w:spacing w:after="80"/>
      </w:pPr>
      <w:r>
        <w:rPr>
          <w:b w:val="0"/>
          <w:i w:val="0"/>
        </w:rPr>
        <w:t>Chương 114</w:t>
      </w:r>
    </w:p>
    <w:p>
      <w:pPr>
        <w:spacing w:after="80"/>
      </w:pPr>
      <w:r>
        <w:rPr>
          <w:b w:val="0"/>
          <w:i w:val="0"/>
        </w:rPr>
        <w:t>Chương 115</w:t>
      </w:r>
    </w:p>
    <w:p>
      <w:pPr>
        <w:spacing w:after="80"/>
      </w:pPr>
      <w:r>
        <w:rPr>
          <w:b w:val="0"/>
          <w:i w:val="0"/>
        </w:rPr>
        <w:t>Chương 116</w:t>
      </w:r>
    </w:p>
    <w:p>
      <w:pPr>
        <w:spacing w:after="80"/>
      </w:pPr>
      <w:r>
        <w:rPr>
          <w:b w:val="0"/>
          <w:i w:val="0"/>
        </w:rPr>
        <w:t>Chương 117</w:t>
      </w:r>
    </w:p>
    <w:p>
      <w:pPr>
        <w:spacing w:after="80"/>
      </w:pPr>
      <w:r>
        <w:rPr>
          <w:b w:val="0"/>
          <w:i w:val="0"/>
        </w:rPr>
        <w:t>Chương 118</w:t>
      </w:r>
    </w:p>
    <w:p>
      <w:pPr>
        <w:spacing w:after="80"/>
      </w:pPr>
      <w:r>
        <w:rPr>
          <w:b w:val="0"/>
          <w:i w:val="0"/>
        </w:rPr>
        <w:t>Chương 119</w:t>
      </w:r>
    </w:p>
    <w:p>
      <w:pPr>
        <w:spacing w:after="80"/>
      </w:pPr>
      <w:r>
        <w:rPr>
          <w:b w:val="0"/>
          <w:i w:val="0"/>
        </w:rPr>
        <w:t>Chương 120</w:t>
      </w:r>
    </w:p>
    <w:p>
      <w:pPr>
        <w:spacing w:after="80"/>
      </w:pPr>
      <w:r>
        <w:rPr>
          <w:b w:val="0"/>
          <w:i w:val="0"/>
        </w:rPr>
        <w:t>Chương 121</w:t>
      </w:r>
    </w:p>
    <w:p>
      <w:pPr>
        <w:spacing w:after="80"/>
      </w:pPr>
      <w:r>
        <w:rPr>
          <w:b w:val="0"/>
          <w:i w:val="0"/>
        </w:rPr>
        <w:t>Chương 122</w:t>
      </w:r>
    </w:p>
    <w:p>
      <w:pPr>
        <w:spacing w:after="80"/>
      </w:pPr>
      <w:r>
        <w:rPr>
          <w:b w:val="0"/>
          <w:i w:val="0"/>
        </w:rPr>
        <w:t>Chương 123</w:t>
      </w:r>
    </w:p>
    <w:p>
      <w:pPr>
        <w:spacing w:after="80"/>
      </w:pPr>
      <w:r>
        <w:rPr>
          <w:b w:val="0"/>
          <w:i w:val="0"/>
        </w:rPr>
        <w:t>Chương 124</w:t>
      </w:r>
    </w:p>
    <w:p>
      <w:pPr>
        <w:spacing w:after="80"/>
      </w:pPr>
      <w:r>
        <w:rPr>
          <w:b w:val="0"/>
          <w:i w:val="0"/>
        </w:rPr>
        <w:t>Chương 125</w:t>
      </w:r>
    </w:p>
    <w:p>
      <w:pPr>
        <w:spacing w:after="80"/>
      </w:pPr>
      <w:r>
        <w:rPr>
          <w:b w:val="0"/>
          <w:i w:val="0"/>
        </w:rPr>
        <w:t>Chương 126</w:t>
      </w:r>
    </w:p>
    <w:p>
      <w:pPr>
        <w:spacing w:after="80"/>
      </w:pPr>
      <w:r>
        <w:rPr>
          <w:b w:val="0"/>
          <w:i w:val="0"/>
        </w:rPr>
        <w:t>Chương 127</w:t>
      </w:r>
    </w:p>
    <w:p>
      <w:pPr>
        <w:spacing w:after="80"/>
      </w:pPr>
      <w:r>
        <w:rPr>
          <w:b w:val="0"/>
          <w:i w:val="0"/>
        </w:rPr>
        <w:t>Chương 128</w:t>
      </w:r>
    </w:p>
    <w:p>
      <w:pPr>
        <w:spacing w:after="80"/>
      </w:pPr>
      <w:r>
        <w:rPr>
          <w:b w:val="0"/>
          <w:i w:val="0"/>
        </w:rPr>
        <w:t>Chương 129</w:t>
      </w:r>
    </w:p>
    <w:p>
      <w:pPr>
        <w:spacing w:after="80"/>
      </w:pPr>
      <w:r>
        <w:rPr>
          <w:b w:val="0"/>
          <w:i w:val="0"/>
        </w:rPr>
        <w:t>Chương 130</w:t>
      </w:r>
    </w:p>
    <w:p>
      <w:pPr>
        <w:spacing w:after="80"/>
      </w:pPr>
      <w:r>
        <w:rPr>
          <w:b w:val="0"/>
          <w:i w:val="0"/>
        </w:rPr>
        <w:t>Chương 131</w:t>
      </w:r>
    </w:p>
    <w:p>
      <w:pPr>
        <w:spacing w:after="80"/>
      </w:pPr>
      <w:r>
        <w:rPr>
          <w:b w:val="0"/>
          <w:i w:val="0"/>
        </w:rPr>
        <w:t>Chương 132</w:t>
      </w:r>
    </w:p>
    <w:p>
      <w:pPr>
        <w:spacing w:after="80"/>
      </w:pPr>
      <w:r>
        <w:rPr>
          <w:b w:val="0"/>
          <w:i w:val="0"/>
        </w:rPr>
        <w:t>Chương 133</w:t>
      </w:r>
    </w:p>
    <w:p>
      <w:pPr>
        <w:spacing w:after="80"/>
      </w:pPr>
      <w:r>
        <w:rPr>
          <w:b w:val="0"/>
          <w:i w:val="0"/>
        </w:rPr>
        <w:t>Chương 134</w:t>
      </w:r>
    </w:p>
    <w:p>
      <w:pPr>
        <w:spacing w:after="80"/>
      </w:pPr>
      <w:r>
        <w:rPr>
          <w:b w:val="0"/>
          <w:i w:val="0"/>
        </w:rPr>
        <w:t>Chương 135</w:t>
      </w:r>
    </w:p>
    <w:p>
      <w:pPr>
        <w:spacing w:after="80"/>
      </w:pPr>
      <w:r>
        <w:rPr>
          <w:b w:val="0"/>
          <w:i w:val="0"/>
        </w:rPr>
        <w:t>Chương 136</w:t>
      </w:r>
    </w:p>
    <w:p>
      <w:pPr>
        <w:spacing w:after="80"/>
      </w:pPr>
      <w:r>
        <w:rPr>
          <w:b w:val="0"/>
          <w:i w:val="0"/>
        </w:rPr>
        <w:t>Chương 137</w:t>
      </w:r>
    </w:p>
    <w:p>
      <w:pPr>
        <w:spacing w:after="80"/>
      </w:pPr>
      <w:r>
        <w:rPr>
          <w:b w:val="0"/>
          <w:i w:val="0"/>
        </w:rPr>
        <w:t>Chương 138</w:t>
      </w:r>
    </w:p>
    <w:p>
      <w:pPr>
        <w:spacing w:after="80"/>
      </w:pPr>
      <w:r>
        <w:rPr>
          <w:b w:val="0"/>
          <w:i w:val="0"/>
        </w:rPr>
        <w:t>Chương 139</w:t>
      </w:r>
    </w:p>
    <w:p>
      <w:pPr>
        <w:spacing w:after="80"/>
      </w:pPr>
      <w:r>
        <w:rPr>
          <w:b w:val="0"/>
          <w:i w:val="0"/>
        </w:rPr>
        <w:t>Phần kết</w:t>
      </w:r>
    </w:p>
    <w:p>
      <w:pPr>
        <w:spacing w:after="80"/>
      </w:pPr>
      <w:r>
        <w:rPr>
          <w:b w:val="0"/>
          <w:i w:val="0"/>
        </w:rPr>
        <w:t>Lời cảm ơn</w:t>
      </w:r>
    </w:p>
    <w:p>
      <w:pPr>
        <w:spacing w:after="80"/>
      </w:pPr>
      <w:r>
        <w:rPr>
          <w:b w:val="0"/>
          <w:i w:val="0"/>
        </w:rPr>
        <w:t>Nguồn hình minh họa</w:t>
      </w:r>
    </w:p>
    <w:p>
      <w:pPr>
        <w:spacing w:after="80"/>
      </w:pPr>
      <w:r>
        <w:rPr>
          <w:b w:val="0"/>
          <w:i w:val="0"/>
        </w:rPr>
        <w:t>Giới thiệu về tác giả</w:t>
      </w:r>
    </w:p>
    <w:p>
      <w:pPr>
        <w:spacing w:after="80"/>
      </w:pPr>
      <w:r>
        <w:rPr>
          <w:b w:val="0"/>
          <w:i w:val="0"/>
        </w:rPr>
        <w:t>Phụ lục: Mô tả hình ảnh</w:t>
      </w:r>
    </w:p>
    <w:p>
      <w:pPr>
        <w:spacing w:after="80"/>
      </w:pPr>
      <w:r>
        <w:rPr>
          <w:b w:val="0"/>
          <w:i w:val="0"/>
        </w:rPr>
        <w:t>_157858251_</w:t>
      </w:r>
    </w:p>
    <w:p>
      <w:pPr>
        <w:spacing w:after="80"/>
      </w:pPr>
      <w:r>
        <w:rPr>
          <w:b w:val="0"/>
          <w:i w:val="0"/>
        </w:rPr>
        <w:t>Gửi đến biên tập viên và người bạn thân nhất của tôi, Jason Kaufman,</w:t>
      </w:r>
    </w:p>
    <w:p>
      <w:pPr>
        <w:spacing w:after="80"/>
      </w:pPr>
      <w:r>
        <w:rPr>
          <w:b w:val="0"/>
          <w:i w:val="0"/>
        </w:rPr>
        <w:t>thiếu họ thì việc viết nên những cuốn tiểu thuyết này gần như bất khả thi…</w:t>
      </w:r>
    </w:p>
    <w:p>
      <w:pPr>
        <w:spacing w:after="80"/>
      </w:pPr>
      <w:r>
        <w:rPr>
          <w:b w:val="0"/>
          <w:i w:val="0"/>
        </w:rPr>
        <w:t>và kém vui đi rất nhiều</w:t>
      </w:r>
    </w:p>
    <w:p>
      <w:pPr>
        <w:spacing w:after="80"/>
      </w:pPr>
      <w:r>
        <w:rPr>
          <w:b w:val="0"/>
          <w:i w:val="0"/>
        </w:rPr>
        <w:t>Ngày mà khoa học bắt đầu nghiên cứu các hiện tượng phi vật lý, nó sẽ tiến bộ trong một thập kỷ nhiều hơn tất cả các thế kỷ trước cộng lại.</w:t>
      </w:r>
    </w:p>
    <w:p>
      <w:pPr>
        <w:spacing w:after="80"/>
      </w:pPr>
      <w:r>
        <w:rPr>
          <w:b w:val="0"/>
          <w:i w:val="0"/>
        </w:rPr>
        <w:t>—Nikola Tesla</w:t>
      </w:r>
    </w:p>
    <w:p>
      <w:pPr>
        <w:pStyle w:val="Heading1"/>
      </w:pPr>
      <w:r>
        <w:rPr>
          <w:rFonts w:ascii="Calibri" w:hAnsi="Calibri"/>
          <w:b/>
          <w:i w:val="0"/>
          <w:sz w:val="40"/>
        </w:rPr>
        <w:t>Sự thật:</w:t>
      </w:r>
    </w:p>
    <w:p>
      <w:pPr>
        <w:spacing w:after="80"/>
      </w:pPr>
      <w:r>
        <w:rPr>
          <w:b w:val="0"/>
          <w:i w:val="0"/>
        </w:rPr>
        <w:t>Mọi tác phẩm nghệ thuật, hiện vật, biểu tượng và tài liệu trong cuốn tiểu thuyết này đều là thật.</w:t>
      </w:r>
    </w:p>
    <w:p>
      <w:pPr>
        <w:spacing w:after="80"/>
      </w:pPr>
      <w:r>
        <w:rPr>
          <w:b w:val="0"/>
          <w:i w:val="0"/>
        </w:rPr>
        <w:t>Mọi thí nghiệm, công nghệ và kết quả khoa học đều đúng với thực tế.</w:t>
      </w:r>
    </w:p>
    <w:p>
      <w:pPr>
        <w:spacing w:after="80"/>
      </w:pPr>
      <w:r>
        <w:rPr>
          <w:b w:val="0"/>
          <w:i w:val="0"/>
        </w:rPr>
        <w:t>Mọi tổ chức trong cuốn tiểu thuyết này đều có thật.</w:t>
      </w:r>
    </w:p>
    <w:p>
      <w:pPr>
        <w:jc w:val="center"/>
      </w:pPr>
      <w:r>
        <w:drawing>
          <wp:inline xmlns:a="http://schemas.openxmlformats.org/drawingml/2006/main" xmlns:pic="http://schemas.openxmlformats.org/drawingml/2006/picture">
            <wp:extent cx="5486400" cy="4169092"/>
            <wp:docPr id="3" name="Picture 3"/>
            <wp:cNvGraphicFramePr>
              <a:graphicFrameLocks noChangeAspect="1"/>
            </wp:cNvGraphicFramePr>
            <a:graphic>
              <a:graphicData uri="http://schemas.openxmlformats.org/drawingml/2006/picture">
                <pic:pic>
                  <pic:nvPicPr>
                    <pic:cNvPr id="0" name="image_rsrc8XD.jpg"/>
                    <pic:cNvPicPr/>
                  </pic:nvPicPr>
                  <pic:blipFill>
                    <a:blip r:embed="rId11"/>
                    <a:stretch>
                      <a:fillRect/>
                    </a:stretch>
                  </pic:blipFill>
                  <pic:spPr>
                    <a:xfrm>
                      <a:off x="0" y="0"/>
                      <a:ext cx="5486400" cy="4169092"/>
                    </a:xfrm>
                    <a:prstGeom prst="rect"/>
                  </pic:spPr>
                </pic:pic>
              </a:graphicData>
            </a:graphic>
          </wp:inline>
        </w:drawing>
      </w:r>
    </w:p>
    <w:p>
      <w:pPr>
        <w:pStyle w:val="Heading1"/>
      </w:pPr>
      <w:r>
        <w:rPr>
          <w:rFonts w:ascii="Calibri" w:hAnsi="Calibri"/>
          <w:b/>
          <w:i w:val="0"/>
          <w:sz w:val="40"/>
        </w:rPr>
        <w:t>Lời mở đầu</w:t>
      </w:r>
    </w:p>
    <w:p>
      <w:pPr>
        <w:spacing w:after="80"/>
      </w:pPr>
      <w:r>
        <w:rPr>
          <w:b w:val="0"/>
          <w:i/>
        </w:rPr>
        <w:t>Chắc mình đã chết rồi,</w:t>
      </w:r>
      <w:r>
        <w:rPr>
          <w:b w:val="0"/>
          <w:i w:val="0"/>
        </w:rPr>
        <w:t xml:space="preserve"> người phụ nữ nghĩ.</w:t>
      </w:r>
    </w:p>
    <w:p>
      <w:pPr>
        <w:spacing w:after="80"/>
      </w:pPr>
      <w:r>
        <w:rPr>
          <w:b w:val="0"/>
          <w:i w:val="0"/>
        </w:rPr>
        <w:t>Cô đang trôi lơ lửng trên cao, phía trên những ngọn tháp của thành phố cổ. Bên dưới cô, những tòa tháp rực sáng của Nhà thờ Thánh Vitus tỏa sáng trên một biển ánh đèn lấp lánh. Bằng đôi mắt, nếu cô còn đôi mắt, cô lần theo con dốc thoai thoải của Đồi Lâu đài xuống tận trung tâm thủ đô Bohemia, men theo mê cung những con phố quanh co phủ mình trong tấm chăn tuyết mới.</w:t>
      </w:r>
    </w:p>
    <w:p>
      <w:pPr>
        <w:spacing w:after="80"/>
      </w:pPr>
      <w:r>
        <w:rPr>
          <w:b w:val="0"/>
          <w:i w:val="0"/>
        </w:rPr>
        <w:t>Prague.</w:t>
      </w:r>
    </w:p>
    <w:p>
      <w:pPr>
        <w:spacing w:after="80"/>
      </w:pPr>
      <w:r>
        <w:rPr>
          <w:b w:val="0"/>
          <w:i w:val="0"/>
        </w:rPr>
        <w:t>Bối rối, cô cố gắng hiểu cho ra tình cảnh của mình.</w:t>
      </w:r>
    </w:p>
    <w:p>
      <w:pPr>
        <w:spacing w:after="80"/>
      </w:pPr>
      <w:r>
        <w:rPr>
          <w:b w:val="0"/>
          <w:i/>
        </w:rPr>
        <w:t>Mình là nhà thần kinh học,</w:t>
      </w:r>
      <w:r>
        <w:rPr>
          <w:b w:val="0"/>
          <w:i w:val="0"/>
        </w:rPr>
        <w:t xml:space="preserve"> cô tự trấn an. </w:t>
      </w:r>
      <w:r>
        <w:rPr>
          <w:b w:val="0"/>
          <w:i/>
        </w:rPr>
        <w:t>Mình vẫn minh mẫn.</w:t>
      </w:r>
    </w:p>
    <w:p>
      <w:pPr>
        <w:spacing w:after="80"/>
      </w:pPr>
      <w:r>
        <w:rPr>
          <w:b w:val="0"/>
          <w:i w:val="0"/>
        </w:rPr>
        <w:t>Câu thứ hai đó, cô quyết định, đáng ngờ lắm.</w:t>
      </w:r>
    </w:p>
    <w:p>
      <w:pPr>
        <w:spacing w:after="80"/>
      </w:pPr>
      <w:r>
        <w:rPr>
          <w:b w:val="0"/>
          <w:i w:val="0"/>
        </w:rPr>
        <w:t xml:space="preserve">Điều duy nhất mà Tiến sĩ Brigita Gessner biết chắc chắn lúc này là cô đang lơ lửng trên thành phố quê hương Prague của mình. Cơ thể cô không ở cùng cô. Cô không có khối lượng và không có hình dạng. Vậy mà phần còn lại của cô, cái </w:t>
      </w:r>
      <w:r>
        <w:rPr>
          <w:b w:val="0"/>
          <w:i/>
        </w:rPr>
        <w:t>thật sự</w:t>
      </w:r>
      <w:r>
        <w:rPr>
          <w:b w:val="0"/>
          <w:i w:val="0"/>
        </w:rPr>
        <w:t xml:space="preserve"> là cô—bản chất cô, ý thức cô—dường như vẫn nguyên vẹn và tỉnh táo, chầm chậm trôi trong không trung về hướng sông Vltava.</w:t>
      </w:r>
    </w:p>
    <w:p>
      <w:pPr>
        <w:spacing w:after="80"/>
      </w:pPr>
      <w:r>
        <w:rPr>
          <w:b w:val="0"/>
          <w:i w:val="0"/>
        </w:rPr>
        <w:t>Gessner chẳng thể nhớ nổi điều gì trong quá khứ gần đây của mình, ngoại trừ một ký ức mờ nhạt về nỗi đau thể xác, nhưng cơ thể cô lúc này dường như chỉ còn là bầu không khí mà cô đang lơ lửng trong đó. Cảm giác này khác hẳn bất cứ điều gì cô từng trải qua. Chống lại mọi bản năng trí tuệ của mình, Gessner chỉ có thể tìm ra một lời giải thích.</w:t>
      </w:r>
    </w:p>
    <w:p>
      <w:pPr>
        <w:spacing w:after="80"/>
      </w:pPr>
      <w:r>
        <w:rPr>
          <w:b w:val="0"/>
          <w:i w:val="0"/>
        </w:rPr>
        <w:t>Mình đã chết. Đây là thế giới bên kia.</w:t>
      </w:r>
    </w:p>
    <w:p>
      <w:pPr>
        <w:spacing w:after="80"/>
      </w:pPr>
      <w:r>
        <w:rPr>
          <w:b w:val="0"/>
          <w:i w:val="0"/>
        </w:rPr>
        <w:t>Ngay khi ý nghĩ đó vừa thành hình, cô đã bác bỏ nó vì cho rằng thật vô lý.</w:t>
      </w:r>
    </w:p>
    <w:p>
      <w:pPr>
        <w:spacing w:after="80"/>
      </w:pPr>
      <w:r>
        <w:rPr>
          <w:b w:val="0"/>
          <w:i w:val="0"/>
        </w:rPr>
        <w:t>Thế giới bên kia là một ảo tưởng chung…được tạo ra để khiến cuộc sống thực tại của chúng ta trở nên dễ chịu hơn.</w:t>
      </w:r>
    </w:p>
    <w:p>
      <w:pPr>
        <w:spacing w:after="80"/>
      </w:pPr>
      <w:r>
        <w:rPr>
          <w:b w:val="0"/>
          <w:i w:val="0"/>
        </w:rPr>
        <w:t>Là một bác sĩ, Gessner hiểu tường tận về cái chết, và cả về tính dứt khoát của nó. Hồi còn học y khoa, khi mổ xẻ những bộ não người, Gessner dần hiểu rằng tất cả những phẩm chất cá nhân làm nên con người chúng ta—những hy vọng, nỗi sợ, giấc mơ, ký ức—chẳng qua chỉ là những hợp chất hóa học được giữ lơ lửng nhờ các điện tích trong não bộ. Khi một người chết đi, nguồn năng lượng của bộ não bị cắt đứt, và tất cả những chất hóa học đó đơn giản là tan vào một vũng chất lỏng vô nghĩa, xóa sạch mọi dấu vết cuối cùng về con người mà người đó từng là.</w:t>
      </w:r>
    </w:p>
    <w:p>
      <w:pPr>
        <w:spacing w:after="80"/>
      </w:pPr>
      <w:r>
        <w:rPr>
          <w:b w:val="0"/>
          <w:i w:val="0"/>
        </w:rPr>
        <w:t>Khi bạn chết, là bạn chết.</w:t>
      </w:r>
    </w:p>
    <w:p>
      <w:pPr>
        <w:spacing w:after="80"/>
      </w:pPr>
      <w:r>
        <w:rPr>
          <w:b w:val="0"/>
          <w:i w:val="0"/>
        </w:rPr>
        <w:t>Hết.</w:t>
      </w:r>
    </w:p>
    <w:p>
      <w:pPr>
        <w:spacing w:after="80"/>
      </w:pPr>
      <w:r>
        <w:rPr>
          <w:b w:val="0"/>
          <w:i w:val="0"/>
        </w:rPr>
        <w:t xml:space="preserve">Thế nhưng giờ đây, khi lướt qua những khu vườn đối xứng của Cung điện Wallenstein, cô lại cảm thấy mình vô cùng sống động. Cô nhìn tuyết rơi quanh mình—hay là </w:t>
      </w:r>
      <w:r>
        <w:rPr>
          <w:b w:val="0"/>
          <w:i/>
        </w:rPr>
        <w:t>xuyên qua</w:t>
      </w:r>
      <w:r>
        <w:rPr>
          <w:b w:val="0"/>
          <w:i w:val="0"/>
        </w:rPr>
        <w:t xml:space="preserve"> mình?—và lạ thay, cô chẳng cảm thấy chút lạnh nào. Cứ như thể tâm trí cô chỉ đơn thuần lơ lửng trong không gian, với mọi lý trí và logic vẫn nguyên vẹn.</w:t>
      </w:r>
    </w:p>
    <w:p>
      <w:pPr>
        <w:spacing w:after="80"/>
      </w:pPr>
      <w:r>
        <w:rPr>
          <w:b w:val="0"/>
          <w:i/>
        </w:rPr>
        <w:t>Mình vẫn có chức năng não,</w:t>
      </w:r>
      <w:r>
        <w:rPr>
          <w:b w:val="0"/>
          <w:i w:val="0"/>
        </w:rPr>
        <w:t xml:space="preserve"> cô tự nhủ. </w:t>
      </w:r>
      <w:r>
        <w:rPr>
          <w:b w:val="0"/>
          <w:i/>
        </w:rPr>
        <w:t>Vậy thì mình hẳn vẫn còn sống.</w:t>
      </w:r>
    </w:p>
    <w:p>
      <w:pPr>
        <w:spacing w:after="80"/>
      </w:pPr>
      <w:r>
        <w:rPr>
          <w:b w:val="0"/>
          <w:i w:val="0"/>
        </w:rPr>
        <w:t>Điều duy nhất Gessner có thể kết luận là cô đang ở trong cơn bùng phát của thứ mà y văn gọi là OBE—trải nghiệm ngoài cơ thể (out-of-body experience)—một ảo giác xảy ra khi bệnh nhân bị thương nặng được hồi sức sau khi đã chết lâm sàng.</w:t>
      </w:r>
    </w:p>
    <w:p>
      <w:pPr>
        <w:spacing w:after="80"/>
      </w:pPr>
      <w:r>
        <w:rPr>
          <w:b w:val="0"/>
          <w:i w:val="0"/>
        </w:rPr>
        <w:t>OBE gần như luôn biểu hiện theo cùng một cách—cảm giác rằng tâm trí của một người đã tạm thời tách khỏi cơ thể vật lý, bay lên và lơ lửng không hình dạng. Dù có cảm giác như trải nghiệm thật, OBE chẳng qua chỉ là những hành trình tưởng tượng, thường được kích hoạt bởi tác động của căng thẳng cực độ và tình trạng thiếu oxy lên não, đôi khi kết hợp với các loại thuốc gây mê trong phòng cấp cứu như ketamine.</w:t>
      </w:r>
    </w:p>
    <w:p>
      <w:pPr>
        <w:spacing w:after="80"/>
      </w:pPr>
      <w:r>
        <w:rPr>
          <w:b w:val="0"/>
          <w:i/>
        </w:rPr>
        <w:t>Mình đang ảo giác ra những hình ảnh này,</w:t>
      </w:r>
      <w:r>
        <w:rPr>
          <w:b w:val="0"/>
          <w:i w:val="0"/>
        </w:rPr>
        <w:t xml:space="preserve"> Gessner tự trấn an, nhìn xuống khúc quanh tối màu của sông Vltava uốn lượn qua thành phố. </w:t>
      </w:r>
      <w:r>
        <w:rPr>
          <w:b w:val="0"/>
          <w:i/>
        </w:rPr>
        <w:t>Nhưng nếu đây là một OBE…thì hẳn mình đang trong quá trình chết.</w:t>
      </w:r>
    </w:p>
    <w:p>
      <w:pPr>
        <w:spacing w:after="80"/>
      </w:pPr>
      <w:r>
        <w:rPr>
          <w:b w:val="0"/>
          <w:i w:val="0"/>
        </w:rPr>
        <w:t>Ngạc nhiên trước sự bình thản của chính mình, Gessner cố nhớ lại chuyện gì đã xảy ra với mình.</w:t>
      </w:r>
    </w:p>
    <w:p>
      <w:pPr>
        <w:spacing w:after="80"/>
      </w:pPr>
      <w:r>
        <w:rPr>
          <w:b w:val="0"/>
          <w:i w:val="0"/>
        </w:rPr>
        <w:t>Mình là một phụ nữ bốn mươi chín tuổi khỏe mạnh…Sao mình lại có thể đang chết chứ?</w:t>
      </w:r>
    </w:p>
    <w:p>
      <w:pPr>
        <w:spacing w:after="80"/>
      </w:pPr>
      <w:r>
        <w:rPr>
          <w:b w:val="0"/>
          <w:i w:val="0"/>
        </w:rPr>
        <w:t>Trong một tia chớp chói lòa, một ký ức đáng sợ hiện lên trong ý thức của Gessner. Giờ cô đã nhận ra cơ thể vật lý của mình đang nằm ở đâu ngay lúc này…và, còn kinh hoàng hơn nữa, thứ gì đang được làm với cô.</w:t>
      </w:r>
    </w:p>
    <w:p>
      <w:pPr>
        <w:spacing w:after="80"/>
      </w:pPr>
      <w:r>
        <w:rPr>
          <w:b w:val="0"/>
          <w:i w:val="0"/>
        </w:rPr>
        <w:t>Cô đang nằm ngửa, bị trói chặt vào một cỗ máy do chính cô tạo ra. Một con quái vật đứng sừng sững trên cô. Sinh vật ấy trông như một kiểu người nguyên thủy đã bò lên từ lòng đất. Khuôn mặt và chiếc sọ không tóc của hắn phủ một lớp đất sét bẩn dày, nứt nẻ và rạn vỡ như bề mặt mặt trăng. Chỉ có đôi mắt đầy hận thù của hắn là còn nhìn thấy được sau lớp mặt nạ bằng đất. Khắc nguệch ngoạc trên trán hắn là ba chữ cái bằng một ngôn ngữ cổ xưa.</w:t>
      </w:r>
    </w:p>
    <w:p>
      <w:pPr>
        <w:spacing w:after="80"/>
      </w:pPr>
      <w:r>
        <w:rPr>
          <w:b w:val="0"/>
          <w:i w:val="0"/>
        </w:rPr>
        <w:t xml:space="preserve">“Sao cô lại làm thế này?!” Gessner đã hét lên trong hoảng loạn. “Ngươi là ai?!” </w:t>
      </w:r>
      <w:r>
        <w:rPr>
          <w:b w:val="0"/>
          <w:i/>
        </w:rPr>
        <w:t>Ngươi là thứ gì?!</w:t>
      </w:r>
    </w:p>
    <w:p>
      <w:pPr>
        <w:spacing w:after="80"/>
      </w:pPr>
      <w:r>
        <w:rPr>
          <w:b w:val="0"/>
          <w:i w:val="0"/>
        </w:rPr>
        <w:t>“Ta là người bảo vệ của cô ấy,” con quái vật đáp. Giọng hắn trống rỗng, chất giọng thoáng pha nét Slavic. “Cô ấy đã tin tưởng ngươi…và ngươi đã phản bội cô ấy.”</w:t>
      </w:r>
    </w:p>
    <w:p>
      <w:pPr>
        <w:spacing w:after="80"/>
      </w:pPr>
      <w:r>
        <w:rPr>
          <w:b w:val="0"/>
          <w:i w:val="0"/>
        </w:rPr>
        <w:t>“Ai?!” Gessner truy hỏi.</w:t>
      </w:r>
    </w:p>
    <w:p>
      <w:pPr>
        <w:spacing w:after="80"/>
      </w:pPr>
      <w:r>
        <w:rPr>
          <w:b w:val="0"/>
          <w:i w:val="0"/>
        </w:rPr>
        <w:t xml:space="preserve">Con quái vật nói ra tên một người phụ nữ, và Gessner cảm thấy một nỗi hoảng loạn đâm xoáy. </w:t>
      </w:r>
      <w:r>
        <w:rPr>
          <w:b w:val="0"/>
          <w:i/>
        </w:rPr>
        <w:t>Sao hắn có thể biết được những gì mình đã làm?!</w:t>
      </w:r>
    </w:p>
    <w:p>
      <w:pPr>
        <w:spacing w:after="80"/>
      </w:pPr>
      <w:r>
        <w:rPr>
          <w:b w:val="0"/>
          <w:i w:val="0"/>
        </w:rPr>
        <w:t>Một khối nặng băng giá hiện ra trong vòng tay cô, và Gessner nhận ra con quái vật đã khởi động quá trình. Ngay khoảnh khắc sau, một điểm đau đớn không thể chịu nổi nở bung trong cánh tay trái cô, lan dọc theo tĩnh mạch giữa khuỷu (median cubital vein), cào xé sắc lẹm hướng về phía vai. “Làm ơn, dừng lại,” cô thều thào.</w:t>
      </w:r>
    </w:p>
    <w:p>
      <w:pPr>
        <w:spacing w:after="80"/>
      </w:pPr>
      <w:r>
        <w:rPr>
          <w:b w:val="0"/>
          <w:i w:val="0"/>
        </w:rPr>
        <w:t>“Kể cho ta nghe mọi thứ,” hắn ra lệnh khi cảm giác đau đớn tột cùng chạm tới nách cô.</w:t>
      </w:r>
    </w:p>
    <w:p>
      <w:pPr>
        <w:spacing w:after="80"/>
      </w:pPr>
      <w:r>
        <w:rPr>
          <w:b w:val="0"/>
          <w:i w:val="0"/>
        </w:rPr>
        <w:t>“Tôi sẽ kể!” Gessner cuống cuồng đồng ý, và con quái vật tạm dừng cỗ máy, chặn cơn đau lại ở vai cô, dù cảm giác bỏng rát dữ dội vẫn còn đó.</w:t>
      </w:r>
    </w:p>
    <w:p>
      <w:pPr>
        <w:spacing w:after="80"/>
      </w:pPr>
      <w:r>
        <w:rPr>
          <w:b w:val="0"/>
          <w:i w:val="0"/>
        </w:rPr>
        <w:t>Run rẩy vì kinh hãi, Gessner nói nhanh hết mức có thể qua hàm răng nghiến chặt, cuống cuồng phơi bày những bí mật cô đã thề giữ kín. Cô trả lời các câu hỏi của hắn, tiết lộ sự thật rùng rợn về những gì cô và các cộng sự đã tạo ra sâu bên dưới thành phố Prague.</w:t>
      </w:r>
    </w:p>
    <w:p>
      <w:pPr>
        <w:spacing w:after="80"/>
      </w:pPr>
      <w:r>
        <w:rPr>
          <w:b w:val="0"/>
          <w:i w:val="0"/>
        </w:rPr>
        <w:t>Con quái vật nhìn xuống cô từ sau chiếc mặt nạ đất sét dày, đôi mắt lạnh lẽo của hắn lóe lên vẻ thấu hiểu…và căm hận.</w:t>
      </w:r>
    </w:p>
    <w:p>
      <w:pPr>
        <w:spacing w:after="80"/>
      </w:pPr>
      <w:r>
        <w:rPr>
          <w:b w:val="0"/>
          <w:i w:val="0"/>
        </w:rPr>
        <w:t>“Ngươi đã xây một ngôi nhà kinh hoàng dưới lòng đất,” hắn thì thầm. “Tất cả các ngươi đều đáng chết.” Không chút do dự, hắn bật lại cỗ máy và tiến về phía cửa.</w:t>
      </w:r>
    </w:p>
    <w:p>
      <w:pPr>
        <w:spacing w:after="80"/>
      </w:pPr>
      <w:r>
        <w:rPr>
          <w:b w:val="0"/>
          <w:i w:val="0"/>
        </w:rPr>
        <w:t>“Không…!” cô gào thét khi cơn đau quặn thắt ập đến lần nữa, tràn qua vai và vào tới ngực. “Làm ơn đừng đi…Thế này sẽ giết tôi mất!”</w:t>
      </w:r>
    </w:p>
    <w:p>
      <w:pPr>
        <w:spacing w:after="80"/>
      </w:pPr>
      <w:r>
        <w:rPr>
          <w:b w:val="0"/>
          <w:i w:val="0"/>
        </w:rPr>
        <w:t>“Đúng vậy,” hắn nói mà không ngoảnh lại. “Nhưng cái chết không phải là dấu chấm hết. Ta đã chết nhiều lần rồi.”</w:t>
      </w:r>
    </w:p>
    <w:p>
      <w:pPr>
        <w:spacing w:after="80"/>
      </w:pPr>
      <w:r>
        <w:rPr>
          <w:b w:val="0"/>
          <w:i w:val="0"/>
        </w:rPr>
        <w:t>Nói rồi, con quái vật biến mất, và Gessner bỗng thấy mình lại lơ lửng. Cô cố hét lên cầu xin lòng thương xót, nhưng giọng cô bị nhấn chìm bởi một tiếng sấm chói tai khi bầu trời phía trên như mở toang ra. Cô cảm thấy mình bị một thế lực vô hình níu giữ—một kiểu trọng lực đảo ngược—nâng cô lên cao hơn, kéo cô lên trên.</w:t>
      </w:r>
    </w:p>
    <w:p>
      <w:pPr>
        <w:spacing w:after="80"/>
      </w:pPr>
      <w:r>
        <w:rPr>
          <w:b w:val="0"/>
          <w:i w:val="0"/>
        </w:rPr>
        <w:t>Suốt bao năm, Tiến sĩ Brigita Gessner đã chế giễu những lời kể của bệnh nhân về việc trở về từ bờ vực cái chết. Giờ đây cô thấy mình đang cầu nguyện rằng mình có thể gia nhập hàng ngũ những linh hồn hiếm hoi đã khiêu vũ tới rìa của cõi hư vô, nhìn vào vực thẳm, và bằng cách nào đó bước lùi lại khỏi bờ vực.</w:t>
      </w:r>
    </w:p>
    <w:p>
      <w:pPr>
        <w:spacing w:after="80"/>
      </w:pPr>
      <w:r>
        <w:rPr>
          <w:b w:val="0"/>
          <w:i w:val="0"/>
        </w:rPr>
        <w:t>Mình không thể chết…mình phải cảnh báo những người khác!</w:t>
      </w:r>
    </w:p>
    <w:p>
      <w:pPr>
        <w:spacing w:after="80"/>
      </w:pPr>
      <w:r>
        <w:rPr>
          <w:b w:val="0"/>
          <w:i w:val="0"/>
        </w:rPr>
        <w:t>Nhưng cô biết đã quá muộn rồi.</w:t>
      </w:r>
    </w:p>
    <w:p>
      <w:pPr>
        <w:spacing w:after="80"/>
      </w:pPr>
      <w:r>
        <w:rPr>
          <w:b w:val="0"/>
          <w:i w:val="0"/>
        </w:rPr>
        <w:t>Cuộc đời này đã kết thúc.</w:t>
      </w:r>
    </w:p>
    <w:p>
      <w:pPr>
        <w:pStyle w:val="Heading1"/>
      </w:pPr>
      <w:r>
        <w:rPr>
          <w:rFonts w:ascii="Calibri" w:hAnsi="Calibri"/>
          <w:b/>
          <w:i w:val="0"/>
          <w:sz w:val="40"/>
        </w:rPr>
        <w:t>Chương 1</w:t>
      </w:r>
    </w:p>
    <w:p>
      <w:pPr>
        <w:spacing w:after="80"/>
      </w:pPr>
      <w:r>
        <w:rPr>
          <w:b w:val="0"/>
          <w:i w:val="0"/>
        </w:rPr>
        <w:t>Robert Langdon tỉnh dậy một cách thanh thản, tận hưởng những giai điệu nhẹ nhàng của bản nhạc cổ điển phát ra từ chuông báo thức trên điện thoại đặt ở bàn cạnh giường. "Morning Mood" của Grieg có lẽ là một lựa chọn hiển nhiên, nhưng ông luôn coi đó là bốn phút nhạc hoàn hảo để bắt đầu ngày mới. Khi tiếng kèn gỗ dâng lên, Langdon tận hưởng cảm giác mơ hồ không nhớ nổi chính xác mình đang ở đâu.</w:t>
      </w:r>
    </w:p>
    <w:p>
      <w:pPr>
        <w:spacing w:after="80"/>
      </w:pPr>
      <w:r>
        <w:rPr>
          <w:b w:val="0"/>
          <w:i/>
        </w:rPr>
        <w:t>À đúng rồi,</w:t>
      </w:r>
      <w:r>
        <w:rPr>
          <w:b w:val="0"/>
          <w:i w:val="0"/>
        </w:rPr>
        <w:t xml:space="preserve"> ông nhớ ra, mỉm cười một mình. </w:t>
      </w:r>
      <w:r>
        <w:rPr>
          <w:b w:val="0"/>
          <w:i/>
        </w:rPr>
        <w:t>Thành phố Trăm Ngọn Tháp.</w:t>
      </w:r>
    </w:p>
    <w:p>
      <w:pPr>
        <w:spacing w:after="80"/>
      </w:pPr>
      <w:r>
        <w:rPr>
          <w:b w:val="0"/>
          <w:i w:val="0"/>
        </w:rPr>
        <w:t>Trong ánh sáng mờ ảo, Langdon quan sát khung cửa sổ vòm khổng lồ của căn phòng, hai bên là một tủ ngăn kéo cổ kiểu Edwardian và một chiếc đèn thạch cao. Tấm thảm dệt tay mềm mại vẫn còn rải rác những cánh hoa hồng từ dịch vụ dọn giường tối qua.</w:t>
      </w:r>
    </w:p>
    <w:p>
      <w:pPr>
        <w:spacing w:after="80"/>
      </w:pPr>
      <w:r>
        <w:rPr>
          <w:b w:val="0"/>
          <w:i w:val="0"/>
        </w:rPr>
        <w:t>Langdon đến Prague ba ngày trước và, như những lần ghé thăm trước, nhận phòng tại khách sạn Four Seasons. Khi người quản lý khăng khăng nâng cấp đặt phòng của Langdon lên Royal Suite ba phòng ngủ, ông tự hỏi liệu đó là nhờ lòng trung thành thương hiệu của mình hay, nhiều khả năng hơn, nhờ sự nổi tiếng của người phụ nữ đi cùng ông.</w:t>
      </w:r>
    </w:p>
    <w:p>
      <w:pPr>
        <w:spacing w:after="80"/>
      </w:pPr>
      <w:r>
        <w:rPr>
          <w:b w:val="0"/>
          <w:i w:val="0"/>
        </w:rPr>
        <w:t>"Vị khách danh giá nhất của chúng tôi xứng đáng được ở chỗ nghỉ danh giá nhất," người quản lý khăng khăng.</w:t>
      </w:r>
    </w:p>
    <w:p>
      <w:pPr>
        <w:spacing w:after="80"/>
      </w:pPr>
      <w:r>
        <w:rPr>
          <w:b w:val="0"/>
          <w:i w:val="0"/>
        </w:rPr>
        <w:t xml:space="preserve">Căn suite gồm ba phòng ngủ riêng biệt với phòng tắm riêng, một phòng khách, một phòng ăn, một cây đàn piano lớn, và một cửa sổ lồi trung tâm với một bó tulip đỏ, trắng, xanh được cắm thật lộng lẫy—món quà chào mừng từ đại sứ quán Hoa Kỳ. Phòng thay đồ riêng của Langdon có một đôi dép len chải mịn thêu chữ viết tắt </w:t>
      </w:r>
      <w:r>
        <w:rPr>
          <w:b w:val="0"/>
          <w:i/>
        </w:rPr>
        <w:t>RL</w:t>
      </w:r>
      <w:r>
        <w:rPr>
          <w:b w:val="0"/>
          <w:i w:val="0"/>
        </w:rPr>
        <w:t xml:space="preserve">. </w:t>
      </w:r>
      <w:r>
        <w:rPr>
          <w:b w:val="0"/>
          <w:i/>
        </w:rPr>
        <w:t>Có gì đó mách bảo tôi rằng đó không phải Ralph Lauren,</w:t>
      </w:r>
      <w:r>
        <w:rPr>
          <w:b w:val="0"/>
          <w:i w:val="0"/>
        </w:rPr>
        <w:t xml:space="preserve"> ông nghĩ, ấn tượng với chi tiết cá nhân hóa này.</w:t>
      </w:r>
    </w:p>
    <w:p>
      <w:pPr>
        <w:spacing w:after="80"/>
      </w:pPr>
      <w:r>
        <w:rPr>
          <w:b w:val="0"/>
          <w:i w:val="0"/>
        </w:rPr>
        <w:t>Giờ đây, khi đang thư giãn trên giường và nghe nhạc từ chuông báo thức, ông cảm thấy một bàn tay dịu dàng chạm vào vai mình.</w:t>
      </w:r>
    </w:p>
    <w:p>
      <w:pPr>
        <w:spacing w:after="80"/>
      </w:pPr>
      <w:r>
        <w:rPr>
          <w:b w:val="0"/>
          <w:i w:val="0"/>
        </w:rPr>
        <w:t>"Robert?" một giọng nói nhẹ nhàng thì thầm.</w:t>
      </w:r>
    </w:p>
    <w:p>
      <w:pPr>
        <w:spacing w:after="80"/>
      </w:pPr>
      <w:r>
        <w:rPr>
          <w:b w:val="0"/>
          <w:i w:val="0"/>
        </w:rPr>
        <w:t>Langdon trở mình và cảm thấy mạch đập nhanh hơn. Cô ở đó, mỉm cười với ông, đôi mắt xám khói vẫn còn ngái ngủ, mái tóc đen dài rối bời quanh vai.</w:t>
      </w:r>
    </w:p>
    <w:p>
      <w:pPr>
        <w:spacing w:after="80"/>
      </w:pPr>
      <w:r>
        <w:rPr>
          <w:b w:val="0"/>
          <w:i w:val="0"/>
        </w:rPr>
        <w:t>"Chào buổi sáng, người đẹp," ông đáp.</w:t>
      </w:r>
    </w:p>
    <w:p>
      <w:pPr>
        <w:spacing w:after="80"/>
      </w:pPr>
      <w:r>
        <w:rPr>
          <w:b w:val="0"/>
          <w:i w:val="0"/>
        </w:rPr>
        <w:t>Cô với tay vuốt ve má ông, mùi hương Balade Sauvage vẫn còn vương trên cổ tay cô.</w:t>
      </w:r>
    </w:p>
    <w:p>
      <w:pPr>
        <w:spacing w:after="80"/>
      </w:pPr>
      <w:r>
        <w:rPr>
          <w:b w:val="0"/>
          <w:i w:val="0"/>
        </w:rPr>
        <w:t>Langdon ngưỡng mộ nét thanh tú trên gương mặt cô. Dù hơn Langdon bốn tuổi, cô càng lộng lẫy hơn mỗi lần ông gặp—những nếp cười ngày càng sâu, vài sợi bạc mờ trong mái tóc đen, đôi mắt tinh nghịch, và trí tuệ mê hoặc ấy.</w:t>
      </w:r>
    </w:p>
    <w:p>
      <w:pPr>
        <w:spacing w:after="80"/>
      </w:pPr>
      <w:r>
        <w:rPr>
          <w:b w:val="0"/>
          <w:i w:val="0"/>
        </w:rPr>
        <w:t>Langdon biết người phụ nữ đặc biệt này từ những ngày ông còn ở Princeton, khi cô là một trợ lý giáo sư trẻ còn ông là sinh viên đại học. Mối tình thầm kín thời cậu học trò của ông dành cho cô hoặc không được để ý tới, hoặc không được đáp lại, nhưng từ đó họ vẫn giữ một tình bạn tán tỉnh, trong sáng. Ngay cả sau khi sự nghiệp chuyên môn của cô vụt sáng, và Langdon trở thành một giáo sư nổi tiếng khắp thế giới, hai người vẫn giữ liên lạc thường xuyên.</w:t>
      </w:r>
    </w:p>
    <w:p>
      <w:pPr>
        <w:spacing w:after="80"/>
      </w:pPr>
      <w:r>
        <w:rPr>
          <w:b w:val="0"/>
          <w:i/>
        </w:rPr>
        <w:t>Thời điểm là tất cả,</w:t>
      </w:r>
      <w:r>
        <w:rPr>
          <w:b w:val="0"/>
          <w:i w:val="0"/>
        </w:rPr>
        <w:t xml:space="preserve"> Langdon giờ nhận ra, vẫn còn ngạc nhiên về việc họ đã phải lòng nhau nhanh đến mức nào trong chuyến công tác tự phát này.</w:t>
      </w:r>
    </w:p>
    <w:p>
      <w:pPr>
        <w:spacing w:after="80"/>
      </w:pPr>
      <w:r>
        <w:rPr>
          <w:b w:val="0"/>
          <w:i w:val="0"/>
        </w:rPr>
        <w:t>Khi “Morning Mood” dâng lên thành bản hòa âm trọn vẹn của chủ đề, anh vòng tay mạnh mẽ kéo cô lại gần, và cô rúc vào ngực anh. “Ngủ ngon không?” anh thì thầm. “Không còn gặp ác mộng nữa chứ?”</w:t>
        <w:br/>
        <w:br/>
        <w:t>Cô lắc đầu và thở dài. “Em xấu hổ quá. Chuyện đó thật kinh khủng.”</w:t>
        <w:br/>
        <w:br/>
        <w:t xml:space="preserve">Đêm hôm đó, cô đã tỉnh dậy trong nỗi kinh hoàng vì một cơn ác mộng sống động lạ thường, và Langdon đã phải an ủi cô gần một tiếng đồng hồ trước khi cô có thể ngủ lại. Langdon trấn an cô rằng cường độ bất thường của giấc mơ là do ly rượu đêm không khôn ngoan của cô — absinthe Bohemian, thứ mà Langdon luôn cho rằng nên được phục vụ kèm một lời cảnh báo: </w:t>
      </w:r>
      <w:r>
        <w:rPr>
          <w:b w:val="0"/>
          <w:i/>
        </w:rPr>
        <w:t>Phổ biến thời Belle Epoque nhờ đặc tính gây ảo giác.</w:t>
      </w:r>
      <w:r>
        <w:rPr>
          <w:b w:val="0"/>
          <w:i w:val="0"/>
        </w:rPr>
        <w:br/>
        <w:br/>
        <w:t>“Không bao giờ nữa,” cô cam đoan với anh.</w:t>
        <w:br/>
        <w:br/>
        <w:t>Langdon với tay tắt nhạc. “Nhắm mắt lại đi. Anh sẽ về kịp bữa sáng.”</w:t>
        <w:br/>
        <w:br/>
        <w:t xml:space="preserve">“Ở lại với em đi,” cô trêu, giữ anh lại. “Anh bỏ </w:t>
      </w:r>
      <w:r>
        <w:rPr>
          <w:b w:val="0"/>
          <w:i/>
        </w:rPr>
        <w:t>một</w:t>
      </w:r>
      <w:r>
        <w:rPr>
          <w:b w:val="0"/>
          <w:i w:val="0"/>
        </w:rPr>
        <w:t xml:space="preserve"> ngày bơi cũng được mà.”</w:t>
        <w:br/>
        <w:br/>
        <w:t>“Không được đâu, nếu em muốn anh vẫn là một chàng trai trẻ săn chắc,” anh nói, ngồi dậy với nụ cười méo mó. Mỗi sáng, Langdon đều chạy bộ ba kilômét đến Trung tâm Bơi lội Strahov để bơi những vòng buổi sáng của mình.</w:t>
        <w:br/>
        <w:br/>
        <w:t>“Ngoài trời tối mà,” cô nài nỉ. “Anh không thể bơi ngay ở đây sao?”</w:t>
        <w:br/>
        <w:br/>
        <w:t xml:space="preserve">“Trong bể bơi của </w:t>
      </w:r>
      <w:r>
        <w:rPr>
          <w:b w:val="0"/>
          <w:i/>
        </w:rPr>
        <w:t>khách sạn</w:t>
      </w:r>
      <w:r>
        <w:rPr>
          <w:b w:val="0"/>
          <w:i w:val="0"/>
        </w:rPr>
        <w:t xml:space="preserve"> ư?”</w:t>
        <w:br/>
        <w:br/>
        <w:t>“Sao lại không? Nó cũng là nước mà.”</w:t>
        <w:br/>
        <w:br/>
        <w:t>“Nó bé tí. Bơi hai sải là hết.”</w:t>
        <w:br/>
        <w:br/>
        <w:t>“Câu đó có thể thành trò đùa đấy, Robert, nhưng em sẽ rộng lượng.”</w:t>
        <w:br/>
        <w:br/>
        <w:t>Langdon mỉm cười. “Cô gái hài hước. Ngủ lại đi, rồi anh sẽ gặp em vào bữa sáng.”</w:t>
        <w:br/>
        <w:br/>
        <w:t>Cô bĩu môi, ném một cái gối vào anh, và lăn người đi.</w:t>
        <w:br/>
        <w:br/>
        <w:t>Langdon mặc bộ đồ thể thao Harvard phát cho giảng viên và tiến ra cửa, chọn đi cầu thang thay vì thang máy riêng chật hẹp của phòng suite.</w:t>
        <w:br/>
        <w:br/>
        <w:t>Xuống dưới nhà, anh sải bước qua hành lang thanh lịch nối khu phụ ven sông kiểu Baroque của khách sạn với sảnh chính của tòa nhà. Trên đường đi, anh lướt qua một tủ trưng bày trang nhã có ghi Prague Happenings, bên trong là một loạt áp phích đóng khung thông báo các buổi hòa nhạc, tour tham quan và bài giảng trong tuần này.</w:t>
      </w:r>
    </w:p>
    <w:p>
      <w:pPr>
        <w:spacing w:after="80"/>
      </w:pPr>
      <w:r>
        <w:rPr>
          <w:b w:val="0"/>
          <w:i w:val="0"/>
        </w:rPr>
        <w:t>Cô lắc đầu và thở dài. "Em xấu hổ quá. Chuyện đó thật kinh khủng."</w:t>
      </w:r>
    </w:p>
    <w:p>
      <w:pPr>
        <w:spacing w:after="80"/>
      </w:pPr>
      <w:r>
        <w:rPr>
          <w:b w:val="0"/>
          <w:i w:val="0"/>
        </w:rPr>
        <w:t xml:space="preserve">Đêm hôm đó, cô đã tỉnh dậy trong nỗi kinh hoàng vì một cơn ác mộng sống động lạ thường, và Langdon đã phải dỗ dành cô gần một tiếng đồng hồ trước khi cô có thể ngủ lại. Langdon trấn an cô rằng cường độ bất thường của giấc mơ là do ly rượu đêm thiếu khôn ngoan của cô - absinthe Bohemian, thứ mà Langdon luôn cho rằng nên được phục vụ kèm một lời cảnh báo: </w:t>
      </w:r>
      <w:r>
        <w:rPr>
          <w:b w:val="0"/>
          <w:i/>
        </w:rPr>
        <w:t>Phổ biến thời Belle Epoque nhờ đặc tính gây ảo giác.</w:t>
      </w:r>
    </w:p>
    <w:p>
      <w:pPr>
        <w:spacing w:after="80"/>
      </w:pPr>
      <w:r>
        <w:rPr>
          <w:b w:val="0"/>
          <w:i w:val="0"/>
        </w:rPr>
        <w:t>"Không bao giờ nữa," cô cam đoan với anh.</w:t>
      </w:r>
    </w:p>
    <w:p>
      <w:pPr>
        <w:spacing w:after="80"/>
      </w:pPr>
      <w:r>
        <w:rPr>
          <w:b w:val="0"/>
          <w:i w:val="0"/>
        </w:rPr>
        <w:t>Langdon với tay tắt nhạc. "Nhắm mắt lại đi. Anh sẽ về kịp bữa sáng."</w:t>
      </w:r>
    </w:p>
    <w:p>
      <w:pPr>
        <w:spacing w:after="80"/>
      </w:pPr>
      <w:r>
        <w:rPr>
          <w:b w:val="0"/>
          <w:i w:val="0"/>
        </w:rPr>
        <w:t xml:space="preserve">"Ở lại với em đi," cô trêu, ôm lấy anh. "Anh bỏ </w:t>
      </w:r>
      <w:r>
        <w:rPr>
          <w:b w:val="0"/>
          <w:i/>
        </w:rPr>
        <w:t>một</w:t>
      </w:r>
      <w:r>
        <w:rPr>
          <w:b w:val="0"/>
          <w:i w:val="0"/>
        </w:rPr>
        <w:t xml:space="preserve"> ngày bơi cũng được mà."</w:t>
      </w:r>
    </w:p>
    <w:p>
      <w:pPr>
        <w:spacing w:after="80"/>
      </w:pPr>
      <w:r>
        <w:rPr>
          <w:b w:val="0"/>
          <w:i w:val="0"/>
        </w:rPr>
        <w:t>"Không được đâu, nếu em muốn anh vẫn là một chàng trai trẻ săn chắc," anh nói, ngồi dậy với nụ cười méo mó. Mỗi sáng, Langdon đều chạy bộ ba ki-lô-mét đến Trung tâm Bơi lội Strahov để bơi những vòng buổi sáng của mình.</w:t>
      </w:r>
    </w:p>
    <w:p>
      <w:pPr>
        <w:spacing w:after="80"/>
      </w:pPr>
      <w:r>
        <w:rPr>
          <w:b w:val="0"/>
          <w:i w:val="0"/>
        </w:rPr>
        <w:t>"Trời còn tối mà," cô nài nỉ. "Anh không thể bơi ở đây thôi sao?"</w:t>
      </w:r>
    </w:p>
    <w:p>
      <w:pPr>
        <w:spacing w:after="80"/>
      </w:pPr>
      <w:r>
        <w:rPr>
          <w:b w:val="0"/>
          <w:i w:val="0"/>
        </w:rPr>
        <w:t xml:space="preserve">"Trong bể bơi của </w:t>
      </w:r>
      <w:r>
        <w:rPr>
          <w:b w:val="0"/>
          <w:i/>
        </w:rPr>
        <w:t>khách sạn</w:t>
      </w:r>
      <w:r>
        <w:rPr>
          <w:b w:val="0"/>
          <w:i w:val="0"/>
        </w:rPr>
        <w:t xml:space="preserve"> á?"</w:t>
      </w:r>
    </w:p>
    <w:p>
      <w:pPr>
        <w:spacing w:after="80"/>
      </w:pPr>
      <w:r>
        <w:rPr>
          <w:b w:val="0"/>
          <w:i w:val="0"/>
        </w:rPr>
        <w:t>"Sao lại không? Cũng là nước mà."</w:t>
      </w:r>
    </w:p>
    <w:p>
      <w:pPr>
        <w:spacing w:after="80"/>
      </w:pPr>
      <w:r>
        <w:rPr>
          <w:b w:val="0"/>
          <w:i w:val="0"/>
        </w:rPr>
        <w:t>"Nó bé tí. Bơi hai sải là hết."</w:t>
      </w:r>
    </w:p>
    <w:p>
      <w:pPr>
        <w:spacing w:after="80"/>
      </w:pPr>
      <w:r>
        <w:rPr>
          <w:b w:val="0"/>
          <w:i w:val="0"/>
        </w:rPr>
        <w:t>"Chỗ đó có một câu đùa đấy, Robert, nhưng em sẽ rộng lượng."</w:t>
      </w:r>
    </w:p>
    <w:p>
      <w:pPr>
        <w:spacing w:after="80"/>
      </w:pPr>
      <w:r>
        <w:rPr>
          <w:b w:val="0"/>
          <w:i w:val="0"/>
        </w:rPr>
        <w:t>Langdon mỉm cười. "Cô gái hài hước. Ngủ tiếp đi, rồi anh sẽ gặp em vào bữa sáng."</w:t>
      </w:r>
    </w:p>
    <w:p>
      <w:pPr>
        <w:spacing w:after="80"/>
      </w:pPr>
      <w:r>
        <w:rPr>
          <w:b w:val="0"/>
          <w:i w:val="0"/>
        </w:rPr>
        <w:t>Cô bĩu môi, ném một cái gối vào anh rồi lăn người đi.</w:t>
      </w:r>
    </w:p>
    <w:p>
      <w:pPr>
        <w:spacing w:after="80"/>
      </w:pPr>
      <w:r>
        <w:rPr>
          <w:b w:val="0"/>
          <w:i w:val="0"/>
        </w:rPr>
        <w:t>Langdon mặc bộ đồ thể thao Harvard của giảng viên và tiến ra cửa, chọn đi cầu thang thay vì thang máy riêng chật hẹp của phòng suite.</w:t>
      </w:r>
    </w:p>
    <w:p>
      <w:pPr>
        <w:spacing w:after="80"/>
      </w:pPr>
      <w:r>
        <w:rPr>
          <w:b w:val="0"/>
          <w:i w:val="0"/>
        </w:rPr>
        <w:t>Xuống dưới, anh sải bước qua hành lang thanh lịch nối khu phụ Baroque ven sông của khách sạn với sảnh chính của tòa nhà. Trên đường đi, anh lướt qua một tủ trưng bày trang nhã ghi "Prague Happenings", bày một loạt áp phích đóng khung thông báo các buổi hòa nhạc, tour tham quan và bài giảng trong tuần này.</w:t>
      </w:r>
    </w:p>
    <w:p>
      <w:pPr>
        <w:spacing w:after="80"/>
      </w:pPr>
      <w:r>
        <w:rPr>
          <w:b w:val="0"/>
          <w:i w:val="0"/>
        </w:rPr>
        <w:t>Tấm áp phích bóng loáng ở chính giữa khiến anh mỉm cười.</w:t>
      </w:r>
    </w:p>
    <w:p>
      <w:pPr>
        <w:spacing w:after="80"/>
      </w:pPr>
      <w:r>
        <w:rPr>
          <w:b w:val="0"/>
          <w:i w:val="0"/>
        </w:rPr>
        <w:t>Chuỗi Bài Giảng Đại Học Charles</w:t>
      </w:r>
    </w:p>
    <w:p>
      <w:pPr>
        <w:spacing w:after="80"/>
      </w:pPr>
      <w:r>
        <w:rPr>
          <w:b w:val="0"/>
          <w:i w:val="0"/>
        </w:rPr>
        <w:t>Chào mừng đến với Lâu đài Prague</w:t>
      </w:r>
    </w:p>
    <w:p>
      <w:pPr>
        <w:spacing w:after="80"/>
      </w:pPr>
      <w:r>
        <w:rPr>
          <w:b w:val="0"/>
          <w:i w:val="0"/>
        </w:rPr>
        <w:t>Nhà Khoa học Noetic</w:t>
      </w:r>
    </w:p>
    <w:p>
      <w:pPr>
        <w:spacing w:after="80"/>
      </w:pPr>
      <w:r>
        <w:rPr>
          <w:b w:val="0"/>
          <w:i w:val="0"/>
        </w:rPr>
        <w:t>Được Quốc tế Công nhận</w:t>
      </w:r>
    </w:p>
    <w:p>
      <w:pPr>
        <w:spacing w:after="80"/>
      </w:pPr>
      <w:r>
        <w:rPr>
          <w:b w:val="0"/>
          <w:i w:val="0"/>
        </w:rPr>
        <w:t>Tiến sĩ Katherine Solomon</w:t>
      </w:r>
    </w:p>
    <w:p>
      <w:pPr>
        <w:spacing w:after="80"/>
      </w:pPr>
      <w:r>
        <w:rPr>
          <w:b w:val="0"/>
          <w:i/>
        </w:rPr>
        <w:t>Chào buổi sáng, người đẹp,</w:t>
      </w:r>
      <w:r>
        <w:rPr>
          <w:b w:val="0"/>
          <w:i w:val="0"/>
        </w:rPr>
        <w:t xml:space="preserve"> anh thầm nghĩ, ngắm nhìn bức ảnh chân dung của người phụ nữ mà anh vừa hôn trên lầu.</w:t>
      </w:r>
    </w:p>
    <w:p>
      <w:pPr>
        <w:spacing w:after="80"/>
      </w:pPr>
      <w:r>
        <w:rPr>
          <w:b w:val="0"/>
          <w:i w:val="0"/>
        </w:rPr>
        <w:t>Buổi thuyết giảng của Katherine tối qua đã chật kín chỗ đứng, một kỳ tích không nhỏ khi xét đến việc cô đã nói chuyện trong Sảnh Vladislav huyền thoại của Lâu đài Prague—một căn phòng hình vòm rộng lớn, từng được dùng vào thời Phục hưng để tổ chức các cuộc thi đấu thương trong nhà với các hiệp sĩ và ngựa trong bộ lễ phục đầy đủ.</w:t>
      </w:r>
    </w:p>
    <w:p>
      <w:pPr>
        <w:spacing w:after="80"/>
      </w:pPr>
      <w:r>
        <w:rPr>
          <w:b w:val="0"/>
          <w:i w:val="0"/>
        </w:rPr>
        <w:t>Chuỗi bài giảng này là một trong những chuỗi được kính trọng nhất ở châu Âu và luôn thu hút những diễn giả tài năng cùng những khán giả nhiệt tình từ khắp nơi trên thế giới. Tối qua cũng không phải ngoại lệ, và cả khán phòng chật kín đã bùng nổ trong tiếng vỗ tay khi Katherine được giới thiệu.</w:t>
      </w:r>
    </w:p>
    <w:p>
      <w:pPr>
        <w:spacing w:after="80"/>
      </w:pPr>
      <w:r>
        <w:rPr>
          <w:b w:val="0"/>
          <w:i w:val="0"/>
        </w:rPr>
        <w:t>"Cảm ơn tất cả mọi người," Katherine nói, bước lên sân khấu với vẻ điềm tĩnh tự tin. Cô mặc một chiếc áo len cashmere trắng và quần âu hàng hiệu vừa vặn hoàn hảo. "Tôi muốn bắt đầu buổi tối hôm nay bằng việc trả lời câu hỏi mà tôi gần như ngày nào cũng được hỏi." Cô mỉm cười và gỡ micro khỏi giá đỡ. "</w:t>
      </w:r>
      <w:r>
        <w:rPr>
          <w:b w:val="0"/>
          <w:i/>
        </w:rPr>
        <w:t>Khoa học noetic</w:t>
      </w:r>
      <w:r>
        <w:rPr>
          <w:b w:val="0"/>
          <w:i w:val="0"/>
        </w:rPr>
        <w:t xml:space="preserve"> rốt cuộc là cái quái gì vậy?!"</w:t>
      </w:r>
    </w:p>
    <w:p>
      <w:pPr>
        <w:spacing w:after="80"/>
      </w:pPr>
      <w:r>
        <w:rPr>
          <w:b w:val="0"/>
          <w:i w:val="0"/>
        </w:rPr>
        <w:t>Một làn sóng cười tràn khắp khán phòng khi khán giả ổn định chỗ ngồi.</w:t>
      </w:r>
    </w:p>
    <w:p>
      <w:pPr>
        <w:spacing w:after="80"/>
      </w:pPr>
      <w:r>
        <w:rPr>
          <w:b w:val="0"/>
          <w:i w:val="0"/>
        </w:rPr>
        <w:t xml:space="preserve">"Nói một cách đơn giản," Katherine bắt đầu, "khoa học noetic là ngành nghiên cứu về </w:t>
      </w:r>
      <w:r>
        <w:rPr>
          <w:b w:val="0"/>
          <w:i/>
        </w:rPr>
        <w:t>ý thức con người</w:t>
      </w:r>
      <w:r>
        <w:rPr>
          <w:b w:val="0"/>
          <w:i w:val="0"/>
        </w:rPr>
        <w:t xml:space="preserve">. Trái với điều nhiều người tin, nghiên cứu ý thức không phải là một ngành khoa học mới—thực ra, nó là ngành khoa học lâu đời nhất trên trái đất. Từ buổi bình minh của lịch sử, chúng ta đã tìm kiếm câu trả lời cho những bí ẩn trường tồn của tâm trí con người…bản chất của ý thức và của linh hồn. Và trong nhiều thế kỷ, chúng ta đã khám phá những câu hỏi này chủ yếu qua…lăng kính của </w:t>
      </w:r>
      <w:r>
        <w:rPr>
          <w:b w:val="0"/>
          <w:i/>
        </w:rPr>
        <w:t>tôn giáo</w:t>
      </w:r>
      <w:r>
        <w:rPr>
          <w:b w:val="0"/>
          <w:i w:val="0"/>
        </w:rPr>
        <w:t>."</w:t>
      </w:r>
    </w:p>
    <w:p>
      <w:pPr>
        <w:spacing w:after="80"/>
      </w:pPr>
      <w:r>
        <w:rPr>
          <w:b w:val="0"/>
          <w:i w:val="0"/>
        </w:rPr>
        <w:t>Katherine bước xuống khỏi sân khấu, tiến về phía hàng ghế đầu của khán giả. "Và nhân nói về tôn giáo, thưa quý vị, tôi không thể không nhận ra rằng tối nay chúng ta có mặt trong khán giả một học giả nổi tiếng thế giới về biểu tượng tôn giáo, Giáo sư Robert Langdon."</w:t>
      </w:r>
    </w:p>
    <w:p>
      <w:pPr>
        <w:spacing w:after="80"/>
      </w:pPr>
      <w:r>
        <w:rPr>
          <w:b w:val="0"/>
          <w:i w:val="0"/>
        </w:rPr>
        <w:t xml:space="preserve">Langdon nghe thấy những tiếng xì xào phấn khích trong đám đông. </w:t>
      </w:r>
      <w:r>
        <w:rPr>
          <w:b w:val="0"/>
          <w:i/>
        </w:rPr>
        <w:t>Cô ấy đang làm cái quái gì vậy?!</w:t>
      </w:r>
    </w:p>
    <w:p>
      <w:pPr>
        <w:spacing w:after="80"/>
      </w:pPr>
      <w:r>
        <w:rPr>
          <w:b w:val="0"/>
          <w:i w:val="0"/>
        </w:rPr>
        <w:t>"Thưa Giáo sư," cô nói, đến trước mặt anh với một nụ cười, "tôi tự hỏi liệu chúng ta có thể tận dụng chuyên môn của ngài một chút được không? Ngài có phiền đứng lên không?"</w:t>
      </w:r>
    </w:p>
    <w:p>
      <w:pPr>
        <w:spacing w:after="80"/>
      </w:pPr>
      <w:r>
        <w:rPr>
          <w:b w:val="0"/>
          <w:i w:val="0"/>
        </w:rPr>
        <w:t xml:space="preserve">Langdon lịch sự đứng dậy, lặng lẽ ném cho cô một nụ cười tinh nghịch kiểu </w:t>
      </w:r>
      <w:r>
        <w:rPr>
          <w:b w:val="0"/>
          <w:i/>
        </w:rPr>
        <w:t>cô-sẽ-phải-trả-giá-vì-điều-này</w:t>
      </w:r>
      <w:r>
        <w:rPr>
          <w:b w:val="0"/>
          <w:i w:val="0"/>
        </w:rPr>
        <w:t>.</w:t>
      </w:r>
    </w:p>
    <w:p>
      <w:pPr>
        <w:spacing w:after="80"/>
      </w:pPr>
      <w:r>
        <w:rPr>
          <w:b w:val="0"/>
          <w:i w:val="0"/>
        </w:rPr>
        <w:t>“Tôi tò mò đấy, Giáo sư… biểu tượng tôn giáo phổ biến nhất trên thế giới là gì ạ?”</w:t>
      </w:r>
    </w:p>
    <w:p>
      <w:pPr>
        <w:spacing w:after="80"/>
      </w:pPr>
      <w:r>
        <w:rPr>
          <w:b w:val="0"/>
          <w:i w:val="0"/>
        </w:rPr>
        <w:t>Câu trả lời thật đơn giản, và hoặc là Katherine đã đọc bài viết của Langdon về chủ đề này và biết điều gì sắp tới, hoặc là cô sắp thất vọng tràn trề.</w:t>
      </w:r>
    </w:p>
    <w:p>
      <w:pPr>
        <w:spacing w:after="80"/>
      </w:pPr>
      <w:r>
        <w:rPr>
          <w:b w:val="0"/>
          <w:i w:val="0"/>
        </w:rPr>
        <w:t>Langdon nhận lấy micro và quay mặt về phía biển gương mặt háo hức, được chiếu sáng mờ ảo bởi những chiếc đèn chùm treo trên những sợi xích sắt cổ xưa. “Chào buổi tối mọi người,” ông nói, giọng nam trầm vang dội qua loa phóng thanh. “Và cảm ơn Tiến sĩ Solomon đã đẩy tôi vào thế khó mà không hề báo trước.”</w:t>
      </w:r>
    </w:p>
    <w:p>
      <w:pPr>
        <w:spacing w:after="80"/>
      </w:pPr>
      <w:r>
        <w:rPr>
          <w:b w:val="0"/>
          <w:i w:val="0"/>
        </w:rPr>
        <w:t>Khán giả vỗ tay.</w:t>
      </w:r>
    </w:p>
    <w:p>
      <w:pPr>
        <w:spacing w:after="80"/>
      </w:pPr>
      <w:r>
        <w:rPr>
          <w:b w:val="0"/>
          <w:i w:val="0"/>
        </w:rPr>
        <w:t>“Được rồi,” ông nói, “biểu tượng tôn giáo phổ biến nhất thế giới? Có ai đoán được không?”</w:t>
      </w:r>
    </w:p>
    <w:p>
      <w:pPr>
        <w:spacing w:after="80"/>
      </w:pPr>
      <w:r>
        <w:rPr>
          <w:b w:val="0"/>
          <w:i w:val="0"/>
        </w:rPr>
        <w:t>Hàng chục cánh tay giơ lên.</w:t>
      </w:r>
    </w:p>
    <w:p>
      <w:pPr>
        <w:spacing w:after="80"/>
      </w:pPr>
      <w:r>
        <w:rPr>
          <w:b w:val="0"/>
          <w:i w:val="0"/>
        </w:rPr>
        <w:t xml:space="preserve">“Tuyệt vời,” Langdon nói. “Có ai đoán được thứ gì đó </w:t>
      </w:r>
      <w:r>
        <w:rPr>
          <w:b w:val="0"/>
          <w:i/>
        </w:rPr>
        <w:t>không</w:t>
      </w:r>
      <w:r>
        <w:rPr>
          <w:b w:val="0"/>
          <w:i w:val="0"/>
        </w:rPr>
        <w:t xml:space="preserve"> phải cây thánh giá không?”</w:t>
      </w:r>
    </w:p>
    <w:p>
      <w:pPr>
        <w:spacing w:after="80"/>
      </w:pPr>
      <w:r>
        <w:rPr>
          <w:b w:val="0"/>
          <w:i w:val="0"/>
        </w:rPr>
        <w:t>Tất cả các cánh tay đều hạ xuống.</w:t>
      </w:r>
    </w:p>
    <w:p>
      <w:pPr>
        <w:spacing w:after="80"/>
      </w:pPr>
      <w:r>
        <w:rPr>
          <w:b w:val="0"/>
          <w:i w:val="0"/>
        </w:rPr>
        <w:t xml:space="preserve">Langdon cười khúc khích. “Đúng là cây thánh giá cực kỳ phổ biến, nhưng nó cũng là một biểu tượng đặc trưng của </w:t>
      </w:r>
      <w:r>
        <w:rPr>
          <w:b w:val="0"/>
          <w:i/>
        </w:rPr>
        <w:t>Kitô giáo</w:t>
      </w:r>
      <w:r>
        <w:rPr>
          <w:b w:val="0"/>
          <w:i w:val="0"/>
        </w:rPr>
        <w:t xml:space="preserve">. Thực ra, có một biểu tượng </w:t>
      </w:r>
      <w:r>
        <w:rPr>
          <w:b w:val="0"/>
          <w:i/>
        </w:rPr>
        <w:t>phổ quát</w:t>
      </w:r>
      <w:r>
        <w:rPr>
          <w:b w:val="0"/>
          <w:i w:val="0"/>
        </w:rPr>
        <w:t xml:space="preserve"> xuất hiện trong tác phẩm nghệ thuật của mọi tôn giáo trong lịch sử.”</w:t>
      </w:r>
    </w:p>
    <w:p>
      <w:pPr>
        <w:spacing w:after="80"/>
      </w:pPr>
      <w:r>
        <w:rPr>
          <w:b w:val="0"/>
          <w:i w:val="0"/>
        </w:rPr>
        <w:t>Khán giả trao đổi những ánh mắt bối rối.</w:t>
      </w:r>
    </w:p>
    <w:p>
      <w:pPr>
        <w:spacing w:after="80"/>
      </w:pPr>
      <w:r>
        <w:rPr>
          <w:b w:val="0"/>
          <w:i w:val="0"/>
        </w:rPr>
        <w:t>“Tất cả các bạn đã thấy nó nhiều lần rồi,” Langdon gợi ý. “Có lẽ trên bia đá Horakhty của Ai Cập?”</w:t>
      </w:r>
    </w:p>
    <w:p>
      <w:pPr>
        <w:spacing w:after="80"/>
      </w:pPr>
      <w:r>
        <w:rPr>
          <w:b w:val="0"/>
          <w:i w:val="0"/>
        </w:rPr>
        <w:t>Ông dừng lại.</w:t>
      </w:r>
    </w:p>
    <w:p>
      <w:pPr>
        <w:spacing w:after="80"/>
      </w:pPr>
      <w:r>
        <w:rPr>
          <w:b w:val="0"/>
          <w:i w:val="0"/>
        </w:rPr>
        <w:t>“Thế còn quan tài Kanishka của Phật giáo? Hay bức Christ Pantocrator nổi tiếng?”</w:t>
      </w:r>
    </w:p>
    <w:p>
      <w:pPr>
        <w:spacing w:after="80"/>
      </w:pPr>
      <w:r>
        <w:rPr>
          <w:b w:val="0"/>
          <w:i w:val="0"/>
        </w:rPr>
        <w:t>Im lặng. Những ánh mắt trân trân.</w:t>
      </w:r>
    </w:p>
    <w:p>
      <w:pPr>
        <w:spacing w:after="80"/>
      </w:pPr>
      <w:r>
        <w:rPr>
          <w:b w:val="0"/>
          <w:i/>
        </w:rPr>
        <w:t>Trời ạ,</w:t>
      </w:r>
      <w:r>
        <w:rPr>
          <w:b w:val="0"/>
          <w:i w:val="0"/>
        </w:rPr>
        <w:t xml:space="preserve"> Langdon nghĩ. </w:t>
      </w:r>
      <w:r>
        <w:rPr>
          <w:b w:val="0"/>
          <w:i/>
        </w:rPr>
        <w:t>Đúng là đám đông dân khoa học mà.</w:t>
      </w:r>
    </w:p>
    <w:p>
      <w:pPr>
        <w:spacing w:after="80"/>
      </w:pPr>
      <w:r>
        <w:rPr>
          <w:b w:val="0"/>
          <w:i w:val="0"/>
        </w:rPr>
        <w:t xml:space="preserve">“Nó cũng xuất hiện trong hàng trăm bức tranh thời Phục hưng nổi tiếng nhất—bức </w:t>
      </w:r>
      <w:r>
        <w:rPr>
          <w:b w:val="0"/>
          <w:i/>
        </w:rPr>
        <w:t>Đức Mẹ Đồng Trinh trên Đá</w:t>
      </w:r>
      <w:r>
        <w:rPr>
          <w:b w:val="0"/>
          <w:i w:val="0"/>
        </w:rPr>
        <w:t xml:space="preserve"> thứ hai của Leonardo da Vinci, </w:t>
      </w:r>
      <w:r>
        <w:rPr>
          <w:b w:val="0"/>
          <w:i/>
        </w:rPr>
        <w:t>Truyền Tin</w:t>
      </w:r>
      <w:r>
        <w:rPr>
          <w:b w:val="0"/>
          <w:i w:val="0"/>
        </w:rPr>
        <w:t xml:space="preserve"> của Fra Angelico, </w:t>
      </w:r>
      <w:r>
        <w:rPr>
          <w:b w:val="0"/>
          <w:i/>
        </w:rPr>
        <w:t>Than Khóc</w:t>
      </w:r>
      <w:r>
        <w:rPr>
          <w:b w:val="0"/>
          <w:i w:val="0"/>
        </w:rPr>
        <w:t xml:space="preserve"> của Giotto, </w:t>
      </w:r>
      <w:r>
        <w:rPr>
          <w:b w:val="0"/>
          <w:i/>
        </w:rPr>
        <w:t>Cám Dỗ Chúa Kitô</w:t>
      </w:r>
      <w:r>
        <w:rPr>
          <w:b w:val="0"/>
          <w:i w:val="0"/>
        </w:rPr>
        <w:t xml:space="preserve"> của Titian, và vô số tác phẩm mô tả </w:t>
      </w:r>
      <w:r>
        <w:rPr>
          <w:b w:val="0"/>
          <w:i/>
        </w:rPr>
        <w:t>Đức Mẹ và Chúa Hài Đồng</w:t>
      </w:r>
      <w:r>
        <w:rPr>
          <w:b w:val="0"/>
          <w:i w:val="0"/>
        </w:rPr>
        <w:t>…?”</w:t>
      </w:r>
    </w:p>
    <w:p>
      <w:pPr>
        <w:spacing w:after="80"/>
      </w:pPr>
      <w:r>
        <w:rPr>
          <w:b w:val="0"/>
          <w:i w:val="0"/>
        </w:rPr>
        <w:t>Vẫn chẳng có gì.</w:t>
      </w:r>
    </w:p>
    <w:p>
      <w:pPr>
        <w:spacing w:after="80"/>
      </w:pPr>
      <w:r>
        <w:rPr>
          <w:b w:val="0"/>
          <w:i w:val="0"/>
        </w:rPr>
        <w:t xml:space="preserve">“Biểu tượng mà tôi đang nói tới,” ông nói, “chính là </w:t>
      </w:r>
      <w:r>
        <w:rPr>
          <w:b w:val="0"/>
          <w:i/>
        </w:rPr>
        <w:t>vầng hào quang</w:t>
      </w:r>
      <w:r>
        <w:rPr>
          <w:b w:val="0"/>
          <w:i w:val="0"/>
        </w:rPr>
        <w:t>.”</w:t>
      </w:r>
    </w:p>
    <w:p>
      <w:pPr>
        <w:spacing w:after="80"/>
      </w:pPr>
      <w:r>
        <w:rPr>
          <w:b w:val="0"/>
          <w:i w:val="0"/>
        </w:rPr>
        <w:t>Katherine mỉm cười, rõ ràng là cô đã biết trước đây sẽ là câu trả lời của ông.</w:t>
      </w:r>
    </w:p>
    <w:p>
      <w:pPr>
        <w:spacing w:after="80"/>
      </w:pPr>
      <w:r>
        <w:rPr>
          <w:b w:val="0"/>
          <w:i w:val="0"/>
        </w:rPr>
        <w:t xml:space="preserve">“Vầng hào quang,” Langdon tiếp tục, “là đĩa sáng xuất hiện trên đầu một bậc giác ngộ. Trong Kitô giáo, hào quang lơ lửng trên đầu Chúa Giêsu, Đức Mẹ Maria và các thánh. Xa hơn về trước, một đĩa mặt trời lơ lửng trên đầu thần Ra của Ai Cập cổ đại, và trong các tôn giáo phương Đông, một vầng hào quang </w:t>
      </w:r>
      <w:r>
        <w:rPr>
          <w:b w:val="0"/>
          <w:i/>
        </w:rPr>
        <w:t>nimbus</w:t>
      </w:r>
      <w:r>
        <w:rPr>
          <w:b w:val="0"/>
          <w:i w:val="0"/>
        </w:rPr>
        <w:t xml:space="preserve"> xuất hiện trên đầu Đức Phật và các vị thần Hindu.”</w:t>
      </w:r>
    </w:p>
    <w:p>
      <w:pPr>
        <w:spacing w:after="80"/>
      </w:pPr>
      <w:r>
        <w:rPr>
          <w:b w:val="0"/>
          <w:i w:val="0"/>
        </w:rPr>
        <w:t xml:space="preserve">“Tuyệt vời, cảm ơn Giáo sư,” Katherine nói, với tay lấy micro, nhưng Langdon phớt lờ cô và tinh nghịch xoay người đi chỗ khác—một chút trả đũa. </w:t>
      </w:r>
      <w:r>
        <w:rPr>
          <w:b w:val="0"/>
          <w:i/>
        </w:rPr>
        <w:t>Đừng bao giờ hỏi một sử gia câu hỏi mà bạn không muốn được trả lời đầy đủ.</w:t>
      </w:r>
    </w:p>
    <w:p>
      <w:pPr>
        <w:spacing w:after="80"/>
      </w:pPr>
      <w:r>
        <w:rPr>
          <w:b w:val="0"/>
          <w:i w:val="0"/>
        </w:rPr>
        <w:t>“Tôi nên nói thêm,” Langdon nói khi đám đông cười tán thưởng, “rằng hào quang có đủ mọi hình dạng, kích cỡ và cách thể hiện nghệ thuật. Có loại là đĩa vàng đặc, có loại trong suốt, và có loại thậm chí hình vuông. Kinh thánh Do Thái cổ mô tả đầu của Moses được bao quanh bởi một ‘hila’—từ tiếng Hebrew nghĩa là ‘hào quang’ hay ‘sự phát sáng’. Một số dạng hào quang đặc biệt có những tia sáng phát ra từ chúng…những gai sáng rực tỏa ra mọi hướng.”</w:t>
      </w:r>
    </w:p>
    <w:p>
      <w:pPr>
        <w:spacing w:after="80"/>
      </w:pPr>
      <w:r>
        <w:rPr>
          <w:b w:val="0"/>
          <w:i w:val="0"/>
        </w:rPr>
        <w:t>Langdon quay lại phía Katherine với nụ cười tinh quái. “Có lẽ Tiến sĩ Solomon biết loại hào quang này được gọi là gì?” Ông nghiêng micro về phía cô.</w:t>
      </w:r>
    </w:p>
    <w:p>
      <w:pPr>
        <w:spacing w:after="80"/>
      </w:pPr>
      <w:r>
        <w:rPr>
          <w:b w:val="0"/>
          <w:i w:val="0"/>
        </w:rPr>
        <w:t>“Vương miện tỏa sáng,” cô đáp không chút ngập ngừng.</w:t>
      </w:r>
    </w:p>
    <w:p>
      <w:pPr>
        <w:spacing w:after="80"/>
      </w:pPr>
      <w:r>
        <w:rPr>
          <w:b w:val="0"/>
          <w:i/>
        </w:rPr>
        <w:t>Có người đã đọc bài rồi.</w:t>
      </w:r>
      <w:r>
        <w:rPr>
          <w:b w:val="0"/>
          <w:i w:val="0"/>
        </w:rPr>
        <w:t xml:space="preserve"> Langdon đưa micro lại lên miệng. “Đúng vậy, vương miện tỏa sáng là một biểu tượng đặc biệt quan trọng. Nó xuất hiện xuyên suốt lịch sử, tô điểm trên đầu Horus, Helios, Ptolemy, Caesar…và cả tượng Colossus khổng lồ ở Rhodes.”</w:t>
      </w:r>
    </w:p>
    <w:p>
      <w:pPr>
        <w:spacing w:after="80"/>
      </w:pPr>
      <w:r>
        <w:rPr>
          <w:b w:val="0"/>
          <w:i w:val="0"/>
        </w:rPr>
        <w:t>Langdon nở với đám đông một nụ cười đầy ẩn ý. “Ít người nhận ra điều này, nhưng vật thể được chụp ảnh nhiều nhất ở khắp Thành phố New York lại chính là…một vương miện tỏa sáng.”</w:t>
      </w:r>
    </w:p>
    <w:p>
      <w:pPr>
        <w:spacing w:after="80"/>
      </w:pPr>
      <w:r>
        <w:rPr>
          <w:b w:val="0"/>
          <w:i w:val="0"/>
        </w:rPr>
        <w:t>Những ánh mắt bối rối, kể cả từ Katherine.</w:t>
      </w:r>
    </w:p>
    <w:p>
      <w:pPr>
        <w:spacing w:after="80"/>
      </w:pPr>
      <w:r>
        <w:rPr>
          <w:b w:val="0"/>
          <w:i w:val="0"/>
        </w:rPr>
        <w:t>“Có ai đoán được không?” ông hỏi. “Không ai trong các bạn từng chụp vương miện tỏa sáng lơ lửng cách mặt nước Cảng New York ba trăm feet sao?” Langdon chờ đợi khi tiếng xì xào của sự vỡ lẽ lớn dần trong đám đông.</w:t>
      </w:r>
    </w:p>
    <w:p>
      <w:pPr>
        <w:spacing w:after="80"/>
      </w:pPr>
      <w:r>
        <w:rPr>
          <w:b w:val="0"/>
          <w:i w:val="0"/>
        </w:rPr>
        <w:t>“Tượng Nữ thần Tự do!” ai đó gọi lớn.</w:t>
      </w:r>
    </w:p>
    <w:p>
      <w:pPr>
        <w:spacing w:after="80"/>
      </w:pPr>
      <w:r>
        <w:rPr>
          <w:b w:val="0"/>
          <w:i w:val="0"/>
        </w:rPr>
        <w:t>“Chính xác,” Langdon nói. “Tượng Nữ thần Tự do đội một vương miện tỏa sáng—một vầng hào quang cổ xưa—biểu tượng phổ quát mà chúng ta đã dùng xuyên suốt lịch sử để nhận diện những cá nhân đặc biệt mà ta tin rằng sở hữu sự giác ngộ thiêng liêng…hay một trạng thái…</w:t>
      </w:r>
      <w:r>
        <w:rPr>
          <w:b w:val="0"/>
          <w:i/>
        </w:rPr>
        <w:t>ý thức</w:t>
      </w:r>
      <w:r>
        <w:rPr>
          <w:b w:val="0"/>
          <w:i w:val="0"/>
        </w:rPr>
        <w:t xml:space="preserve"> tiên tiến.”</w:t>
      </w:r>
    </w:p>
    <w:p>
      <w:pPr>
        <w:spacing w:after="80"/>
      </w:pPr>
      <w:r>
        <w:rPr>
          <w:b w:val="0"/>
          <w:i w:val="0"/>
        </w:rPr>
        <w:t xml:space="preserve">Khi Langdon trao micro lại cho Katherine, cô đang rạng rỡ. </w:t>
      </w:r>
      <w:r>
        <w:rPr>
          <w:b w:val="0"/>
          <w:i/>
        </w:rPr>
        <w:t>Cảm ơn anh,</w:t>
      </w:r>
      <w:r>
        <w:rPr>
          <w:b w:val="0"/>
          <w:i w:val="0"/>
        </w:rPr>
        <w:t xml:space="preserve"> cô mấp máy môi với ông khi ông quay về chỗ ngồi giữa tiếng vỗ tay.</w:t>
      </w:r>
    </w:p>
    <w:p>
      <w:pPr>
        <w:spacing w:after="80"/>
      </w:pPr>
      <w:r>
        <w:rPr>
          <w:b w:val="0"/>
          <w:i w:val="0"/>
        </w:rPr>
        <w:t xml:space="preserve">Katherine bước trở lại sân khấu. “Như Giáo sư Langdon vừa trình bày thật hùng hồn, con người đã suy ngẫm về </w:t>
      </w:r>
      <w:r>
        <w:rPr>
          <w:b w:val="0"/>
          <w:i/>
        </w:rPr>
        <w:t>ý thức</w:t>
      </w:r>
      <w:r>
        <w:rPr>
          <w:b w:val="0"/>
          <w:i w:val="0"/>
        </w:rPr>
        <w:t xml:space="preserve"> từ rất lâu. Nhưng cho đến nay, với khoa học tiên tiến, chúng ta vẫn gặp khó khăn trong việc </w:t>
      </w:r>
      <w:r>
        <w:rPr>
          <w:b w:val="0"/>
          <w:i/>
        </w:rPr>
        <w:t>định nghĩa</w:t>
      </w:r>
      <w:r>
        <w:rPr>
          <w:b w:val="0"/>
          <w:i w:val="0"/>
        </w:rPr>
        <w:t xml:space="preserve"> nó. Thực tế, nhiều nhà khoa học còn sợ cả việc </w:t>
      </w:r>
      <w:r>
        <w:rPr>
          <w:b w:val="0"/>
          <w:i/>
        </w:rPr>
        <w:t>thảo luận</w:t>
      </w:r>
      <w:r>
        <w:rPr>
          <w:b w:val="0"/>
          <w:i w:val="0"/>
        </w:rPr>
        <w:t xml:space="preserve"> về ý thức.” Katherine nhìn quanh và thì thầm, “Họ gọi nó là chữ c.”</w:t>
      </w:r>
    </w:p>
    <w:p>
      <w:pPr>
        <w:spacing w:after="80"/>
      </w:pPr>
      <w:r>
        <w:rPr>
          <w:b w:val="0"/>
          <w:i w:val="0"/>
        </w:rPr>
        <w:t>Tiếng cười rải rác lại lan khắp căn phòng.</w:t>
      </w:r>
    </w:p>
    <w:p>
      <w:pPr>
        <w:spacing w:after="80"/>
      </w:pPr>
      <w:r>
        <w:rPr>
          <w:b w:val="0"/>
          <w:i w:val="0"/>
        </w:rPr>
        <w:t xml:space="preserve">Katherine gật đầu với một người phụ nữ đeo kính ở hàng ghế đầu. "Thưa bà, </w:t>
      </w:r>
      <w:r>
        <w:rPr>
          <w:b w:val="0"/>
          <w:i/>
        </w:rPr>
        <w:t>bà</w:t>
      </w:r>
      <w:r>
        <w:rPr>
          <w:b w:val="0"/>
          <w:i w:val="0"/>
        </w:rPr>
        <w:t xml:space="preserve"> sẽ định nghĩa ý thức (consciousness) như thế nào?"</w:t>
      </w:r>
    </w:p>
    <w:p>
      <w:pPr>
        <w:spacing w:after="80"/>
      </w:pPr>
      <w:r>
        <w:rPr>
          <w:b w:val="0"/>
          <w:i w:val="0"/>
        </w:rPr>
        <w:t>Người phụ nữ suy nghĩ một lát. "Tôi cho rằng… là sự nhận biết về chính sự tồn tại của mình?"</w:t>
      </w:r>
    </w:p>
    <w:p>
      <w:pPr>
        <w:spacing w:after="80"/>
      </w:pPr>
      <w:r>
        <w:rPr>
          <w:b w:val="0"/>
          <w:i w:val="0"/>
        </w:rPr>
        <w:t xml:space="preserve">"Chính xác," Katherine nói. "Và sự nhận biết đó </w:t>
      </w:r>
      <w:r>
        <w:rPr>
          <w:b w:val="0"/>
          <w:i/>
        </w:rPr>
        <w:t>đến</w:t>
      </w:r>
      <w:r>
        <w:rPr>
          <w:b w:val="0"/>
          <w:i w:val="0"/>
        </w:rPr>
        <w:t xml:space="preserve"> từ đâu?"</w:t>
      </w:r>
    </w:p>
    <w:p>
      <w:pPr>
        <w:spacing w:after="80"/>
      </w:pPr>
      <w:r>
        <w:rPr>
          <w:b w:val="0"/>
          <w:i w:val="0"/>
        </w:rPr>
        <w:t>"Từ bộ não của tôi, tôi đoán vậy," bà nói. "Những suy nghĩ, ý tưởng, trí tưởng tượng của tôi… hoạt động của não bộ tạo nên con người tôi."</w:t>
      </w:r>
    </w:p>
    <w:p>
      <w:pPr>
        <w:spacing w:after="80"/>
      </w:pPr>
      <w:r>
        <w:rPr>
          <w:b w:val="0"/>
          <w:i w:val="0"/>
        </w:rPr>
        <w:t xml:space="preserve">"Diễn đạt rất hay, cảm ơn bà." Katherine đưa mắt trở lại phía khán giả. "Vậy chúng ta có thể bắt đầu bằng việc thống nhất những điều cơ bản không? Ý thức được tạo ra bởi bộ não của bạn—khối nặng ba pound gồm tám mươi sáu tỷ nơ-ron bên trong hộp sọ—và do đó </w:t>
      </w:r>
      <w:r>
        <w:rPr>
          <w:b w:val="0"/>
          <w:i/>
        </w:rPr>
        <w:t>ý thức</w:t>
      </w:r>
      <w:r>
        <w:rPr>
          <w:b w:val="0"/>
          <w:i w:val="0"/>
        </w:rPr>
        <w:t xml:space="preserve"> nằm bên trong đầu chúng ta."</w:t>
      </w:r>
    </w:p>
    <w:p>
      <w:pPr>
        <w:spacing w:after="80"/>
      </w:pPr>
      <w:r>
        <w:rPr>
          <w:b w:val="0"/>
          <w:i w:val="0"/>
        </w:rPr>
        <w:t>Mọi người gật đầu đồng tình.</w:t>
      </w:r>
    </w:p>
    <w:p>
      <w:pPr>
        <w:spacing w:after="80"/>
      </w:pPr>
      <w:r>
        <w:rPr>
          <w:b w:val="0"/>
          <w:i w:val="0"/>
        </w:rPr>
        <w:t xml:space="preserve">"Tuyệt vời," Katherine nói. "Tất cả chúng ta vừa đồng ý với mô hình ý thức con người đang được chấp nhận hiện nay." Ngừng một nhịp, cô thở dài nặng nề. "Vấn đề là… mô hình đang được chấp nhận hiện nay </w:t>
      </w:r>
      <w:r>
        <w:rPr>
          <w:b w:val="0"/>
          <w:i/>
        </w:rPr>
        <w:t>sai hoàn toàn.</w:t>
      </w:r>
      <w:r>
        <w:rPr>
          <w:b w:val="0"/>
          <w:i w:val="0"/>
        </w:rPr>
        <w:t xml:space="preserve"> Ý thức của bạn </w:t>
      </w:r>
      <w:r>
        <w:rPr>
          <w:b w:val="0"/>
          <w:i/>
        </w:rPr>
        <w:t>không</w:t>
      </w:r>
      <w:r>
        <w:rPr>
          <w:b w:val="0"/>
          <w:i w:val="0"/>
        </w:rPr>
        <w:t xml:space="preserve"> được tạo ra bởi bộ não. Và thực tế, ý thức của bạn thậm chí không nằm </w:t>
      </w:r>
      <w:r>
        <w:rPr>
          <w:b w:val="0"/>
          <w:i/>
        </w:rPr>
        <w:t>bên trong</w:t>
      </w:r>
      <w:r>
        <w:rPr>
          <w:b w:val="0"/>
          <w:i w:val="0"/>
        </w:rPr>
        <w:t xml:space="preserve"> đầu bạn."</w:t>
      </w:r>
    </w:p>
    <w:p>
      <w:pPr>
        <w:spacing w:after="80"/>
      </w:pPr>
      <w:r>
        <w:rPr>
          <w:b w:val="0"/>
          <w:i w:val="0"/>
        </w:rPr>
        <w:t>Một sự im lặng sững sờ bao trùm.</w:t>
      </w:r>
    </w:p>
    <w:p>
      <w:pPr>
        <w:spacing w:after="80"/>
      </w:pPr>
      <w:r>
        <w:rPr>
          <w:b w:val="0"/>
          <w:i w:val="0"/>
        </w:rPr>
        <w:t xml:space="preserve">Người phụ nữ đeo kính ở hàng ghế đầu lên tiếng: "Nhưng… nếu ý thức của tôi không nằm </w:t>
      </w:r>
      <w:r>
        <w:rPr>
          <w:b w:val="0"/>
          <w:i/>
        </w:rPr>
        <w:t>bên trong</w:t>
      </w:r>
      <w:r>
        <w:rPr>
          <w:b w:val="0"/>
          <w:i w:val="0"/>
        </w:rPr>
        <w:t xml:space="preserve"> đầu tôi… thì nó </w:t>
      </w:r>
      <w:r>
        <w:rPr>
          <w:b w:val="0"/>
          <w:i/>
        </w:rPr>
        <w:t>ở đâu</w:t>
      </w:r>
      <w:r>
        <w:rPr>
          <w:b w:val="0"/>
          <w:i w:val="0"/>
        </w:rPr>
        <w:t>?"</w:t>
      </w:r>
    </w:p>
    <w:p>
      <w:pPr>
        <w:spacing w:after="80"/>
      </w:pPr>
      <w:r>
        <w:rPr>
          <w:b w:val="0"/>
          <w:i w:val="0"/>
        </w:rPr>
        <w:t>"Tôi rất vui vì bà đã hỏi," Katherine nói, mỉm cười với đám đông tụ tập. "Ngồi thoải mái đi mọi người. Tối nay chúng ta sẽ có một chuyến đi khá ly kỳ đấy."</w:t>
      </w:r>
    </w:p>
    <w:p>
      <w:pPr>
        <w:spacing w:after="80"/>
      </w:pPr>
      <w:r>
        <w:rPr>
          <w:b w:val="0"/>
          <w:i/>
        </w:rPr>
        <w:t>Ngôi sao nhạc rock,</w:t>
      </w:r>
      <w:r>
        <w:rPr>
          <w:b w:val="0"/>
          <w:i w:val="0"/>
        </w:rPr>
        <w:t xml:space="preserve"> Langdon nghĩ khi bước về phía sảnh khách sạn, vẫn còn nghe văng vẳng tiếng vỗ tay đứng dậy của Katherine. Buổi thuyết trình của cô là một màn trình diễn xuất sắc đến chói lóa, khiến đám đông sững sờ và đòi hỏi thêm. Khi có người hỏi về công việc hiện tại của cô, Katherine tiết lộ rằng cô vừa hoàn thành những chỉnh sửa cuối cùng cho một cuốn sách mà cô hy vọng sẽ giúp định nghĩa lại mô hình ý thức hiện hành.</w:t>
      </w:r>
    </w:p>
    <w:p>
      <w:pPr>
        <w:spacing w:after="80"/>
      </w:pPr>
      <w:r>
        <w:rPr>
          <w:b w:val="0"/>
          <w:i w:val="0"/>
        </w:rPr>
        <w:t xml:space="preserve">Langdon đã giúp Katherine có được một hợp đồng xuất bản, dù anh vẫn chưa đọc bản thảo của cô. Cô đã tiết lộ đủ nội dung để khiến Langdon bị cuốn hút và háo hức đọc, nhưng anh cảm nhận cô đã giữ lại cho riêng mình tất cả những tiết lộ gây sốc nhất. </w:t>
      </w:r>
      <w:r>
        <w:rPr>
          <w:b w:val="0"/>
          <w:i/>
        </w:rPr>
        <w:t>Katherine Solomon chẳng bao giờ thiếu những bất ngờ.</w:t>
      </w:r>
    </w:p>
    <w:p>
      <w:pPr>
        <w:spacing w:after="80"/>
      </w:pPr>
      <w:r>
        <w:rPr>
          <w:b w:val="0"/>
          <w:i w:val="0"/>
        </w:rPr>
        <w:t xml:space="preserve">Giờ đây, khi đến gần sảnh khách sạn, Langdon chợt nhớ ra rằng Katherine có lịch họp lúc 8 giờ sáng nay với Tiến sĩ Brigita Gessner—nhà thần kinh học người Séc lỗi lạc, người đã đích thân mời Katherine phát biểu tại chuỗi bài giảng. Lời mời của Gessner thật hào phóng, vậy mà sau khi gặp người phụ nữ này tối qua sau sự kiện và thấy bà ta thật khó chịu, Langdon giờ đây thầm hy vọng Katherine sẽ ngủ quên và chọn ăn sáng với </w:t>
      </w:r>
      <w:r>
        <w:rPr>
          <w:b w:val="0"/>
          <w:i/>
        </w:rPr>
        <w:t>anh</w:t>
      </w:r>
      <w:r>
        <w:rPr>
          <w:b w:val="0"/>
          <w:i w:val="0"/>
        </w:rPr>
        <w:t xml:space="preserve"> thay vào đó.</w:t>
      </w:r>
    </w:p>
    <w:p>
      <w:pPr>
        <w:spacing w:after="80"/>
      </w:pPr>
      <w:r>
        <w:rPr>
          <w:b w:val="0"/>
          <w:i w:val="0"/>
        </w:rPr>
        <w:t>Gạt điều đó khỏi tâm trí, anh bước vào sảnh, tận hưởng hương thơm của những bó hoa hồng xa hoa luôn tô điểm cho lối vào chính. Tuy nhiên, khung cảnh đón anh trong sảnh lại kém thân thiện hơn nhiều.</w:t>
      </w:r>
    </w:p>
    <w:p>
      <w:pPr>
        <w:spacing w:after="80"/>
      </w:pPr>
      <w:r>
        <w:rPr>
          <w:b w:val="0"/>
          <w:i w:val="0"/>
        </w:rPr>
        <w:t xml:space="preserve">Hai viên cảnh sát mặc đồ đen đang lặng lẽ rảo bước khắp không gian rộng mở, dắt theo một cặp chó chăn cừu Đức. Cả hai con chó đều mặc áo chống đạn có ghi chữ </w:t>
      </w:r>
      <w:r>
        <w:rPr>
          <w:b w:val="0"/>
          <w:i/>
        </w:rPr>
        <w:t>Policie</w:t>
      </w:r>
      <w:r>
        <w:rPr>
          <w:b w:val="0"/>
          <w:i w:val="0"/>
        </w:rPr>
        <w:t xml:space="preserve"> và đang đánh hơi xung quanh như thể đang tìm kiếm… thứ gì đó.</w:t>
      </w:r>
    </w:p>
    <w:p>
      <w:pPr>
        <w:spacing w:after="80"/>
      </w:pPr>
      <w:r>
        <w:rPr>
          <w:b w:val="0"/>
          <w:i/>
        </w:rPr>
        <w:t>Trông không ổn chút nào.</w:t>
      </w:r>
      <w:r>
        <w:rPr>
          <w:b w:val="0"/>
          <w:i w:val="0"/>
        </w:rPr>
        <w:t xml:space="preserve"> Langdon bước tới quầy lễ tân. "Mọi chuyện ổn chứ?"</w:t>
      </w:r>
    </w:p>
    <w:p>
      <w:pPr>
        <w:spacing w:after="80"/>
      </w:pPr>
      <w:r>
        <w:rPr>
          <w:b w:val="0"/>
          <w:i w:val="0"/>
        </w:rPr>
        <w:t>"Ôi, trời ơi, vâng, thưa ông Langdon!" Người quản lý ăn mặc chỉnh tề gần như cúi chào khi vội vã bước ra chào đón Langdon. "Mọi thứ đều hoàn hảo, thưa Giáo sư. Chỉ là một chuyện nhỏ tối qua, nhưng là báo động giả thôi," ông trấn an, lắc đầu đầy vẻ xua tay. "Chỉ là đề phòng thôi ạ. Như ông biết đấy, an ninh là ưu tiên hàng đầu ở Four Seasons Prague."</w:t>
      </w:r>
    </w:p>
    <w:p>
      <w:pPr>
        <w:spacing w:after="80"/>
      </w:pPr>
      <w:r>
        <w:rPr>
          <w:b w:val="0"/>
          <w:i w:val="0"/>
        </w:rPr>
        <w:t xml:space="preserve">Langdon liếc nhìn mấy viên cảnh sát. </w:t>
      </w:r>
      <w:r>
        <w:rPr>
          <w:b w:val="0"/>
          <w:i/>
        </w:rPr>
        <w:t>Chuyện nhỏ?</w:t>
      </w:r>
      <w:r>
        <w:rPr>
          <w:b w:val="0"/>
          <w:i w:val="0"/>
        </w:rPr>
        <w:t xml:space="preserve"> Mấy người này trông chẳng "nhỏ" chút nào.</w:t>
      </w:r>
    </w:p>
    <w:p>
      <w:pPr>
        <w:spacing w:after="80"/>
      </w:pPr>
      <w:r>
        <w:rPr>
          <w:b w:val="0"/>
          <w:i w:val="0"/>
        </w:rPr>
        <w:t>"Ông có ra câu lạc bộ bơi không ạ?" người quản lý hỏi. "Tôi gọi xe cho ông nhé?"</w:t>
      </w:r>
    </w:p>
    <w:p>
      <w:pPr>
        <w:spacing w:after="80"/>
      </w:pPr>
      <w:r>
        <w:rPr>
          <w:b w:val="0"/>
          <w:i w:val="0"/>
        </w:rPr>
        <w:t>"Không cần đâu, cảm ơn," Langdon đáp, bước về phía cửa. "Tôi sẽ chạy bộ tới đó. Tôi thích không khí trong lành."</w:t>
      </w:r>
    </w:p>
    <w:p>
      <w:pPr>
        <w:spacing w:after="80"/>
      </w:pPr>
      <w:r>
        <w:rPr>
          <w:b w:val="0"/>
          <w:i w:val="0"/>
        </w:rPr>
        <w:t>"Nhưng trời đang có tuyết mà!"</w:t>
      </w:r>
    </w:p>
    <w:p>
      <w:pPr>
        <w:spacing w:after="80"/>
      </w:pPr>
      <w:r>
        <w:rPr>
          <w:b w:val="0"/>
          <w:i w:val="0"/>
        </w:rPr>
        <w:t>Người đàn ông gốc New England liếc ra ngoài nhìn những bông tuyết lất phất trong không trung và mỉm cười với người quản lý. "Nếu một tiếng nữa tôi chưa về, cử một con chó trong đám đó tới đào tôi ra nhé."</w:t>
      </w:r>
    </w:p>
    <w:p>
      <w:pPr>
        <w:pStyle w:val="Heading1"/>
      </w:pPr>
      <w:r>
        <w:rPr>
          <w:rFonts w:ascii="Calibri" w:hAnsi="Calibri"/>
          <w:b/>
          <w:i w:val="0"/>
          <w:sz w:val="40"/>
        </w:rPr>
        <w:t>Chương 2</w:t>
      </w:r>
    </w:p>
    <w:p>
      <w:pPr>
        <w:spacing w:after="80"/>
      </w:pPr>
      <w:r>
        <w:rPr>
          <w:b w:val="0"/>
          <w:i w:val="0"/>
        </w:rPr>
        <w:t>Golěm khập khiễng bước qua tuyết, gấu áo choàng đen dài lê qua lớp bùn tuyết bẩn thỉu phủ kín phố Kaprova. Giấu dưới lớp áo choàng, đôi ủng đế cao khổng lồ của hắn nặng đến mức hắn gần như không nhấc nổi chân. Trên mặt và hộp sọ, một lớp đất sét dày co lại trong không khí lạnh giá.</w:t>
      </w:r>
    </w:p>
    <w:p>
      <w:pPr>
        <w:spacing w:after="80"/>
      </w:pPr>
      <w:r>
        <w:rPr>
          <w:b w:val="0"/>
          <w:i w:val="0"/>
        </w:rPr>
        <w:t>Ta phải về nhà.</w:t>
      </w:r>
    </w:p>
    <w:p>
      <w:pPr>
        <w:spacing w:after="80"/>
      </w:pPr>
      <w:r>
        <w:rPr>
          <w:b w:val="0"/>
          <w:i w:val="0"/>
        </w:rPr>
        <w:t>Ether đang tụ lại.</w:t>
      </w:r>
    </w:p>
    <w:p>
      <w:pPr>
        <w:spacing w:after="80"/>
      </w:pPr>
      <w:r>
        <w:rPr>
          <w:b w:val="0"/>
          <w:i w:val="0"/>
        </w:rPr>
        <w:t>Sợ rằng Ether có thể nhấn chìm mình, Golěm thò tay vào túi và nắm lấy thanh kim loại nhỏ mà hắn luôn mang theo bên mình. Hắn đưa vật đó lên đầu và ấn mạnh vào đỉnh hộp sọ, xoa thành những vòng tròn nhỏ trên lớp đất sét khô.</w:t>
      </w:r>
    </w:p>
    <w:p>
      <w:pPr>
        <w:spacing w:after="80"/>
      </w:pPr>
      <w:r>
        <w:rPr>
          <w:b w:val="0"/>
          <w:i/>
        </w:rPr>
        <w:t>Chưa phải lúc,</w:t>
      </w:r>
      <w:r>
        <w:rPr>
          <w:b w:val="0"/>
          <w:i w:val="0"/>
        </w:rPr>
        <w:t xml:space="preserve"> hắn niệm thầm, nhắm mắt lại.</w:t>
      </w:r>
    </w:p>
    <w:p>
      <w:pPr>
        <w:spacing w:after="80"/>
      </w:pPr>
      <w:r>
        <w:rPr>
          <w:b w:val="0"/>
          <w:i w:val="0"/>
        </w:rPr>
        <w:t>Ether tan biến, ít nhất là trong lúc này, và hắn cất thanh kim loại trở lại túi rồi tiếp tục bước đi.</w:t>
      </w:r>
    </w:p>
    <w:p>
      <w:pPr>
        <w:spacing w:after="80"/>
      </w:pPr>
      <w:r>
        <w:rPr>
          <w:b w:val="0"/>
          <w:i w:val="0"/>
        </w:rPr>
        <w:t>Thêm vài dãy phố nữa, ta có thể Giải phóng.</w:t>
      </w:r>
    </w:p>
    <w:p>
      <w:pPr>
        <w:spacing w:after="80"/>
      </w:pPr>
      <w:r>
        <w:rPr>
          <w:b w:val="0"/>
          <w:i w:val="0"/>
        </w:rPr>
        <w:t xml:space="preserve">Quảng trường Phố Cổ—ở Prague người ta gọi là </w:t>
      </w:r>
      <w:r>
        <w:rPr>
          <w:b w:val="0"/>
          <w:i/>
        </w:rPr>
        <w:t>Staromák</w:t>
      </w:r>
      <w:r>
        <w:rPr>
          <w:b w:val="0"/>
          <w:i w:val="0"/>
        </w:rPr>
        <w:t>—vắng tanh trong buổi sáng tối tăm này, chỉ còn một đôi du khách ôm những chiếc bánh ngọt đường cháy và ngước nhìn chiếc đồng hồ thời trung cổ nổi tiếng. Mỗi giờ, chiếc đồng hồ cổ xưa lại trình diễn "Cuộc diễu hành của các Tông đồ," một đoàn rước các vị thánh rung rinh máy móc xoay ra rồi vào qua hai ô cửa sổ nhỏ trên mặt đồng hồ.</w:t>
      </w:r>
    </w:p>
    <w:p>
      <w:pPr>
        <w:spacing w:after="80"/>
      </w:pPr>
      <w:r>
        <w:rPr>
          <w:b w:val="0"/>
          <w:i/>
        </w:rPr>
        <w:t>Lang thang không mục đích từ thế kỷ mười lăm,</w:t>
      </w:r>
      <w:r>
        <w:rPr>
          <w:b w:val="0"/>
          <w:i w:val="0"/>
        </w:rPr>
        <w:t xml:space="preserve"> The Golěm nghĩ, </w:t>
      </w:r>
      <w:r>
        <w:rPr>
          <w:b w:val="0"/>
          <w:i/>
        </w:rPr>
        <w:t>và nó vẫn thu hút lũ cừu đến xem cảnh tượng ấy.</w:t>
      </w:r>
    </w:p>
    <w:p>
      <w:pPr>
        <w:spacing w:after="80"/>
      </w:pPr>
      <w:r>
        <w:rPr>
          <w:b w:val="0"/>
          <w:i w:val="0"/>
        </w:rPr>
        <w:t>Khi The Golěm đi ngang qua cặp đôi ấy, họ liếc nhìn anh và bất giác nín thở, lùi lại một bước. Anh đã quá quen với phản ứng này từ những người xa lạ. Nó nhắc anh nhớ rằng mình có một hình hài vật lý, dù họ không thể thấy anh thực sự là gì.</w:t>
      </w:r>
    </w:p>
    <w:p>
      <w:pPr>
        <w:spacing w:after="80"/>
      </w:pPr>
      <w:r>
        <w:rPr>
          <w:b w:val="0"/>
          <w:i w:val="0"/>
        </w:rPr>
        <w:t>Ta là The Golěm.</w:t>
      </w:r>
    </w:p>
    <w:p>
      <w:pPr>
        <w:spacing w:after="80"/>
      </w:pPr>
      <w:r>
        <w:rPr>
          <w:b w:val="0"/>
          <w:i w:val="0"/>
        </w:rPr>
        <w:t>Ta không thuộc về cõi của các ngươi.</w:t>
      </w:r>
    </w:p>
    <w:p>
      <w:pPr>
        <w:spacing w:after="80"/>
      </w:pPr>
      <w:r>
        <w:rPr>
          <w:b w:val="0"/>
          <w:i w:val="0"/>
        </w:rPr>
        <w:t>Đôi khi The Golěm cảm thấy mình lơ lửng, như thể có thể trôi bồng bềnh đi mất, và anh thích khoác lên lớp vỏ phàm trần của mình những chiếc áo choàng nặng trịch. Sức nặng của chiếc áo choàng và đôi bốt đế cao làm nổi bật lực hút của trọng lực, neo anh xuống mặt đất. Cái đầu lấm lem đất sét và chiếc áo choàng trùm mũ khiến anh thành một kẻ kỳ dị đáng sợ, ngay cả ở Prague, nơi người ta thường hóa trang vào ban đêm.</w:t>
      </w:r>
    </w:p>
    <w:p>
      <w:pPr>
        <w:spacing w:after="80"/>
      </w:pPr>
      <w:r>
        <w:rPr>
          <w:b w:val="0"/>
          <w:i w:val="0"/>
        </w:rPr>
        <w:t>Nhưng điều khiến The Golěm trở thành một hình ảnh thực sự gây sửng sốt chính là ba chữ cái cổ xưa khắc nổi trên trán anh…được khắc vào lớp đất sét bằng một con dao bảng màu.</w:t>
      </w:r>
    </w:p>
    <w:p>
      <w:pPr>
        <w:jc w:val="center"/>
      </w:pPr>
      <w:r>
        <w:drawing>
          <wp:inline xmlns:a="http://schemas.openxmlformats.org/drawingml/2006/main" xmlns:pic="http://schemas.openxmlformats.org/drawingml/2006/picture">
            <wp:extent cx="1066800" cy="352425"/>
            <wp:docPr id="4" name="Picture 4"/>
            <wp:cNvGraphicFramePr>
              <a:graphicFrameLocks noChangeAspect="1"/>
            </wp:cNvGraphicFramePr>
            <a:graphic>
              <a:graphicData uri="http://schemas.openxmlformats.org/drawingml/2006/picture">
                <pic:pic>
                  <pic:nvPicPr>
                    <pic:cNvPr id="0" name="image_rsrc8XE.jpg"/>
                    <pic:cNvPicPr/>
                  </pic:nvPicPr>
                  <pic:blipFill>
                    <a:blip r:embed="rId12"/>
                    <a:stretch>
                      <a:fillRect/>
                    </a:stretch>
                  </pic:blipFill>
                  <pic:spPr>
                    <a:xfrm>
                      <a:off x="0" y="0"/>
                      <a:ext cx="1066800" cy="352425"/>
                    </a:xfrm>
                    <a:prstGeom prst="rect"/>
                  </pic:spPr>
                </pic:pic>
              </a:graphicData>
            </a:graphic>
          </wp:inline>
        </w:drawing>
      </w:r>
    </w:p>
    <w:p>
      <w:pPr>
        <w:spacing w:after="80"/>
      </w:pPr>
      <w:r>
        <w:rPr>
          <w:b w:val="0"/>
          <w:i w:val="0"/>
        </w:rPr>
        <w:t>Ba chữ cái Hebrew—</w:t>
      </w:r>
      <w:r>
        <w:rPr>
          <w:b w:val="0"/>
          <w:i/>
        </w:rPr>
        <w:t>aleph, mem, tav</w:t>
      </w:r>
      <w:r>
        <w:rPr>
          <w:b w:val="0"/>
          <w:i w:val="0"/>
        </w:rPr>
        <w:t xml:space="preserve">—từ phải sang trái, đánh vần thành </w:t>
      </w:r>
      <w:r>
        <w:rPr>
          <w:b w:val="0"/>
          <w:i/>
        </w:rPr>
        <w:t>EMET</w:t>
      </w:r>
      <w:r>
        <w:rPr>
          <w:b w:val="0"/>
          <w:i w:val="0"/>
        </w:rPr>
        <w:t>.</w:t>
      </w:r>
    </w:p>
    <w:p>
      <w:pPr>
        <w:spacing w:after="80"/>
      </w:pPr>
      <w:r>
        <w:rPr>
          <w:b w:val="0"/>
          <w:i w:val="0"/>
        </w:rPr>
        <w:t>Sự thật.</w:t>
      </w:r>
    </w:p>
    <w:p>
      <w:pPr>
        <w:spacing w:after="80"/>
      </w:pPr>
      <w:r>
        <w:rPr>
          <w:b w:val="0"/>
          <w:i w:val="0"/>
        </w:rPr>
        <w:t>Sự thật là thứ đã đưa The Golěm đến Prague. Và Sự thật là thứ mà Tiến sĩ Gessner đã tiết lộ cho anh đêm nay—một lời thú tội chi tiết về những tội ác mà bà và các đồng phạm đã gây ra sâu bên dưới Prague. Tội ác của họ thật ghê tởm, vậy mà chúng vẫn chẳng thấm vào đâu so với những gì đang được lên kế hoạch cho tương lai gần.</w:t>
      </w:r>
    </w:p>
    <w:p>
      <w:pPr>
        <w:spacing w:after="80"/>
      </w:pPr>
      <w:r>
        <w:rPr>
          <w:b w:val="0"/>
          <w:i/>
        </w:rPr>
        <w:t>Ta sẽ phá hủy tất cả,</w:t>
      </w:r>
      <w:r>
        <w:rPr>
          <w:b w:val="0"/>
          <w:i w:val="0"/>
        </w:rPr>
        <w:t xml:space="preserve"> anh tự nhủ. </w:t>
      </w:r>
      <w:r>
        <w:rPr>
          <w:b w:val="0"/>
          <w:i/>
        </w:rPr>
        <w:t>Biến nó thành đống đổ nát.</w:t>
      </w:r>
    </w:p>
    <w:p>
      <w:pPr>
        <w:spacing w:after="80"/>
      </w:pPr>
      <w:r>
        <w:rPr>
          <w:b w:val="0"/>
          <w:i w:val="0"/>
        </w:rPr>
        <w:t>The Golěm hình dung ra tạo vật đen tối của họ…bị xóa sổ…một cái hốc âm ỉ cháy trong lòng đất. Dù đây là một nhiệm vụ đầy thách thức, anh tin chắc mình có thể hoàn thành. Tiến sĩ Gessner đã tiết lộ mọi thứ anh cần biết.</w:t>
      </w:r>
    </w:p>
    <w:p>
      <w:pPr>
        <w:spacing w:after="80"/>
      </w:pPr>
      <w:r>
        <w:rPr>
          <w:b w:val="0"/>
          <w:i/>
        </w:rPr>
        <w:t>Ta cần hành động nhanh. Cơ hội mong manh lắm,</w:t>
      </w:r>
      <w:r>
        <w:rPr>
          <w:b w:val="0"/>
          <w:i w:val="0"/>
        </w:rPr>
        <w:t xml:space="preserve"> anh tự nhủ, kế hoạch đã dần thành hình trong tâm trí.</w:t>
      </w:r>
    </w:p>
    <w:p>
      <w:pPr>
        <w:spacing w:after="80"/>
      </w:pPr>
      <w:r>
        <w:rPr>
          <w:b w:val="0"/>
          <w:i w:val="0"/>
        </w:rPr>
        <w:t>The Golěm giờ quay về hướng đông nam, rời khỏi quảng trường, tìm thấy con hẻm nhỏ quanh co dẫn về căn hộ của mình. Khu phố Old Town là một mê cung của những lối đi, nổi tiếng với cuộc sống về đêm sôi động và những quán rượu đặc trưng—Týnská Literary Café dành cho giới văn sĩ và trí thức, Anonymous Bar dành cho dân hacker và những kẻ tìm kiếm điều bí ẩn, và Hemingway Bar dành cho giới sành điệu và những người sành cocktail. Tất nhiên, bảo tàng Sex Machines Museum mở cửa muộn và thu hút đám đông tò mò đến tận khuya.</w:t>
      </w:r>
    </w:p>
    <w:p>
      <w:pPr>
        <w:spacing w:after="80"/>
      </w:pPr>
      <w:r>
        <w:rPr>
          <w:b w:val="0"/>
          <w:i w:val="0"/>
        </w:rPr>
        <w:t xml:space="preserve">Khi The Golěm luồn lách qua mê cung những con hẻm, anh nhận ra mình đang nghĩ không phải về những nỗi kinh hoàng vừa giáng xuống Tiến sĩ Brigita Gessner, cũng không phải về thông tin gây sốc mà anh vừa khai thác được—mà là đang nghĩ về </w:t>
      </w:r>
      <w:r>
        <w:rPr>
          <w:b w:val="0"/>
          <w:i/>
        </w:rPr>
        <w:t>nàng</w:t>
      </w:r>
      <w:r>
        <w:rPr>
          <w:b w:val="0"/>
          <w:i w:val="0"/>
        </w:rPr>
        <w:t>.</w:t>
      </w:r>
    </w:p>
    <w:p>
      <w:pPr>
        <w:spacing w:after="80"/>
      </w:pPr>
      <w:r>
        <w:rPr>
          <w:b w:val="0"/>
          <w:i w:val="0"/>
        </w:rPr>
        <w:t>Anh luôn nghĩ về nàng.</w:t>
      </w:r>
    </w:p>
    <w:p>
      <w:pPr>
        <w:spacing w:after="80"/>
      </w:pPr>
      <w:r>
        <w:rPr>
          <w:b w:val="0"/>
          <w:i w:val="0"/>
        </w:rPr>
        <w:t>Ta là người bảo vệ của nàng.</w:t>
      </w:r>
    </w:p>
    <w:p>
      <w:pPr>
        <w:spacing w:after="80"/>
      </w:pPr>
      <w:r>
        <w:rPr>
          <w:b w:val="0"/>
          <w:i w:val="0"/>
        </w:rPr>
        <w:t>Cô ấy và tôi là hai hạt vướng víu, mãi mãi quấn vào nhau.</w:t>
      </w:r>
    </w:p>
    <w:p>
      <w:pPr>
        <w:spacing w:after="80"/>
      </w:pPr>
      <w:r>
        <w:rPr>
          <w:b w:val="0"/>
          <w:i w:val="0"/>
        </w:rPr>
        <w:t>Mục đích duy nhất của anh trên cõi đời này là che chở cho cô, vậy mà cô chẳng hề hay biết sự tồn tại của anh. Dẫu vậy, quãng thời gian anh phụng sự cô vẫn là một vinh dự. Gánh vác nỗi nặng của người khác là thiên chức cao quý nhất; nhưng làm điều đó một cách âm thầm, không chút ghi nhận nào…</w:t>
      </w:r>
      <w:r>
        <w:rPr>
          <w:b w:val="0"/>
          <w:i/>
        </w:rPr>
        <w:t>đó</w:t>
      </w:r>
      <w:r>
        <w:rPr>
          <w:b w:val="0"/>
          <w:i w:val="0"/>
        </w:rPr>
        <w:t xml:space="preserve"> mới thực sự là một hành động yêu thương vô vị lợi.</w:t>
      </w:r>
    </w:p>
    <w:p>
      <w:pPr>
        <w:spacing w:after="80"/>
      </w:pPr>
      <w:r>
        <w:rPr>
          <w:b w:val="0"/>
          <w:i w:val="0"/>
        </w:rPr>
        <w:t>Thiên thần hộ mệnh có muôn hình vạn trạng.</w:t>
      </w:r>
    </w:p>
    <w:p>
      <w:pPr>
        <w:spacing w:after="80"/>
      </w:pPr>
      <w:r>
        <w:rPr>
          <w:b w:val="0"/>
          <w:i w:val="0"/>
        </w:rPr>
        <w:t>Cô là một người hay tin người, không hề hay biết mình đang bị cuốn vào một thế giới khoa học đen tối. Cô không nhìn thấy những con cá mập đang lượn vòng. Golěm đã giết một trong những con cá mập đó đêm nay, nhưng giờ đây máu đã loang trong nước. Những thế lực hùng mạnh sẽ sớm nổi lên từ vực sâu để tìm hiểu chuyện gì đã xảy ra…để bảo đảm sự bí mật cho tạo vật của chúng.</w:t>
      </w:r>
    </w:p>
    <w:p>
      <w:pPr>
        <w:spacing w:after="80"/>
      </w:pPr>
      <w:r>
        <w:rPr>
          <w:b w:val="0"/>
          <w:i/>
        </w:rPr>
        <w:t>Các người sẽ quá muộn thôi,</w:t>
      </w:r>
      <w:r>
        <w:rPr>
          <w:b w:val="0"/>
          <w:i w:val="0"/>
        </w:rPr>
        <w:t xml:space="preserve"> anh nghĩ. Ngôi nhà kinh hoàng dưới lòng đất của chúng sẽ sớm sụp đổ dưới sức nặng tội lỗi của chính nó…một nạn nhân của chính sự tài tình của mình.</w:t>
      </w:r>
    </w:p>
    <w:p>
      <w:pPr>
        <w:spacing w:after="80"/>
      </w:pPr>
      <w:r>
        <w:rPr>
          <w:b w:val="0"/>
          <w:i w:val="0"/>
        </w:rPr>
        <w:t>Khi anh tiếp tục bước qua những con phố phủ tuyết, The Golěm cảm thấy Ether quay trở lại, đặc quánh dần quanh mình. Anh lại chà cây gậy kim loại lên đầu.</w:t>
      </w:r>
    </w:p>
    <w:p>
      <w:pPr>
        <w:spacing w:after="80"/>
      </w:pPr>
      <w:r>
        <w:rPr>
          <w:b w:val="0"/>
          <w:i/>
        </w:rPr>
        <w:t>Sớm thôi,</w:t>
      </w:r>
      <w:r>
        <w:rPr>
          <w:b w:val="0"/>
          <w:i w:val="0"/>
        </w:rPr>
        <w:t xml:space="preserve"> anh hứa.</w:t>
      </w:r>
    </w:p>
    <w:p>
      <w:pPr>
        <w:jc w:val="center"/>
      </w:pPr>
      <w:r>
        <w:drawing>
          <wp:inline xmlns:a="http://schemas.openxmlformats.org/drawingml/2006/main" xmlns:pic="http://schemas.openxmlformats.org/drawingml/2006/picture">
            <wp:extent cx="5486400" cy="362122"/>
            <wp:docPr id="5" name="Picture 5"/>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Ở London, một người Mỹ tên là ông Finch lau chùi cặp kính Cartier Panthère và đi đi lại lại trong văn phòng xa hoa của mình. Sự sốt ruột của ông đã biến thành nỗi lo lắng sâu sắc.</w:t>
      </w:r>
    </w:p>
    <w:p>
      <w:pPr>
        <w:spacing w:after="80"/>
      </w:pPr>
      <w:r>
        <w:rPr>
          <w:b w:val="0"/>
          <w:i w:val="0"/>
        </w:rPr>
        <w:t>Gessner đang ở cái quái quỷ nào vậy? Sao mình không liên lạc được với cô ấy?</w:t>
      </w:r>
    </w:p>
    <w:p>
      <w:pPr>
        <w:spacing w:after="80"/>
      </w:pPr>
      <w:r>
        <w:rPr>
          <w:b w:val="0"/>
          <w:i w:val="0"/>
        </w:rPr>
        <w:t>Ông biết nhà thần kinh học người Séc đã dự buổi thuyết giảng của Katherine Solomon tối qua tại Lâu đài Prague, và sau đó cô đã gửi cho Finch một tin nhắn đáng báo động về cuốn sách mà Solomon sắp xuất bản. Đó không phải là tin tốt. Gessner đã hứa sẽ gọi cho Finch để cập nhật tình hình.</w:t>
      </w:r>
    </w:p>
    <w:p>
      <w:pPr>
        <w:spacing w:after="80"/>
      </w:pPr>
      <w:r>
        <w:rPr>
          <w:b w:val="0"/>
          <w:i w:val="0"/>
        </w:rPr>
        <w:t>Đến giờ, Finch vẫn chưa nghe được lời nào, mà trời đã gần sáng.</w:t>
      </w:r>
    </w:p>
    <w:p>
      <w:pPr>
        <w:spacing w:after="80"/>
      </w:pPr>
      <w:r>
        <w:rPr>
          <w:b w:val="0"/>
          <w:i w:val="0"/>
        </w:rPr>
        <w:t>Ông đã nhắn tin và gọi cho cô nhiều lần mà không có hồi âm.</w:t>
      </w:r>
    </w:p>
    <w:p>
      <w:pPr>
        <w:spacing w:after="80"/>
      </w:pPr>
      <w:r>
        <w:rPr>
          <w:b w:val="0"/>
          <w:i w:val="0"/>
        </w:rPr>
        <w:t>Đã sáu tiếng rồi…Gessner là người tỉ mỉ—chuyện này rõ ràng không giống cô ấy chút nào.</w:t>
      </w:r>
    </w:p>
    <w:p>
      <w:pPr>
        <w:spacing w:after="80"/>
      </w:pPr>
      <w:r>
        <w:rPr>
          <w:b w:val="0"/>
          <w:i w:val="0"/>
        </w:rPr>
        <w:t>Nhờ biết lắng nghe trực giác mà ông Finch đã vươn tới đỉnh cao nghề nghiệp của mình, và ông đã học được cách tin vào linh cảm ấy. Đáng tiếc, giờ đây bản năng mách bảo ông rằng có điều gì đó ở Prague đã đi chệch hướng một cách nguy hiểm.</w:t>
      </w:r>
    </w:p>
    <w:p>
      <w:pPr>
        <w:pStyle w:val="Heading1"/>
      </w:pPr>
      <w:r>
        <w:rPr>
          <w:rFonts w:ascii="Calibri" w:hAnsi="Calibri"/>
          <w:b/>
          <w:i w:val="0"/>
          <w:sz w:val="40"/>
        </w:rPr>
        <w:t>Chương 3</w:t>
      </w:r>
    </w:p>
    <w:p>
      <w:pPr>
        <w:spacing w:after="80"/>
      </w:pPr>
      <w:r>
        <w:rPr>
          <w:b w:val="0"/>
          <w:i w:val="0"/>
        </w:rPr>
        <w:t>Không khí mùa đông thật trong lành và sảng khoái khi Robert Langdon chạy về phía nam dọc theo phố Křižovnická, những sải chân dài của anh để lại một vệt dấu chân đơn độc trên lớp tuyết mỏng phủ vỉa hè.</w:t>
      </w:r>
    </w:p>
    <w:p>
      <w:pPr>
        <w:spacing w:after="80"/>
      </w:pPr>
      <w:r>
        <w:rPr>
          <w:b w:val="0"/>
          <w:i w:val="0"/>
        </w:rPr>
        <w:t>Thành phố Prague luôn khiến anh cảm thấy như bị mê hoặc. Đó là một khoảnh khắc đóng băng trong thời gian. Chịu tổn thất ít hơn nhiều so với các thành phố châu Âu khác trong Thế chiến II, thủ đô lịch sử của xứ Bohemia sở hữu một đường chân trời rực rỡ vẫn lấp lánh với toàn bộ kiến trúc nguyên bản của mình—một mẫu hình độc đáo, đa dạng và nguyên sơ của các phong cách Romanesque, Gothic, Baroque, Art Nouveau và Tân cổ điển.</w:t>
      </w:r>
    </w:p>
    <w:p>
      <w:pPr>
        <w:spacing w:after="80"/>
      </w:pPr>
      <w:r>
        <w:rPr>
          <w:b w:val="0"/>
          <w:i w:val="0"/>
        </w:rPr>
        <w:t>Biệt danh của thành phố—</w:t>
      </w:r>
      <w:r>
        <w:rPr>
          <w:b w:val="0"/>
          <w:i/>
        </w:rPr>
        <w:t>Stověžatá</w:t>
      </w:r>
      <w:r>
        <w:rPr>
          <w:b w:val="0"/>
          <w:i w:val="0"/>
        </w:rPr>
        <w:t xml:space="preserve">—theo nghĩa đen có nghĩa là "với một trăm ngọn tháp", mặc dù số lượng tháp nhọn và tháp chuông thực tế ở Prague gần với bảy trăm hơn. Vào mùa hè, thành phố thỉnh thoảng thắp sáng chúng bằng một biển đèn pha màu xanh lá; hiệu ứng đầy kinh ngạc ấy được cho là đã truyền cảm hứng cho cách Hollywood khắc họa Thành phố Ngọc lục bảo trong </w:t>
      </w:r>
      <w:r>
        <w:rPr>
          <w:b w:val="0"/>
          <w:i/>
        </w:rPr>
        <w:t>The Wizard of Oz</w:t>
      </w:r>
      <w:r>
        <w:rPr>
          <w:b w:val="0"/>
          <w:i w:val="0"/>
        </w:rPr>
        <w:t>—một điểm đến huyền bí mà, giống như Prague, được tin là nơi của những khả năng kỳ diệu.</w:t>
      </w:r>
    </w:p>
    <w:p>
      <w:pPr>
        <w:spacing w:after="80"/>
      </w:pPr>
      <w:r>
        <w:rPr>
          <w:b w:val="0"/>
          <w:i w:val="0"/>
        </w:rPr>
        <w:t>Khi Langdon chạy bộ qua phố Platnéřská, anh cảm thấy như mình đang chạy xuyên qua những trang sách lịch sử. Mặt tiền khổng lồ của Klementinum ở Prague sừng sững bên trái anh, một quần thể rộng hai héc-ta, nơi có tòa tháp quan sát được các nhà thiên văn Tycho Brahe và Johannes Kepler sử dụng, cùng một thư viện Baroque tinh xảo lưu giữ hơn hai mươi nghìn cuốn văn học thần học cổ. Thư viện này là căn phòng yêu thích của Langdon ở Prague, và có lẽ là trên toàn châu Âu. Anh và Katherine vừa mới đến thăm triển lãm mới nhất của nó vào hôm qua.</w:t>
      </w:r>
    </w:p>
    <w:p>
      <w:pPr>
        <w:spacing w:after="80"/>
      </w:pPr>
      <w:r>
        <w:rPr>
          <w:b w:val="0"/>
          <w:i w:val="0"/>
        </w:rPr>
        <w:t>Giờ đây, khi anh rẽ phải ở Nhà thờ Thánh Francis thành Assisi, anh có thể thấy, ngay phía trước mình, lối vào phía đông của một trong những địa danh nổi tiếng nhất thành phố, được chiếu sáng trong ánh hồng hổ phách của những ngọn đèn đường ga hiếm hoi của Prague. Được nhiều người ca ngợi là cây cầu lãng mạn nhất thế giới, Karlův most—Cầu Charles—được xây bằng đá sa thạch Bohemia và hai bên là ba mươi bức tượng các thánh Kitô giáo. Trải dài hơn nửa ki-lô-mét bắc qua dòng sông Vltava êm đềm, được bảo vệ ở cả hai đầu bằng những tháp canh đồ sộ, cây cầu từng là tuyến thương mại quan trọng giữa Đông và Tây Âu.</w:t>
      </w:r>
    </w:p>
    <w:p>
      <w:pPr>
        <w:spacing w:after="80"/>
      </w:pPr>
      <w:r>
        <w:rPr>
          <w:b w:val="0"/>
          <w:i w:val="0"/>
        </w:rPr>
        <w:t>Langdon chạy qua vòm cổng ở tháp phía đông, bước ra và thấy một tấm chăn tuyết tinh khôi trải dài trước mắt. Cây cầu chỉ dành cho người đi bộ, vậy mà vào giờ này, không có lấy một dấu chân.</w:t>
      </w:r>
    </w:p>
    <w:p>
      <w:pPr>
        <w:spacing w:after="80"/>
      </w:pPr>
      <w:r>
        <w:rPr>
          <w:b w:val="0"/>
          <w:i/>
        </w:rPr>
        <w:t>Mình đang ở một mình trên Cầu Charles,</w:t>
      </w:r>
      <w:r>
        <w:rPr>
          <w:b w:val="0"/>
          <w:i w:val="0"/>
        </w:rPr>
        <w:t xml:space="preserve"> Langdon nghĩ. </w:t>
      </w:r>
      <w:r>
        <w:rPr>
          <w:b w:val="0"/>
          <w:i/>
        </w:rPr>
        <w:t>Một khoảnh khắc của cuộc đời.</w:t>
      </w:r>
      <w:r>
        <w:rPr>
          <w:b w:val="0"/>
          <w:i w:val="0"/>
        </w:rPr>
        <w:t xml:space="preserve"> Anh từng có lần cũng ở một mình tương tự trong bảo tàng Louvre cùng nàng </w:t>
      </w:r>
      <w:r>
        <w:rPr>
          <w:b w:val="0"/>
          <w:i/>
        </w:rPr>
        <w:t>Mona Lisa,</w:t>
      </w:r>
      <w:r>
        <w:rPr>
          <w:b w:val="0"/>
          <w:i w:val="0"/>
        </w:rPr>
        <w:t xml:space="preserve"> nhưng hoàn cảnh lúc đó kém dễ chịu hơn nhiều so với bây giờ.</w:t>
      </w:r>
    </w:p>
    <w:p>
      <w:pPr>
        <w:spacing w:after="80"/>
      </w:pPr>
      <w:r>
        <w:rPr>
          <w:b w:val="0"/>
          <w:i w:val="0"/>
        </w:rPr>
        <w:t>Sải chân của Langdon dài ra khi anh ổn định nhịp chạy, và đến khi chạm bờ bên kia sông, anh đã chạy một cách nhẹ nhàng không chút mệt nhọc. Bên phải anh, được chiếu sáng cao vút trên nền trời tối, tỏa sáng viên ngọc lấp lánh được yêu mến nhất của thành phố.</w:t>
      </w:r>
    </w:p>
    <w:p>
      <w:pPr>
        <w:spacing w:after="80"/>
      </w:pPr>
      <w:r>
        <w:rPr>
          <w:b w:val="0"/>
          <w:i w:val="0"/>
        </w:rPr>
        <w:t>Lâu đài Prague.</w:t>
      </w:r>
    </w:p>
    <w:p>
      <w:pPr>
        <w:spacing w:after="80"/>
      </w:pPr>
      <w:r>
        <w:rPr>
          <w:b w:val="0"/>
          <w:i w:val="0"/>
        </w:rPr>
        <w:t>Đó là quần thể lâu đài lớn nhất thế giới, trải dài hơn nửa ki-lô-mét từ cổng phía tây đến mũi phía đông, với diện tích gần năm triệu bộ vuông. Những bức tường ngoài bao quanh sáu khu vườn trang trọng, bốn cung điện riêng biệt và bốn nhà thờ Kitô giáo, bao gồm Nhà thờ Thánh Vitus tráng lệ, nơi cất giữ an toàn các Bảo vật Vương miện của xứ Bohemia, cùng với vương miện của Thánh Wenceslas, vị vua trị vì được yêu mến được tưởng nhớ trong bài hát mừng Giáng sinh nổi tiếng.</w:t>
      </w:r>
    </w:p>
    <w:p>
      <w:pPr>
        <w:spacing w:after="80"/>
      </w:pPr>
      <w:r>
        <w:rPr>
          <w:b w:val="0"/>
          <w:i w:val="0"/>
        </w:rPr>
        <w:t>Khi Langdon đi qua bên dưới tháp phía tây của Cầu Charles, anh tự cười một mình, nghĩ về sự kiện ở Lâu đài Prague đêm hôm trước.</w:t>
      </w:r>
    </w:p>
    <w:p>
      <w:pPr>
        <w:spacing w:after="80"/>
      </w:pPr>
      <w:r>
        <w:rPr>
          <w:b w:val="0"/>
          <w:i w:val="0"/>
        </w:rPr>
        <w:t>Katherine đúng là dai dẳng thật.</w:t>
      </w:r>
    </w:p>
    <w:p>
      <w:pPr>
        <w:spacing w:after="80"/>
      </w:pPr>
      <w:r>
        <w:rPr>
          <w:b w:val="0"/>
          <w:i w:val="0"/>
        </w:rPr>
        <w:t>"Đến dự bài giảng của em đi, Robert!" cô đã nói khi gọi cho anh hai tuần trước để dụ dỗ anh đến Prague. "Hoàn hảo luôn—anh đang trong kỳ nghỉ đông mà. Chuyến đi em bao hết."</w:t>
      </w:r>
    </w:p>
    <w:p>
      <w:pPr>
        <w:spacing w:after="80"/>
      </w:pPr>
      <w:r>
        <w:rPr>
          <w:b w:val="0"/>
          <w:i w:val="0"/>
        </w:rPr>
        <w:t>Langdon cân nhắc lời đề nghị tinh nghịch của cô. Hai người họ luôn có một sự tán tỉnh thuần khiết và sự tôn trọng lẫn nhau, và anh nghiêng về việc gạt bỏ mọi e dè mà nhận lời đề xuất ngẫu hứng ấy.</w:t>
      </w:r>
    </w:p>
    <w:p>
      <w:pPr>
        <w:spacing w:after="80"/>
      </w:pPr>
      <w:r>
        <w:rPr>
          <w:b w:val="0"/>
          <w:i w:val="0"/>
        </w:rPr>
        <w:t>"Anh thấy cám dỗ đấy, Katherine. Prague rất kỳ diệu, nhưng thật ra—"</w:t>
      </w:r>
    </w:p>
    <w:p>
      <w:pPr>
        <w:spacing w:after="80"/>
      </w:pPr>
      <w:r>
        <w:rPr>
          <w:b w:val="0"/>
          <w:i w:val="0"/>
        </w:rPr>
        <w:t>"Để em vào thẳng vấn đề," cô buột miệng. "Em cần một người đi kèm, được chứ? Đấy, em nói ra rồi. Em cần một người hẹn hò cho bài giảng của chính em."</w:t>
      </w:r>
    </w:p>
    <w:p>
      <w:pPr>
        <w:spacing w:after="80"/>
      </w:pPr>
      <w:r>
        <w:rPr>
          <w:b w:val="0"/>
          <w:i w:val="0"/>
        </w:rPr>
        <w:t>Langdon phá lên cười. "</w:t>
      </w:r>
      <w:r>
        <w:rPr>
          <w:b w:val="0"/>
          <w:i/>
        </w:rPr>
        <w:t>Đó</w:t>
      </w:r>
      <w:r>
        <w:rPr>
          <w:b w:val="0"/>
          <w:i w:val="0"/>
        </w:rPr>
        <w:t xml:space="preserve"> là lý do em gọi à? Một nhà khoa học nổi tiếng thế giới…mà lại cần một người hộ tống?"</w:t>
      </w:r>
    </w:p>
    <w:p>
      <w:pPr>
        <w:spacing w:after="80"/>
      </w:pPr>
      <w:r>
        <w:rPr>
          <w:b w:val="0"/>
          <w:i w:val="0"/>
        </w:rPr>
        <w:t>“Chỉ là người đẹp đi kèm thôi, Robert. Có một bữa tối dành cho nhà tài trợ với trang phục dạ hội, rồi sau đó tôi sẽ phát biểu ở một hội trường nổi tiếng nào đó—Vlad…gì đó.”</w:t>
      </w:r>
    </w:p>
    <w:p>
      <w:pPr>
        <w:spacing w:after="80"/>
      </w:pPr>
      <w:r>
        <w:rPr>
          <w:b w:val="0"/>
          <w:i w:val="0"/>
        </w:rPr>
        <w:t>“</w:t>
      </w:r>
      <w:r>
        <w:rPr>
          <w:b w:val="0"/>
          <w:i/>
        </w:rPr>
        <w:t>Hội trường Vladislav?!</w:t>
      </w:r>
      <w:r>
        <w:rPr>
          <w:b w:val="0"/>
          <w:i w:val="0"/>
        </w:rPr>
        <w:t xml:space="preserve"> Trong Lâu đài Prague ấy hả?”</w:t>
      </w:r>
    </w:p>
    <w:p>
      <w:pPr>
        <w:spacing w:after="80"/>
      </w:pPr>
      <w:r>
        <w:rPr>
          <w:b w:val="0"/>
          <w:i w:val="0"/>
        </w:rPr>
        <w:t>“Đúng rồi đó.”</w:t>
      </w:r>
    </w:p>
    <w:p>
      <w:pPr>
        <w:spacing w:after="80"/>
      </w:pPr>
      <w:r>
        <w:rPr>
          <w:b w:val="0"/>
          <w:i w:val="0"/>
        </w:rPr>
        <w:t>Langdon thấy ấn tượng. Chuỗi bài giảng hàng quý của Đại học Charles là một trong những cuộc tụ họp danh giá nhất châu Âu, nhưng hóa ra nó còn trí thức hơn cả những gì anh tưởng tượng.</w:t>
      </w:r>
    </w:p>
    <w:p>
      <w:pPr>
        <w:spacing w:after="80"/>
      </w:pPr>
      <w:r>
        <w:rPr>
          <w:b w:val="0"/>
          <w:i w:val="0"/>
        </w:rPr>
        <w:t xml:space="preserve">“Em có chắc là muốn một </w:t>
      </w:r>
      <w:r>
        <w:rPr>
          <w:b w:val="0"/>
          <w:i/>
        </w:rPr>
        <w:t>nhà biểu tượng học</w:t>
      </w:r>
      <w:r>
        <w:rPr>
          <w:b w:val="0"/>
          <w:i w:val="0"/>
        </w:rPr>
        <w:t xml:space="preserve"> khoác tay mình trong bữa tối dạ hội không?”</w:t>
      </w:r>
    </w:p>
    <w:p>
      <w:pPr>
        <w:spacing w:after="80"/>
      </w:pPr>
      <w:r>
        <w:rPr>
          <w:b w:val="0"/>
          <w:i w:val="0"/>
        </w:rPr>
        <w:t>“Tôi đã hỏi Clooney rồi, nhưng bộ tux của anh ấy đang ở tiệm giặt khô.”</w:t>
      </w:r>
    </w:p>
    <w:p>
      <w:pPr>
        <w:spacing w:after="80"/>
      </w:pPr>
      <w:r>
        <w:rPr>
          <w:b w:val="0"/>
          <w:i w:val="0"/>
        </w:rPr>
        <w:t>Langdon rên rỉ. “</w:t>
      </w:r>
      <w:r>
        <w:rPr>
          <w:b w:val="0"/>
          <w:i/>
        </w:rPr>
        <w:t>Tất cả</w:t>
      </w:r>
      <w:r>
        <w:rPr>
          <w:b w:val="0"/>
          <w:i w:val="0"/>
        </w:rPr>
        <w:t xml:space="preserve"> các nhà tri thức học đều kiên trì đến thế à?”</w:t>
      </w:r>
    </w:p>
    <w:p>
      <w:pPr>
        <w:spacing w:after="80"/>
      </w:pPr>
      <w:r>
        <w:rPr>
          <w:b w:val="0"/>
          <w:i w:val="0"/>
        </w:rPr>
        <w:t>“Chỉ những người giỏi thôi,” cô nói. “Và tôi sẽ coi đó là đồng ý.”</w:t>
      </w:r>
    </w:p>
    <w:p>
      <w:pPr>
        <w:spacing w:after="80"/>
      </w:pPr>
      <w:r>
        <w:rPr>
          <w:b w:val="0"/>
          <w:i/>
        </w:rPr>
        <w:t>Hai tuần mà khác biệt biết bao,</w:t>
      </w:r>
      <w:r>
        <w:rPr>
          <w:b w:val="0"/>
          <w:i w:val="0"/>
        </w:rPr>
        <w:t xml:space="preserve"> Langdon ngẫm nghĩ, vẫn còn mỉm cười khi anh đặt chân tới đầu bên kia của Cầu Charles. Prague quả nhiên đúng như danh tiếng của một thành phố huyền diệu…một chất xúc tác mang sức mạnh cổ xưa. </w:t>
      </w:r>
      <w:r>
        <w:rPr>
          <w:b w:val="0"/>
          <w:i/>
        </w:rPr>
        <w:t>Có điều gì đó đã xảy ra ở đây…</w:t>
      </w:r>
    </w:p>
    <w:p>
      <w:pPr>
        <w:spacing w:after="80"/>
      </w:pPr>
      <w:r>
        <w:rPr>
          <w:b w:val="0"/>
          <w:i w:val="0"/>
        </w:rPr>
        <w:t>Langdon sẽ không bao giờ quên ngày đầu tiên của anh cùng Katherine ở nơi huyền bí này—lạc mình trong mê cung những con phố lát đá cuội…chạy đua tay trong tay qua cơn mưa mù sương…trú ẩn dưới vòm cổng của Cung điện Kinský ở Quảng trường Phố Cổ…và ở đó, nín thở, trong bóng tối của Tháp Đồng hồ…nụ hôn đầu tiên của họ, một cảm giác nhẹ nhàng đến bất ngờ sau bao nhiêu thập kỷ làm bạn.</w:t>
      </w:r>
    </w:p>
    <w:p>
      <w:pPr>
        <w:spacing w:after="80"/>
      </w:pPr>
      <w:r>
        <w:rPr>
          <w:b w:val="0"/>
          <w:i w:val="0"/>
        </w:rPr>
        <w:t>Không biết là nhờ Prague, nhờ thời điểm hoàn hảo, hay nhờ sự dẫn dắt của một bàn tay vô hình nào đó, Langdon không rõ, nhưng nó đã châm ngòi một phản ứng hóa học bất ngờ giữa hai người, và nó cứ mạnh dần lên theo từng ngày trôi qua.</w:t>
      </w:r>
    </w:p>
    <w:p>
      <w:pPr>
        <w:jc w:val="center"/>
      </w:pPr>
      <w:r>
        <w:drawing>
          <wp:inline xmlns:a="http://schemas.openxmlformats.org/drawingml/2006/main" xmlns:pic="http://schemas.openxmlformats.org/drawingml/2006/picture">
            <wp:extent cx="5486400" cy="362122"/>
            <wp:docPr id="6" name="Picture 6"/>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Ở phía bên kia thành phố, The Golěm rẽ vào góc phố cuối cùng và mệt mỏi về tới tòa nhà của mình. Ông mở khóa cửa ngoài và bước vào tiền sảnh nhỏ hẹp của nơi ở.</w:t>
      </w:r>
    </w:p>
    <w:p>
      <w:pPr>
        <w:spacing w:after="80"/>
      </w:pPr>
      <w:r>
        <w:rPr>
          <w:b w:val="0"/>
          <w:i w:val="0"/>
        </w:rPr>
        <w:t>Lối vào tối om, nhưng ông chọn không bật đèn. Thay vào đó, ông lách qua một hành lang hẹp dẫn tới cầu thang khuất, rồi leo lên trong bóng tối, bám lấy tay vịn để dò đường. Đôi chân ông đau nhức, phản đối khi ông bước lên, và ông thấy nhẹ nhõm khi cuối cùng cũng tới được cửa căn hộ. Sau khi cẩn thận lau sạch tuyết trên đôi ủng, The Golěm mở khóa cửa và bước vào trong.</w:t>
      </w:r>
    </w:p>
    <w:p>
      <w:pPr>
        <w:spacing w:after="80"/>
      </w:pPr>
      <w:r>
        <w:rPr>
          <w:b w:val="0"/>
          <w:i w:val="0"/>
        </w:rPr>
        <w:t>Căn hộ của ông chìm trong bóng tối hoàn toàn.</w:t>
      </w:r>
    </w:p>
    <w:p>
      <w:pPr>
        <w:spacing w:after="80"/>
      </w:pPr>
      <w:r>
        <w:rPr>
          <w:b w:val="0"/>
          <w:i w:val="0"/>
        </w:rPr>
        <w:t>Đúng như tôi đã tạo ra nó.</w:t>
      </w:r>
    </w:p>
    <w:p>
      <w:pPr>
        <w:spacing w:after="80"/>
      </w:pPr>
      <w:r>
        <w:rPr>
          <w:b w:val="0"/>
          <w:i w:val="0"/>
        </w:rPr>
        <w:t>Tường và trần bên trong được sơn đen tuyền, còn cửa sổ thì che kín bằng những tấm rèm nặng. Sàn nhà đánh vecni đã xỉn màu và đục ngầu, không phản chiếu chút ánh sáng nào, và gần như chẳng có đồ đạc gì.</w:t>
      </w:r>
    </w:p>
    <w:p>
      <w:pPr>
        <w:spacing w:after="80"/>
      </w:pPr>
      <w:r>
        <w:rPr>
          <w:b w:val="0"/>
          <w:i w:val="0"/>
        </w:rPr>
        <w:t>The Golěm gạt cần công tắc tổng, và hàng chục ngọn đèn đen bừng sáng khắp căn hộ, tỏa ánh tím dịu nhẹ lên những đồ vật có màu sắc nhợt nhạt. Ngôi nhà của hắn là một phong cảnh khác cõi đời—phù du và phát quang—và nó lập tức khiến hắn thư giãn. Di chuyển trong không gian này mang lại cho hắn cảm giác như trôi dạt qua một khoảng không sâu thẳm…lơ lửng từ vật lấp lánh này sang vật lấp lánh khác.</w:t>
      </w:r>
    </w:p>
    <w:p>
      <w:pPr>
        <w:spacing w:after="80"/>
      </w:pPr>
      <w:r>
        <w:rPr>
          <w:b w:val="0"/>
          <w:i w:val="0"/>
        </w:rPr>
        <w:t>Sự vắng mặt của ánh sáng phổ rộng tạo ra một môi trường "trung tính thời gian"—một thế giới phi thời gian, nơi thể xác hắn không nhận được bất kỳ tín hiệu nhịp sinh học nào. Nhiệm vụ của The Golěm đòi hỏi hắn phải giữ giờ giấc thất thường, và việc thiếu ánh sáng đã giải phóng nhịp sinh học của hắn khỏi những ảnh hưởng của thời gian thông thường. Những lịch trình có thể dự đoán trước là một thứ xa xỉ mà chỉ những linh hồn đơn giản hơn mới được hưởng…những linh hồn không vướng bận.</w:t>
      </w:r>
    </w:p>
    <w:p>
      <w:pPr>
        <w:spacing w:after="80"/>
      </w:pPr>
      <w:r>
        <w:rPr>
          <w:b w:val="0"/>
          <w:i w:val="0"/>
        </w:rPr>
        <w:t>Cô ấy cần đến sự phục vụ của ta vào những thời điểm bất ngờ—cả ngày lẫn đêm.</w:t>
      </w:r>
    </w:p>
    <w:p>
      <w:pPr>
        <w:spacing w:after="80"/>
      </w:pPr>
      <w:r>
        <w:rPr>
          <w:b w:val="0"/>
          <w:i w:val="0"/>
        </w:rPr>
        <w:t>Hắn bước qua bóng tối ma quái, tiến vào phòng thay đồ, cởi bỏ áo choàng và ủng. Giờ đây trần truồng từ cổ trở xuống, làn da hắn phát sáng nhợt nhạt dưới ánh đèn đen, nhưng hắn tránh không nhìn vào nó. Nơi ẩn náu của hắn cố ý không có gương, ngoại trừ chiếc gương cầm tay nhỏ xíu mà hắn dùng để thoa đất sét lên mặt.</w:t>
      </w:r>
    </w:p>
    <w:p>
      <w:pPr>
        <w:spacing w:after="80"/>
      </w:pPr>
      <w:r>
        <w:rPr>
          <w:b w:val="0"/>
          <w:i w:val="0"/>
        </w:rPr>
        <w:t>Nhìn thấy lớp vỏ thể xác của mình luôn khiến hắn bất an.</w:t>
      </w:r>
    </w:p>
    <w:p>
      <w:pPr>
        <w:spacing w:after="80"/>
      </w:pPr>
      <w:r>
        <w:rPr>
          <w:b w:val="0"/>
          <w:i w:val="0"/>
        </w:rPr>
        <w:t>Thân xác này không phải của ta.</w:t>
      </w:r>
    </w:p>
    <w:p>
      <w:pPr>
        <w:spacing w:after="80"/>
      </w:pPr>
      <w:r>
        <w:rPr>
          <w:b w:val="0"/>
          <w:i w:val="0"/>
        </w:rPr>
        <w:t>Ta chỉ đơn giản là hiện thân bên trong nó.</w:t>
      </w:r>
    </w:p>
    <w:p>
      <w:pPr>
        <w:spacing w:after="80"/>
      </w:pPr>
      <w:r>
        <w:rPr>
          <w:b w:val="0"/>
          <w:i w:val="0"/>
        </w:rPr>
        <w:t>The Golěm bước chân trần đến phòng tắm, nơi hắn mở vòi sen và bước vào. Sau khi bóc chiếc mũ sọ đầy đất sét khô, hắn nhắm mắt, ngẩng mặt đón dòng nước ấm. Nước mang lại cảm giác thanh tẩy khi lớp đất sét khô tan thành những dòng nước đen chảy xuống cơ thể và xoáy vào cống.</w:t>
      </w:r>
    </w:p>
    <w:p>
      <w:pPr>
        <w:spacing w:after="80"/>
      </w:pPr>
      <w:r>
        <w:rPr>
          <w:b w:val="0"/>
          <w:i w:val="0"/>
        </w:rPr>
        <w:t>Khi The Golěm cảm thấy chắc chắn rằng mình đã rũ sạch mọi dấu vết của những hoạt động đêm qua, hắn bước ra khỏi buồng sen và lau khô người.</w:t>
      </w:r>
    </w:p>
    <w:p>
      <w:pPr>
        <w:spacing w:after="80"/>
      </w:pPr>
      <w:r>
        <w:rPr>
          <w:b w:val="0"/>
          <w:i w:val="0"/>
        </w:rPr>
        <w:t>The Ether giờ đây đang kéo hắn mạnh hơn, nhưng hắn không với tay lấy cây đũa phép.</w:t>
      </w:r>
    </w:p>
    <w:p>
      <w:pPr>
        <w:spacing w:after="80"/>
      </w:pPr>
      <w:r>
        <w:rPr>
          <w:b w:val="0"/>
          <w:i w:val="0"/>
        </w:rPr>
        <w:t>Đã đến lúc.</w:t>
      </w:r>
    </w:p>
    <w:p>
      <w:pPr>
        <w:spacing w:after="80"/>
      </w:pPr>
      <w:r>
        <w:rPr>
          <w:b w:val="0"/>
          <w:i w:val="0"/>
        </w:rPr>
        <w:t xml:space="preserve">Vẫn còn trần truồng, The Golěm bước qua bóng tối đến </w:t>
      </w:r>
      <w:r>
        <w:rPr>
          <w:b w:val="0"/>
          <w:i/>
        </w:rPr>
        <w:t>svatyně</w:t>
      </w:r>
      <w:r>
        <w:rPr>
          <w:b w:val="0"/>
          <w:i w:val="0"/>
        </w:rPr>
        <w:t xml:space="preserve"> của mình—căn phòng đặc biệt mà hắn đã tạo ra để đón nhận món quà này.</w:t>
      </w:r>
    </w:p>
    <w:p>
      <w:pPr>
        <w:spacing w:after="80"/>
      </w:pPr>
      <w:r>
        <w:rPr>
          <w:b w:val="0"/>
          <w:i w:val="0"/>
        </w:rPr>
        <w:t>Trong bóng tối hoàn toàn, hắn bước đến tấm nệm gai dầu mà hắn luôn đặt ở giữa sàn. Một cách kính cẩn, hắn nằm xuống, đặt mình trần truồng và ngửa mặt ngay chính giữa tấm nệm.</w:t>
      </w:r>
    </w:p>
    <w:p>
      <w:pPr>
        <w:spacing w:after="80"/>
      </w:pPr>
      <w:r>
        <w:rPr>
          <w:b w:val="0"/>
          <w:i w:val="0"/>
        </w:rPr>
        <w:t xml:space="preserve">Rồi hắn cố định quả bóng silicone </w:t>
      </w:r>
      <w:r>
        <w:rPr>
          <w:b w:val="0"/>
          <w:i/>
        </w:rPr>
        <w:t>chengbaobaby</w:t>
      </w:r>
      <w:r>
        <w:rPr>
          <w:b w:val="0"/>
          <w:i w:val="0"/>
        </w:rPr>
        <w:t xml:space="preserve"> có lỗ thủng trong miệng…và Buông thả.</w:t>
      </w:r>
    </w:p>
    <w:p>
      <w:pPr>
        <w:pStyle w:val="Heading1"/>
      </w:pPr>
      <w:r>
        <w:rPr>
          <w:rFonts w:ascii="Calibri" w:hAnsi="Calibri"/>
          <w:b/>
          <w:i w:val="0"/>
          <w:sz w:val="40"/>
        </w:rPr>
        <w:t>Chương 4</w:t>
      </w:r>
    </w:p>
    <w:p>
      <w:pPr>
        <w:spacing w:after="80"/>
      </w:pPr>
      <w:r>
        <w:rPr>
          <w:b w:val="0"/>
          <w:i/>
        </w:rPr>
        <w:t>Lại là người đầu tiên đến đây,</w:t>
      </w:r>
      <w:r>
        <w:rPr>
          <w:b w:val="0"/>
          <w:i w:val="0"/>
        </w:rPr>
        <w:t xml:space="preserve"> Langdon nghĩ, đến Trung tâm Bơi lội Strahov đúng lúc người trông coi đang mở cửa tòa nhà. Langdon biết ít trải nghiệm nào xa xỉ hơn việc có cả một bể bơi dài hai mươi lăm mét cho riêng mình. Anh tìm thấy tủ khóa thuê của mình, mặc vào bộ đồ bơi Speedo, tắm nhanh, lấy kính bơi Vanquisher, và tiến về phía bể bơi.</w:t>
      </w:r>
    </w:p>
    <w:p>
      <w:pPr>
        <w:spacing w:after="80"/>
      </w:pPr>
      <w:r>
        <w:rPr>
          <w:b w:val="0"/>
          <w:i w:val="0"/>
        </w:rPr>
        <w:t>Những ngọn đèn huỳnh quang trên trần vừa mới bắt đầu nóng lên, và căn phòng vẫn còn chìm trong bóng tối. Langdon đứng với những ngón chân nhô ra khỏi mép hồ bơi, nhìn ra mặt nước phẳng lặng mênh mông, trông như một tấm gương đen khổng lồ.</w:t>
      </w:r>
    </w:p>
    <w:p>
      <w:pPr>
        <w:spacing w:after="80"/>
      </w:pPr>
      <w:r>
        <w:rPr>
          <w:b w:val="0"/>
          <w:i/>
        </w:rPr>
        <w:t>Đền thờ Athena,</w:t>
      </w:r>
      <w:r>
        <w:rPr>
          <w:b w:val="0"/>
          <w:i w:val="0"/>
        </w:rPr>
        <w:t xml:space="preserve"> anh trầm ngâm, nhớ lại cách người Hy Lạp cổ đại thực hành thuật bói gương (catoptromancy) bằng cách nhìn vào những vũng nước tối để thoáng thấy tương lai của mình. Anh hình dung Katherine đang ngủ trong phòng khách sạn của họ và tự hỏi liệu có lẽ </w:t>
      </w:r>
      <w:r>
        <w:rPr>
          <w:b w:val="0"/>
          <w:i/>
        </w:rPr>
        <w:t>cô ấy</w:t>
      </w:r>
      <w:r>
        <w:rPr>
          <w:b w:val="0"/>
          <w:i w:val="0"/>
        </w:rPr>
        <w:t xml:space="preserve"> chính là tương lai của mình. Ý nghĩ đó vừa khiến anh bối rối vừa phấn khích đối với một người độc thân lão luyện như anh.</w:t>
      </w:r>
    </w:p>
    <w:p>
      <w:pPr>
        <w:spacing w:after="80"/>
      </w:pPr>
      <w:r>
        <w:rPr>
          <w:b w:val="0"/>
          <w:i w:val="0"/>
        </w:rPr>
        <w:t>Langdon kéo kính bơi qua mắt, hít một hơi thật sâu, và lao mình ra trên mặt nước, rẽ đôi mặt hồ. Dưới nước, anh giữ tư thế lướt trong hai giây rồi đá chân kiểu cá heo (dolphin kick) mười mét trước khi nổi lên bơi sải.</w:t>
      </w:r>
    </w:p>
    <w:p>
      <w:pPr>
        <w:spacing w:after="80"/>
      </w:pPr>
      <w:r>
        <w:rPr>
          <w:b w:val="0"/>
          <w:i w:val="0"/>
        </w:rPr>
        <w:t>Tập trung vào nhịp thở của mình, Langdon trôi vào trạng thái bán thiền định mà việc bơi lội luôn mang lại cho anh. Thân hình cơ bắp của anh thư giãn, và cơ thể anh trở nên thuôn gọn và uyển chuyển, lao về phía trước xuyên qua bóng tối với tốc độ ấn tượng đối với một người đàn ông ở độ tuổi năm mươi.</w:t>
      </w:r>
    </w:p>
    <w:p>
      <w:pPr>
        <w:spacing w:after="80"/>
      </w:pPr>
      <w:r>
        <w:rPr>
          <w:b w:val="0"/>
          <w:i w:val="0"/>
        </w:rPr>
        <w:t>Thông thường, bơi lội khiến đầu óc Langdon hoàn toàn trống rỗng, nhưng sáng nay, ngay cả sau bốn vòng bơi, tâm trí anh vẫn đầy ắp… phát lại những khoảnh khắc trong bài giảng cuốn hút của Katherine tối qua.</w:t>
      </w:r>
    </w:p>
    <w:p>
      <w:pPr>
        <w:spacing w:after="80"/>
      </w:pPr>
      <w:r>
        <w:rPr>
          <w:b w:val="0"/>
          <w:i w:val="0"/>
        </w:rPr>
        <w:t>"Ý thức của bạn không được tạo ra bởi bộ não của bạn. Thực tế, ý thức của bạn thậm chí không nằm bên trong đầu bạn."</w:t>
      </w:r>
    </w:p>
    <w:p>
      <w:pPr>
        <w:spacing w:after="80"/>
      </w:pPr>
      <w:r>
        <w:rPr>
          <w:b w:val="0"/>
          <w:i w:val="0"/>
        </w:rPr>
        <w:t>Những lời đó đã khơi dậy sự tò mò của tất cả mọi người có mặt, và thế nhưng Langdon biết bài giảng của cô mới chỉ chạm đến bề mặt của những gì sẽ có trong cuốn sách sắp ra mắt của cô.</w:t>
      </w:r>
    </w:p>
    <w:p>
      <w:pPr>
        <w:spacing w:after="80"/>
      </w:pPr>
      <w:r>
        <w:rPr>
          <w:b w:val="0"/>
          <w:i w:val="0"/>
        </w:rPr>
        <w:t>Cô ấy tuyên bố đã khám phá ra một điều gì đó phi thường.</w:t>
      </w:r>
    </w:p>
    <w:p>
      <w:pPr>
        <w:spacing w:after="80"/>
      </w:pPr>
      <w:r>
        <w:rPr>
          <w:b w:val="0"/>
          <w:i w:val="0"/>
        </w:rPr>
        <w:t>Phát hiện của Katherine—dù nó có thể là gì—là một bí mật. Cô chưa chia sẻ nó với bất kỳ ai, kể cả Langdon, mặc dù cô đã ám chỉ về nó vài lần trong những ngày gần đây, tâm sự với anh rằng quá trình nghiên cứu cho cuốn sách của cô đã dẫn đến một bước đột phá kinh ngạc. Sau bài giảng của cô tối qua, Langdon càng cảm thấy rằng cuốn sách của Katherine có thể có tiềm năng gây chấn động.</w:t>
      </w:r>
    </w:p>
    <w:p>
      <w:pPr>
        <w:spacing w:after="80"/>
      </w:pPr>
      <w:r>
        <w:rPr>
          <w:b w:val="0"/>
          <w:i/>
        </w:rPr>
        <w:t>Cô ấy không né tránh những tranh cãi,</w:t>
      </w:r>
      <w:r>
        <w:rPr>
          <w:b w:val="0"/>
          <w:i w:val="0"/>
        </w:rPr>
        <w:t xml:space="preserve"> Langdon trầm ngâm, thích thú khi thấy cô làm những người theo chủ nghĩa truyền thống trong khán giả phật lòng.</w:t>
      </w:r>
    </w:p>
    <w:p>
      <w:pPr>
        <w:spacing w:after="80"/>
      </w:pPr>
      <w:r>
        <w:rPr>
          <w:b w:val="0"/>
          <w:i w:val="0"/>
        </w:rPr>
        <w:t xml:space="preserve">"Khoa học có một lịch sử lâu dài với những mô hình </w:t>
      </w:r>
      <w:r>
        <w:rPr>
          <w:b w:val="0"/>
          <w:i/>
        </w:rPr>
        <w:t>sai lầm</w:t>
      </w:r>
      <w:r>
        <w:rPr>
          <w:b w:val="0"/>
          <w:i w:val="0"/>
        </w:rPr>
        <w:t>," cô đã tuyên bố, giọng nói vang vọng khắp Sảnh Vladislav. "Thuyết trái đất phẳng, hệ mặt trời địa tâm, vũ trụ trạng thái ổn định… tất cả đều sai, mặc dù chúng từng được coi trọng và tin là đúng. May mắn thay, hệ thống niềm tin của chúng ta tiến hóa khi đối mặt với đủ những mâu thuẫn không thể giải thích."</w:t>
      </w:r>
    </w:p>
    <w:p>
      <w:pPr>
        <w:spacing w:after="80"/>
      </w:pPr>
      <w:r>
        <w:rPr>
          <w:b w:val="0"/>
          <w:i w:val="0"/>
        </w:rPr>
        <w:t xml:space="preserve">Katherine cầm một chiếc điều khiển cầm tay, và màn hình phía sau cô bừng sáng, mô tả một mô hình thiên văn thời trung cổ—hệ mặt trời với trái đất ở trung tâm. "Trong nhiều thế kỷ, mô hình địa tâm này được chấp nhận như một sự thật tuyệt đối. Nhưng theo thời gian, các nhà thiên văn nhận thấy chuyển động của các hành tinh không nhất quán với mô hình đó. Những dị thường trở nên nhiều và rõ ràng đến mức chúng ta…" Cô bấm nút lần nữa. "Xây dựng một mô hình khác." Màn hình giờ hiển thị một hình minh họa hiện đại về hệ mặt trời với </w:t>
      </w:r>
      <w:r>
        <w:rPr>
          <w:b w:val="0"/>
          <w:i/>
        </w:rPr>
        <w:t>mặt trời</w:t>
      </w:r>
      <w:r>
        <w:rPr>
          <w:b w:val="0"/>
          <w:i w:val="0"/>
        </w:rPr>
        <w:t xml:space="preserve"> ở trung tâm. "Mô hình mới này giải thích tất cả các hiện tượng dị thường, và thuyết nhật tâm giờ đây là thực tại được chấp nhận của chúng ta."</w:t>
      </w:r>
    </w:p>
    <w:p>
      <w:pPr>
        <w:spacing w:after="80"/>
      </w:pPr>
      <w:r>
        <w:rPr>
          <w:b w:val="0"/>
          <w:i w:val="0"/>
        </w:rPr>
        <w:t>Khán giả ngồi yên lặng khi Katherine bước đến phía trước sân khấu.</w:t>
      </w:r>
    </w:p>
    <w:p>
      <w:pPr>
        <w:spacing w:after="80"/>
      </w:pPr>
      <w:r>
        <w:rPr>
          <w:b w:val="0"/>
          <w:i w:val="0"/>
        </w:rPr>
        <w:t xml:space="preserve">"Tương tự," cô nói, "đã có thời việc cho rằng trái đất </w:t>
      </w:r>
      <w:r>
        <w:rPr>
          <w:b w:val="0"/>
          <w:i/>
        </w:rPr>
        <w:t>tròn</w:t>
      </w:r>
      <w:r>
        <w:rPr>
          <w:b w:val="0"/>
          <w:i w:val="0"/>
        </w:rPr>
        <w:t xml:space="preserve"> là điều đáng cười—thậm chí là dị giáo khoa học. Suy cho cùng, nếu trái đất tròn, chẳng phải các đại dương sẽ tràn ra ngoài sao? Chẳng phải nhiều người trong chúng ta sẽ bị lộn ngược sao? Tuy nhiên, từng chút một, chúng ta bắt đầu thấy những hiện tượng không nhất quán với mô hình trái đất phẳng—bóng </w:t>
      </w:r>
      <w:r>
        <w:rPr>
          <w:b w:val="0"/>
          <w:i/>
        </w:rPr>
        <w:t>cong</w:t>
      </w:r>
      <w:r>
        <w:rPr>
          <w:b w:val="0"/>
          <w:i w:val="0"/>
        </w:rPr>
        <w:t xml:space="preserve"> của trái đất trong nguyệt thực, những con tàu rời bến vượt qua đường chân trời biến mất từ dưới lên trên, và rồi, tất nhiên, Magellan đi vòng quanh địa cầu." Cô mỉm cười. "Ối. Đã đến lúc cần một mô hình mới."</w:t>
      </w:r>
    </w:p>
    <w:p>
      <w:pPr>
        <w:spacing w:after="80"/>
      </w:pPr>
      <w:r>
        <w:rPr>
          <w:b w:val="0"/>
          <w:i w:val="0"/>
        </w:rPr>
        <w:t>Nhiều cái đầu gật gù trong sự thích thú chung.</w:t>
      </w:r>
    </w:p>
    <w:p>
      <w:pPr>
        <w:spacing w:after="80"/>
      </w:pPr>
      <w:r>
        <w:rPr>
          <w:b w:val="0"/>
          <w:i w:val="0"/>
        </w:rPr>
        <w:t xml:space="preserve">"Thưa quý vị," cô nói, giọng trầm lắng, "tôi tin rằng một sự tiến hóa tương tự đang diễn ra trong lĩnh vực </w:t>
      </w:r>
      <w:r>
        <w:rPr>
          <w:b w:val="0"/>
          <w:i/>
        </w:rPr>
        <w:t>ý thức con người.</w:t>
      </w:r>
      <w:r>
        <w:rPr>
          <w:b w:val="0"/>
          <w:i w:val="0"/>
        </w:rPr>
        <w:t xml:space="preserve"> Chúng ta sắp trải qua một cuộc biến đổi lớn trong hiểu biết của chúng ta về cách bộ não hoạt động, về bản chất của ý thức, và thực tế… về chính bản chất của thực tại."</w:t>
      </w:r>
    </w:p>
    <w:p>
      <w:pPr>
        <w:spacing w:after="80"/>
      </w:pPr>
      <w:r>
        <w:rPr>
          <w:b w:val="0"/>
          <w:i/>
        </w:rPr>
        <w:t>Đúng là chẳng khác nào nhắm tới những đỉnh cao,</w:t>
      </w:r>
      <w:r>
        <w:rPr>
          <w:b w:val="0"/>
          <w:i w:val="0"/>
        </w:rPr>
        <w:t xml:space="preserve"> Langdon nghĩ thầm.</w:t>
      </w:r>
    </w:p>
    <w:p>
      <w:pPr>
        <w:spacing w:after="80"/>
      </w:pPr>
      <w:r>
        <w:rPr>
          <w:b w:val="0"/>
          <w:i w:val="0"/>
        </w:rPr>
        <w:t xml:space="preserve">“Cũng giống như mọi niềm tin đã lỗi thời,” bà nói, “mô hình ý thức con người được chấp nhận ngày nay đang bị thách thức bởi một làn sóng hiện tượng ngày càng dâng cao mà nó đơn giản là không thể giải thích…những hiện tượng mà các phòng thí nghiệm noetic (noetic labs) trên khắp thế giới đã tỉ mỉ xác thực, và mà con người đã chứng kiến suốt nhiều thế kỷ. Dẫu vậy, khoa học truyền thống </w:t>
      </w:r>
      <w:r>
        <w:rPr>
          <w:b w:val="0"/>
          <w:i/>
        </w:rPr>
        <w:t>vẫn</w:t>
      </w:r>
      <w:r>
        <w:rPr>
          <w:b w:val="0"/>
          <w:i w:val="0"/>
        </w:rPr>
        <w:t xml:space="preserve"> từ chối đối diện với sự tồn tại của những hiện tượng này, thậm chí không chịu thừa nhận chúng là thật. Thay vào đó, họ xem nhẹ chúng như những dị thường và ngoại lệ, gán cho một nhãn mác đầy khinh miệt—‘Huyền bí’ (Paranormal)—thứ đã trở thành cách nói tắt cho ‘hoàn toàn không phải khoa học.’ ”</w:t>
      </w:r>
    </w:p>
    <w:p>
      <w:pPr>
        <w:spacing w:after="80"/>
      </w:pPr>
      <w:r>
        <w:rPr>
          <w:b w:val="0"/>
          <w:i w:val="0"/>
        </w:rPr>
        <w:t xml:space="preserve">Lời bình luận khiến vài tiếng xì xào vang lên từ phía sau khán phòng, nhưng Katherine vẫn tiếp tục, không hề nao núng. “Thực ra, tất cả các bạn đều khá quen thuộc với những hiện tượng </w:t>
      </w:r>
      <w:r>
        <w:rPr>
          <w:b w:val="0"/>
          <w:i/>
        </w:rPr>
        <w:t>huyền bí</w:t>
      </w:r>
      <w:r>
        <w:rPr>
          <w:b w:val="0"/>
          <w:i w:val="0"/>
        </w:rPr>
        <w:t xml:space="preserve"> này,” bà tuyên bố. “Chúng mang những cái tên như ESP…tiền tri…thần giao cách cảm…nhãn thông…trải nghiệm xuất hồn. Dù bị coi là ‘huyền’-bí, thực tế chúng hoàn toàn </w:t>
      </w:r>
      <w:r>
        <w:rPr>
          <w:b w:val="0"/>
          <w:i/>
        </w:rPr>
        <w:t>bình thường.</w:t>
      </w:r>
      <w:r>
        <w:rPr>
          <w:b w:val="0"/>
          <w:i w:val="0"/>
        </w:rPr>
        <w:t xml:space="preserve"> Chúng xảy ra hằng ngày, cả trong các phòng thí nghiệm khoa học với những thí nghiệm được kiểm soát chặt chẽ…lẫn trong thế giới thực.”</w:t>
      </w:r>
    </w:p>
    <w:p>
      <w:pPr>
        <w:spacing w:after="80"/>
      </w:pPr>
      <w:r>
        <w:rPr>
          <w:b w:val="0"/>
          <w:i w:val="0"/>
        </w:rPr>
        <w:t>Cả căn phòng giờ đã hoàn toàn im lặng.</w:t>
      </w:r>
    </w:p>
    <w:p>
      <w:pPr>
        <w:spacing w:after="80"/>
      </w:pPr>
      <w:r>
        <w:rPr>
          <w:b w:val="0"/>
          <w:i w:val="0"/>
        </w:rPr>
        <w:t xml:space="preserve">“Câu hỏi không phải là </w:t>
      </w:r>
      <w:r>
        <w:rPr>
          <w:b w:val="0"/>
          <w:i/>
        </w:rPr>
        <w:t>liệu</w:t>
      </w:r>
      <w:r>
        <w:rPr>
          <w:b w:val="0"/>
          <w:i w:val="0"/>
        </w:rPr>
        <w:t xml:space="preserve"> những hiện tượng này có thật hay không,” Katherine nói. “Khoa học đã chứng minh chúng có thật. Câu hỏi là…tại sao nhiều người trong chúng ta vẫn mù mịt trước chúng?”</w:t>
      </w:r>
    </w:p>
    <w:p>
      <w:pPr>
        <w:spacing w:after="80"/>
      </w:pPr>
      <w:r>
        <w:rPr>
          <w:b w:val="0"/>
          <w:i w:val="0"/>
        </w:rPr>
        <w:t>Bà nhấn một nút, và một hình ảnh hiện lên trên màn hình phía sau.</w:t>
      </w:r>
    </w:p>
    <w:p>
      <w:pPr>
        <w:spacing w:after="80"/>
      </w:pPr>
      <w:r>
        <w:rPr>
          <w:b w:val="0"/>
          <w:i/>
        </w:rPr>
        <w:t>Lưới Hermann.</w:t>
      </w:r>
      <w:r>
        <w:rPr>
          <w:b w:val="0"/>
          <w:i w:val="0"/>
        </w:rPr>
        <w:t xml:space="preserve"> Langdon nhận ra ảo giác thị giác nổi tiếng này, trong đó những chấm đen dường như xuất hiện và biến mất tùy vào chỗ bạn tập trung trong sơ đồ.</w:t>
      </w:r>
    </w:p>
    <w:p>
      <w:pPr>
        <w:spacing w:after="80"/>
      </w:pPr>
      <w:r>
        <w:rPr>
          <w:b w:val="0"/>
          <w:i w:val="0"/>
        </w:rPr>
        <w:t>Khán giả bắt đầu cảm nhận được hiệu ứng, và một làn xì xào ngạc nhiên lan khắp căn phòng.</w:t>
      </w:r>
    </w:p>
    <w:p>
      <w:pPr>
        <w:jc w:val="center"/>
      </w:pPr>
      <w:r>
        <w:drawing>
          <wp:inline xmlns:a="http://schemas.openxmlformats.org/drawingml/2006/main" xmlns:pic="http://schemas.openxmlformats.org/drawingml/2006/picture">
            <wp:extent cx="5486400" cy="1977390"/>
            <wp:docPr id="7" name="Picture 7"/>
            <wp:cNvGraphicFramePr>
              <a:graphicFrameLocks noChangeAspect="1"/>
            </wp:cNvGraphicFramePr>
            <a:graphic>
              <a:graphicData uri="http://schemas.openxmlformats.org/drawingml/2006/picture">
                <pic:pic>
                  <pic:nvPicPr>
                    <pic:cNvPr id="0" name="image_rsrc8XG.jpg"/>
                    <pic:cNvPicPr/>
                  </pic:nvPicPr>
                  <pic:blipFill>
                    <a:blip r:embed="rId14"/>
                    <a:stretch>
                      <a:fillRect/>
                    </a:stretch>
                  </pic:blipFill>
                  <pic:spPr>
                    <a:xfrm>
                      <a:off x="0" y="0"/>
                      <a:ext cx="5486400" cy="1977390"/>
                    </a:xfrm>
                    <a:prstGeom prst="rect"/>
                  </pic:spPr>
                </pic:pic>
              </a:graphicData>
            </a:graphic>
          </wp:inline>
        </w:drawing>
      </w:r>
    </w:p>
    <w:p>
      <w:pPr>
        <w:spacing w:after="80"/>
      </w:pPr>
      <w:r>
        <w:rPr>
          <w:b w:val="0"/>
          <w:i w:val="0"/>
        </w:rPr>
        <w:t xml:space="preserve">“Tôi cho các bạn xem điều này vì một lý do đơn giản—để nhắc chúng ta rằng nhận thức của con người đầy rẫy những </w:t>
      </w:r>
      <w:r>
        <w:rPr>
          <w:b w:val="0"/>
          <w:i/>
        </w:rPr>
        <w:t>điểm mù,</w:t>
      </w:r>
      <w:r>
        <w:rPr>
          <w:b w:val="0"/>
          <w:i w:val="0"/>
        </w:rPr>
        <w:t>” Katherine kết luận. “Đôi khi chúng ta quá bận nhìn sai hướng…đến mức không thấy được thứ ngay trước mắt mình.”</w:t>
      </w:r>
    </w:p>
    <w:p>
      <w:pPr>
        <w:jc w:val="center"/>
      </w:pPr>
      <w:r>
        <w:drawing>
          <wp:inline xmlns:a="http://schemas.openxmlformats.org/drawingml/2006/main" xmlns:pic="http://schemas.openxmlformats.org/drawingml/2006/picture">
            <wp:extent cx="5486400" cy="362122"/>
            <wp:docPr id="8" name="Picture 8"/>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Bầu trời buổi sáng vẫn tối đen như mực khi Langdon rời trung tâm bơi lội và đi ngược xuống đồi. Ba mươi phút thiền dưới nước đã khiến ông cảm thấy thanh thản, và chuyến đi bộ một mình trở về khách sạn đang nhanh chóng trở thành một trong những phần yêu thích nhất trong ngày của ông. Khi đến gần con sông, chiếc đồng hồ kỹ thuật số ở trung tâm thông tin du lịch phát sáng số 6:52 sáng.</w:t>
      </w:r>
    </w:p>
    <w:p>
      <w:pPr>
        <w:spacing w:after="80"/>
      </w:pPr>
      <w:r>
        <w:rPr>
          <w:b w:val="0"/>
          <w:i/>
        </w:rPr>
        <w:t>Còn khối thời gian,</w:t>
      </w:r>
      <w:r>
        <w:rPr>
          <w:b w:val="0"/>
          <w:i w:val="0"/>
        </w:rPr>
        <w:t xml:space="preserve"> Langdon tự nhủ, vẫn nuôi hy vọng leo trở lại giường với Katherine và thuyết phục cô hủy cuộc hẹn lúc 8 giờ sáng với Brigita Gessner. Nhà thần kinh học này về cơ bản đã dồn ép Katherine đến phòng thí nghiệm của bà ta để tham quan vào sáng nay, và Katherine đã quá lịch sự để từ chối.</w:t>
      </w:r>
    </w:p>
    <w:p>
      <w:pPr>
        <w:spacing w:after="80"/>
      </w:pPr>
      <w:r>
        <w:rPr>
          <w:b w:val="0"/>
          <w:i w:val="0"/>
        </w:rPr>
        <w:t>Khi Langdon đến Cầu Charles, ông thấy tấm chăn tuyết phẳng lì không còn nguyên vẹn nữa, giờ đã lấm tấm dấu chân của những người dậy sớm khác. Khi bước lên cầu, Tháp Judith hiện lên bên phải ông, mảnh duy nhất còn sót lại của công trình thời trung cổ nguyên bản. Phía xa là tháp canh “mới” từ thế kỷ mười bốn, nơi những cái đầu bị chặt từng được trưng bày trên cọc nhọn như lời nhắc nhở cho bất kỳ ai dám đặt câu hỏi về sự cai trị của nhà Habsburg.</w:t>
      </w:r>
    </w:p>
    <w:p>
      <w:pPr>
        <w:spacing w:after="80"/>
      </w:pPr>
      <w:r>
        <w:rPr>
          <w:b w:val="0"/>
          <w:i w:val="0"/>
        </w:rPr>
        <w:t>Người ta nói bạn vẫn có thể nghe thấy tiếng rên rỉ đau đớn của họ khi đi ngang qua.</w:t>
      </w:r>
    </w:p>
    <w:p>
      <w:pPr>
        <w:spacing w:after="80"/>
      </w:pPr>
      <w:r>
        <w:rPr>
          <w:b w:val="0"/>
          <w:i w:val="0"/>
        </w:rPr>
        <w:t>Từ “Prague” theo nghĩa đen có nghĩa là “ngưỡng cửa,” và Langdon luôn cảm thấy như mình bước qua một ngưỡng cửa mỗi lần đến đây. Suốt nhiều thế kỷ, thành phố huyền diệu này đã đắm chìm trong thuyết thần bí, ma quái và linh hồn. Ngay cả ngày nay, các sách hướng dẫn vẫn khẳng định thành phố có một hào quang siêu nhiên mà bất kỳ ai rộng lòng đón nhận đều có thể cảm nhận được.</w:t>
      </w:r>
    </w:p>
    <w:p>
      <w:pPr>
        <w:spacing w:after="80"/>
      </w:pPr>
      <w:r>
        <w:rPr>
          <w:b w:val="0"/>
          <w:i/>
        </w:rPr>
        <w:t>Có lẽ mình không thuộc số đó,</w:t>
      </w:r>
      <w:r>
        <w:rPr>
          <w:b w:val="0"/>
          <w:i w:val="0"/>
        </w:rPr>
        <w:t xml:space="preserve"> Langdon biết vậy, dù ông phải thừa nhận Cầu Charles sáng nay mang một vẻ khác cõi trần, với tuyết rơi tạo nên những quầng sáng ma mị quanh những ngọn đèn gas.</w:t>
      </w:r>
    </w:p>
    <w:p>
      <w:pPr>
        <w:spacing w:after="80"/>
      </w:pPr>
      <w:r>
        <w:rPr>
          <w:b w:val="0"/>
          <w:i w:val="0"/>
        </w:rPr>
        <w:t xml:space="preserve">Suốt nhiều thế kỷ, thành phố này là đầu mối của châu Âu về huyền thuật. Vua Rudolf II của Prague đã bí mật thực hành các ngành khoa học biến đổi trong Speculum Alchemiae dưới lòng đất của mình. Những nhà nhãn thông John Dee và Edward Kelley đã đến đây để thực hiện những buổi soi gương cầu hồn và trò chuyện với các thiên thần. Nhà văn Do Thái bí ẩn Franz Kafka sinh ra và làm việc tại đây, viết nên tác phẩm siêu thực u tối </w:t>
      </w:r>
      <w:r>
        <w:rPr>
          <w:b w:val="0"/>
          <w:i/>
        </w:rPr>
        <w:t>The Metamorphosis.</w:t>
      </w:r>
    </w:p>
    <w:p>
      <w:pPr>
        <w:spacing w:after="80"/>
      </w:pPr>
      <w:r>
        <w:rPr>
          <w:b w:val="0"/>
          <w:i w:val="0"/>
        </w:rPr>
        <w:t>Khi Langdon tiếp tục bước qua cây cầu, ánh mắt ông rơi xuống khách sạn Four Seasons ở phía xa, nằm ngay trên bờ sông, nơi dòng nước sâu của Vltava vỗ vào nền móng. Phía trên mặt nước lấp lánh, cửa sổ tầng hai của phòng suite của họ vẫn còn tối.</w:t>
      </w:r>
    </w:p>
    <w:p>
      <w:pPr>
        <w:spacing w:after="80"/>
      </w:pPr>
      <w:r>
        <w:rPr>
          <w:b w:val="0"/>
          <w:i/>
        </w:rPr>
        <w:t>Katherine vẫn đang ngủ,</w:t>
      </w:r>
      <w:r>
        <w:rPr>
          <w:b w:val="0"/>
          <w:i w:val="0"/>
        </w:rPr>
        <w:t xml:space="preserve"> ông nghĩ, không hề ngạc nhiên chút nào khi nhớ lại cơn ác mộng đã khiến cô thức trắng gần hết đêm.</w:t>
      </w:r>
    </w:p>
    <w:p>
      <w:pPr>
        <w:spacing w:after="80"/>
      </w:pPr>
      <w:r>
        <w:rPr>
          <w:b w:val="0"/>
          <w:i w:val="0"/>
        </w:rPr>
        <w:t xml:space="preserve">Đi được khoảng một phần ba cây cầu khổng lồ, Langdon bước qua bức tượng đồng Thánh John of Nepomuk. </w:t>
      </w:r>
      <w:r>
        <w:rPr>
          <w:b w:val="0"/>
          <w:i/>
        </w:rPr>
        <w:t>Bị sát hại ngay tại chính nơi này,</w:t>
      </w:r>
      <w:r>
        <w:rPr>
          <w:b w:val="0"/>
          <w:i w:val="0"/>
        </w:rPr>
        <w:t xml:space="preserve"> ông nghĩ mà lạnh cả người. Nhà vua ra lệnh cho ông phá lời thề giữ bí mật xưng tội và tiết lộ những lời thú tội riêng tư của hoàng hậu, nhưng vị linh mục đã từ chối, thế nên nhà vua ra lệnh tra tấn ông và ném ông xuống cầu.</w:t>
      </w:r>
    </w:p>
    <w:p>
      <w:pPr>
        <w:spacing w:after="80"/>
      </w:pPr>
      <w:r>
        <w:rPr>
          <w:b w:val="0"/>
          <w:i w:val="0"/>
        </w:rPr>
        <w:t>Langdon đang chìm đắm trong những suy nghĩ của riêng mình thì sự chú ý bị thu hút bởi một cảnh tượng lạ thường phía trước. Khoảng giữa cây cầu, một người phụ nữ mặc toàn đồ đen đang tiến lại gần. Langdon đoán cô ta vừa trở về từ một bữa tiệc hóa trang bởi cô đang đội một chiếc mũ kỳ quái—một kiểu vương miện với nửa tá gai nhọn màu đen mảnh mai mọc thẳng từ hộp sọ, xòe lên trên và ra ngoài, bao quanh đầu cô, như một chiếc…</w:t>
      </w:r>
    </w:p>
    <w:p>
      <w:pPr>
        <w:spacing w:after="80"/>
      </w:pPr>
      <w:r>
        <w:rPr>
          <w:b w:val="0"/>
          <w:i w:val="0"/>
        </w:rPr>
        <w:t xml:space="preserve">Langdon cảm thấy ớn lạnh. </w:t>
      </w:r>
      <w:r>
        <w:rPr>
          <w:b w:val="0"/>
          <w:i/>
        </w:rPr>
        <w:t>Một vương miện tỏa sáng?</w:t>
      </w:r>
    </w:p>
    <w:p>
      <w:pPr>
        <w:spacing w:after="80"/>
      </w:pPr>
      <w:r>
        <w:rPr>
          <w:b w:val="0"/>
          <w:i w:val="0"/>
        </w:rPr>
        <w:t>Sự trùng hợp kỳ lạ khi nhìn thấy một vương miện tỏa sáng vào sáng nay thật đáng kinh ngạc và có chút bất an, nhưng Langdon tự nhắc mình rằng việc hóa trang rùng rợn là chuyện thường thấy ở Prague.</w:t>
        <w:br/>
        <w:t>&lt;&lt;&lt;|&gt;&gt;</w:t>
        <w:br/>
        <w:t>Tuy nhiên, khi cô ta đến gần hơn, khung cảnh trở nên kỳ lạ hơn. Người phụ nữ với vầng hào quang gai nhọn dường như đang trong trạng thái xuất thần, bước đi như thể đã chết một nửa, đôi mắt nai ngơ ngác nhìn thẳng về phía trước. Langdon định hỏi cô có ổn không thì ông nhận ra thứ cô đang cầm trong tay.</w:t>
      </w:r>
    </w:p>
    <w:p>
      <w:pPr>
        <w:spacing w:after="80"/>
      </w:pPr>
      <w:r>
        <w:rPr>
          <w:b w:val="0"/>
          <w:i w:val="0"/>
        </w:rPr>
        <w:t>Cảnh tượng đó khiến ông khựng lại.</w:t>
      </w:r>
    </w:p>
    <w:p>
      <w:pPr>
        <w:spacing w:after="80"/>
      </w:pPr>
      <w:r>
        <w:rPr>
          <w:b w:val="0"/>
          <w:i w:val="0"/>
        </w:rPr>
        <w:t>Nhưng điều đó…không thể nào!</w:t>
      </w:r>
    </w:p>
    <w:p>
      <w:pPr>
        <w:spacing w:after="80"/>
      </w:pPr>
      <w:r>
        <w:rPr>
          <w:b w:val="0"/>
          <w:i w:val="0"/>
        </w:rPr>
        <w:t xml:space="preserve">Người phụ nữ đang nắm chặt một </w:t>
      </w:r>
      <w:r>
        <w:rPr>
          <w:b w:val="0"/>
          <w:i/>
        </w:rPr>
        <w:t>ngọn giáo</w:t>
      </w:r>
      <w:r>
        <w:rPr>
          <w:b w:val="0"/>
          <w:i w:val="0"/>
        </w:rPr>
        <w:t xml:space="preserve"> bạc.</w:t>
      </w:r>
    </w:p>
    <w:p>
      <w:pPr>
        <w:spacing w:after="80"/>
      </w:pPr>
      <w:r>
        <w:rPr>
          <w:b w:val="0"/>
          <w:i w:val="0"/>
        </w:rPr>
        <w:t>Giống hệt như trong cơn ác mộng của Katherine…</w:t>
      </w:r>
    </w:p>
    <w:p>
      <w:pPr>
        <w:spacing w:after="80"/>
      </w:pPr>
      <w:r>
        <w:rPr>
          <w:b w:val="0"/>
          <w:i w:val="0"/>
        </w:rPr>
        <w:t xml:space="preserve">Langdon nhìn chằm chằm vào vũ khí nhọn hoắt, ngay lập tức tự hỏi liệu có phải lúc này </w:t>
      </w:r>
      <w:r>
        <w:rPr>
          <w:b w:val="0"/>
          <w:i/>
        </w:rPr>
        <w:t>chính ông</w:t>
      </w:r>
      <w:r>
        <w:rPr>
          <w:b w:val="0"/>
          <w:i w:val="0"/>
        </w:rPr>
        <w:t xml:space="preserve"> đang mơ. Khi người phụ nữ đi ngang qua ông, Langdon nhận ra mình đã dừng bước, tê liệt vì chính sự bối rối của mình. Bừng tỉnh khỏi cơn ngẩn ngơ, ông quay lại và gọi người phụ nữ, cố gắng thu hút sự chú ý của cô.</w:t>
      </w:r>
    </w:p>
    <w:p>
      <w:pPr>
        <w:spacing w:after="80"/>
      </w:pPr>
      <w:r>
        <w:rPr>
          <w:b w:val="0"/>
          <w:i w:val="0"/>
        </w:rPr>
        <w:t>“Xin lỗi!” ông buột miệng. “Cô ơi?!”</w:t>
      </w:r>
    </w:p>
    <w:p>
      <w:pPr>
        <w:spacing w:after="80"/>
      </w:pPr>
      <w:r>
        <w:rPr>
          <w:b w:val="0"/>
          <w:i w:val="0"/>
        </w:rPr>
        <w:t>Cô không hề ngừng bước, như thể không thể nghe thấy ông.</w:t>
      </w:r>
    </w:p>
    <w:p>
      <w:pPr>
        <w:spacing w:after="80"/>
      </w:pPr>
      <w:r>
        <w:rPr>
          <w:b w:val="0"/>
          <w:i/>
        </w:rPr>
        <w:t>“Này!”</w:t>
      </w:r>
      <w:r>
        <w:rPr>
          <w:b w:val="0"/>
          <w:i w:val="0"/>
        </w:rPr>
        <w:t xml:space="preserve"> Langdon hét lên, đứng yên tại chỗ, nhưng người phụ nữ chỉ lướt qua như một bóng ma…một linh hồn mù bị một thế lực vô hình nào đó dẫn dắt băng qua cầu.</w:t>
      </w:r>
    </w:p>
    <w:p>
      <w:pPr>
        <w:spacing w:after="80"/>
      </w:pPr>
      <w:r>
        <w:rPr>
          <w:b w:val="0"/>
          <w:i w:val="0"/>
        </w:rPr>
        <w:t>Langdon quay lại chạy theo cô nhưng chỉ tiến được hai bước thì khựng lại, lần này bị chặn đứng bởi một mùi hôi thối.</w:t>
      </w:r>
    </w:p>
    <w:p>
      <w:pPr>
        <w:spacing w:after="80"/>
      </w:pPr>
      <w:r>
        <w:rPr>
          <w:b w:val="0"/>
          <w:i w:val="0"/>
        </w:rPr>
        <w:t>Langdon quay người định đuổi theo cô nhưng chỉ tiến được hai bước thì khựng lại, lần này bị chặn đứng bởi một mùi hôi thối.</w:t>
      </w:r>
    </w:p>
    <w:p>
      <w:pPr>
        <w:spacing w:after="80"/>
      </w:pPr>
      <w:r>
        <w:rPr>
          <w:b w:val="0"/>
          <w:i w:val="0"/>
        </w:rPr>
        <w:t>Theo sau bóng ma ấy là một mùi hương không thể nhầm lẫn.</w:t>
      </w:r>
    </w:p>
    <w:p>
      <w:pPr>
        <w:spacing w:after="80"/>
      </w:pPr>
      <w:r>
        <w:rPr>
          <w:b w:val="0"/>
          <w:i w:val="0"/>
        </w:rPr>
        <w:t>Mùi của…cái chết.</w:t>
      </w:r>
    </w:p>
    <w:p>
      <w:pPr>
        <w:spacing w:after="80"/>
      </w:pPr>
      <w:r>
        <w:rPr>
          <w:b w:val="0"/>
          <w:i w:val="0"/>
        </w:rPr>
        <w:t>Mùi hôi thối ấy tác động tức thì đến Langdon. Nỗi sợ hãi tràn ngập trong anh.</w:t>
      </w:r>
    </w:p>
    <w:p>
      <w:pPr>
        <w:spacing w:after="80"/>
      </w:pPr>
      <w:r>
        <w:rPr>
          <w:b w:val="0"/>
          <w:i w:val="0"/>
        </w:rPr>
        <w:t>Lạy Chúa, không…Katherine!</w:t>
      </w:r>
    </w:p>
    <w:p>
      <w:pPr>
        <w:spacing w:after="80"/>
      </w:pPr>
      <w:r>
        <w:rPr>
          <w:b w:val="0"/>
          <w:i w:val="0"/>
        </w:rPr>
        <w:t>Phản ứng theo bản năng thuần túy, Langdon xoay người chạy, cuống cuồng móc điện thoại ra khỏi túi trong khi lao đi hết tốc lực dọc theo Cầu Charles. Khi chạy về phía khách sạn, anh áp điện thoại vào miệng và hét lên, "Này, Siri, gọi một-một-hai!"</w:t>
      </w:r>
    </w:p>
    <w:p>
      <w:pPr>
        <w:spacing w:after="80"/>
      </w:pPr>
      <w:r>
        <w:rPr>
          <w:b w:val="0"/>
          <w:i w:val="0"/>
        </w:rPr>
        <w:t>Khi cuộc gọi kết nối được, Langdon đã băng qua cầu và đến phố Křižovnická. "Một-một-hai," một giọng nói vang lên. "Tình huống khẩn cấp của bạn là gì?"</w:t>
      </w:r>
    </w:p>
    <w:p>
      <w:pPr>
        <w:spacing w:after="80"/>
      </w:pPr>
      <w:r>
        <w:rPr>
          <w:b w:val="0"/>
          <w:i w:val="0"/>
        </w:rPr>
        <w:t>"Khách sạn Four Seasons Prague!" Langdon hét lên khi rẽ trái và lao đi trên vỉa hè tối tăm về phía khách sạn. "Các người cần sơ tán! Ngay bây giờ!"</w:t>
      </w:r>
    </w:p>
    <w:p>
      <w:pPr>
        <w:spacing w:after="80"/>
      </w:pPr>
      <w:r>
        <w:rPr>
          <w:b w:val="0"/>
          <w:i w:val="0"/>
        </w:rPr>
        <w:t>"Xin lỗi, cho tôi biết tên bạn được không?"</w:t>
      </w:r>
    </w:p>
    <w:p>
      <w:pPr>
        <w:spacing w:after="80"/>
      </w:pPr>
      <w:r>
        <w:rPr>
          <w:b w:val="0"/>
          <w:i w:val="0"/>
        </w:rPr>
        <w:t>"Robert Langdon, tôi là một Am—"</w:t>
      </w:r>
    </w:p>
    <w:p>
      <w:pPr>
        <w:spacing w:after="80"/>
      </w:pPr>
      <w:r>
        <w:rPr>
          <w:b w:val="0"/>
          <w:i w:val="0"/>
        </w:rPr>
        <w:t>Một chiếc taxi lao ra từ gara đỗ xe phía trước anh, và anh đâm sầm vào hông xe, làm rơi điện thoại xuống con phố phủ tuyết. Anh nhặt nó lên và tiếp tục chạy, nhưng cuộc gọi đã bị ngắt. Không sao cả; lối vào khách sạn đã ngay trước mặt anh.</w:t>
      </w:r>
    </w:p>
    <w:p>
      <w:pPr>
        <w:spacing w:after="80"/>
      </w:pPr>
      <w:r>
        <w:rPr>
          <w:b w:val="0"/>
          <w:i w:val="0"/>
        </w:rPr>
        <w:t xml:space="preserve">Nín thở, anh lao vào sảnh, nhìn thấy người quản lý và gọi anh ta. </w:t>
      </w:r>
      <w:r>
        <w:rPr>
          <w:b w:val="0"/>
          <w:i/>
        </w:rPr>
        <w:t>"Mọi người cần phải ra ngoài!"</w:t>
      </w:r>
    </w:p>
    <w:p>
      <w:pPr>
        <w:spacing w:after="80"/>
      </w:pPr>
      <w:r>
        <w:rPr>
          <w:b w:val="0"/>
          <w:i w:val="0"/>
        </w:rPr>
        <w:t>Các sĩ quan cảnh sát đã biến mất, nhưng một vài vị khách đang thưởng thức cà phê buổi sáng đều ngước lên kinh ngạc.</w:t>
      </w:r>
    </w:p>
    <w:p>
      <w:pPr>
        <w:spacing w:after="80"/>
      </w:pPr>
      <w:r>
        <w:rPr>
          <w:b w:val="0"/>
          <w:i/>
        </w:rPr>
        <w:t>"Mọi người đang gặp nguy hiểm!"</w:t>
      </w:r>
      <w:r>
        <w:rPr>
          <w:b w:val="0"/>
          <w:i w:val="0"/>
        </w:rPr>
        <w:t xml:space="preserve"> Langdon lại hét lên với người quản lý. </w:t>
      </w:r>
      <w:r>
        <w:rPr>
          <w:b w:val="0"/>
          <w:i/>
        </w:rPr>
        <w:t>"Ra ngoài đi!"</w:t>
      </w:r>
    </w:p>
    <w:p>
      <w:pPr>
        <w:spacing w:after="80"/>
      </w:pPr>
      <w:r>
        <w:rPr>
          <w:b w:val="0"/>
          <w:i w:val="0"/>
        </w:rPr>
        <w:t>Người đàn ông lao tới, vẻ mặt kinh hoàng. "Giáo sư, làm ơn! Có chuyện gì vậy?!"</w:t>
      </w:r>
    </w:p>
    <w:p>
      <w:pPr>
        <w:spacing w:after="80"/>
      </w:pPr>
      <w:r>
        <w:rPr>
          <w:b w:val="0"/>
          <w:i w:val="0"/>
        </w:rPr>
        <w:t>Langdon đã chạy về phía chuông báo cháy trên tường. Không chút do dự, anh đập vỡ kính và kéo cần gạt.</w:t>
      </w:r>
    </w:p>
    <w:p>
      <w:pPr>
        <w:spacing w:after="80"/>
      </w:pPr>
      <w:r>
        <w:rPr>
          <w:b w:val="0"/>
          <w:i w:val="0"/>
        </w:rPr>
        <w:t>Ngay lập tức, chuông báo động vang lên inh ỏi.</w:t>
      </w:r>
    </w:p>
    <w:p>
      <w:pPr>
        <w:spacing w:after="80"/>
      </w:pPr>
      <w:r>
        <w:rPr>
          <w:b w:val="0"/>
          <w:i w:val="0"/>
        </w:rPr>
        <w:t>Langdon lao ra khỏi sảnh, phóng nhanh qua hành lang dài đến khu nhà phụ nơi có căn hộ của họ. Đến phía sau khách sạn, anh bỏ qua thang máy, nhảy vội lên hai tầng cầu thang đến tiền sảnh riêng, mở khóa căn Royal Suite, xộc vào trong, và gọi điên cuồng vào bóng tối.</w:t>
      </w:r>
    </w:p>
    <w:p>
      <w:pPr>
        <w:spacing w:after="80"/>
      </w:pPr>
      <w:r>
        <w:rPr>
          <w:b w:val="0"/>
          <w:i/>
        </w:rPr>
        <w:t>"Katherine! Dậy đi! Giấc mơ em thấy...!"</w:t>
      </w:r>
      <w:r>
        <w:rPr>
          <w:b w:val="0"/>
          <w:i w:val="0"/>
        </w:rPr>
        <w:t xml:space="preserve"> Anh bật công tắc đèn chính và chạy vào phòng ngủ. Giường trống trơn. </w:t>
      </w:r>
      <w:r>
        <w:rPr>
          <w:b w:val="0"/>
          <w:i/>
        </w:rPr>
        <w:t>Cô ấy đâu rồi?!</w:t>
      </w:r>
      <w:r>
        <w:rPr>
          <w:b w:val="0"/>
          <w:i w:val="0"/>
        </w:rPr>
        <w:t xml:space="preserve"> Anh chạy vào phòng tắm. Không có ai. Tuyệt vọng, anh lục soát nốt phần còn lại của căn hộ. </w:t>
      </w:r>
      <w:r>
        <w:rPr>
          <w:b w:val="0"/>
          <w:i/>
        </w:rPr>
        <w:t>Cô ấy không có ở đây?!</w:t>
      </w:r>
    </w:p>
    <w:p>
      <w:pPr>
        <w:spacing w:after="80"/>
      </w:pPr>
      <w:r>
        <w:rPr>
          <w:b w:val="0"/>
          <w:i w:val="0"/>
        </w:rPr>
        <w:t>Ngay lúc đó, một hồi chuông nhà thờ gần đó bắt đầu ngân lên buồn bã.</w:t>
      </w:r>
    </w:p>
    <w:p>
      <w:pPr>
        <w:spacing w:after="80"/>
      </w:pPr>
      <w:r>
        <w:rPr>
          <w:b w:val="0"/>
          <w:i w:val="0"/>
        </w:rPr>
        <w:t>Âm thanh ấy khiến Langdon tràn ngập nỗi kinh hoàng tột độ. Có điều gì đó mách bảo anh rằng mình sẽ không kịp thoát khỏi khách sạn. Lo sợ cho tính mạng và hành động theo adrenaline, anh phóng đến cửa sổ lớn và nhìn xuống dòng nước sâu của sông Vltava.</w:t>
      </w:r>
    </w:p>
    <w:p>
      <w:pPr>
        <w:spacing w:after="80"/>
      </w:pPr>
      <w:r>
        <w:rPr>
          <w:b w:val="0"/>
          <w:i w:val="0"/>
        </w:rPr>
        <w:t>Mặt sông phẳng lặng, tối sẫm nằm ngay bên dưới anh.</w:t>
      </w:r>
    </w:p>
    <w:p>
      <w:pPr>
        <w:spacing w:after="80"/>
      </w:pPr>
      <w:r>
        <w:rPr>
          <w:b w:val="0"/>
          <w:i w:val="0"/>
        </w:rPr>
        <w:t>Tiếng chuông ngân càng lớn.</w:t>
      </w:r>
    </w:p>
    <w:p>
      <w:pPr>
        <w:spacing w:after="80"/>
      </w:pPr>
      <w:r>
        <w:rPr>
          <w:b w:val="0"/>
          <w:i w:val="0"/>
        </w:rPr>
        <w:t>Anh cố nghĩ, nhưng chẳng có suy nghĩ nào cả, chỉ có một bản năng con người mãnh liệt—sinh tồn.</w:t>
      </w:r>
    </w:p>
    <w:p>
      <w:pPr>
        <w:spacing w:after="80"/>
      </w:pPr>
      <w:r>
        <w:rPr>
          <w:b w:val="0"/>
          <w:i w:val="0"/>
        </w:rPr>
        <w:t>Không chút do dự, Langdon giật mạnh mở cửa sổ và leo lên bệ cửa. Luồng gió lạnh và tuyết thốc qua người chẳng làm dịu đi cơn hoảng loạn của anh.</w:t>
      </w:r>
    </w:p>
    <w:p>
      <w:pPr>
        <w:spacing w:after="80"/>
      </w:pPr>
      <w:r>
        <w:rPr>
          <w:b w:val="0"/>
          <w:i w:val="0"/>
        </w:rPr>
        <w:t>Đây là lựa chọn duy nhất của mày.</w:t>
      </w:r>
    </w:p>
    <w:p>
      <w:pPr>
        <w:spacing w:after="80"/>
      </w:pPr>
      <w:r>
        <w:rPr>
          <w:b w:val="0"/>
          <w:i w:val="0"/>
        </w:rPr>
        <w:t>Anh bước đến mép bệ cửa sổ.</w:t>
      </w:r>
    </w:p>
    <w:p>
      <w:pPr>
        <w:spacing w:after="80"/>
      </w:pPr>
      <w:r>
        <w:rPr>
          <w:b w:val="0"/>
          <w:i w:val="0"/>
        </w:rPr>
        <w:t>Rồi, hít một hơi thật sâu, Langdon lao mình ra ngoài vào bóng tối.</w:t>
      </w:r>
    </w:p>
    <w:p>
      <w:pPr>
        <w:pStyle w:val="Heading1"/>
      </w:pPr>
      <w:r>
        <w:rPr>
          <w:rFonts w:ascii="Calibri" w:hAnsi="Calibri"/>
          <w:b/>
          <w:i w:val="0"/>
          <w:sz w:val="40"/>
        </w:rPr>
        <w:t>Chương 5</w:t>
      </w:r>
    </w:p>
    <w:p>
      <w:pPr>
        <w:spacing w:after="80"/>
      </w:pPr>
      <w:r>
        <w:rPr>
          <w:b w:val="0"/>
          <w:i w:val="0"/>
        </w:rPr>
        <w:t>Robert Langdon thở hổn hển.</w:t>
      </w:r>
    </w:p>
    <w:p>
      <w:pPr>
        <w:spacing w:after="80"/>
      </w:pPr>
      <w:r>
        <w:rPr>
          <w:b w:val="0"/>
          <w:i w:val="0"/>
        </w:rPr>
        <w:t>Dòng nước băng giá của sông Vltava đã khiến cơ thể anh gần như tê liệt, và khi cố gắng ngoi lên, anh cảm thấy sức nặng của bộ quần áo ướt đang đe dọa kéo anh xuống.</w:t>
      </w:r>
    </w:p>
    <w:p>
      <w:pPr>
        <w:spacing w:after="80"/>
      </w:pPr>
      <w:r>
        <w:rPr>
          <w:b w:val="0"/>
          <w:i w:val="0"/>
        </w:rPr>
        <w:t>Katherine...</w:t>
      </w:r>
    </w:p>
    <w:p>
      <w:pPr>
        <w:spacing w:after="80"/>
      </w:pPr>
      <w:r>
        <w:rPr>
          <w:b w:val="0"/>
          <w:i w:val="0"/>
        </w:rPr>
        <w:t>Langdon ngước nhìn cửa sổ tầng hai mà anh vừa nhảy xuống. Vụ nổ mà anh lo sợ sắp xảy ra...đã không xảy ra. Khách sạn Four Seasons vẫn đứng sừng sững, vẫn còn nguyên vẹn.</w:t>
      </w:r>
    </w:p>
    <w:p>
      <w:pPr>
        <w:spacing w:after="80"/>
      </w:pPr>
      <w:r>
        <w:rPr>
          <w:b w:val="0"/>
          <w:i w:val="0"/>
        </w:rPr>
        <w:t>Trong ánh sáng chói gắt của đèn khẩn cấp, các vị khách khách sạn giờ đang ùa ra lối thoát bên hông, đổ ra một sân thượng rộng nhìn xuống bến tàu của khách sạn, nơi nhô ra tận dòng sông.</w:t>
      </w:r>
    </w:p>
    <w:p>
      <w:pPr>
        <w:spacing w:after="80"/>
      </w:pPr>
      <w:r>
        <w:rPr>
          <w:b w:val="0"/>
          <w:i w:val="0"/>
        </w:rPr>
        <w:t>Khi đang cố gắng đạp nước, Langdon chợt nhận ra dòng chảy đang kéo anh ra xa; bến tàu của khách sạn sẽ là cơ hội duy nhất để anh leo lên khỏi mặt nước trước khi bị cuốn xuôi dòng.</w:t>
      </w:r>
    </w:p>
    <w:p>
      <w:pPr>
        <w:spacing w:after="80"/>
      </w:pPr>
      <w:r>
        <w:rPr>
          <w:b w:val="0"/>
          <w:i w:val="0"/>
        </w:rPr>
        <w:t>Cố hết sức tránh hoảng loạn, anh cố bơi sải về phía bến tàu, nhưng anh gần như không thể nhấc nổi cánh tay. Chiếc áo nỉ ướt sũng như một cái neo đeo quanh người anh. Nước lạnh đã bắt đầu làm co thắt hệ tuần hoàn, và Langdon có thể cảm nhận những dấu hiệu cảnh báo đầu tiên của chứng hạ thân nhiệt qua cơn đau nhói chạy dọc mắt cá chân và cổ tay.</w:t>
      </w:r>
    </w:p>
    <w:p>
      <w:pPr>
        <w:spacing w:after="80"/>
      </w:pPr>
      <w:r>
        <w:rPr>
          <w:b w:val="0"/>
          <w:i w:val="0"/>
        </w:rPr>
        <w:t>Bơi đi, Robert…</w:t>
      </w:r>
    </w:p>
    <w:p>
      <w:pPr>
        <w:spacing w:after="80"/>
      </w:pPr>
      <w:r>
        <w:rPr>
          <w:b w:val="0"/>
          <w:i w:val="0"/>
        </w:rPr>
        <w:t>Đành phải bơi ếch một cách vụng về, Langdon gắng sức chống lại dòng chảy, cố tiến về phía bến tàu của khách sạn. Anh liếc nhìn xa hơn và sợ mình sẽ bị kéo qua thác nước không xa phía hạ lưu—dù anh biết mình có lẽ sẽ bất tỉnh và chìm nghỉm từ lâu trước khi bị cuốn qua mép thác.</w:t>
      </w:r>
    </w:p>
    <w:p>
      <w:pPr>
        <w:spacing w:after="80"/>
      </w:pPr>
      <w:r>
        <w:rPr>
          <w:b w:val="0"/>
          <w:i w:val="0"/>
        </w:rPr>
        <w:t>Đẩy đi, trời ạ!</w:t>
      </w:r>
    </w:p>
    <w:p>
      <w:pPr>
        <w:spacing w:after="80"/>
      </w:pPr>
      <w:r>
        <w:rPr>
          <w:b w:val="0"/>
          <w:i w:val="0"/>
        </w:rPr>
        <w:t>Khi đôi tay kéo anh qua mặt nước, tâm trí Langdon bùng cháy với hình ảnh người phụ nữ ma quái đội vòng hào quang rực đen. Chiếc mũ đội đầu có thể chỉ là một sự trùng hợp đáng giật mình…nhưng còn ngọn giáo của cô ta? Và mùi tử khí?</w:t>
      </w:r>
    </w:p>
    <w:p>
      <w:pPr>
        <w:spacing w:after="80"/>
      </w:pPr>
      <w:r>
        <w:rPr>
          <w:b w:val="0"/>
          <w:i w:val="0"/>
        </w:rPr>
        <w:t>Không thể nào.</w:t>
      </w:r>
    </w:p>
    <w:p>
      <w:pPr>
        <w:spacing w:after="80"/>
      </w:pPr>
      <w:r>
        <w:rPr>
          <w:b w:val="0"/>
          <w:i w:val="0"/>
        </w:rPr>
        <w:t>Không thể giải thích nổi.</w:t>
      </w:r>
    </w:p>
    <w:p>
      <w:pPr>
        <w:spacing w:after="80"/>
      </w:pPr>
      <w:r>
        <w:rPr>
          <w:b w:val="0"/>
          <w:i w:val="0"/>
        </w:rPr>
        <w:t xml:space="preserve">Trong khoảnh khắc, Langdon tự hỏi liệu mình có còn đang ngủ, bị mắc kẹt trong một cơn ác mộng sống động như cơn mà Katherine đã trải qua đêm qua. </w:t>
      </w:r>
      <w:r>
        <w:rPr>
          <w:b w:val="0"/>
          <w:i/>
        </w:rPr>
        <w:t>Không.</w:t>
      </w:r>
      <w:r>
        <w:rPr>
          <w:b w:val="0"/>
          <w:i w:val="0"/>
        </w:rPr>
        <w:t xml:space="preserve"> Cái lạnh cắt da và nhịp tim đập điên cuồng khẳng định với anh rằng anh đang thức. Như bất kỳ ai từng rơi xuống hồ băng đều có thể xác nhận, sự khởi phát của chứng hạ thân nhiệt cấp tính kéo theo một chuỗi trạng thái tinh thần đặc biệt—sốc, hoảng loạn, suy ngẫm, và cuối cùng là chấp nhận.</w:t>
      </w:r>
    </w:p>
    <w:p>
      <w:pPr>
        <w:spacing w:after="80"/>
      </w:pPr>
      <w:r>
        <w:rPr>
          <w:b w:val="0"/>
          <w:i/>
        </w:rPr>
        <w:t>Hãy dùng cơn hoảng loạn,</w:t>
      </w:r>
      <w:r>
        <w:rPr>
          <w:b w:val="0"/>
          <w:i w:val="0"/>
        </w:rPr>
        <w:t xml:space="preserve"> anh tự nhủ. </w:t>
      </w:r>
      <w:r>
        <w:rPr>
          <w:b w:val="0"/>
          <w:i/>
        </w:rPr>
        <w:t>Bơi mạnh hơn.</w:t>
      </w:r>
    </w:p>
    <w:p>
      <w:pPr>
        <w:spacing w:after="80"/>
      </w:pPr>
      <w:r>
        <w:rPr>
          <w:b w:val="0"/>
          <w:i w:val="0"/>
        </w:rPr>
        <w:t xml:space="preserve">Bơi chéo qua dòng chảy, Langdon quạt tay một cách vụng về về phía bến tàu, cố phớt lờ cơn đau đang tăng dần. Mỗi lần gắng sức, nó lại tệ hơn, dù tiếng chuông báo động của khách sạn dường như đang to hơn. </w:t>
      </w:r>
      <w:r>
        <w:rPr>
          <w:b w:val="0"/>
          <w:i/>
        </w:rPr>
        <w:t>Gần hơn rồi.</w:t>
      </w:r>
      <w:r>
        <w:rPr>
          <w:b w:val="0"/>
          <w:i w:val="0"/>
        </w:rPr>
        <w:t xml:space="preserve"> Mắt anh rát buốt trong làn nước băng giá, và thị lực bắt đầu mờ dần.</w:t>
      </w:r>
    </w:p>
    <w:p>
      <w:pPr>
        <w:spacing w:after="80"/>
      </w:pPr>
      <w:r>
        <w:rPr>
          <w:b w:val="0"/>
          <w:i w:val="0"/>
        </w:rPr>
        <w:t>Bến tàu đã ở gần, một khối tối trong ánh sáng chói của đèn an ninh, và Langdon thúc mình tiến tới, tung ra cú gắng sức cuối cùng. Khi bàn tay anh quờ được thứ gì đó rắn chắc, những ngón tay tê cứng gần như không cảm nhận nổi mặt gỗ thô ráp, chứ chưa nói đến việc bám chặt. Anh kéo mình từng nhịp một dọc theo bến tàu đến chiếc thang kim loại nhỏ gắn ở đó. Dùng chút sức lực cuối cùng, anh kéo mình lên, đổ vật xuống như một khối nặng trên bến, quần áo ướt sũng của anh rỏ nước khắp xung quanh.</w:t>
      </w:r>
    </w:p>
    <w:p>
      <w:pPr>
        <w:spacing w:after="80"/>
      </w:pPr>
      <w:r>
        <w:rPr>
          <w:b w:val="0"/>
          <w:i w:val="0"/>
        </w:rPr>
        <w:t>Langdon nằm bất động, run rẩy và kiệt sức, biết rằng mình vẫn còn đang rất nguy hiểm.</w:t>
      </w:r>
    </w:p>
    <w:p>
      <w:pPr>
        <w:spacing w:after="80"/>
      </w:pPr>
      <w:r>
        <w:rPr>
          <w:b w:val="0"/>
          <w:i w:val="0"/>
        </w:rPr>
        <w:t>Mình sẽ chết cóng nhanh thôi ở ngoài này. Mình cần được sưởi ấm.</w:t>
      </w:r>
    </w:p>
    <w:p>
      <w:pPr>
        <w:spacing w:after="80"/>
      </w:pPr>
      <w:r>
        <w:rPr>
          <w:b w:val="0"/>
          <w:i w:val="0"/>
        </w:rPr>
        <w:t>Anh bò lên quỳ gối và ngước nhìn khách sạn. Sân thượng đã chật kín khách, nhiều người mặc áo choàng tắm, đứng trong tuyết. Anh quay lại nhìn về phía Cầu Charles, nơi trông như một tấm bưu thiếp, những ngọn đèn khí đốt tỏa sáng ấm áp trong làn tuyết rơi.</w:t>
      </w:r>
    </w:p>
    <w:p>
      <w:pPr>
        <w:spacing w:after="80"/>
      </w:pPr>
      <w:r>
        <w:rPr>
          <w:b w:val="0"/>
          <w:i w:val="0"/>
        </w:rPr>
        <w:t>Tôi đã thấy điều tôi thấy.</w:t>
      </w:r>
    </w:p>
    <w:p>
      <w:pPr>
        <w:spacing w:after="80"/>
      </w:pPr>
      <w:r>
        <w:rPr>
          <w:b w:val="0"/>
          <w:i w:val="0"/>
        </w:rPr>
        <w:t>Langdon nghe thấy tiếng bước chân dồn dập tiến lại gần trên bến tàu.</w:t>
      </w:r>
    </w:p>
    <w:p>
      <w:pPr>
        <w:spacing w:after="80"/>
      </w:pPr>
      <w:r>
        <w:rPr>
          <w:b w:val="0"/>
          <w:i w:val="0"/>
        </w:rPr>
        <w:t>“Ông Langdon!” người quản lý khách sạn hét lên, chạy tới với ánh mắt hoảng hốt. Ông ta trượt chân dừng lại trên mặt phủ đầy tuyết. “Ông có sao không, thưa ông?! Chuyện gì đã xảy ra ở đây vậy?!”</w:t>
      </w:r>
    </w:p>
    <w:p>
      <w:pPr>
        <w:spacing w:after="80"/>
      </w:pPr>
      <w:r>
        <w:rPr>
          <w:b w:val="0"/>
          <w:i w:val="0"/>
        </w:rPr>
        <w:t>Langdon gật đầu. “Tôi…tưởng…có…”</w:t>
      </w:r>
    </w:p>
    <w:p>
      <w:pPr>
        <w:spacing w:after="80"/>
      </w:pPr>
      <w:r>
        <w:rPr>
          <w:b w:val="0"/>
          <w:i w:val="0"/>
        </w:rPr>
        <w:t>“Có hỏa hoạn ư?!”</w:t>
      </w:r>
    </w:p>
    <w:p>
      <w:pPr>
        <w:spacing w:after="80"/>
      </w:pPr>
      <w:r>
        <w:rPr>
          <w:b w:val="0"/>
          <w:i w:val="0"/>
        </w:rPr>
        <w:t>Run lẩy bẩy vì lạnh, Langdon lắc đầu. “Không…”</w:t>
      </w:r>
    </w:p>
    <w:p>
      <w:pPr>
        <w:spacing w:after="80"/>
      </w:pPr>
      <w:r>
        <w:rPr>
          <w:b w:val="0"/>
          <w:i w:val="0"/>
        </w:rPr>
        <w:t>“Vậy tại sao ông lại kéo chuông báo động?!” Giọng điệu vốn dĩ nhã nhặn của người đàn ông giờ đã sứt mẻ và giận dữ.</w:t>
      </w:r>
    </w:p>
    <w:p>
      <w:pPr>
        <w:spacing w:after="80"/>
      </w:pPr>
      <w:r>
        <w:rPr>
          <w:b w:val="0"/>
          <w:i w:val="0"/>
        </w:rPr>
        <w:t>“Tôi tưởng…có nguy hiểm.”</w:t>
      </w:r>
    </w:p>
    <w:p>
      <w:pPr>
        <w:spacing w:after="80"/>
      </w:pPr>
      <w:r>
        <w:rPr>
          <w:b w:val="0"/>
          <w:i w:val="0"/>
        </w:rPr>
        <w:t xml:space="preserve">“Từ </w:t>
      </w:r>
      <w:r>
        <w:rPr>
          <w:b w:val="0"/>
          <w:i/>
        </w:rPr>
        <w:t>cái gì</w:t>
      </w:r>
      <w:r>
        <w:rPr>
          <w:b w:val="0"/>
          <w:i w:val="0"/>
        </w:rPr>
        <w:t xml:space="preserve"> chứ?!”</w:t>
      </w:r>
    </w:p>
    <w:p>
      <w:pPr>
        <w:spacing w:after="80"/>
      </w:pPr>
      <w:r>
        <w:rPr>
          <w:b w:val="0"/>
          <w:i w:val="0"/>
        </w:rPr>
        <w:t>Langdon chật vật gắng gượng ngồi dậy. Đầu ông đau nhức, và ông có thể cảm thấy chứng hạ thân nhiệt đang bắt đầu.</w:t>
      </w:r>
    </w:p>
    <w:p>
      <w:pPr>
        <w:spacing w:after="80"/>
      </w:pPr>
      <w:r>
        <w:rPr>
          <w:b w:val="0"/>
          <w:i w:val="0"/>
        </w:rPr>
        <w:t>Một nhân viên bảo vệ khách sạn chạy nước rút xuống bến tàu và nhập bọn với họ. Người đàn ông lực lưỡng cúi xuống và thô bạo kéo Langdon đứng dậy, nâng ông lên bằng một cái nắm chắc nịch dưới nách. Langdon không chắc liệu người bảo vệ đang đỡ ông dậy hay đang khống chế ông.</w:t>
      </w:r>
    </w:p>
    <w:p>
      <w:pPr>
        <w:spacing w:after="80"/>
      </w:pPr>
      <w:r>
        <w:rPr>
          <w:b w:val="0"/>
          <w:i w:val="0"/>
        </w:rPr>
        <w:t>“</w:t>
      </w:r>
      <w:r>
        <w:rPr>
          <w:b w:val="0"/>
          <w:i/>
        </w:rPr>
        <w:t>Tại sao</w:t>
      </w:r>
      <w:r>
        <w:rPr>
          <w:b w:val="0"/>
          <w:i w:val="0"/>
        </w:rPr>
        <w:t xml:space="preserve"> ông lại kéo chuông báo động, thưa ông?” người quản lý lặp lại, chăm chăm nhìn ông.</w:t>
      </w:r>
    </w:p>
    <w:p>
      <w:pPr>
        <w:spacing w:after="80"/>
      </w:pPr>
      <w:r>
        <w:rPr>
          <w:b w:val="0"/>
          <w:i w:val="0"/>
        </w:rPr>
        <w:t>“Tôi xin lỗi…” Langdon đáp, răng bắt đầu va lập cập. “Tôi đã…bối rối.”</w:t>
      </w:r>
    </w:p>
    <w:p>
      <w:pPr>
        <w:spacing w:after="80"/>
      </w:pPr>
      <w:r>
        <w:rPr>
          <w:b w:val="0"/>
          <w:i w:val="0"/>
        </w:rPr>
        <w:t xml:space="preserve">“Vì cảnh sát trong sảnh ư? Tôi đã nói với ông rồi mà, chuyện đó chẳng có gì cả!” Người quản lý dường như khó mà kìm nén được bản thân. “Tôi cần biết—liệu có </w:t>
      </w:r>
      <w:r>
        <w:rPr>
          <w:b w:val="0"/>
          <w:i/>
        </w:rPr>
        <w:t>an toàn</w:t>
      </w:r>
      <w:r>
        <w:rPr>
          <w:b w:val="0"/>
          <w:i w:val="0"/>
        </w:rPr>
        <w:t xml:space="preserve"> để quay vào trong không?”</w:t>
      </w:r>
    </w:p>
    <w:p>
      <w:pPr>
        <w:spacing w:after="80"/>
      </w:pPr>
      <w:r>
        <w:rPr>
          <w:b w:val="0"/>
          <w:i w:val="0"/>
        </w:rPr>
        <w:t xml:space="preserve">Langdon có thể thấy khách vẫn đang tuôn ra từ lối thoát hiểm phía sau, và ông chỉ có thể tưởng tượng cảnh hỗn loạn ở cổng chính của khách sạn. </w:t>
      </w:r>
      <w:r>
        <w:rPr>
          <w:b w:val="0"/>
          <w:i/>
        </w:rPr>
        <w:t>Tôi không thể giải thích chuyện này với họ. Họ sẽ nghĩ tôi bị điên mất.</w:t>
      </w:r>
    </w:p>
    <w:p>
      <w:pPr>
        <w:spacing w:after="80"/>
      </w:pPr>
      <w:r>
        <w:rPr>
          <w:b w:val="0"/>
          <w:i w:val="0"/>
        </w:rPr>
        <w:t>“Giáo sư Langdon,” người quản lý nói, giọng điệu bực bội giờ đã chuyển sang giận dữ hơn, “tôi cần một câu trả lời! Tôi có bốn trăm vị khách đang đứng ngoài trời tuyết. Tòa nhà có an toàn không? Có hay không! Khách của chúng tôi có thể quay vào trong được không?”</w:t>
      </w:r>
    </w:p>
    <w:p>
      <w:pPr>
        <w:spacing w:after="80"/>
      </w:pPr>
      <w:r>
        <w:rPr>
          <w:b w:val="0"/>
          <w:i w:val="0"/>
        </w:rPr>
        <w:t xml:space="preserve">Langdon lại thấy hình ảnh người phụ nữ đội vương miện rạng rỡ màu đen…ngọn giáo bạc…và mùi tử khí hôi thối. </w:t>
      </w:r>
      <w:r>
        <w:rPr>
          <w:b w:val="0"/>
          <w:i/>
        </w:rPr>
        <w:t>Chắc chắn phải có một lời giải thích khác. Thế giới không vận hành theo cách này! Bình tĩnh lại đi, Robert.</w:t>
      </w:r>
    </w:p>
    <w:p>
      <w:pPr>
        <w:spacing w:after="80"/>
      </w:pPr>
      <w:r>
        <w:rPr>
          <w:b w:val="0"/>
          <w:i w:val="0"/>
        </w:rPr>
        <w:t>Cuối cùng Langdon gật đầu. “Vâng…tôi tin là đã an toàn. Tôi vô cùng xin lỗi. Như tôi đã nói…tôi đã bối rố—”</w:t>
      </w:r>
    </w:p>
    <w:p>
      <w:pPr>
        <w:spacing w:after="80"/>
      </w:pPr>
      <w:r>
        <w:rPr>
          <w:b w:val="0"/>
          <w:i/>
        </w:rPr>
        <w:t>“Vypněte alarm!”</w:t>
      </w:r>
      <w:r>
        <w:rPr>
          <w:b w:val="0"/>
          <w:i w:val="0"/>
        </w:rPr>
        <w:t xml:space="preserve"> người quản lý nói với nhân viên bảo vệ, người này lập tức buông Langdon ra. Khi Langdon loạng choạng trên đôi chân run rẩy, người bảo vệ rút ra một chiếc bộ đàm và ra lệnh dồn dập trong khi người quản lý khách sạn gọi điện trên điện thoại di động.</w:t>
      </w:r>
    </w:p>
    <w:p>
      <w:pPr>
        <w:spacing w:after="80"/>
      </w:pPr>
      <w:r>
        <w:rPr>
          <w:b w:val="0"/>
          <w:i w:val="0"/>
        </w:rPr>
        <w:t>Trong vài giây, chuông báo động im bặt, thay vào đó là tiếng hú xa xăm của những xe cấp cứu đang tới gần. Người quản lý nhắm mắt, hít một hơi thật sâu, rồi thở ra chậm rãi qua đôi môi mím chặt. Sau đó ông mở mắt và bình tĩnh phủi những bông tuyết khỏi bộ vest sẫm màu.</w:t>
      </w:r>
    </w:p>
    <w:p>
      <w:pPr>
        <w:spacing w:after="80"/>
      </w:pPr>
      <w:r>
        <w:rPr>
          <w:b w:val="0"/>
          <w:i w:val="0"/>
        </w:rPr>
        <w:t xml:space="preserve">“Giáo sư Langdon,” ông thì thầm qua hàm răng nghiến chặt, “tôi cần tiếp đón nhà chức trách. Nhân viên bảo vệ của tôi sẽ đưa ông về phòng. </w:t>
      </w:r>
      <w:r>
        <w:rPr>
          <w:b w:val="0"/>
          <w:i/>
        </w:rPr>
        <w:t>Đừng</w:t>
      </w:r>
      <w:r>
        <w:rPr>
          <w:b w:val="0"/>
          <w:i w:val="0"/>
        </w:rPr>
        <w:t xml:space="preserve"> đi đâu cả. Nhà chức trách sẽ cần nói chuyện với ông.”</w:t>
      </w:r>
    </w:p>
    <w:p>
      <w:pPr>
        <w:spacing w:after="80"/>
      </w:pPr>
      <w:r>
        <w:rPr>
          <w:b w:val="0"/>
          <w:i w:val="0"/>
        </w:rPr>
        <w:t>Langdon gật đầu tỏ vẻ đã hiểu.</w:t>
      </w:r>
    </w:p>
    <w:p>
      <w:pPr>
        <w:spacing w:after="80"/>
      </w:pPr>
      <w:r>
        <w:rPr>
          <w:b w:val="0"/>
          <w:i w:val="0"/>
        </w:rPr>
        <w:t>Khi người quản lý vội vã rời đi, người bảo vệ dẫn Langdon qua một lối vào phục vụ nhỏ hơn để tới cầu thang phía sau. Đôi giày thể thao của Langdon kêu lép nhép theo từng bước chân khi hai người đi lên Phòng Hoàng gia (Royal Suite). Cửa mở, đèn bật sáng, đúng như lúc Langdon rời đi.</w:t>
      </w:r>
    </w:p>
    <w:p>
      <w:pPr>
        <w:spacing w:after="80"/>
      </w:pPr>
      <w:r>
        <w:rPr>
          <w:b w:val="0"/>
          <w:i/>
        </w:rPr>
        <w:t>“Zůstaňte tady,”</w:t>
      </w:r>
      <w:r>
        <w:rPr>
          <w:b w:val="0"/>
          <w:i w:val="0"/>
        </w:rPr>
        <w:t xml:space="preserve"> người bảo vệ ra lệnh, chỉ tay vào trong phòng.</w:t>
      </w:r>
    </w:p>
    <w:p>
      <w:pPr>
        <w:spacing w:after="80"/>
      </w:pPr>
      <w:r>
        <w:rPr>
          <w:b w:val="0"/>
          <w:i w:val="0"/>
        </w:rPr>
        <w:t xml:space="preserve">Langdon không biết tiếng Séc, nhưng ngôn ngữ cơ thể của người bảo vệ thì rõ như ban ngày. </w:t>
      </w:r>
      <w:r>
        <w:rPr>
          <w:b w:val="0"/>
          <w:i/>
        </w:rPr>
        <w:t>Vào trong và đừng có ra.</w:t>
      </w:r>
      <w:r>
        <w:rPr>
          <w:b w:val="0"/>
          <w:i w:val="0"/>
        </w:rPr>
        <w:t xml:space="preserve"> Langdon gật đầu và bước vào phòng một mình, đóng cửa lại sau lưng.</w:t>
      </w:r>
    </w:p>
    <w:p>
      <w:pPr>
        <w:spacing w:after="80"/>
      </w:pPr>
      <w:r>
        <w:rPr>
          <w:b w:val="0"/>
          <w:i w:val="0"/>
        </w:rPr>
        <w:t>Cửa sổ lồi mà ông đã nhảy ra vẫn còn mở toang, cắm hoa trên bệ cửa đã héo rũ vì giá lạnh. Những bông tulip đỏ, trắng và xanh lam là quà của đại sứ Hoa Kỳ tặng Katherine nhân dịp bài giảng sắp tới của cô, với màu sắc là màu cờ của cả Hoa Kỳ và Séc.</w:t>
      </w:r>
    </w:p>
    <w:p>
      <w:pPr>
        <w:spacing w:after="80"/>
      </w:pPr>
      <w:r>
        <w:rPr>
          <w:b w:val="0"/>
          <w:i w:val="0"/>
        </w:rPr>
        <w:t>Langdon đóng cửa sổ lại, trong lòng rùng mình nhớ rằng tục lệ ném người qua cửa sổ (defenestration)—ném nạn nhân từ cửa sổ cao—đã châm ngòi cho cả Chiến tranh Hussite và Chiến tranh Ba Mươi Năm. May thay, cửa sổ khách sạn của Langdon thấp hơn Tháp Lâu đài Prague đáng kể, và dù đã gây ra rắc rối sáng nay, Langdon ngờ rằng mình chẳng khơi mào cuộc chiến nào cả.</w:t>
      </w:r>
    </w:p>
    <w:p>
      <w:pPr>
        <w:spacing w:after="80"/>
      </w:pPr>
      <w:r>
        <w:rPr>
          <w:b w:val="0"/>
          <w:i w:val="0"/>
        </w:rPr>
        <w:t>Mình cần nói chuyện với Katherine…và kể cho cô ấy nghe những gì mình đã thấy.</w:t>
      </w:r>
    </w:p>
    <w:p>
      <w:pPr>
        <w:spacing w:after="80"/>
      </w:pPr>
      <w:r>
        <w:rPr>
          <w:b w:val="0"/>
          <w:i w:val="0"/>
        </w:rPr>
        <w:t>Cuộc chạm trán trên Cầu Charles khiến Langdon mất phương hướng hơn bất cứ điều gì ông từng nhớ, và dù Katherine có tư tưởng cởi mở với mọi thứ “siêu nhiên,” Langdon ngờ rằng ngay cả cô cũng chẳng có lời giải thích nào.</w:t>
      </w:r>
    </w:p>
    <w:p>
      <w:pPr>
        <w:spacing w:after="80"/>
      </w:pPr>
      <w:r>
        <w:rPr>
          <w:b w:val="0"/>
          <w:i w:val="0"/>
        </w:rPr>
        <w:t>Hy vọng cô ấy có thể đã nhắn tin báo rằng mình đã ra khỏi khách sạn an toàn, Langdon thò tay vào túi chiếc quần thể thao sũng nước để lôi điện thoại ra, nhưng nó không còn ở đó nữa—rất có thể đang nằm dưới đáy sông Vltava.</w:t>
      </w:r>
    </w:p>
    <w:p>
      <w:pPr>
        <w:spacing w:after="80"/>
      </w:pPr>
      <w:r>
        <w:rPr>
          <w:b w:val="0"/>
          <w:i w:val="0"/>
        </w:rPr>
        <w:t>Một cơn ớn lạnh mới lại chạy dọc khắp người ông khi ông vội vã vào phòng ngủ để dùng điện thoại khách sạn gọi cho cô. Nhưng khi với tay lấy ống nghe, ông thấy một mẩu giấy viết tay trên bàn cạnh giường.</w:t>
      </w:r>
    </w:p>
    <w:p>
      <w:pPr>
        <w:spacing w:after="80"/>
      </w:pPr>
      <w:r>
        <w:rPr>
          <w:b w:val="0"/>
          <w:i w:val="0"/>
        </w:rPr>
        <w:t>Lúc hoảng loạn trước đó, ông đã không để ý thấy nó.</w:t>
      </w:r>
    </w:p>
    <w:p>
      <w:pPr>
        <w:spacing w:after="80"/>
      </w:pPr>
      <w:r>
        <w:rPr>
          <w:b w:val="0"/>
          <w:i w:val="0"/>
        </w:rPr>
        <w:t>R—</w:t>
      </w:r>
    </w:p>
    <w:p>
      <w:pPr>
        <w:spacing w:after="80"/>
      </w:pPr>
      <w:r>
        <w:rPr>
          <w:b w:val="0"/>
          <w:i w:val="0"/>
        </w:rPr>
        <w:t>Quyết định đi bộ đến cuộc họp ở phòng thí nghiệm của Tiến sĩ Gessner.</w:t>
      </w:r>
    </w:p>
    <w:p>
      <w:pPr>
        <w:spacing w:after="80"/>
      </w:pPr>
      <w:r>
        <w:rPr>
          <w:b w:val="0"/>
          <w:i/>
        </w:rPr>
        <w:t>Bạn</w:t>
      </w:r>
      <w:r>
        <w:rPr>
          <w:b w:val="0"/>
          <w:i w:val="0"/>
        </w:rPr>
        <w:t xml:space="preserve"> không thể là người duy nhất được tập thể dục hôm nay chứ!</w:t>
      </w:r>
    </w:p>
    <w:p>
      <w:pPr>
        <w:jc w:val="center"/>
      </w:pPr>
      <w:r>
        <w:drawing>
          <wp:inline xmlns:a="http://schemas.openxmlformats.org/drawingml/2006/main" xmlns:pic="http://schemas.openxmlformats.org/drawingml/2006/picture">
            <wp:extent cx="2400300" cy="2400300"/>
            <wp:docPr id="9" name="Picture 9"/>
            <wp:cNvGraphicFramePr>
              <a:graphicFrameLocks noChangeAspect="1"/>
            </wp:cNvGraphicFramePr>
            <a:graphic>
              <a:graphicData uri="http://schemas.openxmlformats.org/drawingml/2006/picture">
                <pic:pic>
                  <pic:nvPicPr>
                    <pic:cNvPr id="0" name="image_rsrc8XH.jpg"/>
                    <pic:cNvPicPr/>
                  </pic:nvPicPr>
                  <pic:blipFill>
                    <a:blip r:embed="rId15"/>
                    <a:stretch>
                      <a:fillRect/>
                    </a:stretch>
                  </pic:blipFill>
                  <pic:spPr>
                    <a:xfrm>
                      <a:off x="0" y="0"/>
                      <a:ext cx="2400300" cy="2400300"/>
                    </a:xfrm>
                    <a:prstGeom prst="rect"/>
                  </pic:spPr>
                </pic:pic>
              </a:graphicData>
            </a:graphic>
          </wp:inline>
        </w:drawing>
      </w:r>
    </w:p>
    <w:p>
      <w:pPr>
        <w:spacing w:after="80"/>
      </w:pPr>
      <w:r>
        <w:rPr>
          <w:b w:val="0"/>
          <w:i w:val="0"/>
        </w:rPr>
        <w:t>Về trước 10 giờ sáng. Để dành cho tôi một ly sinh tố nhé!</w:t>
      </w:r>
    </w:p>
    <w:p>
      <w:pPr>
        <w:spacing w:after="80"/>
      </w:pPr>
      <w:r>
        <w:rPr>
          <w:b w:val="0"/>
          <w:i w:val="0"/>
        </w:rPr>
        <w:t>—K</w:t>
      </w:r>
    </w:p>
    <w:p>
      <w:pPr>
        <w:spacing w:after="80"/>
      </w:pPr>
      <w:r>
        <w:rPr>
          <w:b w:val="0"/>
          <w:i w:val="0"/>
        </w:rPr>
        <w:t>Langdon thở ra.</w:t>
      </w:r>
    </w:p>
    <w:p>
      <w:pPr>
        <w:spacing w:after="80"/>
      </w:pPr>
      <w:r>
        <w:rPr>
          <w:b w:val="0"/>
          <w:i/>
        </w:rPr>
        <w:t>Katherine vẫn an toàn.</w:t>
      </w:r>
      <w:r>
        <w:rPr>
          <w:b w:val="0"/>
          <w:i w:val="0"/>
        </w:rPr>
        <w:t xml:space="preserve"> </w:t>
      </w:r>
      <w:r>
        <w:rPr>
          <w:b w:val="0"/>
          <w:i/>
        </w:rPr>
        <w:t>Chỉ cần biết thế là đủ.</w:t>
      </w:r>
    </w:p>
    <w:p>
      <w:pPr>
        <w:spacing w:after="80"/>
      </w:pPr>
      <w:r>
        <w:rPr>
          <w:b w:val="0"/>
          <w:i w:val="0"/>
        </w:rPr>
        <w:t>Nhẹ nhõm, anh đi thẳng vào phòng tắm, mở vòi nước, và bước vào trong khi vẫn mặc nguyên quần áo.</w:t>
      </w:r>
    </w:p>
    <w:p>
      <w:pPr>
        <w:pStyle w:val="Heading1"/>
      </w:pPr>
      <w:r>
        <w:rPr>
          <w:rFonts w:ascii="Calibri" w:hAnsi="Calibri"/>
          <w:b/>
          <w:i w:val="0"/>
          <w:sz w:val="40"/>
        </w:rPr>
        <w:t>Chương 6</w:t>
      </w:r>
    </w:p>
    <w:p>
      <w:pPr>
        <w:spacing w:after="80"/>
      </w:pPr>
      <w:r>
        <w:rPr>
          <w:b w:val="0"/>
          <w:i w:val="0"/>
        </w:rPr>
        <w:t>Ether đã qua đi, và The Golěm nằm trần trên tấm chiếu gai.</w:t>
      </w:r>
    </w:p>
    <w:p>
      <w:pPr>
        <w:spacing w:after="80"/>
      </w:pPr>
      <w:r>
        <w:rPr>
          <w:b w:val="0"/>
          <w:i w:val="0"/>
        </w:rPr>
        <w:t>Cuộc hành trình của hắn đã lên đến đỉnh điểm, như mọi khi, bằng những đợt sóng hưng phấn và một cảm giác kết nối tâm linh mãnh liệt với vạn vật. Đón nhận Ether là một cực khoái phi tính dục—một đợt sóng thần bí dâng trào mở ra cánh cổng để thoáng nhìn thấy Thực Tại đúng như bản chất của nó.</w:t>
      </w:r>
    </w:p>
    <w:p>
      <w:pPr>
        <w:spacing w:after="80"/>
      </w:pPr>
      <w:r>
        <w:rPr>
          <w:b w:val="0"/>
          <w:i w:val="0"/>
        </w:rPr>
        <w:t>Những hành trình thần bí như thế này thường bị chê bai là ảo tưởng huyễn hoặc, nhưng những ai đã thấy được Chân Lý thì không cần đến những đầu óc hẹp hòi. The Golěm biết từ kinh nghiệm rằng vũ trụ phức tạp và đẹp đẽ hơn nhiều so với những gì phần lớn người ta có thể hiểu được. Những Người Hiện Đại vẫn chưa thể chấp nhận Chân Lý mà Những Người Cổ Đại đã hiểu một cách trực giác…Cơ thể con người chẳng qua chỉ là một chiếc bình tạm thời để trải nghiệm cõi trần gian này.</w:t>
      </w:r>
    </w:p>
    <w:p>
      <w:pPr>
        <w:spacing w:after="80"/>
      </w:pPr>
      <w:r>
        <w:rPr>
          <w:b w:val="0"/>
          <w:i w:val="0"/>
        </w:rPr>
        <w:t xml:space="preserve">Hắn tháo chiếc gag bóng có lỗ khỏi miệng và đứng dậy, một mình trong bóng tối của </w:t>
      </w:r>
      <w:r>
        <w:rPr>
          <w:b w:val="0"/>
          <w:i/>
        </w:rPr>
        <w:t>svatyně</w:t>
      </w:r>
      <w:r>
        <w:rPr>
          <w:b w:val="0"/>
          <w:i w:val="0"/>
        </w:rPr>
        <w:t xml:space="preserve"> (điện thờ) của mình. Trong bóng tối không ánh sáng, hắn di chuyển đến bức tường phía xa và quỳ xuống trên tấm đệm trước bàn thờ mà hắn đã dựng nên ở đó.</w:t>
      </w:r>
    </w:p>
    <w:p>
      <w:pPr>
        <w:spacing w:after="80"/>
      </w:pPr>
      <w:r>
        <w:rPr>
          <w:b w:val="0"/>
          <w:i w:val="0"/>
        </w:rPr>
        <w:t>Mò mẫm trong bóng tối, hắn tìm thấy hộp diêm và quẹt một que, thắp lên ba ngọn nến cầu nguyện mà hắn đã sắp đặt trên bàn trong một giường hoa khô.</w:t>
      </w:r>
    </w:p>
    <w:p>
      <w:pPr>
        <w:spacing w:after="80"/>
      </w:pPr>
      <w:r>
        <w:rPr>
          <w:b w:val="0"/>
          <w:i w:val="0"/>
        </w:rPr>
        <w:t>Khi ánh nến chập chờn lớn dần, bức ảnh trên bức tường trước mặt hắn hiện ra.</w:t>
      </w:r>
    </w:p>
    <w:p>
      <w:pPr>
        <w:spacing w:after="80"/>
      </w:pPr>
      <w:r>
        <w:rPr>
          <w:b w:val="0"/>
          <w:i w:val="0"/>
        </w:rPr>
        <w:t>Hắn mỉm cười trìu mến ngước nhìn khuôn mặt nàng.</w:t>
      </w:r>
    </w:p>
    <w:p>
      <w:pPr>
        <w:spacing w:after="80"/>
      </w:pPr>
      <w:r>
        <w:rPr>
          <w:b w:val="0"/>
          <w:i w:val="0"/>
        </w:rPr>
        <w:t>Bạn không biết tôi, nhưng tôi ở đây để giải thoát bạn khỏi cái ác.</w:t>
      </w:r>
    </w:p>
    <w:p>
      <w:pPr>
        <w:spacing w:after="80"/>
      </w:pPr>
      <w:r>
        <w:rPr>
          <w:b w:val="0"/>
          <w:i w:val="0"/>
        </w:rPr>
        <w:t>Những thế lực bóng tối đe dọa cô rất mạnh mẽ và có tầm với đặc biệt xa. Giờ đây cô dễ bị tổn thương hơn bao giờ hết, nhất là vì cô đang bị phân tâm.</w:t>
      </w:r>
    </w:p>
    <w:p>
      <w:pPr>
        <w:spacing w:after="80"/>
      </w:pPr>
      <w:r>
        <w:rPr>
          <w:b w:val="0"/>
          <w:i w:val="0"/>
        </w:rPr>
        <w:t>Cô đã tìm thấy tình yêu.</w:t>
      </w:r>
    </w:p>
    <w:p>
      <w:pPr>
        <w:spacing w:after="80"/>
      </w:pPr>
      <w:r>
        <w:rPr>
          <w:b w:val="0"/>
          <w:i w:val="0"/>
        </w:rPr>
        <w:t>Hoặc ít nhất cô tin là vậy…</w:t>
      </w:r>
    </w:p>
    <w:p>
      <w:pPr>
        <w:spacing w:after="80"/>
      </w:pPr>
      <w:r>
        <w:rPr>
          <w:b w:val="0"/>
          <w:i w:val="0"/>
        </w:rPr>
        <w:t>The Golěm cảm thấy buồn nôn khi biết cô đang trao thân cho một kẻ không xứng đáng như vậy.</w:t>
      </w:r>
    </w:p>
    <w:p>
      <w:pPr>
        <w:spacing w:after="80"/>
      </w:pPr>
      <w:r>
        <w:rPr>
          <w:b w:val="0"/>
          <w:i w:val="0"/>
        </w:rPr>
        <w:t>Hắn ta không hiểu bạn như tôi hiểu.</w:t>
      </w:r>
    </w:p>
    <w:p>
      <w:pPr>
        <w:spacing w:after="80"/>
      </w:pPr>
      <w:r>
        <w:rPr>
          <w:b w:val="0"/>
          <w:i w:val="0"/>
        </w:rPr>
        <w:t>Không ai hiểu cả.</w:t>
      </w:r>
    </w:p>
    <w:p>
      <w:pPr>
        <w:spacing w:after="80"/>
      </w:pPr>
      <w:r>
        <w:rPr>
          <w:b w:val="0"/>
          <w:i w:val="0"/>
        </w:rPr>
        <w:t>Đôi khi, khi cô nằm trên giường, quấn quýt bên người tình mới ở Prague, The Golěm cho phép mình quan sát…một vị khách trong tâm trí cô, lặng lẽ dõi theo, vô cùng khao khát được hét vào tai cô: "Hắn ta không phải là người mà hắn tỏ ra đâu!"</w:t>
      </w:r>
    </w:p>
    <w:p>
      <w:pPr>
        <w:spacing w:after="80"/>
      </w:pPr>
      <w:r>
        <w:rPr>
          <w:b w:val="0"/>
          <w:i w:val="0"/>
        </w:rPr>
        <w:t>Nhưng The Golěm vẫn im lặng…một ý nghĩ trong bóng tối.</w:t>
      </w:r>
    </w:p>
    <w:p>
      <w:pPr>
        <w:spacing w:after="80"/>
      </w:pPr>
      <w:r>
        <w:rPr>
          <w:b w:val="0"/>
          <w:i w:val="0"/>
        </w:rPr>
        <w:t>Cô ấy không bao giờ được biết tôi ở đây.</w:t>
      </w:r>
    </w:p>
    <w:p>
      <w:pPr>
        <w:pStyle w:val="Heading1"/>
      </w:pPr>
      <w:r>
        <w:rPr>
          <w:rFonts w:ascii="Calibri" w:hAnsi="Calibri"/>
          <w:b/>
          <w:i w:val="0"/>
          <w:sz w:val="40"/>
        </w:rPr>
        <w:t>Chương 7</w:t>
      </w:r>
    </w:p>
    <w:p>
      <w:pPr>
        <w:spacing w:after="80"/>
      </w:pPr>
      <w:r>
        <w:rPr>
          <w:b w:val="0"/>
          <w:i w:val="0"/>
        </w:rPr>
        <w:t>Nhà xuất bản sách lớn nhất thế giới, Penguin Random House, xuất bản gần hai mươi nghìn cuốn sách mỗi năm và tạo ra hơn năm tỷ đô la doanh thu gộp hàng năm. Trụ sở chính tại Mỹ của họ nằm trên phố Broadway ở Midtown Manhattan và chiếm hai mươi bốn tầng của một tòa nhà chọc trời bằng kính xám lấp lánh có tên là Random House Tower.</w:t>
      </w:r>
    </w:p>
    <w:p>
      <w:pPr>
        <w:spacing w:after="80"/>
      </w:pPr>
      <w:r>
        <w:rPr>
          <w:b w:val="0"/>
          <w:i w:val="0"/>
        </w:rPr>
        <w:t>Đêm nay, các văn phòng thật yên tĩnh. Lúc này đã quá nửa đêm trong thành phố, và ngay cả đội dọn vệ sinh cũng đã xong ca. Tuy vậy, trên tầng hai mươi ba, một ngọn đèn duy nhất vẫn sáng trong một văn phòng ở góc.</w:t>
      </w:r>
    </w:p>
    <w:p>
      <w:pPr>
        <w:spacing w:after="80"/>
      </w:pPr>
      <w:r>
        <w:rPr>
          <w:b w:val="0"/>
          <w:i w:val="0"/>
        </w:rPr>
        <w:t>Biên tập viên Jonas Faukman là một người chuyên thức khuya. Ở tuổi năm mươi lăm trẻ trung, ông vẫn giữ giờ giấc như một cậu thiếu niên, chạy bộ hàng ngày ở Central Park, và mặc quần jeans đen cùng giày thể thao đến chỗ làm. May mắn thay, mái tóc đen gợn sóng của ông vẫn còn dày, nhưng bộ râu thì rõ ràng đã có dấu hiệu bạc—ông thích tự nhủ rằng trông giống Joseph Conrad.</w:t>
      </w:r>
    </w:p>
    <w:p>
      <w:pPr>
        <w:spacing w:after="80"/>
      </w:pPr>
      <w:r>
        <w:rPr>
          <w:b w:val="0"/>
          <w:i w:val="0"/>
        </w:rPr>
        <w:t>Faukman yêu sự yên tĩnh không bị quấy rầy của những giờ muộn này, tận hưởng sự cô độc khi ông vật lộn với những cốt truyện phức tạp và lối văn rối rắm, viết những trang ghi chú chi tiết cho các tác giả của mình. Đêm nay, ông đã dọn sạch bàn làm việc để dành cả đêm làm điều ông thích nhất trên đời…đọc một bản thảo vừa mới được giao đến từ một tác giả hoàn toàn mới.</w:t>
      </w:r>
    </w:p>
    <w:p>
      <w:pPr>
        <w:spacing w:after="80"/>
      </w:pPr>
      <w:r>
        <w:rPr>
          <w:b w:val="0"/>
          <w:i w:val="0"/>
        </w:rPr>
        <w:t>Tiềm năng thì vẫn chưa ai biết.</w:t>
      </w:r>
    </w:p>
    <w:p>
      <w:pPr>
        <w:spacing w:after="80"/>
      </w:pPr>
      <w:r>
        <w:rPr>
          <w:b w:val="0"/>
          <w:i w:val="0"/>
        </w:rPr>
        <w:t>Hầu hết những cuốn sách được xuất bản đều đến rồi đi chẳng để lại dấu vết gì, nhưng một vài cuốn chọn lọc đã chiếm trọn tâm trí độc giả và trở thành sách bán chạy. Faukman đặt rất nhiều hy vọng vào cuốn mà ông sắp đọc. Ông đã mong ngóng bản thảo của nó suốt nhiều tháng trời. Cuốn sách là một khám phá táo bạo về những bí ẩn của ý thức con người, được viết bởi nhà khoa học noetic (noetic scientist) lỗi lạc Katherine Solomon.</w:t>
      </w:r>
    </w:p>
    <w:p>
      <w:pPr>
        <w:spacing w:after="80"/>
      </w:pPr>
      <w:r>
        <w:rPr>
          <w:b w:val="0"/>
          <w:i w:val="0"/>
        </w:rPr>
        <w:t>Chỉ hơn một năm trước, người bạn thân thiết của Faukman là Robert Langdon đã đưa Katherine đến New York để trình bày ý tưởng về cuốn sách của cô trong bữa trưa. Phần thuyết trình của nữ khoa học gia quả thực đã làm ông choáng váng—đó là lời chào hàng hấp dẫn nhất cho một cuốn sách phi hư cấu mà Faukman từng được nghe. Chỉ trong vài ngày, ông đã giành được nó khỏi thị trường bằng cách đề nghị Katherine một hợp đồng xuất bản béo bở.</w:t>
      </w:r>
    </w:p>
    <w:p>
      <w:pPr>
        <w:spacing w:after="80"/>
      </w:pPr>
      <w:r>
        <w:rPr>
          <w:b w:val="0"/>
          <w:i w:val="0"/>
        </w:rPr>
        <w:t>Suốt năm qua, cô đã miệt mài viết lách trong bí mật hoàn toàn, và ngay chiều nay, cô đã gọi điện từ Prague báo rằng cô đã viết xong và trau chuốt bản thảo, sẵn sàng để Faukman đọc. Ông nghi ngờ rằng Langdon có thể đã góp một tay khuyến khích Katherine ngừng chỉnh sửa và tìm đến góc nhìn của biên tập viên. Dù động lực là gì đi nữa, Faukman biết chắc một điều: nếu bản thảo của Katherine Solomon hấp dẫn chỉ bằng một nửa lời chào hàng của cô, thì cuốn sách này sẽ là một trong những dự án quan trọng nhất trong sự nghiệp của ông.</w:t>
      </w:r>
    </w:p>
    <w:p>
      <w:pPr>
        <w:spacing w:after="80"/>
      </w:pPr>
      <w:r>
        <w:rPr>
          <w:b w:val="0"/>
          <w:i w:val="0"/>
        </w:rPr>
        <w:t>Soi sáng…gây sửng sốt…mang tính phổ quát.</w:t>
      </w:r>
    </w:p>
    <w:p>
      <w:pPr>
        <w:spacing w:after="80"/>
      </w:pPr>
      <w:r>
        <w:rPr>
          <w:b w:val="0"/>
          <w:i w:val="0"/>
        </w:rPr>
        <w:t>Hành trình tìm hiểu ý thức con người đang nhanh chóng trở thành Chén Thánh mới của khoa học, và Faukman cảm nhận được rằng Katherine Solomon đang ở thế sẵn sàng trở thành một tiếng nói tiên phong trong lĩnh vực này. Nếu lý thuyết của cô được chứng minh là đúng, thì tâm trí con người hoàn toàn không như người ta vẫn tưởng tượng; sự thật ấy sẽ mang đến một sự chuyển dịch sâu sắc trong cách chúng ta nhìn nhận về nhân loại, về sự sống, và thậm chí cả về cái chết.</w:t>
      </w:r>
    </w:p>
    <w:p>
      <w:pPr>
        <w:spacing w:after="80"/>
      </w:pPr>
      <w:r>
        <w:rPr>
          <w:b w:val="0"/>
          <w:i w:val="0"/>
        </w:rPr>
        <w:t xml:space="preserve">Faukman tự hỏi liệu ông có đang chuẩn bị biên tập một tác phẩm mà một ngày nào đó có thể sánh vai cùng những ấn phẩm làm thay đổi hệ hình (paradigm) khác như </w:t>
      </w:r>
      <w:r>
        <w:rPr>
          <w:b w:val="0"/>
          <w:i/>
        </w:rPr>
        <w:t>Nguồn gốc các loài</w:t>
      </w:r>
      <w:r>
        <w:rPr>
          <w:b w:val="0"/>
          <w:i w:val="0"/>
        </w:rPr>
        <w:t xml:space="preserve"> và </w:t>
      </w:r>
      <w:r>
        <w:rPr>
          <w:b w:val="0"/>
          <w:i/>
        </w:rPr>
        <w:t>Lược sử thời gian.</w:t>
      </w:r>
    </w:p>
    <w:p>
      <w:pPr>
        <w:spacing w:after="80"/>
      </w:pPr>
      <w:r>
        <w:rPr>
          <w:b w:val="0"/>
          <w:i/>
        </w:rPr>
        <w:t>Chậm lại đã, Jonas…</w:t>
      </w:r>
      <w:r>
        <w:rPr>
          <w:b w:val="0"/>
          <w:i w:val="0"/>
        </w:rPr>
        <w:t xml:space="preserve"> ông tự nhắc mình. </w:t>
      </w:r>
      <w:r>
        <w:rPr>
          <w:b w:val="0"/>
          <w:i/>
        </w:rPr>
        <w:t>Ông còn chưa đọc nó mà.</w:t>
      </w:r>
    </w:p>
    <w:p>
      <w:pPr>
        <w:spacing w:after="80"/>
      </w:pPr>
      <w:r>
        <w:rPr>
          <w:b w:val="0"/>
          <w:i w:val="0"/>
        </w:rPr>
        <w:t>Một tiếng gõ mạnh nơi cửa phòng Faukman kéo ông trở lại với hiện tại, và ông xoay người lại, giật mình vì có khách đến vào lúc đêm khuya khoắt thế này.</w:t>
      </w:r>
    </w:p>
    <w:p>
      <w:pPr>
        <w:spacing w:after="80"/>
      </w:pPr>
      <w:r>
        <w:rPr>
          <w:b w:val="0"/>
          <w:i w:val="0"/>
        </w:rPr>
        <w:t>"Ông Faukman?" Chàng trai trẻ đứng ở ngưỡng cửa là một người lạ.</w:t>
      </w:r>
    </w:p>
    <w:p>
      <w:pPr>
        <w:spacing w:after="80"/>
      </w:pPr>
      <w:r>
        <w:rPr>
          <w:b w:val="0"/>
          <w:i w:val="0"/>
        </w:rPr>
        <w:t>"Vâng? Cậu là ai?"</w:t>
      </w:r>
    </w:p>
    <w:p>
      <w:pPr>
        <w:spacing w:after="80"/>
      </w:pPr>
      <w:r>
        <w:rPr>
          <w:b w:val="0"/>
          <w:i w:val="0"/>
        </w:rPr>
        <w:t>"Xin lỗi vì đã làm ông sợ, thưa ông," chàng trai nói, giơ lên tấm thẻ nhân viên có ép nhựa. "Tôi là Alex Conan—bộ phận an ninh dữ liệu. Tôi chủ yếu làm việc ban đêm khi lưu lượng hệ thống thấp."</w:t>
      </w:r>
    </w:p>
    <w:p>
      <w:pPr>
        <w:spacing w:after="80"/>
      </w:pPr>
      <w:r>
        <w:rPr>
          <w:b w:val="0"/>
          <w:i w:val="0"/>
        </w:rPr>
        <w:t>Mái tóc vàng rối bù và chiếc áo thun Pizzeria Papagayo của cậu nhóc khiến cậu trông giống một tay lướt sóng hơn là một kỹ thuật viên. "Tôi có thể giúp gì cho cậu, Alex?"</w:t>
      </w:r>
    </w:p>
    <w:p>
      <w:pPr>
        <w:spacing w:after="80"/>
      </w:pPr>
      <w:r>
        <w:rPr>
          <w:b w:val="0"/>
          <w:i w:val="0"/>
        </w:rPr>
        <w:t>"Ồ, chắc chỉ là báo động nhầm thôi," anh chàng kỹ thuật viên đáp, "nhưng hệ thống của chúng tôi vừa gắn cờ (flag) cho một số dữ liệu bị truy cập."</w:t>
      </w:r>
    </w:p>
    <w:p>
      <w:pPr>
        <w:spacing w:after="80"/>
      </w:pPr>
      <w:r>
        <w:rPr>
          <w:b w:val="0"/>
          <w:i/>
        </w:rPr>
        <w:t>Dữ liệu bị</w:t>
      </w:r>
      <w:r>
        <w:rPr>
          <w:b w:val="0"/>
          <w:i w:val="0"/>
        </w:rPr>
        <w:t xml:space="preserve"> truy cập, Faukman nghĩ thầm, tự hỏi bao giờ thế giới mới chịu chấp nhận rằng từ "data" là số nhiều.</w:t>
      </w:r>
    </w:p>
    <w:p>
      <w:pPr>
        <w:spacing w:after="80"/>
      </w:pPr>
      <w:r>
        <w:rPr>
          <w:b w:val="0"/>
          <w:i w:val="0"/>
        </w:rPr>
        <w:t xml:space="preserve">"Tôi chắc là không có gì đâu," cậu nhóc nói. "Tôi lo vì 'người dùng chưa xác minh' là một cảnh báo hiếm gặp với chúng tôi, nhưng giờ khi thấy ông thực sự </w:t>
      </w:r>
      <w:r>
        <w:rPr>
          <w:b w:val="0"/>
          <w:i/>
        </w:rPr>
        <w:t>đang ở đây</w:t>
      </w:r>
      <w:r>
        <w:rPr>
          <w:b w:val="0"/>
          <w:i w:val="0"/>
        </w:rPr>
        <w:t xml:space="preserve"> trong tòa nhà và đã đăng nhập, tôi thấy yên tâm hơn. Chắc chỉ là một trục trặc trên tài khoản của ông thôi."</w:t>
      </w:r>
    </w:p>
    <w:p>
      <w:pPr>
        <w:spacing w:after="80"/>
      </w:pPr>
      <w:r>
        <w:rPr>
          <w:b w:val="0"/>
          <w:i w:val="0"/>
        </w:rPr>
        <w:t xml:space="preserve">"Nhưng tôi </w:t>
      </w:r>
      <w:r>
        <w:rPr>
          <w:b w:val="0"/>
          <w:i/>
        </w:rPr>
        <w:t>không</w:t>
      </w:r>
      <w:r>
        <w:rPr>
          <w:b w:val="0"/>
          <w:i w:val="0"/>
        </w:rPr>
        <w:t xml:space="preserve"> đăng nhập," Faukman nói, chỉ tay về phía màn hình. "Máy tính của tôi đâu có bật suốt cả đêm nay."</w:t>
      </w:r>
    </w:p>
    <w:p>
      <w:pPr>
        <w:spacing w:after="80"/>
      </w:pPr>
      <w:r>
        <w:rPr>
          <w:b w:val="0"/>
          <w:i w:val="0"/>
        </w:rPr>
        <w:t>Cậu bé hơi mở to mắt một chút. “Ồ…”</w:t>
      </w:r>
    </w:p>
    <w:p>
      <w:pPr>
        <w:spacing w:after="80"/>
      </w:pPr>
      <w:r>
        <w:rPr>
          <w:b w:val="0"/>
          <w:i w:val="0"/>
        </w:rPr>
        <w:t>Faukman cảm thấy một thoáng lo lắng. “Có ai đó đang đăng nhập vào tài khoản của tôi à?”</w:t>
      </w:r>
    </w:p>
    <w:p>
      <w:pPr>
        <w:spacing w:after="80"/>
      </w:pPr>
      <w:r>
        <w:rPr>
          <w:b w:val="0"/>
          <w:i w:val="0"/>
        </w:rPr>
        <w:t>“Không, không,” anh chàng kỹ thuật viên nói. “À, không còn nữa. Dù là ai đi nữa thì họ cũng đi rồi.”</w:t>
      </w:r>
    </w:p>
    <w:p>
      <w:pPr>
        <w:spacing w:after="80"/>
      </w:pPr>
      <w:r>
        <w:rPr>
          <w:b w:val="0"/>
          <w:i w:val="0"/>
        </w:rPr>
        <w:t>“Dù là ai đi nữa? Ý anh là sao chứ?!”</w:t>
      </w:r>
    </w:p>
    <w:p>
      <w:pPr>
        <w:spacing w:after="80"/>
      </w:pPr>
      <w:r>
        <w:rPr>
          <w:b w:val="0"/>
          <w:i w:val="0"/>
        </w:rPr>
        <w:t>Anh chàng kỹ thuật viên giờ trông có vẻ lo lắng. “Nghĩa là có ai đó đã xâm nhập vào phân vùng cá nhân của ông, thưa ông, mà không cần mật khẩu hay thông tin xác thực được cấp phép. Kẻ đó hẳn phải có kỹ năng thực sự, vì chúng tôi có tường lửa cấp độ quân sự bảo vệ—”</w:t>
      </w:r>
    </w:p>
    <w:p>
      <w:pPr>
        <w:spacing w:after="80"/>
      </w:pPr>
      <w:r>
        <w:rPr>
          <w:b w:val="0"/>
          <w:i w:val="0"/>
        </w:rPr>
        <w:t xml:space="preserve">“Khoan đã, chính xác thì cái gì đã bị truy cập?” Faukman xoay người về phía bàn làm việc và bật máy tính lên. </w:t>
      </w:r>
      <w:r>
        <w:rPr>
          <w:b w:val="0"/>
          <w:i/>
        </w:rPr>
        <w:t>Cả sự nghiệp của mình nằm trên cái máy chủ chết tiệt đó!</w:t>
      </w:r>
    </w:p>
    <w:p>
      <w:pPr>
        <w:spacing w:after="80"/>
      </w:pPr>
      <w:r>
        <w:rPr>
          <w:b w:val="0"/>
          <w:i w:val="0"/>
        </w:rPr>
        <w:t>“Có người đã hack một trong những SVW của ông,” cậu bé nói.</w:t>
      </w:r>
    </w:p>
    <w:p>
      <w:pPr>
        <w:spacing w:after="80"/>
      </w:pPr>
      <w:r>
        <w:rPr>
          <w:b w:val="0"/>
          <w:i w:val="0"/>
        </w:rPr>
        <w:t xml:space="preserve">Faukman đứng sững. </w:t>
      </w:r>
      <w:r>
        <w:rPr>
          <w:b w:val="0"/>
          <w:i/>
        </w:rPr>
        <w:t>Đó không phải là câu trả lời mình muốn nghe.</w:t>
      </w:r>
    </w:p>
    <w:p>
      <w:pPr>
        <w:spacing w:after="80"/>
      </w:pPr>
      <w:r>
        <w:rPr>
          <w:b w:val="0"/>
          <w:i w:val="0"/>
        </w:rPr>
        <w:t xml:space="preserve">SVW—không gian làm việc ảo bảo mật (secure virtual workspace)—là một giải pháp khá mới được áp dụng tại PRH. Do tình trạng vi phạm bản quyền sách từ các bản thảo bị đánh cắp gia tăng, một số biên tập viên của PRH đã bắt đầu khuyến khích các tác giả bán chạy nhất làm việc </w:t>
      </w:r>
      <w:r>
        <w:rPr>
          <w:b w:val="0"/>
          <w:i/>
        </w:rPr>
        <w:t>độc quyền</w:t>
      </w:r>
      <w:r>
        <w:rPr>
          <w:b w:val="0"/>
          <w:i w:val="0"/>
        </w:rPr>
        <w:t xml:space="preserve"> trên máy chủ của Penguin Random House để có thêm một lớp bảo mật. Nhiều bản thảo giá trị nhất của PRH được viết, biên tập và lưu trữ tại một địa điểm bảo mật duy nhất—bên trong hệ thống được mã hóa và có tường lửa của công ty tại Random House Tower…cùng với bản sao lưu dự phòng ở Maryland.</w:t>
      </w:r>
    </w:p>
    <w:p>
      <w:pPr>
        <w:spacing w:after="80"/>
      </w:pPr>
      <w:r>
        <w:rPr>
          <w:b w:val="0"/>
          <w:i/>
        </w:rPr>
        <w:t>Mình đã bảo Katherine Solomon dùng SVW,</w:t>
      </w:r>
      <w:r>
        <w:rPr>
          <w:b w:val="0"/>
          <w:i w:val="0"/>
        </w:rPr>
        <w:t xml:space="preserve"> Faukman nghĩ đầy bất an.</w:t>
      </w:r>
    </w:p>
    <w:p>
      <w:pPr>
        <w:spacing w:after="80"/>
      </w:pPr>
      <w:r>
        <w:rPr>
          <w:b w:val="0"/>
          <w:i w:val="0"/>
        </w:rPr>
        <w:t>Nhận thấy tiềm năng bom tấn trong đề xuất của cô, Faukman đã khuyến khích Katherine tuân thủ các giao thức bảo mật nghiêm ngặt trong khi viết bản thảo. Cô vui vẻ đồng ý, nói rằng cô thích ý tưởng được đăng nhập từ xa từ bất kỳ đâu trên thế giới để làm việc trên bản thảo của mình, biết rằng mọi tài liệu của cô đều ở một nơi, an toàn và được sao lưu tự động.</w:t>
      </w:r>
    </w:p>
    <w:p>
      <w:pPr>
        <w:spacing w:after="80"/>
      </w:pPr>
      <w:r>
        <w:rPr>
          <w:b w:val="0"/>
          <w:i w:val="0"/>
        </w:rPr>
        <w:t xml:space="preserve">Hầu hết các tác giả đều cảm thấy như vậy, dù có một mối lo. </w:t>
      </w:r>
      <w:r>
        <w:rPr>
          <w:b w:val="0"/>
          <w:i/>
        </w:rPr>
        <w:t>Quyền riêng tư.</w:t>
      </w:r>
      <w:r>
        <w:rPr>
          <w:b w:val="0"/>
          <w:i w:val="0"/>
        </w:rPr>
        <w:t xml:space="preserve"> Không tác giả nào muốn một biên tập viên thiếu kiên nhẫn theo dõi tiến độ bản thảo trước khi họ sẵn sàng cho xem. Vì lý do này, mỗi tác giả sử dụng SVW đều bảo vệ không gian làm việc ảo của mình bằng mật khẩu—một mã truy cập chỉ tác giả biết—cho đến khi bản thảo sẵn sàng được giao nộp.</w:t>
      </w:r>
    </w:p>
    <w:p>
      <w:pPr>
        <w:spacing w:after="80"/>
      </w:pPr>
      <w:r>
        <w:rPr>
          <w:b w:val="0"/>
          <w:i/>
        </w:rPr>
        <w:t>Với Katherine, ngày đó là hôm nay,</w:t>
      </w:r>
      <w:r>
        <w:rPr>
          <w:b w:val="0"/>
          <w:i w:val="0"/>
        </w:rPr>
        <w:t xml:space="preserve"> Faukman nghĩ.</w:t>
      </w:r>
    </w:p>
    <w:p>
      <w:pPr>
        <w:spacing w:after="80"/>
      </w:pPr>
      <w:r>
        <w:rPr>
          <w:b w:val="0"/>
          <w:i w:val="0"/>
        </w:rPr>
        <w:t>Khi cô gọi điện từ Prague lúc trước, cô đã run run đưa cho Faukman mã truy cập của mình để anh có thể bắt đầu đọc và biên tập. Faukman ngay lập tức dọn sạch công việc khác trên bàn để có thể lao vào bản thảo của cô tối nay và đọc từ đầu đến cuối trong suốt cuối tuần. Giờ đây, đêm đọc sách mà anh hằng mong đợi đã bị gián đoạn bởi một anh chàng kỹ thuật viên bảo mật mặc áo phông với tin tức đáng lo ngại.</w:t>
      </w:r>
    </w:p>
    <w:p>
      <w:pPr>
        <w:spacing w:after="80"/>
      </w:pPr>
      <w:r>
        <w:rPr>
          <w:b w:val="0"/>
          <w:i/>
        </w:rPr>
        <w:t>“Cái nào</w:t>
      </w:r>
      <w:r>
        <w:rPr>
          <w:b w:val="0"/>
          <w:i w:val="0"/>
        </w:rPr>
        <w:t xml:space="preserve"> SVW đã bị truy cập?” Faukman gặng hỏi, cổ họng thấy khô. “Cuốn sách nào?”</w:t>
      </w:r>
    </w:p>
    <w:p>
      <w:pPr>
        <w:spacing w:after="80"/>
      </w:pPr>
      <w:r>
        <w:rPr>
          <w:b w:val="0"/>
          <w:i w:val="0"/>
        </w:rPr>
        <w:t xml:space="preserve">Cậu bé rút từ túi ra một mẩu giấy và bắt đầu mở nó ra. “Tôi nghĩ đó là một cuốn sách kiểu </w:t>
      </w:r>
      <w:r>
        <w:rPr>
          <w:b w:val="0"/>
          <w:i/>
        </w:rPr>
        <w:t>toán học</w:t>
      </w:r>
      <w:r>
        <w:rPr>
          <w:b w:val="0"/>
          <w:i w:val="0"/>
        </w:rPr>
        <w:t xml:space="preserve"> gì đó?”</w:t>
      </w:r>
    </w:p>
    <w:p>
      <w:pPr>
        <w:spacing w:after="80"/>
      </w:pPr>
      <w:r>
        <w:rPr>
          <w:b w:val="0"/>
          <w:i w:val="0"/>
        </w:rPr>
        <w:t>Faukman bừng tỉnh, cảm thấy một tia hy vọng le lói.</w:t>
      </w:r>
    </w:p>
    <w:p>
      <w:pPr>
        <w:spacing w:after="80"/>
      </w:pPr>
      <w:r>
        <w:rPr>
          <w:b w:val="0"/>
          <w:i w:val="0"/>
        </w:rPr>
        <w:t>"Đây rồi," Alex nói, đọc tờ giấy ghi chú. "Tiêu đề là…</w:t>
      </w:r>
      <w:r>
        <w:rPr>
          <w:b w:val="0"/>
          <w:i/>
        </w:rPr>
        <w:t>SUM</w:t>
      </w:r>
      <w:r>
        <w:rPr>
          <w:b w:val="0"/>
          <w:i w:val="0"/>
        </w:rPr>
        <w:t>."</w:t>
      </w:r>
    </w:p>
    <w:p>
      <w:pPr>
        <w:spacing w:after="80"/>
      </w:pPr>
      <w:r>
        <w:rPr>
          <w:b w:val="0"/>
          <w:i w:val="0"/>
        </w:rPr>
        <w:t>Vị biên tập viên lập tức cảm thấy một cơn hoảng loạn ập đến.</w:t>
      </w:r>
    </w:p>
    <w:p>
      <w:pPr>
        <w:spacing w:after="80"/>
      </w:pPr>
      <w:r>
        <w:rPr>
          <w:b w:val="0"/>
          <w:i w:val="0"/>
        </w:rPr>
        <w:t>Bình tĩnh nào, Jonas. Bình tĩnh.</w:t>
      </w:r>
    </w:p>
    <w:p>
      <w:pPr>
        <w:spacing w:after="80"/>
      </w:pPr>
      <w:r>
        <w:rPr>
          <w:b w:val="0"/>
          <w:i/>
        </w:rPr>
        <w:t>SUM</w:t>
      </w:r>
      <w:r>
        <w:rPr>
          <w:b w:val="0"/>
          <w:i w:val="0"/>
        </w:rPr>
        <w:t xml:space="preserve"> không phải là một cuốn sách toán. Đó là một từ viết tắt.</w:t>
      </w:r>
    </w:p>
    <w:p>
      <w:pPr>
        <w:spacing w:after="80"/>
      </w:pPr>
      <w:r>
        <w:rPr>
          <w:b w:val="0"/>
          <w:i w:val="0"/>
        </w:rPr>
        <w:t>Nó là viết tắt của "Solomon—Untitled Manuscript" (Solomon—Bản thảo chưa đặt tên).</w:t>
      </w:r>
    </w:p>
    <w:p>
      <w:pPr>
        <w:pStyle w:val="Heading1"/>
      </w:pPr>
      <w:r>
        <w:rPr>
          <w:rFonts w:ascii="Calibri" w:hAnsi="Calibri"/>
          <w:b/>
          <w:i w:val="0"/>
          <w:sz w:val="40"/>
        </w:rPr>
        <w:t>Chương 8</w:t>
      </w:r>
    </w:p>
    <w:p>
      <w:pPr>
        <w:spacing w:after="80"/>
      </w:pPr>
      <w:r>
        <w:rPr>
          <w:b w:val="0"/>
          <w:i w:val="0"/>
        </w:rPr>
        <w:t>Tận hưởng hơi ấm từ các vòi phun nước trong phòng tắm khách sạn, Robert Langdon nhắm mắt và hít làn hơi nước nóng vào phổi. Anh đã thoát ra khỏi bộ quần áo ướt sũng, vậy mà vẫn chưa gỡ bỏ được tấm màn mờ mịt bao trùm lấy những sự kiện sáng nay.</w:t>
      </w:r>
    </w:p>
    <w:p>
      <w:pPr>
        <w:spacing w:after="80"/>
      </w:pPr>
      <w:r>
        <w:rPr>
          <w:b w:val="0"/>
          <w:i w:val="0"/>
        </w:rPr>
        <w:t xml:space="preserve">Langdon định gọi cho Katherine để ngắt lời cô trong chuyến tham quan phòng thí nghiệm của Tiến sĩ Gessner và kể cho cô nghe chuyện đã xảy ra, nhưng anh nghĩ lại. </w:t>
      </w:r>
      <w:r>
        <w:rPr>
          <w:b w:val="0"/>
          <w:i/>
        </w:rPr>
        <w:t>Đây là một cuộc trò chuyện kỳ quặc mà bọn mình cần phải nói trực tiếp khi cô ấy quay về.</w:t>
      </w:r>
      <w:r>
        <w:rPr>
          <w:b w:val="0"/>
          <w:i w:val="0"/>
        </w:rPr>
        <w:t xml:space="preserve"> Ngay cả lúc này, khi cơ thể Langdon dần ấm lên và đầu óc anh trở nên sáng suốt hơn, anh vẫn chưa tìm ra được lời giải thích hợp lý nào cho cái bóng ma quái mà anh đã thấy trên Cầu Charles. Hay cho phản ứng của chính mình.</w:t>
      </w:r>
    </w:p>
    <w:p>
      <w:pPr>
        <w:spacing w:after="80"/>
      </w:pPr>
      <w:r>
        <w:rPr>
          <w:b w:val="0"/>
          <w:i w:val="0"/>
        </w:rPr>
        <w:t>Bình thường Langdon phản ứng rất bình tĩnh dưới áp lực, nhưng sáng nay anh đã hoảng loạn, bị một nỗi sợ kỳ lạ, sâu thẳm trong bản năng chế ngự. Nó lấn át cả lý trí của anh…hình ảnh người phụ nữ, mùi tử khí, ngọn giáo, tiếng chuông ngân vang rùng rợn. Ký ức ám ảnh ấy cứ lặp đi lặp lại không ngừng trong đầu anh.</w:t>
      </w:r>
    </w:p>
    <w:p>
      <w:pPr>
        <w:spacing w:after="80"/>
      </w:pPr>
      <w:r>
        <w:rPr>
          <w:b w:val="0"/>
          <w:i w:val="0"/>
        </w:rPr>
        <w:t>Sao lại có thể như vậy được?</w:t>
      </w:r>
    </w:p>
    <w:p>
      <w:pPr>
        <w:spacing w:after="80"/>
      </w:pPr>
      <w:r>
        <w:rPr>
          <w:b w:val="0"/>
          <w:i w:val="0"/>
        </w:rPr>
        <w:t>Anh quay về với những sự kiện đêm qua, chỉ mới năm tiếng trước, khi Katherine hét lên tên anh và bật dậy khỏi một cơn ác mộng sống động. Anh đã an ủi cô khi cô cuống cuồng kể lại thị kiến kinh hoàng của mình.</w:t>
      </w:r>
    </w:p>
    <w:p>
      <w:pPr>
        <w:spacing w:after="80"/>
      </w:pPr>
      <w:r>
        <w:rPr>
          <w:b w:val="0"/>
          <w:i w:val="0"/>
        </w:rPr>
        <w:t>Đáng sợ lắm, Robert…Có một bóng đen đứng ở cuối giường của bọn mình. Cô ta mặc đồ đen…đội một vòng hào quang có gai trên đầu…và cầm một ngọn giáo bạc. Và cô ta bốc mùi hôi thối, như mùi chết chóc. Em hét gọi anh, nhưng anh không có ở đó! Người phụ nữ ấy rít lên với em: "Robert không cứu được em đâu. Em sẽ chết." Rồi có một tiếng động chói tai và một tia chớp, và khách sạn nổ tung trong một đám mây lửa. Em có thể cảm thấy mình đang bốc cháy…</w:t>
      </w:r>
    </w:p>
    <w:p>
      <w:pPr>
        <w:spacing w:after="80"/>
      </w:pPr>
      <w:r>
        <w:rPr>
          <w:b w:val="0"/>
          <w:i w:val="0"/>
        </w:rPr>
        <w:t>Lúc đó, bất chấp nỗi kinh hoàng hiển nhiên trong giấc mơ của Katherine, các chi tiết đều có lý với Langdon. Vòng hào quang có gai hay chiếc vương miện tỏa sáng đã xuất hiện nổi bật trong bài giảng của Katherine tối hôm đó. Ngọn giáo bạc là chủ đề của cuộc trò chuyện qua vài ly rượu sau sự kiện với Brigita Gessner. Mùi lưu huỳnh có thể còn vương lại từ chuyến đi đến suối nước nóng Karlovy Vary gần đó. Và vụ nổ ở khách sạn chắc chắn là kết quả đáng tiếc của việc xem một đoạn phim tin tức ảm đạm nào đó hôm qua về một vụ đánh bom ở Đông Nam Á.</w:t>
      </w:r>
    </w:p>
    <w:p>
      <w:pPr>
        <w:spacing w:after="80"/>
      </w:pPr>
      <w:r>
        <w:rPr>
          <w:b w:val="0"/>
          <w:i w:val="0"/>
        </w:rPr>
        <w:t xml:space="preserve">Langdon đã an ủi Katherine, nhắc cô rằng absinthe là một chất gây ảo giác mạnh—và cả rằng có lẽ cô đang căng thẳng vì vị biên tập viên sắp đọc bản thảo của cô. </w:t>
      </w:r>
      <w:r>
        <w:rPr>
          <w:b w:val="0"/>
          <w:i/>
        </w:rPr>
        <w:t>Mình biết rõ cảm giác hồi hộp đó mà,</w:t>
      </w:r>
      <w:r>
        <w:rPr>
          <w:b w:val="0"/>
          <w:i w:val="0"/>
        </w:rPr>
        <w:t xml:space="preserve"> Langdon nghĩ. </w:t>
      </w:r>
      <w:r>
        <w:rPr>
          <w:b w:val="0"/>
          <w:i/>
        </w:rPr>
        <w:t>Chẳng trách gì em mất ngủ cả đêm.</w:t>
      </w:r>
    </w:p>
    <w:p>
      <w:pPr>
        <w:spacing w:after="80"/>
      </w:pPr>
      <w:r>
        <w:rPr>
          <w:b w:val="0"/>
          <w:i w:val="0"/>
        </w:rPr>
        <w:t>Tuy nhiên giờ đây, nhiều giờ sau đó, đứng trong buồng tắm, Langdon bế tắc không tìm được lời giải thích hợp lý nào cho những gì anh vừa thấy…ít nhất là không theo hiểu biết hiện tại của anh về thực tại.</w:t>
      </w:r>
    </w:p>
    <w:p>
      <w:pPr>
        <w:spacing w:after="80"/>
      </w:pPr>
      <w:r>
        <w:rPr>
          <w:b w:val="0"/>
          <w:i w:val="0"/>
        </w:rPr>
        <w:t xml:space="preserve">Einstein từng nổi tiếng tuyên bố: </w:t>
      </w:r>
      <w:r>
        <w:rPr>
          <w:b w:val="0"/>
          <w:i/>
        </w:rPr>
        <w:t>Sự trùng hợp là cách Chúa giữ mình ẩn danh.</w:t>
      </w:r>
    </w:p>
    <w:p>
      <w:pPr>
        <w:spacing w:after="80"/>
      </w:pPr>
      <w:r>
        <w:rPr>
          <w:b w:val="0"/>
          <w:i/>
        </w:rPr>
        <w:t>Những gì tôi thấy không phải là trùng hợp,</w:t>
      </w:r>
      <w:r>
        <w:rPr>
          <w:b w:val="0"/>
          <w:i w:val="0"/>
        </w:rPr>
        <w:t xml:space="preserve"> trực giác của Langdon khăng khăng. </w:t>
      </w:r>
      <w:r>
        <w:rPr>
          <w:b w:val="0"/>
          <w:i/>
        </w:rPr>
        <w:t>Đó là một điều bất khả thi về mặt thống kê.</w:t>
      </w:r>
    </w:p>
    <w:p>
      <w:pPr>
        <w:spacing w:after="80"/>
      </w:pPr>
      <w:r>
        <w:rPr>
          <w:b w:val="0"/>
          <w:i w:val="0"/>
        </w:rPr>
        <w:t>Hoặc là cơn ác mộng của Katherine đã dự đoán tương lai… hoặc là tương lai đã phản ứng lại giấc mơ của cô. Dù điều nào đúng, Langdon vẫn bối rối.</w:t>
      </w:r>
    </w:p>
    <w:p>
      <w:pPr>
        <w:spacing w:after="80"/>
      </w:pPr>
      <w:r>
        <w:rPr>
          <w:b w:val="0"/>
          <w:i w:val="0"/>
        </w:rPr>
        <w:t>Còn kỳ lạ hơn nữa, bài giảng tối qua của Katherine lại đề cập chính xác đến hiện tượng này.</w:t>
      </w:r>
    </w:p>
    <w:p>
      <w:pPr>
        <w:spacing w:after="80"/>
      </w:pPr>
      <w:r>
        <w:rPr>
          <w:b w:val="0"/>
          <w:i w:val="0"/>
        </w:rPr>
        <w:t>Tiền nhận thức (precognition).</w:t>
      </w:r>
    </w:p>
    <w:p>
      <w:pPr>
        <w:spacing w:after="80"/>
      </w:pPr>
      <w:r>
        <w:rPr>
          <w:b w:val="0"/>
          <w:i w:val="0"/>
        </w:rPr>
        <w:t>Khả năng cảm nhận hoặc nhìn thấy trước những sự kiện tương lai trước khi chúng xảy ra.</w:t>
      </w:r>
    </w:p>
    <w:p>
      <w:pPr>
        <w:spacing w:after="80"/>
      </w:pPr>
      <w:r>
        <w:rPr>
          <w:b w:val="0"/>
          <w:i w:val="0"/>
        </w:rPr>
        <w:t>Từ trên sân khấu trong Sảnh Vladislav, Katherine đã kể lại một số trường hợp tiền nhận thức nổi tiếng nhất trong lịch sử, bao gồm những giấc mơ tiên tri của Carl Jung, Mark Twain và Joan of Arc. Cô giải thích rằng Abraham Lincoln, ba ngày trước khi bị ám sát, đã kể cho vệ sĩ của mình, Ward Hill Lamon, nghe về một giấc mơ trong đó ông thấy một thi thể được phủ kín do một người lính canh giữ, và người lính này tuyên bố: "Tổng thống, ông ấy đã bị một kẻ ám sát giết chết."</w:t>
      </w:r>
    </w:p>
    <w:p>
      <w:pPr>
        <w:spacing w:after="80"/>
      </w:pPr>
      <w:r>
        <w:rPr>
          <w:b w:val="0"/>
          <w:i w:val="0"/>
        </w:rPr>
        <w:t xml:space="preserve">Sau đó Katherine tiếp tục mô tả trường hợp kỳ lạ nhất trong tất cả — Morgan Robertson — một tác giả người Mỹ đã xuất bản cuốn tiểu thuyết </w:t>
      </w:r>
      <w:r>
        <w:rPr>
          <w:b w:val="0"/>
          <w:i/>
        </w:rPr>
        <w:t>Futility</w:t>
      </w:r>
      <w:r>
        <w:rPr>
          <w:b w:val="0"/>
          <w:i w:val="0"/>
        </w:rPr>
        <w:t xml:space="preserve"> năm 1898, dựa trên một cơn ác mộng sống động mà ông có về một con tàu viễn dương không thể chìm — </w:t>
      </w:r>
      <w:r>
        <w:rPr>
          <w:b w:val="0"/>
          <w:i/>
        </w:rPr>
        <w:t>The Titan</w:t>
      </w:r>
      <w:r>
        <w:rPr>
          <w:b w:val="0"/>
          <w:i w:val="0"/>
        </w:rPr>
        <w:t xml:space="preserve"> — đâm vào một tảng băng trôi và chìm trong một trong những chuyến hải trình đầu tiên vượt Đại Tây Dương. Thật khó tin, cuốn sách được xuất bản mười bốn năm </w:t>
      </w:r>
      <w:r>
        <w:rPr>
          <w:b w:val="0"/>
          <w:i/>
        </w:rPr>
        <w:t>trước</w:t>
      </w:r>
      <w:r>
        <w:rPr>
          <w:b w:val="0"/>
          <w:i w:val="0"/>
        </w:rPr>
        <w:t xml:space="preserve"> thảm họa </w:t>
      </w:r>
      <w:r>
        <w:rPr>
          <w:b w:val="0"/>
          <w:i/>
        </w:rPr>
        <w:t>Titanic</w:t>
      </w:r>
      <w:r>
        <w:rPr>
          <w:b w:val="0"/>
          <w:i w:val="0"/>
        </w:rPr>
        <w:t>. Nó mô tả cụ thể đến mức về kết cấu con tàu, lộ trình hàng hải và vụ chìm tàu đến nỗi những sự trùng hợp đó chưa bao giờ được giải thích.</w:t>
      </w:r>
    </w:p>
    <w:p>
      <w:pPr>
        <w:spacing w:after="80"/>
      </w:pPr>
      <w:r>
        <w:rPr>
          <w:b w:val="0"/>
          <w:i w:val="0"/>
        </w:rPr>
        <w:t>"Tôi biết trong khán giả có những người hoài nghi," Katherine đã nói, liếc tinh nghịch về phía Langdon, "và vì thế tôi nghĩ mình sẽ chia sẻ một thí nghiệm, được một đồng nghiệp của tôi tại Viện Khoa học Noetic (Institute of Noetic Sciences) hình thành và thực hiện lần đầu từ nhiều năm trước. Kể từ đó, nó đã được các phòng thí nghiệm trên khắp thế giới tái lập và phát triển thêm. Nó diễn ra như thế này…"</w:t>
      </w:r>
    </w:p>
    <w:p>
      <w:pPr>
        <w:spacing w:after="80"/>
      </w:pPr>
      <w:r>
        <w:rPr>
          <w:b w:val="0"/>
          <w:i w:val="0"/>
        </w:rPr>
        <w:t>Katherine chĩa chiếc điều khiển về phía màn hình phía sau, và một hình ảnh hiện ra — một đối tượng thử nghiệm đeo thiết bị theo dõi não, ngồi trong bóng tối trước một màn chiếu phim nhỏ.</w:t>
      </w:r>
    </w:p>
    <w:p>
      <w:pPr>
        <w:spacing w:after="80"/>
      </w:pPr>
      <w:r>
        <w:rPr>
          <w:b w:val="0"/>
          <w:i w:val="0"/>
        </w:rPr>
        <w:t>"Trong khi theo dõi sóng não của đối tượng bằng thiết bị chuyên dụng," cô bắt đầu, "chúng tôi cho anh ta xem một chuỗi hình ảnh ngẫu nhiên. Những hình ảnh này rơi vào ba loại riêng biệt — bạo lực kinh hoàng, yên bình tĩnh lặng, hoặc nội dung tình dục khiêu dâm. Vì mỗi loại hình ảnh kích hoạt một vùng khác nhau của não, chúng tôi có thể quan sát theo thời gian thực khi tâm trí ý thức của anh ta ghi nhận hình ảnh."</w:t>
      </w:r>
    </w:p>
    <w:p>
      <w:pPr>
        <w:spacing w:after="80"/>
      </w:pPr>
      <w:r>
        <w:rPr>
          <w:b w:val="0"/>
          <w:i w:val="0"/>
        </w:rPr>
        <w:t>Cô nhấp chuột lần nữa và hiển thị một biểu đồ sóng não với những đỉnh nhọn ngắt quãng — mỗi đỉnh được mã hóa màu để chỉ ra loại hình ảnh nào đã được chiếu. "Đúng như dự đoán, các vùng thích hợp của não sáng lên khi mỗi hình ảnh cụ thể xuất hiện. Các bạn theo kịp đến đây chứ?"</w:t>
      </w:r>
    </w:p>
    <w:p>
      <w:pPr>
        <w:spacing w:after="80"/>
      </w:pPr>
      <w:r>
        <w:rPr>
          <w:b w:val="0"/>
          <w:i w:val="0"/>
        </w:rPr>
        <w:t>Những cái đầu háo hức gật gù.</w:t>
      </w:r>
    </w:p>
    <w:p>
      <w:pPr>
        <w:spacing w:after="80"/>
      </w:pPr>
      <w:r>
        <w:rPr>
          <w:b w:val="0"/>
          <w:i w:val="0"/>
        </w:rPr>
        <w:t>"Tuyệt," cô nói, giờ phóng to trục ngang của biểu đồ. "Dòng thời gian này là một bản ghi cực kỳ chính xác để chỉ ra thời điểm chính xác mà máy tính chiếu mỗi hình ảnh một cách ngẫu nhiên và thời điểm chính xác mà não tạo đỉnh."</w:t>
      </w:r>
    </w:p>
    <w:p>
      <w:pPr>
        <w:spacing w:after="80"/>
      </w:pPr>
      <w:r>
        <w:rPr>
          <w:b w:val="0"/>
          <w:i w:val="0"/>
        </w:rPr>
        <w:t>Langdon tự hỏi điều này sẽ dẫn đến đâu.</w:t>
      </w:r>
    </w:p>
    <w:p>
      <w:pPr>
        <w:spacing w:after="80"/>
      </w:pPr>
      <w:r>
        <w:rPr>
          <w:b w:val="0"/>
          <w:i w:val="0"/>
        </w:rPr>
        <w:t>"Nếu chúng ta phóng to hơn nữa," cô nói, nhấp chuột để hiển thị những khoảng thời gian ngày càng ngắn hơn, "chúng ta sẽ xuống đến phạm vi mili giây… và chúng ta phát hiện ra có một vấn đề lớn."</w:t>
      </w:r>
    </w:p>
    <w:p>
      <w:pPr>
        <w:spacing w:after="80"/>
      </w:pPr>
      <w:r>
        <w:rPr>
          <w:b w:val="0"/>
          <w:i w:val="0"/>
        </w:rPr>
        <w:t xml:space="preserve">Cô ấy không nói gì thêm, nhưng chỉ trong vài giây, cả khán phòng lớn rộ lên những tiếng xì xào bối rối. Langdon cũng chung nỗi hoang mang. Theo những biểu đồ này, não của đối tượng đã tăng vọt </w:t>
      </w:r>
      <w:r>
        <w:rPr>
          <w:b w:val="0"/>
          <w:i/>
        </w:rPr>
        <w:t>trước khi</w:t>
      </w:r>
      <w:r>
        <w:rPr>
          <w:b w:val="0"/>
          <w:i w:val="0"/>
        </w:rPr>
        <w:t xml:space="preserve"> máy tính hiển thị hình ảnh.</w:t>
      </w:r>
    </w:p>
    <w:p>
      <w:pPr>
        <w:spacing w:after="80"/>
      </w:pPr>
      <w:r>
        <w:rPr>
          <w:b w:val="0"/>
          <w:i w:val="0"/>
        </w:rPr>
        <w:t xml:space="preserve">“Như các bạn thấy rõ,” Katherine nói, “người đàn ông này đang ghi nhận từng hình ảnh quá sớm. Phần não thích hợp của anh ta sáng lên trọn bốn trăm mili giây </w:t>
      </w:r>
      <w:r>
        <w:rPr>
          <w:b w:val="0"/>
          <w:i/>
        </w:rPr>
        <w:t>trước khi</w:t>
      </w:r>
      <w:r>
        <w:rPr>
          <w:b w:val="0"/>
          <w:i w:val="0"/>
        </w:rPr>
        <w:t xml:space="preserve"> hình ảnh được hiển thị. Bằng cách nào đó, ý thức của anh ta </w:t>
      </w:r>
      <w:r>
        <w:rPr>
          <w:b w:val="0"/>
          <w:i/>
        </w:rPr>
        <w:t>đã biết trước</w:t>
      </w:r>
      <w:r>
        <w:rPr>
          <w:b w:val="0"/>
          <w:i w:val="0"/>
        </w:rPr>
        <w:t xml:space="preserve"> mình sắp nhìn thấy loại hình ảnh nào.” Cô mỉm cười. “Và đó thậm chí chưa phải là phần đáng kinh ngạc nhất…”</w:t>
      </w:r>
    </w:p>
    <w:p>
      <w:pPr>
        <w:spacing w:after="80"/>
      </w:pPr>
      <w:r>
        <w:rPr>
          <w:b w:val="0"/>
          <w:i w:val="0"/>
        </w:rPr>
        <w:t>Cả hội trường lặng như tờ.</w:t>
      </w:r>
    </w:p>
    <w:p>
      <w:pPr>
        <w:spacing w:after="80"/>
      </w:pPr>
      <w:r>
        <w:rPr>
          <w:b w:val="0"/>
          <w:i w:val="0"/>
        </w:rPr>
        <w:t xml:space="preserve">“Hóa ra,” Katherine nói, “não không chỉ phản ứng trước khi hình ảnh được </w:t>
      </w:r>
      <w:r>
        <w:rPr>
          <w:b w:val="0"/>
          <w:i/>
        </w:rPr>
        <w:t>hiển thị</w:t>
      </w:r>
      <w:r>
        <w:rPr>
          <w:b w:val="0"/>
          <w:i w:val="0"/>
        </w:rPr>
        <w:t xml:space="preserve">… mà còn trước khi bộ tạo số ngẫu nhiên của máy tính kịp </w:t>
      </w:r>
      <w:r>
        <w:rPr>
          <w:b w:val="0"/>
          <w:i/>
        </w:rPr>
        <w:t>chọn</w:t>
      </w:r>
      <w:r>
        <w:rPr>
          <w:b w:val="0"/>
          <w:i w:val="0"/>
        </w:rPr>
        <w:t xml:space="preserve"> xem sẽ hiển thị hình ảnh nào! Cứ như thể não không phải đang dự đoán thực tại… mà là đang </w:t>
      </w:r>
      <w:r>
        <w:rPr>
          <w:b w:val="0"/>
          <w:i/>
        </w:rPr>
        <w:t>tạo ra</w:t>
      </w:r>
      <w:r>
        <w:rPr>
          <w:b w:val="0"/>
          <w:i w:val="0"/>
        </w:rPr>
        <w:t xml:space="preserve"> nó.”</w:t>
      </w:r>
    </w:p>
    <w:p>
      <w:pPr>
        <w:spacing w:after="80"/>
      </w:pPr>
      <w:r>
        <w:rPr>
          <w:b w:val="0"/>
          <w:i w:val="0"/>
        </w:rPr>
        <w:t xml:space="preserve">Như mọi người xung quanh, Langdon sững sờ. Anh cũng biết rằng chính ý tưởng này — quan niệm rằng suy nghĩ của con người </w:t>
      </w:r>
      <w:r>
        <w:rPr>
          <w:b w:val="0"/>
          <w:i/>
        </w:rPr>
        <w:t>tạo ra</w:t>
      </w:r>
      <w:r>
        <w:rPr>
          <w:b w:val="0"/>
          <w:i w:val="0"/>
        </w:rPr>
        <w:t xml:space="preserve"> thực tại — nằm ở cốt lõi của hầu hết các giáo lý tâm linh lớn.</w:t>
      </w:r>
    </w:p>
    <w:p>
      <w:pPr>
        <w:spacing w:after="80"/>
      </w:pPr>
      <w:r>
        <w:rPr>
          <w:b w:val="0"/>
          <w:i w:val="0"/>
        </w:rPr>
        <w:t xml:space="preserve">Đức Phật: </w:t>
      </w:r>
      <w:r>
        <w:rPr>
          <w:b w:val="0"/>
          <w:i/>
        </w:rPr>
        <w:t>Với suy nghĩ của mình, chúng ta tạo ra thế giới.</w:t>
      </w:r>
    </w:p>
    <w:p>
      <w:pPr>
        <w:spacing w:after="80"/>
      </w:pPr>
      <w:r>
        <w:rPr>
          <w:b w:val="0"/>
          <w:i w:val="0"/>
        </w:rPr>
        <w:t xml:space="preserve">Chúa Giê-su: </w:t>
      </w:r>
      <w:r>
        <w:rPr>
          <w:b w:val="0"/>
          <w:i/>
        </w:rPr>
        <w:t>Bất cứ điều gì bạn cầu xin trong lời nguyện, điều đó sẽ thuộc về bạn.</w:t>
      </w:r>
    </w:p>
    <w:p>
      <w:pPr>
        <w:spacing w:after="80"/>
      </w:pPr>
      <w:r>
        <w:rPr>
          <w:b w:val="0"/>
          <w:i w:val="0"/>
        </w:rPr>
        <w:t xml:space="preserve">Ấn Độ giáo: </w:t>
      </w:r>
      <w:r>
        <w:rPr>
          <w:b w:val="0"/>
          <w:i/>
        </w:rPr>
        <w:t>Bạn có quyền năng của Thượng đế.</w:t>
      </w:r>
    </w:p>
    <w:p>
      <w:pPr>
        <w:spacing w:after="80"/>
      </w:pPr>
      <w:r>
        <w:rPr>
          <w:b w:val="0"/>
          <w:i w:val="0"/>
        </w:rPr>
        <w:t xml:space="preserve">Langdon biết rằng khái niệm này cũng được các nhà tư tưởng tiến bộ hiện đại và những thiên tài nghệ thuật lặp lại. Chuyên gia kinh doanh Robin Sharma tuyên bố: </w:t>
      </w:r>
      <w:r>
        <w:rPr>
          <w:b w:val="0"/>
          <w:i/>
        </w:rPr>
        <w:t>Mọi thứ đều được tạo ra hai lần; lần đầu trong tâm trí, rồi sau đó trong thực tại.</w:t>
      </w:r>
      <w:r>
        <w:rPr>
          <w:b w:val="0"/>
          <w:i w:val="0"/>
        </w:rPr>
        <w:t xml:space="preserve"> Câu nói bất hủ nhất của Pablo Picasso khẳng định: </w:t>
      </w:r>
      <w:r>
        <w:rPr>
          <w:b w:val="0"/>
          <w:i/>
        </w:rPr>
        <w:t>Mọi thứ bạn có thể tưởng tượng đều là thật.</w:t>
      </w:r>
    </w:p>
    <w:p>
      <w:pPr>
        <w:spacing w:after="80"/>
      </w:pPr>
      <w:r>
        <w:rPr>
          <w:b w:val="0"/>
          <w:i w:val="0"/>
        </w:rPr>
        <w:t xml:space="preserve">Một tiếng gõ cửa làm Langdon giật mình, và Sảnh Vladislav tan biến khỏi tâm trí anh. Anh đã trở lại trong buồng tắm và nghe thấy tiếng cửa phòng tắm mở ra. Qua vách buồng tắm mờ ảo, Langdon thấy phác thảo mờ nhạt của một người đang bước vào và anh thở phào nhẹ nhõm. </w:t>
      </w:r>
      <w:r>
        <w:rPr>
          <w:b w:val="0"/>
          <w:i/>
        </w:rPr>
        <w:t>Ơn trời, cô ấy về sớm.</w:t>
      </w:r>
      <w:r>
        <w:rPr>
          <w:b w:val="0"/>
          <w:i w:val="0"/>
        </w:rPr>
        <w:t xml:space="preserve"> Chắc chắn Katherine đã nghe tin về vụ việc ở khách sạn và nhanh chóng quay về.</w:t>
      </w:r>
    </w:p>
    <w:p>
      <w:pPr>
        <w:spacing w:after="80"/>
      </w:pPr>
      <w:r>
        <w:rPr>
          <w:b w:val="0"/>
          <w:i w:val="0"/>
        </w:rPr>
        <w:t xml:space="preserve">“Vừa xong rồi,” Langdon gọi, tắt nước nóng và bỏ qua màn xả nước đá lạnh thường lệ. </w:t>
      </w:r>
      <w:r>
        <w:rPr>
          <w:b w:val="0"/>
          <w:i/>
        </w:rPr>
        <w:t>Mình đã chịu đủ nước lạnh cho một buổi sáng rồi.</w:t>
      </w:r>
      <w:r>
        <w:rPr>
          <w:b w:val="0"/>
          <w:i w:val="0"/>
        </w:rPr>
        <w:t xml:space="preserve"> Anh chộp lấy chiếc khăn treo bên trong cửa buồng tắm kín, quấn quanh eo, và bước ra ngoài vào phòng tắm. “Katherine—”</w:t>
      </w:r>
    </w:p>
    <w:p>
      <w:pPr>
        <w:spacing w:after="80"/>
      </w:pPr>
      <w:r>
        <w:rPr>
          <w:b w:val="0"/>
          <w:i w:val="0"/>
        </w:rPr>
        <w:t>Anh khựng lại.</w:t>
      </w:r>
    </w:p>
    <w:p>
      <w:pPr>
        <w:spacing w:after="80"/>
      </w:pPr>
      <w:r>
        <w:rPr>
          <w:b w:val="0"/>
          <w:i w:val="0"/>
        </w:rPr>
        <w:t>Katherine không có ở đó.</w:t>
      </w:r>
    </w:p>
    <w:p>
      <w:pPr>
        <w:spacing w:after="80"/>
      </w:pPr>
      <w:r>
        <w:rPr>
          <w:b w:val="0"/>
          <w:i w:val="0"/>
        </w:rPr>
        <w:t>Langdon đang đứng đối mặt với một người đàn ông gầy gò, góc cạnh trong bộ áo khoác da.</w:t>
      </w:r>
    </w:p>
    <w:p>
      <w:pPr>
        <w:spacing w:after="80"/>
      </w:pPr>
      <w:r>
        <w:rPr>
          <w:b w:val="0"/>
          <w:i w:val="0"/>
        </w:rPr>
        <w:t xml:space="preserve">“Anh là cái quái gì thế?!” Langdon gắt. </w:t>
      </w:r>
      <w:r>
        <w:rPr>
          <w:b w:val="0"/>
          <w:i/>
        </w:rPr>
        <w:t>Làm sao anh vào được đây?!</w:t>
      </w:r>
    </w:p>
    <w:p>
      <w:pPr>
        <w:spacing w:after="80"/>
      </w:pPr>
      <w:r>
        <w:rPr>
          <w:b w:val="0"/>
          <w:i w:val="0"/>
        </w:rPr>
        <w:t>Kẻ đột nhập tiến lại gần thêm vài phân, vẻ mặt không chút hài hước. “Ông Robert Langdon?” hắn nói với giọng Séc đặc sệt. “Chào buổi sáng. Tôi là Đại úy Janáček của Úřad pro zahraniční styky a informace. Tôi đã tự tiện lấy hộ chiếu của ông từ phòng ngủ. Tôi tin ông không phiền.”</w:t>
      </w:r>
    </w:p>
    <w:p>
      <w:pPr>
        <w:spacing w:after="80"/>
      </w:pPr>
      <w:r>
        <w:rPr>
          <w:b w:val="0"/>
          <w:i/>
        </w:rPr>
        <w:t>Anh lấy hộ chiếu của tôi rồi?</w:t>
      </w:r>
      <w:r>
        <w:rPr>
          <w:b w:val="0"/>
          <w:i w:val="0"/>
        </w:rPr>
        <w:t xml:space="preserve"> Langdon cảm thấy trần trụi khi chỉ quấn độc một chiếc khăn tắm đứng trước gã đàn ông kỳ lạ này. “Xin lỗi, </w:t>
      </w:r>
      <w:r>
        <w:rPr>
          <w:b w:val="0"/>
          <w:i/>
        </w:rPr>
        <w:t>anh</w:t>
      </w:r>
      <w:r>
        <w:rPr>
          <w:b w:val="0"/>
          <w:i w:val="0"/>
        </w:rPr>
        <w:t xml:space="preserve"> là ai?”</w:t>
      </w:r>
    </w:p>
    <w:p>
      <w:pPr>
        <w:spacing w:after="80"/>
      </w:pPr>
      <w:r>
        <w:rPr>
          <w:b w:val="0"/>
          <w:i w:val="0"/>
        </w:rPr>
        <w:t xml:space="preserve">Người đàn ông giơ nhanh một tấm thẻ nhận dạng, nhưng trong làn hơi nước mờ ảo, Langdon chẳng nhìn rõ được gì ngoài biểu tượng nổi bật của tổ chức — một con sư tử đang chồm dậy bằng hai chân sau. </w:t>
      </w:r>
      <w:r>
        <w:rPr>
          <w:b w:val="0"/>
          <w:i/>
        </w:rPr>
        <w:t>Sư tử Chồm?</w:t>
      </w:r>
      <w:r>
        <w:rPr>
          <w:b w:val="0"/>
          <w:i w:val="0"/>
        </w:rPr>
        <w:t xml:space="preserve"> Biểu tượng này khá phổ biến, và tình cờ nó cũng chính là logo của trường dự bị mà Langdon từng theo học, dù anh khá chắc gã này không đến từ Học viện Phillips Exeter.</w:t>
      </w:r>
    </w:p>
    <w:p>
      <w:pPr>
        <w:spacing w:after="80"/>
      </w:pPr>
      <w:r>
        <w:rPr>
          <w:b w:val="0"/>
          <w:i w:val="0"/>
        </w:rPr>
        <w:t>“Tôi thuộc ÚZSI,” người đàn ông nói giọng khàn khàn. “Cơ quan tình báo quốc gia Cộng hòa Séc.”</w:t>
      </w:r>
    </w:p>
    <w:p>
      <w:pPr>
        <w:spacing w:after="80"/>
      </w:pPr>
      <w:r>
        <w:rPr>
          <w:b w:val="0"/>
          <w:i/>
        </w:rPr>
        <w:t>Anh trông chẳng giống một điệp viên tình báo chút nào,</w:t>
      </w:r>
      <w:r>
        <w:rPr>
          <w:b w:val="0"/>
          <w:i w:val="0"/>
        </w:rPr>
        <w:t xml:space="preserve"> Langdon thầm nghĩ. Mắt người đàn ông đỏ ngầu và rưng rưng, mái tóc thưa thớt thì rối bù, còn chiếc áo sơ mi thì nhăn nhúm thảm hại bên dưới lớp áo khoác da.</w:t>
      </w:r>
    </w:p>
    <w:p>
      <w:pPr>
        <w:spacing w:after="80"/>
      </w:pPr>
      <w:r>
        <w:rPr>
          <w:b w:val="0"/>
          <w:i w:val="0"/>
        </w:rPr>
        <w:t xml:space="preserve">“Tôi chỉ nói điều này </w:t>
      </w:r>
      <w:r>
        <w:rPr>
          <w:b w:val="0"/>
          <w:i/>
        </w:rPr>
        <w:t>một lần</w:t>
      </w:r>
      <w:r>
        <w:rPr>
          <w:b w:val="0"/>
          <w:i w:val="0"/>
        </w:rPr>
        <w:t xml:space="preserve"> thôi, anh Langdon.” Viên sĩ quan người Séc bước tới gần anh như thể cố tình vượt qua một ranh giới vô hình nào đó giữa hai người. “Anh vừa sơ tán cả một khách sạn năm sao. Hoặc anh cho tôi một lý do thật xác đáng, hoặc tôi bắt giữ anh ngay lập tức.”</w:t>
      </w:r>
    </w:p>
    <w:p>
      <w:pPr>
        <w:spacing w:after="80"/>
      </w:pPr>
      <w:r>
        <w:rPr>
          <w:b w:val="0"/>
          <w:i w:val="0"/>
        </w:rPr>
        <w:t>Langdon cứng họng không biết nói gì. “Tôi…tôi thực sự xin lỗi,” anh lắp bắp. “Thật khó giải thích, thưa ngài. Tôi đã phạm sai lầm.”</w:t>
      </w:r>
    </w:p>
    <w:p>
      <w:pPr>
        <w:spacing w:after="80"/>
      </w:pPr>
      <w:r>
        <w:rPr>
          <w:b w:val="0"/>
          <w:i w:val="0"/>
        </w:rPr>
        <w:t>“Tôi đồng ý,” người đàn ông đáp trả ngay, nét mặt không để lộ điều gì. “Một sai lầm to đùng. Tại sao anh lại kéo chuông báo cháy?”</w:t>
      </w:r>
    </w:p>
    <w:p>
      <w:pPr>
        <w:spacing w:after="80"/>
      </w:pPr>
      <w:r>
        <w:rPr>
          <w:b w:val="0"/>
          <w:i w:val="0"/>
        </w:rPr>
        <w:t>Langdon thấy chẳng còn lựa chọn nào khác ngoài việc nói thật. “Tôi tưởng sắp có một vụ nổ.”</w:t>
      </w:r>
    </w:p>
    <w:p>
      <w:pPr>
        <w:spacing w:after="80"/>
      </w:pPr>
      <w:r>
        <w:rPr>
          <w:b w:val="0"/>
          <w:i w:val="0"/>
        </w:rPr>
        <w:t>Phản ứng duy nhất của viên sĩ quan là một cái nhướng mày khẽ khàng của đôi lông mày rậm rạp. “Thú vị đấy. Và điều gì có thể gây ra vụ nổ đó?”</w:t>
      </w:r>
    </w:p>
    <w:p>
      <w:pPr>
        <w:spacing w:after="80"/>
      </w:pPr>
      <w:r>
        <w:rPr>
          <w:b w:val="0"/>
          <w:i w:val="0"/>
        </w:rPr>
        <w:t>“Tôi không biết…có lẽ là một quả bom.”</w:t>
      </w:r>
    </w:p>
    <w:p>
      <w:pPr>
        <w:spacing w:after="80"/>
      </w:pPr>
      <w:r>
        <w:rPr>
          <w:b w:val="0"/>
          <w:i w:val="0"/>
        </w:rPr>
        <w:t xml:space="preserve">“Tôi hiểu rồi. Có lẽ là một quả bom. Vậy là, anh sợ trong khách sạn này có bom…thế mà anh lại chạy ngược </w:t>
      </w:r>
      <w:r>
        <w:rPr>
          <w:b w:val="0"/>
          <w:i/>
        </w:rPr>
        <w:t>vào trong</w:t>
      </w:r>
      <w:r>
        <w:rPr>
          <w:b w:val="0"/>
          <w:i w:val="0"/>
        </w:rPr>
        <w:t xml:space="preserve"> tòa nhà và lên tận căn phòng này trên lầu?”</w:t>
      </w:r>
    </w:p>
    <w:p>
      <w:pPr>
        <w:spacing w:after="80"/>
      </w:pPr>
      <w:r>
        <w:rPr>
          <w:b w:val="0"/>
          <w:i w:val="0"/>
        </w:rPr>
        <w:t>“Để cảnh báo…bạn tôi.”</w:t>
      </w:r>
    </w:p>
    <w:p>
      <w:pPr>
        <w:spacing w:after="80"/>
      </w:pPr>
      <w:r>
        <w:rPr>
          <w:b w:val="0"/>
          <w:i w:val="0"/>
        </w:rPr>
        <w:t>Người đàn ông rút từ trong áo khoác ra một cuốn sổ tay nhỏ và đọc. “Bạn anh là cô Katherine Solomon?”</w:t>
      </w:r>
    </w:p>
    <w:p>
      <w:pPr>
        <w:spacing w:after="80"/>
      </w:pPr>
      <w:r>
        <w:rPr>
          <w:b w:val="0"/>
          <w:i w:val="0"/>
        </w:rPr>
        <w:t>Langdon thấy lạnh sống lưng khi nghe tên Katherine thốt ra từ miệng một viên sĩ quan tình báo Séc. Tình hình càng lúc càng có vẻ nghiêm trọng. “Đúng vậy. Nhưng lúc đó cô ấy đã đi rồi.”</w:t>
      </w:r>
    </w:p>
    <w:p>
      <w:pPr>
        <w:spacing w:after="80"/>
      </w:pPr>
      <w:r>
        <w:rPr>
          <w:b w:val="0"/>
          <w:i w:val="0"/>
        </w:rPr>
        <w:t>“Tôi hiểu, tôi hiểu. Vậy là, khi biết bạn mình đã an toàn, thay vì quay lại lối cầu thang để ra ngoài, anh lại liều mình nhảy qua cửa sổ, chấp nhận nguy cơ chết đuối dưới dòng sông băng giá?”</w:t>
      </w:r>
    </w:p>
    <w:p>
      <w:pPr>
        <w:spacing w:after="80"/>
      </w:pPr>
      <w:r>
        <w:rPr>
          <w:b w:val="0"/>
          <w:i w:val="0"/>
        </w:rPr>
        <w:t>Langdon đành phải thừa nhận rằng chính anh cũng bất ngờ với hành động đó. “Tôi hoảng loạn. Chuông nhà thờ đột nhiên đổ liên hồi…Nó có vẻ điềm gở.”</w:t>
      </w:r>
    </w:p>
    <w:p>
      <w:pPr>
        <w:spacing w:after="80"/>
      </w:pPr>
      <w:r>
        <w:rPr>
          <w:b w:val="0"/>
          <w:i w:val="0"/>
        </w:rPr>
        <w:t xml:space="preserve">“Điềm gở ư?” Ông ta trông như bị xúc phạm. “Nó tên là </w:t>
      </w:r>
      <w:r>
        <w:rPr>
          <w:b w:val="0"/>
          <w:i/>
        </w:rPr>
        <w:t>Angelus,</w:t>
      </w:r>
      <w:r>
        <w:rPr>
          <w:b w:val="0"/>
          <w:i w:val="0"/>
        </w:rPr>
        <w:t xml:space="preserve"> thưa Giáo sư. Chuông nhà thờ ở đây vang lên mỗi giờ như một lời kêu gọi cầu nguyện buổi sáng. Tôi tưởng ngài biết điều đó chứ.”</w:t>
      </w:r>
    </w:p>
    <w:p>
      <w:pPr>
        <w:spacing w:after="80"/>
      </w:pPr>
      <w:r>
        <w:rPr>
          <w:b w:val="0"/>
          <w:i w:val="0"/>
        </w:rPr>
        <w:t>“Vâng, tất nhiên rồi, nhưng lúc đó tôi không nghĩ rõ ràng. Tiếng chuông khiến tôi cảm thấy như mình đang…tôi không biết nữa…lạc khỏi thời gian. Trước đó tôi đã thấy cảnh sát ở sảnh—”</w:t>
      </w:r>
    </w:p>
    <w:p>
      <w:pPr>
        <w:spacing w:after="80"/>
      </w:pPr>
      <w:r>
        <w:rPr>
          <w:b w:val="0"/>
          <w:i w:val="0"/>
        </w:rPr>
        <w:t xml:space="preserve">“Lạc khỏi thời gian? Vậy…quả bom của ngài là bom </w:t>
      </w:r>
      <w:r>
        <w:rPr>
          <w:b w:val="0"/>
          <w:i/>
        </w:rPr>
        <w:t>hẹn giờ</w:t>
      </w:r>
      <w:r>
        <w:rPr>
          <w:b w:val="0"/>
          <w:i w:val="0"/>
        </w:rPr>
        <w:t xml:space="preserve"> ư? Đặt lúc bảy giờ sáng?”</w:t>
      </w:r>
    </w:p>
    <w:p>
      <w:pPr>
        <w:spacing w:after="80"/>
      </w:pPr>
      <w:r>
        <w:rPr>
          <w:b w:val="0"/>
          <w:i w:val="0"/>
        </w:rPr>
        <w:t xml:space="preserve">Đó </w:t>
      </w:r>
      <w:r>
        <w:rPr>
          <w:b w:val="0"/>
          <w:i/>
        </w:rPr>
        <w:t>không phải</w:t>
      </w:r>
      <w:r>
        <w:rPr>
          <w:b w:val="0"/>
          <w:i w:val="0"/>
        </w:rPr>
        <w:t xml:space="preserve"> bom của </w:t>
      </w:r>
      <w:r>
        <w:rPr>
          <w:b w:val="0"/>
          <w:i/>
        </w:rPr>
        <w:t>tôi!</w:t>
      </w:r>
      <w:r>
        <w:rPr>
          <w:b w:val="0"/>
          <w:i w:val="0"/>
        </w:rPr>
        <w:t xml:space="preserve"> Langdon cố gắng giữ bình tĩnh. “Không, tôi chỉ rất hoang mang, và tôi phản ứng theo bản năng. Tất nhiên, tôi sẽ trả tiền cho—”</w:t>
      </w:r>
    </w:p>
    <w:p>
      <w:pPr>
        <w:spacing w:after="80"/>
      </w:pPr>
      <w:r>
        <w:rPr>
          <w:b w:val="0"/>
          <w:i w:val="0"/>
        </w:rPr>
        <w:t xml:space="preserve">“Không cần trả tiền đâu, thưa ngài,” người đàn ông nói, giọng dịu lại. “Người ta hay hoang mang. Đó không phải vấn đề. Tôi chỉ đang cố hiểu </w:t>
      </w:r>
      <w:r>
        <w:rPr>
          <w:b w:val="0"/>
          <w:i/>
        </w:rPr>
        <w:t>tại sao</w:t>
      </w:r>
      <w:r>
        <w:rPr>
          <w:b w:val="0"/>
          <w:i w:val="0"/>
        </w:rPr>
        <w:t xml:space="preserve"> ngài lại nghĩ sẽ có một vụ nổ. Ngài lấy thông tin đó </w:t>
      </w:r>
      <w:r>
        <w:rPr>
          <w:b w:val="0"/>
          <w:i/>
        </w:rPr>
        <w:t>từ đâu</w:t>
      </w:r>
      <w:r>
        <w:rPr>
          <w:b w:val="0"/>
          <w:i w:val="0"/>
        </w:rPr>
        <w:t>?”</w:t>
      </w:r>
    </w:p>
    <w:p>
      <w:pPr>
        <w:spacing w:after="80"/>
      </w:pPr>
      <w:r>
        <w:rPr>
          <w:b w:val="0"/>
          <w:i/>
        </w:rPr>
        <w:t>Tôi không thể nào nói với ông ta được,</w:t>
      </w:r>
      <w:r>
        <w:rPr>
          <w:b w:val="0"/>
          <w:i w:val="0"/>
        </w:rPr>
        <w:t xml:space="preserve"> Langdon biết vậy. Sự thật thật khó tin—khó tin đến mức không tưởng—và một lời thú nhận thành thật có nguy cơ phản tác dụng nghiêm trọng. </w:t>
      </w:r>
      <w:r>
        <w:rPr>
          <w:b w:val="0"/>
          <w:i/>
        </w:rPr>
        <w:t>Ông ta sẽ không bao giờ tin mình.</w:t>
      </w:r>
      <w:r>
        <w:rPr>
          <w:b w:val="0"/>
          <w:i w:val="0"/>
        </w:rPr>
        <w:t xml:space="preserve"> Langdon bỗng cảm thấy có lẽ mình cần một luật sư.</w:t>
      </w:r>
    </w:p>
    <w:p>
      <w:pPr>
        <w:spacing w:after="80"/>
      </w:pPr>
      <w:r>
        <w:rPr>
          <w:b w:val="0"/>
          <w:i w:val="0"/>
        </w:rPr>
        <w:t>“Ông Langdon?” viên sĩ quan thúc giục.</w:t>
      </w:r>
    </w:p>
    <w:p>
      <w:pPr>
        <w:spacing w:after="80"/>
      </w:pPr>
      <w:r>
        <w:rPr>
          <w:b w:val="0"/>
          <w:i w:val="0"/>
        </w:rPr>
        <w:t>Langdon nhúc nhích, giữ chiếc khăn quấn quanh eo. “Như tôi đã nói, tôi đã hoang mang. Tôi có thông tin sai.”</w:t>
      </w:r>
    </w:p>
    <w:p>
      <w:pPr>
        <w:spacing w:after="80"/>
      </w:pPr>
      <w:r>
        <w:rPr>
          <w:b w:val="0"/>
          <w:i w:val="0"/>
        </w:rPr>
        <w:t xml:space="preserve">Ánh mắt viên đội trưởng hẹp lại khi ông ta bước tới gần hơn và hạ giọng. “Thật ra, thưa Giáo sư, đó không phải vấn đề. Vấn đề là ngài có thông tin </w:t>
      </w:r>
      <w:r>
        <w:rPr>
          <w:b w:val="0"/>
          <w:i/>
        </w:rPr>
        <w:t>đúng</w:t>
      </w:r>
      <w:r>
        <w:rPr>
          <w:b w:val="0"/>
          <w:i w:val="0"/>
        </w:rPr>
        <w:t xml:space="preserve">. Thông tin </w:t>
      </w:r>
      <w:r>
        <w:rPr>
          <w:b w:val="0"/>
          <w:i/>
        </w:rPr>
        <w:t>rất</w:t>
      </w:r>
      <w:r>
        <w:rPr>
          <w:b w:val="0"/>
          <w:i w:val="0"/>
        </w:rPr>
        <w:t xml:space="preserve"> đúng.”</w:t>
      </w:r>
    </w:p>
    <w:p>
      <w:pPr>
        <w:spacing w:after="80"/>
      </w:pPr>
      <w:r>
        <w:rPr>
          <w:b w:val="0"/>
          <w:i w:val="0"/>
        </w:rPr>
        <w:t>“Tôi không hiểu.”</w:t>
      </w:r>
    </w:p>
    <w:p>
      <w:pPr>
        <w:spacing w:after="80"/>
      </w:pPr>
      <w:r>
        <w:rPr>
          <w:b w:val="0"/>
          <w:i w:val="0"/>
        </w:rPr>
        <w:t>Viên sĩ quan nhìn chằm chằm, ánh mắt dò xét. “Không ư?”</w:t>
      </w:r>
    </w:p>
    <w:p>
      <w:pPr>
        <w:spacing w:after="80"/>
      </w:pPr>
      <w:r>
        <w:rPr>
          <w:b w:val="0"/>
          <w:i w:val="0"/>
        </w:rPr>
        <w:t>Langdon lắc đầu.</w:t>
      </w:r>
    </w:p>
    <w:p>
      <w:pPr>
        <w:spacing w:after="80"/>
      </w:pPr>
      <w:r>
        <w:rPr>
          <w:b w:val="0"/>
          <w:i w:val="0"/>
        </w:rPr>
        <w:t>“Giáo sư,” viên đội trưởng nói lạnh lùng. “Sáng sớm nay, ngay tại khách sạn này, đội của tôi đã tìm thấy và gỡ ngòi…một quả bom. Nó được đặt để phát nổ đúng bảy giờ sáng.”</w:t>
      </w:r>
    </w:p>
    <w:p>
      <w:pPr>
        <w:pStyle w:val="Heading1"/>
      </w:pPr>
      <w:r>
        <w:rPr>
          <w:rFonts w:ascii="Calibri" w:hAnsi="Calibri"/>
          <w:b/>
          <w:i w:val="0"/>
          <w:sz w:val="40"/>
        </w:rPr>
        <w:t>Chương 9</w:t>
      </w:r>
    </w:p>
    <w:p>
      <w:pPr>
        <w:spacing w:after="80"/>
      </w:pPr>
      <w:r>
        <w:rPr>
          <w:b w:val="0"/>
          <w:i w:val="0"/>
        </w:rPr>
        <w:t>Trong ánh nến chập chờn, The Golěm liếc nhìn bức ảnh của cô trên tường thêm một lần nữa. Rồi hắn thổi tắt những ngọn nến và rời khỏi không gian thiêng liêng của mình.</w:t>
      </w:r>
    </w:p>
    <w:p>
      <w:pPr>
        <w:spacing w:after="80"/>
      </w:pPr>
      <w:r>
        <w:rPr>
          <w:b w:val="0"/>
          <w:i w:val="0"/>
        </w:rPr>
        <w:t>Ta đã được tái sinh.</w:t>
      </w:r>
    </w:p>
    <w:p>
      <w:pPr>
        <w:spacing w:after="80"/>
      </w:pPr>
      <w:r>
        <w:rPr>
          <w:b w:val="0"/>
          <w:i w:val="0"/>
        </w:rPr>
        <w:t>Tắm mình trong ánh sáng leo lét của căn hộ, anh bước vào phòng thay đồ. Chiếc áo choàng trùm đầu và đôi bốt đế cao nằm nhàu nát trên sàn, bị vứt vội để anh có thể đón nhận Ether—một hành trình mà anh luôn thực hiện trong trạng thái trần trụi, không trang sức, và trong bóng tối hoàn toàn.</w:t>
      </w:r>
    </w:p>
    <w:p>
      <w:pPr>
        <w:spacing w:after="80"/>
      </w:pPr>
      <w:r>
        <w:rPr>
          <w:b w:val="0"/>
          <w:i w:val="0"/>
        </w:rPr>
        <w:t>Golěm cẩn thận treo lại bộ trang phục của mình, phủi đi những mẩu đất sét khô bám trên cổ áo. Khách du lịch thường giật mình vì vẻ ngoài của anh, nhưng người dân địa phương hầu như chẳng buồn liếc nhìn. Prague là một thành phố của kịch tính và huyền ảo, và những người vui chơi thường xuyên đi dạo trên phố trong hóa thân của những nhân vật huyền thoại từ lịch sử của nó—những hồn ma nổi tiếng, những phù thủy, những đôi tình nhân lỡ duyên, những vị thánh tử vì đạo…và con quái vật to lớn làm bằng đất sét này.</w:t>
      </w:r>
    </w:p>
    <w:p>
      <w:pPr>
        <w:spacing w:after="80"/>
      </w:pPr>
      <w:r>
        <w:rPr>
          <w:b w:val="0"/>
          <w:i w:val="0"/>
        </w:rPr>
        <w:t>Truyền thuyết cổ xưa nhất của Prague.</w:t>
      </w:r>
    </w:p>
    <w:p>
      <w:pPr>
        <w:spacing w:after="80"/>
      </w:pPr>
      <w:r>
        <w:rPr>
          <w:b w:val="0"/>
          <w:i w:val="0"/>
        </w:rPr>
        <w:t>Một người bảo vệ huyền bí…giống hệt tôi.</w:t>
      </w:r>
    </w:p>
    <w:p>
      <w:pPr>
        <w:spacing w:after="80"/>
      </w:pPr>
      <w:r>
        <w:rPr>
          <w:b w:val="0"/>
          <w:i w:val="0"/>
        </w:rPr>
        <w:t>Golěm thuộc lòng câu chuyện về con quái vật đất sét bởi đó chính là câu chuyện của anh—một linh hồn bảo vệ…bị đẩy vào hình hài vật chất…được giao phó việc hy sinh sự thoải mái của chính mình để mang lấy nỗi đau của người khác.</w:t>
      </w:r>
    </w:p>
    <w:p>
      <w:pPr>
        <w:spacing w:after="80"/>
      </w:pPr>
      <w:r>
        <w:rPr>
          <w:b w:val="0"/>
          <w:i w:val="0"/>
        </w:rPr>
        <w:t>Theo truyền thuyết thế kỷ mười sáu, một giáo sĩ Do Thái quyền năng tên là Judah Loew đã đào đất sét ướt từ bờ sông Vltava và dùng nó để tạo ra một con quái vật mà ông hy vọng sẽ bảo vệ dân tộc mình. Bằng phép thuật Kabbalah, vị giáo sĩ khắc từ tiếng Hebrew lên trán người bảo vệ vô tri, và con quái vật đất sét lập tức sống dậy, được thổi vào một linh hồn từ cõi khác.</w:t>
      </w:r>
    </w:p>
    <w:p>
      <w:pPr>
        <w:jc w:val="center"/>
      </w:pPr>
      <w:r>
        <w:drawing>
          <wp:inline xmlns:a="http://schemas.openxmlformats.org/drawingml/2006/main" xmlns:pic="http://schemas.openxmlformats.org/drawingml/2006/picture">
            <wp:extent cx="1066800" cy="352425"/>
            <wp:docPr id="10" name="Picture 10"/>
            <wp:cNvGraphicFramePr>
              <a:graphicFrameLocks noChangeAspect="1"/>
            </wp:cNvGraphicFramePr>
            <a:graphic>
              <a:graphicData uri="http://schemas.openxmlformats.org/drawingml/2006/picture">
                <pic:pic>
                  <pic:nvPicPr>
                    <pic:cNvPr id="0" name="image_rsrc8XE.jpg"/>
                    <pic:cNvPicPr/>
                  </pic:nvPicPr>
                  <pic:blipFill>
                    <a:blip r:embed="rId12"/>
                    <a:stretch>
                      <a:fillRect/>
                    </a:stretch>
                  </pic:blipFill>
                  <pic:spPr>
                    <a:xfrm>
                      <a:off x="0" y="0"/>
                      <a:ext cx="1066800" cy="352425"/>
                    </a:xfrm>
                    <a:prstGeom prst="rect"/>
                  </pic:spPr>
                </pic:pic>
              </a:graphicData>
            </a:graphic>
          </wp:inline>
        </w:drawing>
      </w:r>
    </w:p>
    <w:p>
      <w:pPr>
        <w:spacing w:after="80"/>
      </w:pPr>
      <w:r>
        <w:rPr>
          <w:b w:val="0"/>
          <w:i w:val="0"/>
        </w:rPr>
        <w:t>Từ trên trán anh là —</w:t>
      </w:r>
      <w:r>
        <w:rPr>
          <w:b w:val="0"/>
          <w:i/>
        </w:rPr>
        <w:t>emet</w:t>
      </w:r>
      <w:r>
        <w:rPr>
          <w:b w:val="0"/>
          <w:i w:val="0"/>
        </w:rPr>
        <w:t>. Sự thật.</w:t>
      </w:r>
    </w:p>
    <w:p>
      <w:pPr>
        <w:spacing w:after="80"/>
      </w:pPr>
      <w:r>
        <w:rPr>
          <w:b w:val="0"/>
          <w:i w:val="0"/>
        </w:rPr>
        <w:t xml:space="preserve">Vị giáo sĩ gọi tạo vật của mình là </w:t>
      </w:r>
      <w:r>
        <w:rPr>
          <w:b w:val="0"/>
          <w:i/>
        </w:rPr>
        <w:t>golem</w:t>
      </w:r>
      <w:r>
        <w:rPr>
          <w:b w:val="0"/>
          <w:i w:val="0"/>
        </w:rPr>
        <w:t>—nghĩa là "nguyên liệu thô" trong tiếng Hebrew—ám chỉ loại đất sét từ đó con quái vật được tạo nên. Sau đó, golem tuần tra các con phố của Khu Do Thái, bảo vệ những người gặp nguy hiểm, giết kẻ ác, và đảm bảo an toàn cho cộng đồng.</w:t>
      </w:r>
    </w:p>
    <w:p>
      <w:pPr>
        <w:spacing w:after="80"/>
      </w:pPr>
      <w:r>
        <w:rPr>
          <w:b w:val="0"/>
          <w:i w:val="0"/>
        </w:rPr>
        <w:t>Nhưng đến đây, truyền thuyết rẽ sang một hướng tăm tối.</w:t>
      </w:r>
    </w:p>
    <w:p>
      <w:pPr>
        <w:spacing w:after="80"/>
      </w:pPr>
      <w:r>
        <w:rPr>
          <w:b w:val="0"/>
          <w:i w:val="0"/>
        </w:rPr>
        <w:t>Con quái vật trở nên cô đơn và hoang mang bởi chính bạo lực của mình, cuối cùng quay sang chống lại người tạo ra nó. Vị giáo sĩ chỉ vừa đủ sống sót sau cuộc tấn công của con quái vật bằng cách tuyệt vọng vươn tay lên và xóa đi một trong những chữ cái Hebrew trên trán sinh vật.</w:t>
      </w:r>
    </w:p>
    <w:p>
      <w:pPr>
        <w:jc w:val="center"/>
      </w:pPr>
      <w:r>
        <w:drawing>
          <wp:inline xmlns:a="http://schemas.openxmlformats.org/drawingml/2006/main" xmlns:pic="http://schemas.openxmlformats.org/drawingml/2006/picture">
            <wp:extent cx="333375" cy="352425"/>
            <wp:docPr id="11" name="Picture 11"/>
            <wp:cNvGraphicFramePr>
              <a:graphicFrameLocks noChangeAspect="1"/>
            </wp:cNvGraphicFramePr>
            <a:graphic>
              <a:graphicData uri="http://schemas.openxmlformats.org/drawingml/2006/picture">
                <pic:pic>
                  <pic:nvPicPr>
                    <pic:cNvPr id="0" name="image_rsrc8XK.jpg"/>
                    <pic:cNvPicPr/>
                  </pic:nvPicPr>
                  <pic:blipFill>
                    <a:blip r:embed="rId16"/>
                    <a:stretch>
                      <a:fillRect/>
                    </a:stretch>
                  </pic:blipFill>
                  <pic:spPr>
                    <a:xfrm>
                      <a:off x="0" y="0"/>
                      <a:ext cx="333375" cy="352425"/>
                    </a:xfrm>
                    <a:prstGeom prst="rect"/>
                  </pic:spPr>
                </pic:pic>
              </a:graphicData>
            </a:graphic>
          </wp:inline>
        </w:drawing>
      </w:r>
    </w:p>
    <w:p>
      <w:pPr>
        <w:spacing w:after="80"/>
      </w:pPr>
      <w:r>
        <w:rPr>
          <w:b w:val="0"/>
          <w:i w:val="0"/>
        </w:rPr>
        <w:t xml:space="preserve">Bằng cách xóa đi chữ cái </w:t>
      </w:r>
      <w:r>
        <w:rPr>
          <w:b w:val="0"/>
          <w:i/>
        </w:rPr>
        <w:t>aleph,</w:t>
      </w:r>
      <w:r>
        <w:rPr>
          <w:b w:val="0"/>
          <w:i w:val="0"/>
        </w:rPr>
        <w:t xml:space="preserve"> , từ tiếng Hebrew nghĩa là </w:t>
      </w:r>
      <w:r>
        <w:rPr>
          <w:b w:val="0"/>
          <w:i/>
        </w:rPr>
        <w:t>sự thật</w:t>
      </w:r>
      <w:r>
        <w:rPr>
          <w:b w:val="0"/>
          <w:i w:val="0"/>
        </w:rPr>
        <w:t>—</w:t>
      </w:r>
      <w:r>
        <w:rPr>
          <w:b w:val="0"/>
          <w:i/>
        </w:rPr>
        <w:t>emet</w:t>
      </w:r>
      <w:r>
        <w:rPr>
          <w:b w:val="0"/>
          <w:i w:val="0"/>
        </w:rPr>
        <w:t>—đã biến thành một thứ tăm tối hơn nhiều—</w:t>
      </w:r>
      <w:r>
        <w:rPr>
          <w:b w:val="0"/>
          <w:i/>
        </w:rPr>
        <w:t>met</w:t>
      </w:r>
      <w:r>
        <w:rPr>
          <w:b w:val="0"/>
          <w:i w:val="0"/>
        </w:rPr>
        <w:t xml:space="preserve">—từ tiếng Hebrew nghĩa là </w:t>
      </w:r>
      <w:r>
        <w:rPr>
          <w:b w:val="0"/>
          <w:i/>
        </w:rPr>
        <w:t>chết.</w:t>
      </w:r>
    </w:p>
    <w:p>
      <w:pPr>
        <w:jc w:val="center"/>
      </w:pPr>
      <w:r>
        <w:drawing>
          <wp:inline xmlns:a="http://schemas.openxmlformats.org/drawingml/2006/main" xmlns:pic="http://schemas.openxmlformats.org/drawingml/2006/picture">
            <wp:extent cx="1066800" cy="352425"/>
            <wp:docPr id="12" name="Picture 12"/>
            <wp:cNvGraphicFramePr>
              <a:graphicFrameLocks noChangeAspect="1"/>
            </wp:cNvGraphicFramePr>
            <a:graphic>
              <a:graphicData uri="http://schemas.openxmlformats.org/drawingml/2006/picture">
                <pic:pic>
                  <pic:nvPicPr>
                    <pic:cNvPr id="0" name="image_rsrc8XE.jpg"/>
                    <pic:cNvPicPr/>
                  </pic:nvPicPr>
                  <pic:blipFill>
                    <a:blip r:embed="rId12"/>
                    <a:stretch>
                      <a:fillRect/>
                    </a:stretch>
                  </pic:blipFill>
                  <pic:spPr>
                    <a:xfrm>
                      <a:off x="0" y="0"/>
                      <a:ext cx="1066800" cy="352425"/>
                    </a:xfrm>
                    <a:prstGeom prst="rect"/>
                  </pic:spPr>
                </pic:pic>
              </a:graphicData>
            </a:graphic>
          </wp:inline>
        </w:drawing>
      </w:r>
    </w:p>
    <w:p>
      <w:pPr>
        <w:jc w:val="center"/>
      </w:pPr>
      <w:r>
        <w:drawing>
          <wp:inline xmlns:a="http://schemas.openxmlformats.org/drawingml/2006/main" xmlns:pic="http://schemas.openxmlformats.org/drawingml/2006/picture">
            <wp:extent cx="685800" cy="352425"/>
            <wp:docPr id="13" name="Picture 13"/>
            <wp:cNvGraphicFramePr>
              <a:graphicFrameLocks noChangeAspect="1"/>
            </wp:cNvGraphicFramePr>
            <a:graphic>
              <a:graphicData uri="http://schemas.openxmlformats.org/drawingml/2006/picture">
                <pic:pic>
                  <pic:nvPicPr>
                    <pic:cNvPr id="0" name="image_rsrc8XN.jpg"/>
                    <pic:cNvPicPr/>
                  </pic:nvPicPr>
                  <pic:blipFill>
                    <a:blip r:embed="rId17"/>
                    <a:stretch>
                      <a:fillRect/>
                    </a:stretch>
                  </pic:blipFill>
                  <pic:spPr>
                    <a:xfrm>
                      <a:off x="0" y="0"/>
                      <a:ext cx="685800" cy="352425"/>
                    </a:xfrm>
                    <a:prstGeom prst="rect"/>
                  </pic:spPr>
                </pic:pic>
              </a:graphicData>
            </a:graphic>
          </wp:inline>
        </w:drawing>
      </w:r>
    </w:p>
    <w:p>
      <w:pPr>
        <w:spacing w:after="80"/>
      </w:pPr>
      <w:r>
        <w:rPr>
          <w:b w:val="0"/>
          <w:i w:val="0"/>
        </w:rPr>
        <w:t>đã trở thành .</w:t>
      </w:r>
    </w:p>
    <w:p>
      <w:pPr>
        <w:spacing w:after="80"/>
      </w:pPr>
      <w:r>
        <w:rPr>
          <w:b w:val="0"/>
          <w:i/>
        </w:rPr>
        <w:t>Sự thật</w:t>
      </w:r>
      <w:r>
        <w:rPr>
          <w:b w:val="0"/>
          <w:i w:val="0"/>
        </w:rPr>
        <w:t xml:space="preserve"> đã trở thành…</w:t>
      </w:r>
      <w:r>
        <w:rPr>
          <w:b w:val="0"/>
          <w:i/>
        </w:rPr>
        <w:t>Cái chết.</w:t>
      </w:r>
    </w:p>
    <w:p>
      <w:pPr>
        <w:spacing w:after="80"/>
      </w:pPr>
      <w:r>
        <w:rPr>
          <w:b w:val="0"/>
          <w:i w:val="0"/>
        </w:rPr>
        <w:t>Con quái vật đổ sụp xuống, bất động.</w:t>
      </w:r>
    </w:p>
    <w:p>
      <w:pPr>
        <w:spacing w:after="80"/>
      </w:pPr>
      <w:r>
        <w:rPr>
          <w:b w:val="0"/>
          <w:i w:val="0"/>
        </w:rPr>
        <w:t>Đứng trên tạo vật đã gục ngã của mình, vị giáo sĩ không mạo hiểm chút nào. Ông nhanh chóng tháo rời thân thể bằng đất sét và giấu các mảnh vào gác mái của Giáo đường Do Thái Cũ-Mới ở Prague, nơi những mảnh đất sét được cho là vẫn còn đến ngày nay, nhìn xuống nghĩa trang cổ nơi Giáo sĩ Loew giờ đây yên nghỉ.</w:t>
      </w:r>
    </w:p>
    <w:p>
      <w:pPr>
        <w:spacing w:after="80"/>
      </w:pPr>
      <w:r>
        <w:rPr>
          <w:b w:val="0"/>
          <w:i/>
        </w:rPr>
        <w:t>Nghĩa trang đó là nơi hành trình của tôi bắt đầu,</w:t>
      </w:r>
      <w:r>
        <w:rPr>
          <w:b w:val="0"/>
          <w:i w:val="0"/>
        </w:rPr>
        <w:t xml:space="preserve"> Golěm nghĩ, nhìn bộ trang phục tối màu của mình đang treo bất động. </w:t>
      </w:r>
      <w:r>
        <w:rPr>
          <w:b w:val="0"/>
          <w:i/>
        </w:rPr>
        <w:t>Tôi là Golěm. Một hóa thân khác…trong vòng tuần hoàn của các linh hồn.</w:t>
      </w:r>
    </w:p>
    <w:p>
      <w:pPr>
        <w:spacing w:after="80"/>
      </w:pPr>
      <w:r>
        <w:rPr>
          <w:b w:val="0"/>
          <w:i w:val="0"/>
        </w:rPr>
        <w:t xml:space="preserve">Anh ta cũng đã được triệu hồi làm người bảo vệ—một vị hộ vệ cho người phụ nữ có bức ảnh treo trên tường trong </w:t>
      </w:r>
      <w:r>
        <w:rPr>
          <w:b w:val="0"/>
          <w:i/>
        </w:rPr>
        <w:t>svatyně</w:t>
      </w:r>
      <w:r>
        <w:rPr>
          <w:b w:val="0"/>
          <w:i w:val="0"/>
        </w:rPr>
        <w:t xml:space="preserve"> của anh. Cô ấy sẽ không bao giờ biết anh tồn tại hay những gì anh đã làm cho cô. </w:t>
      </w:r>
      <w:r>
        <w:rPr>
          <w:b w:val="0"/>
          <w:i/>
        </w:rPr>
        <w:t>Càng không thể biết, đặc biệt là, những gì tôi sắp làm.</w:t>
      </w:r>
    </w:p>
    <w:p>
      <w:pPr>
        <w:spacing w:after="80"/>
      </w:pPr>
      <w:r>
        <w:rPr>
          <w:b w:val="0"/>
          <w:i w:val="0"/>
        </w:rPr>
        <w:t>Anh ta đã giết một trong những kẻ phản bội xảo quyệt nhất của cô, Brigita Gessner. Anh vẫn còn nghe thấy tiếng vọng giọng nói của bà ta khi bà ta tuyệt vọng khai ra mọi thứ mà bà ta và đồng bọn đã làm.</w:t>
      </w:r>
    </w:p>
    <w:p>
      <w:pPr>
        <w:spacing w:after="80"/>
      </w:pPr>
      <w:r>
        <w:rPr>
          <w:b w:val="0"/>
          <w:i w:val="0"/>
        </w:rPr>
        <w:t>Một số kẻ phản bội đồng bọn của bà ta đang ở đây tại Prague, nằm gọn trong tầm với của The Golěm. Những kẻ khác thì ở cách xa hàng ngàn dặm—những kẻ môi giới quyền lực hoạt động trong bóng tối.</w:t>
      </w:r>
    </w:p>
    <w:p>
      <w:pPr>
        <w:spacing w:after="80"/>
      </w:pPr>
      <w:r>
        <w:rPr>
          <w:b w:val="0"/>
          <w:i w:val="0"/>
        </w:rPr>
        <w:t>Ta sẽ không nghỉ ngơi cho đến khi tất cả đều bị trừng phạt.</w:t>
      </w:r>
    </w:p>
    <w:p>
      <w:pPr>
        <w:spacing w:after="80"/>
      </w:pPr>
      <w:r>
        <w:rPr>
          <w:b w:val="0"/>
          <w:i w:val="0"/>
        </w:rPr>
        <w:t>The Golěm chỉ biết có một cách để làm được điều đó.</w:t>
      </w:r>
    </w:p>
    <w:p>
      <w:pPr>
        <w:spacing w:after="80"/>
      </w:pPr>
      <w:r>
        <w:rPr>
          <w:b w:val="0"/>
          <w:i w:val="0"/>
        </w:rPr>
        <w:t>Ta sẽ phá hủy mọi thứ mà chúng đã tạo ra.</w:t>
      </w:r>
    </w:p>
    <w:p>
      <w:pPr>
        <w:pStyle w:val="Heading1"/>
      </w:pPr>
      <w:r>
        <w:rPr>
          <w:rFonts w:ascii="Calibri" w:hAnsi="Calibri"/>
          <w:b/>
          <w:i w:val="0"/>
          <w:sz w:val="40"/>
        </w:rPr>
        <w:t>Chương 10</w:t>
      </w:r>
    </w:p>
    <w:p>
      <w:pPr>
        <w:spacing w:after="80"/>
      </w:pPr>
      <w:r>
        <w:rPr>
          <w:b w:val="0"/>
          <w:i w:val="0"/>
        </w:rPr>
        <w:t>H</w:t>
      </w:r>
      <w:r>
        <w:rPr>
          <w:b w:val="0"/>
          <w:i/>
        </w:rPr>
        <w:t>ọ đã gỡ được một quả bom?!</w:t>
      </w:r>
    </w:p>
    <w:p>
      <w:pPr>
        <w:spacing w:after="80"/>
      </w:pPr>
      <w:r>
        <w:rPr>
          <w:b w:val="0"/>
          <w:i w:val="0"/>
        </w:rPr>
        <w:t>Những suy nghĩ của Robert Langdon quay cuồng dữ dội khi anh mặc quần áo trong phòng ngủ khách sạn. Anh không thể tin nổi rằng một vụ đánh bom thực sự đã bị ngăn chặn sáng nay, chứ chưa nói đến chuyện người phụ nữ trên cầu.</w:t>
      </w:r>
    </w:p>
    <w:p>
      <w:pPr>
        <w:spacing w:after="80"/>
      </w:pPr>
      <w:r>
        <w:rPr>
          <w:b w:val="0"/>
          <w:i w:val="0"/>
        </w:rPr>
        <w:t>Vài phút trước, Langdon đã yêu cầu xem kỹ hơn thẻ căn cước của viên sĩ quan người Séc, và người đàn ông này đã miễn cưỡng đồng ý, xác nhận rằng ông ta là Oldřich Janáček, một đại úy sáu mươi mốt tuổi tại ÚZSI. Langdon được cho biết chữ viết tắt này là viết tắt của Úřad pro zahraniční styky a informace—Cục Quan hệ và Thông tin Đối ngoại—và được phát âm "đúng y như khẩu súng tiểu liên vậy—Uzi."</w:t>
      </w:r>
    </w:p>
    <w:p>
      <w:pPr>
        <w:spacing w:after="80"/>
      </w:pPr>
      <w:r>
        <w:rPr>
          <w:b w:val="0"/>
          <w:i w:val="0"/>
        </w:rPr>
        <w:t xml:space="preserve">Biểu tượng của cơ quan này là hình Sư Tử Chồm (Lion Rampant), kèm theo khẩu hiệu </w:t>
      </w:r>
      <w:r>
        <w:rPr>
          <w:b w:val="0"/>
          <w:i/>
        </w:rPr>
        <w:t>Sine Ira et Studio,</w:t>
      </w:r>
      <w:r>
        <w:rPr>
          <w:b w:val="0"/>
          <w:i w:val="0"/>
        </w:rPr>
        <w:t xml:space="preserve"> nghĩa là "Không Giận Dữ hay Thiên Vị," mặc dù thái độ của viên đại úy dường như cho thấy cả hai đều đang hiện diện.</w:t>
      </w:r>
    </w:p>
    <w:p>
      <w:pPr>
        <w:spacing w:after="80"/>
      </w:pPr>
      <w:r>
        <w:rPr>
          <w:b w:val="0"/>
          <w:i w:val="0"/>
        </w:rPr>
        <w:t>Janáček đã đứng ở ngưỡng cửa phòng ngủ của Langdon suốt ba phút qua, tranh cãi bằng tiếng Séc trên điện thoại trong khi vẫn để mắt trông chừng Langdon.</w:t>
      </w:r>
    </w:p>
    <w:p>
      <w:pPr>
        <w:spacing w:after="80"/>
      </w:pPr>
      <w:r>
        <w:rPr>
          <w:b w:val="0"/>
          <w:i w:val="0"/>
        </w:rPr>
        <w:t>Ông ta nghĩ mình sẽ bỏ chạy chắc?</w:t>
      </w:r>
    </w:p>
    <w:p>
      <w:pPr>
        <w:spacing w:after="80"/>
      </w:pPr>
      <w:r>
        <w:rPr>
          <w:b w:val="0"/>
          <w:i w:val="0"/>
        </w:rPr>
        <w:t>Langdon mặc xong quần áo, cuối cùng cũng cảm thấy ấm áp trong chiếc quần chinos dày, áo cổ lọ và chiếc áo len Dale dày cộp. Anh nhặt chiếc đồng hồ Mickey Mouse cổ điển trên tủ trang điểm và đeo vào tay, cảm thấy rằng hôm nay có lẽ anh sẽ cần một lời nhắc nhở thường trực để giữ cho lòng mình nhẹ nhõm.</w:t>
      </w:r>
    </w:p>
    <w:p>
      <w:pPr>
        <w:spacing w:after="80"/>
      </w:pPr>
      <w:r>
        <w:rPr>
          <w:b w:val="0"/>
          <w:i/>
        </w:rPr>
        <w:t>"Ne!"</w:t>
      </w:r>
      <w:r>
        <w:rPr>
          <w:b w:val="0"/>
          <w:i w:val="0"/>
        </w:rPr>
        <w:t xml:space="preserve"> Janáček hét lên giận dữ vào điện thoại. </w:t>
      </w:r>
      <w:r>
        <w:rPr>
          <w:b w:val="0"/>
          <w:i/>
        </w:rPr>
        <w:t>"Tady velím já!"</w:t>
      </w:r>
    </w:p>
    <w:p>
      <w:pPr>
        <w:spacing w:after="80"/>
      </w:pPr>
      <w:r>
        <w:rPr>
          <w:b w:val="0"/>
          <w:i w:val="0"/>
        </w:rPr>
        <w:t xml:space="preserve">Ông ta cúp máy và quay sang Langdon. "Đó là </w:t>
      </w:r>
      <w:r>
        <w:rPr>
          <w:b w:val="0"/>
          <w:i/>
        </w:rPr>
        <w:t>chůva</w:t>
      </w:r>
      <w:r>
        <w:rPr>
          <w:b w:val="0"/>
          <w:i w:val="0"/>
        </w:rPr>
        <w:t xml:space="preserve"> của anh. Ông ta đang lên phòng đây."</w:t>
      </w:r>
    </w:p>
    <w:p>
      <w:pPr>
        <w:spacing w:after="80"/>
      </w:pPr>
      <w:r>
        <w:rPr>
          <w:b w:val="0"/>
          <w:i/>
        </w:rPr>
        <w:t>My chůva?</w:t>
      </w:r>
      <w:r>
        <w:rPr>
          <w:b w:val="0"/>
          <w:i w:val="0"/>
        </w:rPr>
        <w:t xml:space="preserve"> Langdon chẳng hiểu từ đó nghĩa là gì, nhưng rõ ràng Janáček không vui chút nào về sự xuất hiện của anh.</w:t>
      </w:r>
    </w:p>
    <w:p>
      <w:pPr>
        <w:spacing w:after="80"/>
      </w:pPr>
      <w:r>
        <w:rPr>
          <w:b w:val="0"/>
          <w:i w:val="0"/>
        </w:rPr>
        <w:t>Janáček cao lêu nghêu một cách khác thường, với tư thế nghiêng người khiến ông ta trông như thể có thể ngã nhào về phía trước bất cứ lúc nào. Langdon theo ông ta vào phòng khách, nơi người đàn ông này thoải mái như ở nhà, đốt lò sưởi gas, ngồi phịch xuống chiếc ghế bành da kiểu câu lạc bộ, và bắt chéo đôi chân dài nhẳng của mình.</w:t>
      </w:r>
    </w:p>
    <w:p>
      <w:pPr>
        <w:spacing w:after="80"/>
      </w:pPr>
      <w:r>
        <w:rPr>
          <w:b w:val="0"/>
          <w:i w:val="0"/>
        </w:rPr>
        <w:t>Khi ông ta vừa an vị, chuông cửa phòng suite vang lên.</w:t>
      </w:r>
    </w:p>
    <w:p>
      <w:pPr>
        <w:spacing w:after="80"/>
      </w:pPr>
      <w:r>
        <w:rPr>
          <w:b w:val="0"/>
          <w:i w:val="0"/>
        </w:rPr>
        <w:t>Janáček chỉ tay về phía tiền sảnh. "Cho anh ta vào."</w:t>
      </w:r>
    </w:p>
    <w:p>
      <w:pPr>
        <w:spacing w:after="80"/>
      </w:pPr>
      <w:r>
        <w:rPr>
          <w:b w:val="0"/>
          <w:i/>
        </w:rPr>
        <w:t>My chůva?</w:t>
      </w:r>
      <w:r>
        <w:rPr>
          <w:b w:val="0"/>
          <w:i w:val="0"/>
        </w:rPr>
        <w:t xml:space="preserve"> Langdon lại thắc mắc, bước dọc hành lang và mở cửa.</w:t>
      </w:r>
    </w:p>
    <w:p>
      <w:pPr>
        <w:spacing w:after="80"/>
      </w:pPr>
      <w:r>
        <w:rPr>
          <w:b w:val="0"/>
          <w:i w:val="0"/>
        </w:rPr>
        <w:t>Đứng ở tiền sảnh là một người đàn ông da đen điển trai, chừng ba mươi tuổi, cao bằng Langdon—hơn sáu feet một chút—với cái đầu cạo trọc, nụ cười rạng rỡ và khuôn mặt góc cạnh. Ăn mặc chỉn chu không chê vào đâu được với áo blazer xanh, áo sơ mi hồng và cà vạt kiểu Foulard, người đàn ông này trông giống một người mẫu nam hơn là người mà Đại úy Janáček vừa mới tranh cãi bằng tiếng Séc.</w:t>
      </w:r>
    </w:p>
    <w:p>
      <w:pPr>
        <w:spacing w:after="80"/>
      </w:pPr>
      <w:r>
        <w:rPr>
          <w:b w:val="0"/>
          <w:i w:val="0"/>
        </w:rPr>
        <w:t>"Michael Harris," người đàn ông nói, chìa tay ra. "Rất vinh dự được gặp giáo sư Langdon." Giọng anh ta là giọng Mỹ, có lẽ vùng Main Line.</w:t>
      </w:r>
    </w:p>
    <w:p>
      <w:pPr>
        <w:spacing w:after="80"/>
      </w:pPr>
      <w:r>
        <w:rPr>
          <w:b w:val="0"/>
          <w:i w:val="0"/>
        </w:rPr>
        <w:t xml:space="preserve">"Cảm ơn anh," Langdon nói, bắt tay người đàn ông. </w:t>
      </w:r>
      <w:r>
        <w:rPr>
          <w:b w:val="0"/>
          <w:i/>
        </w:rPr>
        <w:t>Dù anh là ai đi nữa.</w:t>
      </w:r>
    </w:p>
    <w:p>
      <w:pPr>
        <w:spacing w:after="80"/>
      </w:pPr>
      <w:r>
        <w:rPr>
          <w:b w:val="0"/>
          <w:i w:val="0"/>
        </w:rPr>
        <w:t>"Trước hết, tôi muốn xin lỗi. Lẽ ra Đại úy Janáček phải gọi cho văn phòng của tôi trước khi thẩm vấn ngài."</w:t>
      </w:r>
    </w:p>
    <w:p>
      <w:pPr>
        <w:spacing w:after="80"/>
      </w:pPr>
      <w:r>
        <w:rPr>
          <w:b w:val="0"/>
          <w:i w:val="0"/>
        </w:rPr>
        <w:t>"Tôi hiểu rồi," Langdon nói, trong khi chẳng hiểu gì cả. "Và văn phòng của anh là…?"</w:t>
      </w:r>
    </w:p>
    <w:p>
      <w:pPr>
        <w:spacing w:after="80"/>
      </w:pPr>
      <w:r>
        <w:rPr>
          <w:b w:val="0"/>
          <w:i w:val="0"/>
        </w:rPr>
        <w:t>Harris trông có vẻ ngạc nhiên. "Ông ta không nói với ngài sao?"</w:t>
      </w:r>
    </w:p>
    <w:p>
      <w:pPr>
        <w:spacing w:after="80"/>
      </w:pPr>
      <w:r>
        <w:rPr>
          <w:b w:val="0"/>
          <w:i w:val="0"/>
        </w:rPr>
        <w:t xml:space="preserve">"Không, ông ta nói anh là </w:t>
      </w:r>
      <w:r>
        <w:rPr>
          <w:b w:val="0"/>
          <w:i/>
        </w:rPr>
        <w:t>chůva</w:t>
      </w:r>
      <w:r>
        <w:rPr>
          <w:b w:val="0"/>
          <w:i w:val="0"/>
        </w:rPr>
        <w:t xml:space="preserve"> của tôi."</w:t>
      </w:r>
    </w:p>
    <w:p>
      <w:pPr>
        <w:spacing w:after="80"/>
      </w:pPr>
      <w:r>
        <w:rPr>
          <w:b w:val="0"/>
          <w:i w:val="0"/>
        </w:rPr>
        <w:t xml:space="preserve">Harris nhíu mày, không có ý định bước vào suite. "Janáček đang tự mua vui thôi. </w:t>
      </w:r>
      <w:r>
        <w:rPr>
          <w:b w:val="0"/>
          <w:i/>
        </w:rPr>
        <w:t>Chůva</w:t>
      </w:r>
      <w:r>
        <w:rPr>
          <w:b w:val="0"/>
          <w:i w:val="0"/>
        </w:rPr>
        <w:t xml:space="preserve"> nghĩa là </w:t>
      </w:r>
      <w:r>
        <w:rPr>
          <w:b w:val="0"/>
          <w:i/>
        </w:rPr>
        <w:t>bảo mẫu</w:t>
      </w:r>
      <w:r>
        <w:rPr>
          <w:b w:val="0"/>
          <w:i w:val="0"/>
        </w:rPr>
        <w:t>. Tôi là tùy viên pháp lý của đại sứ quán Hoa Kỳ. Tôi ở đây để hỗ trợ ngài."</w:t>
      </w:r>
    </w:p>
    <w:p>
      <w:pPr>
        <w:spacing w:after="80"/>
      </w:pPr>
      <w:r>
        <w:rPr>
          <w:b w:val="0"/>
          <w:i w:val="0"/>
        </w:rPr>
        <w:t>Langdon vô cùng nhẹ nhõm khi có được sự hỗ trợ pháp lý, mặc dù anh hy vọng vị tùy viên sẽ không để ý rằng Langdon đã lỡ giết chết cái bình hoa tulip đắt tiền mà đại sứ gửi tặng như quà chào mừng.</w:t>
      </w:r>
    </w:p>
    <w:p>
      <w:pPr>
        <w:spacing w:after="80"/>
      </w:pPr>
      <w:r>
        <w:rPr>
          <w:b w:val="0"/>
          <w:i w:val="0"/>
        </w:rPr>
        <w:t>"Công việc của tôi," vị tùy viên nói, giọng nhỏ nhẹ, "là bảo vệ quyền lợi của ngài với tư cách một người Mỹ ở nước ngoài, mà theo tất cả những gì tôi nghe được đến giờ, thì sáng nay chúng đã bị chà đạp."</w:t>
      </w:r>
    </w:p>
    <w:p>
      <w:pPr>
        <w:spacing w:after="80"/>
      </w:pPr>
      <w:r>
        <w:rPr>
          <w:b w:val="0"/>
          <w:i w:val="0"/>
        </w:rPr>
        <w:t>Langdon nhún vai. "Đại úy Janáček có hơi hung hăng, nhưng xét theo hoàn cảnh, tôi có thể hiểu được hành động của ông ta."</w:t>
      </w:r>
    </w:p>
    <w:p>
      <w:pPr>
        <w:spacing w:after="80"/>
      </w:pPr>
      <w:r>
        <w:rPr>
          <w:b w:val="0"/>
          <w:i w:val="0"/>
        </w:rPr>
        <w:t>“Ngài thật hào phóng,” Harris thì thầm. “Nhưng tôi khuyên ngài nên thận trọng với lòng tốt của mình. Đội trưởng Janáček rất giỏi biến những cử chỉ lịch thiệp thành điểm yếu, và có vẻ như tình huống này…khá bất thường?”</w:t>
      </w:r>
    </w:p>
    <w:p>
      <w:pPr>
        <w:spacing w:after="80"/>
      </w:pPr>
      <w:r>
        <w:rPr>
          <w:b w:val="0"/>
          <w:i/>
        </w:rPr>
        <w:t>Ngài không biết gì đâu,</w:t>
      </w:r>
      <w:r>
        <w:rPr>
          <w:b w:val="0"/>
          <w:i w:val="0"/>
        </w:rPr>
        <w:t xml:space="preserve"> Langdon nghĩ thầm, vẫn còn bàng hoàng vì những gì mình đã thấy trên cây cầu.</w:t>
      </w:r>
    </w:p>
    <w:p>
      <w:pPr>
        <w:spacing w:after="80"/>
      </w:pPr>
      <w:r>
        <w:rPr>
          <w:b w:val="0"/>
          <w:i w:val="0"/>
        </w:rPr>
        <w:t xml:space="preserve">“Một lời khuyên,” Harris nói thêm. “Khách sạn này và Cầu Charles đều được camera an ninh giám sát rất kỹ, nghĩa là Janáček đã biết từng chi tiết về những gì đã xảy ra. Vì vậy ngài phải nói sự thật. </w:t>
      </w:r>
      <w:r>
        <w:rPr>
          <w:b w:val="0"/>
          <w:i/>
        </w:rPr>
        <w:t>Đừng nói dối.</w:t>
      </w:r>
      <w:r>
        <w:rPr>
          <w:b w:val="0"/>
          <w:i w:val="0"/>
        </w:rPr>
        <w:t>”</w:t>
      </w:r>
    </w:p>
    <w:p>
      <w:pPr>
        <w:spacing w:after="80"/>
      </w:pPr>
      <w:r>
        <w:rPr>
          <w:b w:val="0"/>
          <w:i w:val="0"/>
        </w:rPr>
        <w:t xml:space="preserve">“Harris!” Giọng Janáček vang lên từ bên trong. </w:t>
      </w:r>
      <w:r>
        <w:rPr>
          <w:b w:val="0"/>
          <w:i/>
        </w:rPr>
        <w:t>“Čekám!”</w:t>
      </w:r>
    </w:p>
    <w:p>
      <w:pPr>
        <w:spacing w:after="80"/>
      </w:pPr>
      <w:r>
        <w:rPr>
          <w:b w:val="0"/>
          <w:i/>
        </w:rPr>
        <w:t>“Už jdeme!”</w:t>
      </w:r>
      <w:r>
        <w:rPr>
          <w:b w:val="0"/>
          <w:i w:val="0"/>
        </w:rPr>
        <w:t xml:space="preserve"> Harris hét đáp lại bằng thứ tiếng nghe như tiếng Séc hoàn hảo, rồi nhìn Langdon với ánh mắt trấn an. “Đi chứ?”</w:t>
      </w:r>
    </w:p>
    <w:p>
      <w:pPr>
        <w:spacing w:after="80"/>
      </w:pPr>
      <w:r>
        <w:rPr>
          <w:b w:val="0"/>
          <w:i w:val="0"/>
        </w:rPr>
        <w:t>Họ thấy Janáček ngồi trước lò sưởi, thản nhiên phì phèo điếu thuốc Petra địa phương, ngửa đầu ra sau và thổi khói lên không trung.</w:t>
      </w:r>
    </w:p>
    <w:p>
      <w:pPr>
        <w:spacing w:after="80"/>
      </w:pPr>
      <w:r>
        <w:rPr>
          <w:b w:val="0"/>
          <w:i w:val="0"/>
        </w:rPr>
        <w:t>Thế là hết chuyện phòng không hút thuốc của chúng ta.</w:t>
      </w:r>
    </w:p>
    <w:p>
      <w:pPr>
        <w:spacing w:after="80"/>
      </w:pPr>
      <w:r>
        <w:rPr>
          <w:b w:val="0"/>
          <w:i w:val="0"/>
        </w:rPr>
        <w:t>“Mọi người ngồi đi,” Janáček ra lệnh, gõ tàn thuốc vào chậu cây trên sàn. “Giáo sư, trước khi bắt đầu, tôi muốn điện thoại của ngài.” Ông chìa bàn tay gầy guộc ra.</w:t>
      </w:r>
    </w:p>
    <w:p>
      <w:pPr>
        <w:spacing w:after="80"/>
      </w:pPr>
      <w:r>
        <w:rPr>
          <w:b w:val="0"/>
          <w:i w:val="0"/>
        </w:rPr>
        <w:t>“Không, Đội trưởng,” Harris can thiệp. “Ngài không có quyền hợp pháp—”</w:t>
      </w:r>
    </w:p>
    <w:p>
      <w:pPr>
        <w:spacing w:after="80"/>
      </w:pPr>
      <w:r>
        <w:rPr>
          <w:b w:val="0"/>
          <w:i w:val="0"/>
        </w:rPr>
        <w:t>“Điện thoại của tôi mất rồi,” Langdon nói. “Tôi làm rơi nó xuống sông.”</w:t>
      </w:r>
    </w:p>
    <w:p>
      <w:pPr>
        <w:spacing w:after="80"/>
      </w:pPr>
      <w:r>
        <w:rPr>
          <w:b w:val="0"/>
          <w:i w:val="0"/>
        </w:rPr>
        <w:t>“Tất nhiên rồi,” Janáček càu nhàu, thở ra một làn khói. “Tiện cho ngài thật đấy. Ngồi đi.”</w:t>
      </w:r>
    </w:p>
    <w:p>
      <w:pPr>
        <w:spacing w:after="80"/>
      </w:pPr>
      <w:r>
        <w:rPr>
          <w:b w:val="0"/>
          <w:i w:val="0"/>
        </w:rPr>
        <w:t>Langdon và Harris ngồi xuống đối diện Janáček.</w:t>
      </w:r>
    </w:p>
    <w:p>
      <w:pPr>
        <w:spacing w:after="80"/>
      </w:pPr>
      <w:r>
        <w:rPr>
          <w:b w:val="0"/>
          <w:i w:val="0"/>
        </w:rPr>
        <w:t xml:space="preserve">“Giáo sư,” viên đội trưởng bắt đầu, “trong lúc ngài thay đồ, ngài đã chất vấn cách tôi xử lý tình huống này. Ngài nói với tôi rằng ngài sốc vì tôi đã không </w:t>
      </w:r>
      <w:r>
        <w:rPr>
          <w:b w:val="0"/>
          <w:i/>
        </w:rPr>
        <w:t>sơ tán</w:t>
      </w:r>
      <w:r>
        <w:rPr>
          <w:b w:val="0"/>
          <w:i w:val="0"/>
        </w:rPr>
        <w:t xml:space="preserve"> khách sạn ngay khi chúng tôi phát hiện quả bom.”</w:t>
      </w:r>
    </w:p>
    <w:p>
      <w:pPr>
        <w:spacing w:after="80"/>
      </w:pPr>
      <w:r>
        <w:rPr>
          <w:b w:val="0"/>
          <w:i w:val="0"/>
        </w:rPr>
        <w:t>“Tôi ngạc nhiên thật, nhưng tôi không hề chất vấn cách ngài—”</w:t>
      </w:r>
    </w:p>
    <w:p>
      <w:pPr>
        <w:spacing w:after="80"/>
      </w:pPr>
      <w:r>
        <w:rPr>
          <w:b w:val="0"/>
          <w:i w:val="0"/>
        </w:rPr>
        <w:t>“Ông Harris?” Janáček gợi ý, quay sang viên tùy viên và rít thêm một hơi thuốc. “Có lẽ ông có thể khai sáng cho giáo sư của chúng ta?”</w:t>
      </w:r>
    </w:p>
    <w:p>
      <w:pPr>
        <w:spacing w:after="80"/>
      </w:pPr>
      <w:r>
        <w:rPr>
          <w:b w:val="0"/>
          <w:i w:val="0"/>
        </w:rPr>
        <w:t xml:space="preserve">“Tất nhiên,” Harris bình tĩnh nói. “Đó là một câu hỏi hợp lý, và dù tôi không thể nói trực tiếp về các phương pháp quy trình của Đội trưởng Janáček, tôi chắc chắn có thể xác nhận rằng hành động của ông ấy khớp với chiến lược chống khủng bố nói chung. Những vụ tấn công được công bố rộng rãi, kể cả những vụ </w:t>
      </w:r>
      <w:r>
        <w:rPr>
          <w:b w:val="0"/>
          <w:i/>
        </w:rPr>
        <w:t>thất bại</w:t>
      </w:r>
      <w:r>
        <w:rPr>
          <w:b w:val="0"/>
          <w:i w:val="0"/>
        </w:rPr>
        <w:t>, chỉ càng khiến bọn khủng bố thêm hung hăng. Phản ứng đúng đắn, khi có thể, là vô hiệu hóa mối đe dọa, giả vờ như chưa từng xảy ra, và tuyệt đối không cho bọn khủng bố bất kỳ sự chú ý nào.”</w:t>
      </w:r>
    </w:p>
    <w:p>
      <w:pPr>
        <w:spacing w:after="80"/>
      </w:pPr>
      <w:r>
        <w:rPr>
          <w:b w:val="0"/>
          <w:i w:val="0"/>
        </w:rPr>
        <w:t>“Được rồi.” Langdon tự hỏi mỗi ngày có bao nhiêu vụ tấn công khủng bố được ngăn chặn mà công chúng không hề hay biết.</w:t>
      </w:r>
    </w:p>
    <w:p>
      <w:pPr>
        <w:spacing w:after="80"/>
      </w:pPr>
      <w:r>
        <w:rPr>
          <w:b w:val="0"/>
          <w:i w:val="0"/>
        </w:rPr>
        <w:t>Janáček nghiêng người về phía Langdon, chống khuỷu tay lên đầu gối. “Còn câu hỏi nào nữa không?”</w:t>
      </w:r>
    </w:p>
    <w:p>
      <w:pPr>
        <w:spacing w:after="80"/>
      </w:pPr>
      <w:r>
        <w:rPr>
          <w:b w:val="0"/>
          <w:i w:val="0"/>
        </w:rPr>
        <w:t>“Không, thưa ngài.”</w:t>
      </w:r>
    </w:p>
    <w:p>
      <w:pPr>
        <w:spacing w:after="80"/>
      </w:pPr>
      <w:r>
        <w:rPr>
          <w:b w:val="0"/>
          <w:i w:val="0"/>
        </w:rPr>
        <w:t xml:space="preserve">“Tốt, vậy thì chuyển sang câu hỏi của </w:t>
      </w:r>
      <w:r>
        <w:rPr>
          <w:b w:val="0"/>
          <w:i/>
        </w:rPr>
        <w:t>tôi</w:t>
      </w:r>
      <w:r>
        <w:rPr>
          <w:b w:val="0"/>
          <w:i w:val="0"/>
        </w:rPr>
        <w:t>…vì tôi chỉ có một câu thôi. Và đó là câu mà cho đến giờ, giáo sư vẫn từ chối trả lời.” Janáček rít thêm một hơi thuốc rồi buông câu hỏi ra như đang nói chuyện với một đứa trẻ. “Giáo sư…</w:t>
      </w:r>
      <w:r>
        <w:rPr>
          <w:b w:val="0"/>
          <w:i/>
        </w:rPr>
        <w:t>làm sao</w:t>
      </w:r>
      <w:r>
        <w:rPr>
          <w:b w:val="0"/>
          <w:i w:val="0"/>
        </w:rPr>
        <w:t xml:space="preserve"> ông biết về quả bom?”</w:t>
      </w:r>
    </w:p>
    <w:p>
      <w:pPr>
        <w:spacing w:after="80"/>
      </w:pPr>
      <w:r>
        <w:rPr>
          <w:b w:val="0"/>
          <w:i w:val="0"/>
        </w:rPr>
        <w:t xml:space="preserve">“Tôi đâu có </w:t>
      </w:r>
      <w:r>
        <w:rPr>
          <w:b w:val="0"/>
          <w:i/>
        </w:rPr>
        <w:t>biết,</w:t>
      </w:r>
      <w:r>
        <w:rPr>
          <w:b w:val="0"/>
          <w:i w:val="0"/>
        </w:rPr>
        <w:t>” Langdon đáp. “Tôi chỉ—”</w:t>
      </w:r>
    </w:p>
    <w:p>
      <w:pPr>
        <w:spacing w:after="80"/>
      </w:pPr>
      <w:r>
        <w:rPr>
          <w:b w:val="0"/>
          <w:i w:val="0"/>
        </w:rPr>
        <w:t xml:space="preserve">“Ông đã kéo chuông báo động!” Janáček bùng nổ. “Ông biết </w:t>
      </w:r>
      <w:r>
        <w:rPr>
          <w:b w:val="0"/>
          <w:i/>
        </w:rPr>
        <w:t>có gì đó</w:t>
      </w:r>
      <w:r>
        <w:rPr>
          <w:b w:val="0"/>
          <w:i w:val="0"/>
        </w:rPr>
        <w:t>! Và giáo sư, làm ơn đừng nói lại câu ‘Phức tạp lắm’ nữa. Tôi trân trọng việc ông là một học giả nổi tiếng, nhưng tôi cũng là một người thông minh. Tôi tin mình đủ sức hiểu được những cái phức tạp của ông.”</w:t>
      </w:r>
    </w:p>
    <w:p>
      <w:pPr>
        <w:spacing w:after="80"/>
      </w:pPr>
      <w:r>
        <w:rPr>
          <w:b w:val="0"/>
          <w:i w:val="0"/>
        </w:rPr>
        <w:t>“Ông Langdon,” Harris bình tĩnh nói. “Đây là thời khắc của ông; cứ nói sự thật đi.”</w:t>
      </w:r>
    </w:p>
    <w:p>
      <w:pPr>
        <w:spacing w:after="80"/>
      </w:pPr>
      <w:r>
        <w:rPr>
          <w:b w:val="0"/>
          <w:i w:val="0"/>
        </w:rPr>
        <w:t>Langdon hít một hơi thật sâu và hy vọng rằng John Thánh Sử đã đúng khi ngài hứa rằng “sự thật sẽ giải thoát các con.”</w:t>
      </w:r>
    </w:p>
    <w:p>
      <w:pPr>
        <w:pStyle w:val="Heading1"/>
      </w:pPr>
      <w:r>
        <w:rPr>
          <w:rFonts w:ascii="Calibri" w:hAnsi="Calibri"/>
          <w:b/>
          <w:i w:val="0"/>
          <w:sz w:val="40"/>
        </w:rPr>
        <w:t>Chương 11</w:t>
      </w:r>
    </w:p>
    <w:p>
      <w:pPr>
        <w:spacing w:after="80"/>
      </w:pPr>
      <w:r>
        <w:rPr>
          <w:b w:val="0"/>
          <w:i w:val="0"/>
        </w:rPr>
        <w:t>Biên tập viên Jonas Faukman bấm chuột máy tính liên tục, mong mỏi cái máy của mình khởi động nhanh hơn. Trên đời này chỉ có hai người được cho là có quyền truy cập vào SVW riêng của Katherine Solomon—chính Katherine và, tính đến chiều nay, là Faukman.</w:t>
      </w:r>
    </w:p>
    <w:p>
      <w:pPr>
        <w:spacing w:after="80"/>
      </w:pPr>
      <w:r>
        <w:rPr>
          <w:b w:val="0"/>
          <w:i w:val="0"/>
        </w:rPr>
        <w:t>Làm sao một người từ bên ngoài lại có thể xâm nhập được?!</w:t>
      </w:r>
    </w:p>
    <w:p>
      <w:pPr>
        <w:spacing w:after="80"/>
      </w:pPr>
      <w:r>
        <w:rPr>
          <w:b w:val="0"/>
          <w:i w:val="0"/>
        </w:rPr>
        <w:t xml:space="preserve">Faukman thấy người mình như phát bệnh khi tưởng tượng ra những gì có thể đã bị xâm phạm—toàn bộ công trình nghiên cứu khoa học của Katherine, các ghi chú của cô, và quan trọng nhất, chính bản thảo. </w:t>
      </w:r>
      <w:r>
        <w:rPr>
          <w:b w:val="0"/>
          <w:i/>
        </w:rPr>
        <w:t>Nhanh lên!</w:t>
      </w:r>
      <w:r>
        <w:rPr>
          <w:b w:val="0"/>
          <w:i w:val="0"/>
        </w:rPr>
        <w:t xml:space="preserve"> ông thúc giục, chờ máy tính khởi động xong.</w:t>
      </w:r>
    </w:p>
    <w:p>
      <w:pPr>
        <w:spacing w:after="80"/>
      </w:pPr>
      <w:r>
        <w:rPr>
          <w:b w:val="0"/>
          <w:i w:val="0"/>
        </w:rPr>
        <w:t>Phía sau ông, anh kỹ thuật viên dữ liệu trẻ tuổi đang ngó qua vai Faukman, lo lắng ngân nga một mình, điều này chẳng giúp gì cho việc trấn an thần kinh của Faukman. Khi máy tính cuối cùng cũng khởi động xong, Faukman điều hướng đến đúng thư mục và bấm vào biểu tượng bí danh của phân vùng máy chủ có tên “SUM”: Solomon—Untitled Manuscript (Bản thảo chưa đặt tên).</w:t>
      </w:r>
    </w:p>
    <w:p>
      <w:pPr>
        <w:spacing w:after="80"/>
      </w:pPr>
      <w:r>
        <w:rPr>
          <w:b w:val="0"/>
          <w:i w:val="0"/>
        </w:rPr>
        <w:t>Faukman đã viết mã truy cập của Katherine lên một tấm thẻ hồ sơ và cất an toàn trong ngăn kéo, nhưng trước khi ông kịp đi lấy, máy tính phát ra một âm thanh lạ—ba tiếng bíp ngắt quãng. Faukman quay lại nhìn màn hình, tưởng sẽ thấy cửa sổ đăng nhập của Katherine, nhưng thay vào đó ông lại nhìn thấy một thông báo lỗi đỏ rực.</w:t>
      </w:r>
    </w:p>
    <w:p>
      <w:pPr>
        <w:spacing w:after="80"/>
      </w:pPr>
      <w:r>
        <w:rPr>
          <w:b w:val="0"/>
          <w:i w:val="0"/>
        </w:rPr>
        <w:t>Không tìm thấy phân vùng.</w:t>
      </w:r>
    </w:p>
    <w:p>
      <w:pPr>
        <w:spacing w:after="80"/>
      </w:pPr>
      <w:r>
        <w:rPr>
          <w:b w:val="0"/>
          <w:i w:val="0"/>
        </w:rPr>
        <w:t xml:space="preserve">“Cái quái…?” Faukman bấm lại vào biểu tượng SUM. Lại ba tiếng bíp ngắn và vẫn thông báo lỗi đó. </w:t>
      </w:r>
      <w:r>
        <w:rPr>
          <w:b w:val="0"/>
          <w:i/>
        </w:rPr>
        <w:t>Không tìm thấy phân vùng?</w:t>
      </w:r>
      <w:r>
        <w:rPr>
          <w:b w:val="0"/>
          <w:i w:val="0"/>
        </w:rPr>
        <w:t xml:space="preserve"> Faukman quay phắt sang Alex. “Toàn bộ phân vùng…</w:t>
      </w:r>
      <w:r>
        <w:rPr>
          <w:b w:val="0"/>
          <w:i/>
        </w:rPr>
        <w:t>biến mất</w:t>
      </w:r>
      <w:r>
        <w:rPr>
          <w:b w:val="0"/>
          <w:i w:val="0"/>
        </w:rPr>
        <w:t xml:space="preserve"> rồi?!” Phân vùng đó vẫn còn ở đó vào chiều nay khi Faukman kiểm tra mật khẩu của Katherine. </w:t>
      </w:r>
      <w:r>
        <w:rPr>
          <w:b w:val="0"/>
          <w:i/>
        </w:rPr>
        <w:t>Nó đi đâu rồi?!</w:t>
      </w:r>
    </w:p>
    <w:p>
      <w:pPr>
        <w:spacing w:after="80"/>
      </w:pPr>
      <w:r>
        <w:rPr>
          <w:b w:val="0"/>
          <w:i w:val="0"/>
        </w:rPr>
        <w:t>Anh chàng kỹ thuật viên mắt tròn xoe, quỳ xuống bên cạnh Faukman và giành lấy bàn phím cùng chuột của ông. Faukman nín thở khi anh ta làm việc, những ngón tay bay múa. Lần thử này đến lần thử khác, anh ta đều nhận được cùng một kết quả. Ba tiếng bíp lớn.</w:t>
      </w:r>
    </w:p>
    <w:p>
      <w:pPr>
        <w:spacing w:after="80"/>
      </w:pPr>
      <w:r>
        <w:rPr>
          <w:b w:val="0"/>
          <w:i w:val="0"/>
        </w:rPr>
        <w:t>Không tìm thấy phân vùng.</w:t>
      </w:r>
    </w:p>
    <w:p>
      <w:pPr>
        <w:spacing w:after="80"/>
      </w:pPr>
      <w:r>
        <w:rPr>
          <w:b w:val="0"/>
          <w:i w:val="0"/>
        </w:rPr>
        <w:t>“Đừng hoảng,” cậu nhóc nói, giọng nghe hoàn toàn hoảng loạn. “Điều này chỉ có nghĩa là để xóa dấu vết, họ đã thanh lọc phân vùng.”</w:t>
      </w:r>
    </w:p>
    <w:p>
      <w:pPr>
        <w:spacing w:after="80"/>
      </w:pPr>
      <w:r>
        <w:rPr>
          <w:b w:val="0"/>
          <w:i w:val="0"/>
        </w:rPr>
        <w:t>“Thanh lọc?”</w:t>
      </w:r>
    </w:p>
    <w:p>
      <w:pPr>
        <w:spacing w:after="80"/>
      </w:pPr>
      <w:r>
        <w:rPr>
          <w:b w:val="0"/>
          <w:i w:val="0"/>
        </w:rPr>
        <w:t xml:space="preserve">“Vâng, thưa ông, nghĩa là </w:t>
      </w:r>
      <w:r>
        <w:rPr>
          <w:b w:val="0"/>
          <w:i/>
        </w:rPr>
        <w:t>đã xóa.</w:t>
      </w:r>
      <w:r>
        <w:rPr>
          <w:b w:val="0"/>
          <w:i w:val="0"/>
        </w:rPr>
        <w:t xml:space="preserve"> Dữ liệu của ông—”</w:t>
      </w:r>
    </w:p>
    <w:p>
      <w:pPr>
        <w:spacing w:after="80"/>
      </w:pPr>
      <w:r>
        <w:rPr>
          <w:b w:val="0"/>
          <w:i w:val="0"/>
        </w:rPr>
        <w:t xml:space="preserve">“Cảm ơn, tôi quen với định nghĩa của ‘thanh lọc’ rồi. Ý cậu là ai đó đã </w:t>
      </w:r>
      <w:r>
        <w:rPr>
          <w:b w:val="0"/>
          <w:i/>
        </w:rPr>
        <w:t>xóa</w:t>
      </w:r>
      <w:r>
        <w:rPr>
          <w:b w:val="0"/>
          <w:i w:val="0"/>
        </w:rPr>
        <w:t xml:space="preserve"> toàn bộ nghiên cứu và các bản thảo liên quan đến tựa sách này?”</w:t>
      </w:r>
    </w:p>
    <w:p>
      <w:pPr>
        <w:spacing w:after="80"/>
      </w:pPr>
      <w:r>
        <w:rPr>
          <w:b w:val="0"/>
          <w:i w:val="0"/>
        </w:rPr>
        <w:t>“Vâng, thưa ông. Thanh lọc là một giao thức phổ biến sau khi bị hack. Nó khiến việc truy vết hacker khó khăn hơn.” Anh ta lại bắt đầu gõ. “Nhưng đừng lo, ông Faukman, chúng ta có hệ thống dự phòng, và toàn bộ dữ liệu của ông vẫn sẽ tồn tại trên bản sao lưu ngoài cơ sở của PRH. Nó nằm ở kho phân phối của chúng ta ở Maryland. Tôi đang đăng nhập để khôi phục đây.”</w:t>
      </w:r>
    </w:p>
    <w:p>
      <w:pPr>
        <w:spacing w:after="80"/>
      </w:pPr>
      <w:r>
        <w:rPr>
          <w:b w:val="0"/>
          <w:i w:val="0"/>
        </w:rPr>
        <w:t>Đầu ngón tay của Alex nhòe đi. “Chúng ta chỉ cần truy cập phân vùng từ xa và di chuyển—”</w:t>
      </w:r>
    </w:p>
    <w:p>
      <w:pPr>
        <w:spacing w:after="80"/>
      </w:pPr>
      <w:r>
        <w:rPr>
          <w:b w:val="0"/>
          <w:i w:val="0"/>
        </w:rPr>
        <w:t>Máy tính lại phát ra ba tiếng bíp ngắn. Một hộp thoại quen thuộc lóe lên trên màn hình.</w:t>
      </w:r>
    </w:p>
    <w:p>
      <w:pPr>
        <w:spacing w:after="80"/>
      </w:pPr>
      <w:r>
        <w:rPr>
          <w:b w:val="0"/>
          <w:i w:val="0"/>
        </w:rPr>
        <w:t>Không tìm thấy phân vùng.</w:t>
      </w:r>
    </w:p>
    <w:p>
      <w:pPr>
        <w:spacing w:after="80"/>
      </w:pPr>
      <w:r>
        <w:rPr>
          <w:b w:val="0"/>
          <w:i w:val="0"/>
        </w:rPr>
        <w:t>Mắt anh chàng kỹ thuật viên mở to hơn khi anh ta thử lại máy chủ dự phòng.</w:t>
      </w:r>
    </w:p>
    <w:p>
      <w:pPr>
        <w:spacing w:after="80"/>
      </w:pPr>
      <w:r>
        <w:rPr>
          <w:b w:val="0"/>
          <w:i w:val="0"/>
        </w:rPr>
        <w:t>Không tìm thấy phân vùng.</w:t>
      </w:r>
    </w:p>
    <w:p>
      <w:pPr>
        <w:spacing w:after="80"/>
      </w:pPr>
      <w:r>
        <w:rPr>
          <w:b w:val="0"/>
          <w:i w:val="0"/>
        </w:rPr>
        <w:t>“Ôi…không,” cậu nhóc nói.</w:t>
      </w:r>
    </w:p>
    <w:p>
      <w:pPr>
        <w:spacing w:after="80"/>
      </w:pPr>
      <w:r>
        <w:rPr>
          <w:b w:val="0"/>
          <w:i w:val="0"/>
        </w:rPr>
        <w:t xml:space="preserve">Faukman bỗng cảm thấy yếu ớt. </w:t>
      </w:r>
      <w:r>
        <w:rPr>
          <w:b w:val="0"/>
          <w:i/>
        </w:rPr>
        <w:t>Phân vùng của Katherine bị xóa khỏi</w:t>
      </w:r>
      <w:r>
        <w:rPr>
          <w:b w:val="0"/>
          <w:i w:val="0"/>
        </w:rPr>
        <w:t xml:space="preserve"> cả </w:t>
      </w:r>
      <w:r>
        <w:rPr>
          <w:b w:val="0"/>
          <w:i/>
        </w:rPr>
        <w:t>hai</w:t>
      </w:r>
      <w:r>
        <w:rPr>
          <w:b w:val="0"/>
          <w:i w:val="0"/>
        </w:rPr>
        <w:t xml:space="preserve"> máy chủ?! Cùng với bản thảo và ghi chú của cô ấy?</w:t>
      </w:r>
    </w:p>
    <w:p>
      <w:pPr>
        <w:spacing w:after="80"/>
      </w:pPr>
      <w:r>
        <w:rPr>
          <w:b w:val="0"/>
          <w:i w:val="0"/>
        </w:rPr>
        <w:t>Alex Conan bật dậy và tiến về phía cửa. “Tôi cần đến trạm máy của mình, thưa ông. Tôi chưa từng thấy điều gì như thế này trước đây—đây là một vụ xâm nhập nghiêm trọng.”</w:t>
      </w:r>
    </w:p>
    <w:p>
      <w:pPr>
        <w:spacing w:after="80"/>
      </w:pPr>
      <w:r>
        <w:rPr>
          <w:b w:val="0"/>
          <w:i w:val="0"/>
        </w:rPr>
        <w:t>Chứ còn gì nữa!</w:t>
      </w:r>
    </w:p>
    <w:p>
      <w:pPr>
        <w:spacing w:after="80"/>
      </w:pPr>
      <w:r>
        <w:rPr>
          <w:b w:val="0"/>
          <w:i w:val="0"/>
        </w:rPr>
        <w:t>Faukman ngồi bất động trên ghế khi tiếng bước chân của cậu nhóc xa dần xuống hành lang vắng. "Tôi cần những tập tin đó, Alex!" ông gọi với theo. "Tác giả của tôi đã giao phó cho tôi cả năm trời tác phẩm của cô ấy!"</w:t>
      </w:r>
    </w:p>
    <w:p>
      <w:pPr>
        <w:jc w:val="center"/>
      </w:pPr>
      <w:r>
        <w:drawing>
          <wp:inline xmlns:a="http://schemas.openxmlformats.org/drawingml/2006/main" xmlns:pic="http://schemas.openxmlformats.org/drawingml/2006/picture">
            <wp:extent cx="5486400" cy="362122"/>
            <wp:docPr id="14" name="Picture 14"/>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Suốt đêm ở London, ông Finch đã theo dõi một bối cảnh đang thay đổi.</w:t>
      </w:r>
    </w:p>
    <w:p>
      <w:pPr>
        <w:spacing w:after="80"/>
      </w:pPr>
      <w:r>
        <w:rPr>
          <w:b w:val="0"/>
          <w:i w:val="0"/>
        </w:rPr>
        <w:t xml:space="preserve">Đầu tiên là Brigita Gessner. Nhà thần kinh học này đã gửi cho Finch một tin nhắn vô cùng đáng lo về bản thảo của Katherine Solomon, rồi dường như bốc hơi mất. </w:t>
      </w:r>
      <w:r>
        <w:rPr>
          <w:b w:val="0"/>
          <w:i/>
        </w:rPr>
        <w:t>Im lặng hoàn toàn.</w:t>
      </w:r>
    </w:p>
    <w:p>
      <w:pPr>
        <w:spacing w:after="80"/>
      </w:pPr>
      <w:r>
        <w:rPr>
          <w:b w:val="0"/>
          <w:i w:val="0"/>
        </w:rPr>
        <w:t xml:space="preserve">Thứ hai là chính Katherine Solomon. Ba mươi lăm phút trước ở Prague, Solomon đã làm một việc bất ngờ đến mức không thể làm ngơ. </w:t>
      </w:r>
      <w:r>
        <w:rPr>
          <w:b w:val="0"/>
          <w:i/>
        </w:rPr>
        <w:t>Cần phải hành động ngay lập tức.</w:t>
      </w:r>
    </w:p>
    <w:p>
      <w:pPr>
        <w:spacing w:after="80"/>
      </w:pPr>
      <w:r>
        <w:rPr>
          <w:b w:val="0"/>
          <w:i w:val="0"/>
        </w:rPr>
        <w:t>Finch đã cân nhắc việc báo cho cấp trên ở Mỹ, nhưng ở đó đang là nửa đêm, và họ đã trao cho ông "quyền kiểm soát tác chiến đơn phương" để đưa ra các quyết định chiến lược. Vị thế quyền lực của các cấp trên cũng đòi hỏi khả năng phủ nhận hợp lý đối với những hoạt động mập mờ về mặt đạo đức.</w:t>
      </w:r>
    </w:p>
    <w:p>
      <w:pPr>
        <w:spacing w:after="80"/>
      </w:pPr>
      <w:r>
        <w:rPr>
          <w:b w:val="0"/>
          <w:i/>
        </w:rPr>
        <w:t>Những hoạt động như thế này,</w:t>
      </w:r>
      <w:r>
        <w:rPr>
          <w:b w:val="0"/>
          <w:i w:val="0"/>
        </w:rPr>
        <w:t xml:space="preserve"> Finch nghĩ, biết rằng các đồng nghiệp của ông </w:t>
      </w:r>
      <w:r>
        <w:rPr>
          <w:b w:val="0"/>
          <w:i/>
        </w:rPr>
        <w:t>không</w:t>
      </w:r>
      <w:r>
        <w:rPr>
          <w:b w:val="0"/>
          <w:i w:val="0"/>
        </w:rPr>
        <w:t xml:space="preserve"> muốn biết Finch đạt được kết quả bằng cách nào.</w:t>
      </w:r>
    </w:p>
    <w:p>
      <w:pPr>
        <w:spacing w:after="80"/>
      </w:pPr>
      <w:r>
        <w:rPr>
          <w:b w:val="0"/>
          <w:i w:val="0"/>
        </w:rPr>
        <w:t>Và thế là, chỉ trong vòng vài phút sau khi biết được hành động của Solomon, ông đã làm theo bản năng và bóp cò, truyền đi hai từ vào hiện trường.</w:t>
      </w:r>
    </w:p>
    <w:p>
      <w:pPr>
        <w:spacing w:after="80"/>
      </w:pPr>
      <w:r>
        <w:rPr>
          <w:b w:val="0"/>
          <w:i w:val="0"/>
        </w:rPr>
        <w:t>Thực hiện ngay.</w:t>
      </w:r>
    </w:p>
    <w:p>
      <w:pPr>
        <w:spacing w:after="80"/>
      </w:pPr>
      <w:r>
        <w:rPr>
          <w:b w:val="0"/>
          <w:i w:val="0"/>
        </w:rPr>
        <w:t>Mệnh lệnh đã được xác nhận bởi những người liên lạc của ông đang túc trực ở Prague và Thành phố New York.</w:t>
      </w:r>
    </w:p>
    <w:p>
      <w:pPr>
        <w:pStyle w:val="Heading1"/>
      </w:pPr>
      <w:r>
        <w:rPr>
          <w:rFonts w:ascii="Calibri" w:hAnsi="Calibri"/>
          <w:b/>
          <w:i w:val="0"/>
          <w:sz w:val="40"/>
        </w:rPr>
        <w:t>Chương 12</w:t>
      </w:r>
    </w:p>
    <w:p>
      <w:pPr>
        <w:spacing w:after="80"/>
      </w:pPr>
      <w:r>
        <w:rPr>
          <w:b w:val="0"/>
          <w:i w:val="0"/>
        </w:rPr>
        <w:t>"</w:t>
      </w:r>
      <w:r>
        <w:rPr>
          <w:b w:val="0"/>
          <w:i/>
        </w:rPr>
        <w:t>Đây</w:t>
      </w:r>
      <w:r>
        <w:rPr>
          <w:b w:val="0"/>
          <w:i w:val="0"/>
        </w:rPr>
        <w:t xml:space="preserve"> có phải là người phụ nữ mà anh đã thấy không?" Đại úy Janáček hỏi, giơ lên một chiếc máy tính bảng. Màn hình hiển thị một đoạn video mờ hạt ghi lại hình ảnh người phụ nữ với những gai đen quấn quanh đầu và cầm một ngọn giáo.</w:t>
      </w:r>
    </w:p>
    <w:p>
      <w:pPr>
        <w:spacing w:after="80"/>
      </w:pPr>
      <w:r>
        <w:rPr>
          <w:b w:val="0"/>
          <w:i w:val="0"/>
        </w:rPr>
        <w:t>Janáček và Tùy viên Harris đang ngồi đối diện Langdon trước lò sưởi.</w:t>
      </w:r>
    </w:p>
    <w:p>
      <w:pPr>
        <w:spacing w:after="80"/>
      </w:pPr>
      <w:r>
        <w:rPr>
          <w:b w:val="0"/>
          <w:i w:val="0"/>
        </w:rPr>
        <w:t>"Đúng, chính là cô ta," Langdon đáp, nhớ lại cơn hoảng loạn của mình.</w:t>
      </w:r>
    </w:p>
    <w:p>
      <w:pPr>
        <w:spacing w:after="80"/>
      </w:pPr>
      <w:r>
        <w:rPr>
          <w:b w:val="0"/>
          <w:i w:val="0"/>
        </w:rPr>
        <w:t>"Theo các video giám sát," Janáček nói, "anh đã ở trên cầu, anh đi ngang qua người phụ nữ này ở giữa cầu, dừng lại nói chuyện với cô ta, rồi đột nhiên chạy ngược về đây và sơ tán khách sạn. Người phụ nữ này đã nói gì với anh?"</w:t>
      </w:r>
    </w:p>
    <w:p>
      <w:pPr>
        <w:spacing w:after="80"/>
      </w:pPr>
      <w:r>
        <w:rPr>
          <w:b w:val="0"/>
          <w:i w:val="0"/>
        </w:rPr>
        <w:t>"Không gì cả," Langdon đáp. "Cô ta phớt lờ tôi và tiếp tục bước đi."</w:t>
      </w:r>
    </w:p>
    <w:p>
      <w:pPr>
        <w:spacing w:after="80"/>
      </w:pPr>
      <w:r>
        <w:rPr>
          <w:b w:val="0"/>
          <w:i w:val="0"/>
        </w:rPr>
        <w:t xml:space="preserve">"Cô ta nói </w:t>
      </w:r>
      <w:r>
        <w:rPr>
          <w:b w:val="0"/>
          <w:i/>
        </w:rPr>
        <w:t>không gì cả</w:t>
      </w:r>
      <w:r>
        <w:rPr>
          <w:b w:val="0"/>
          <w:i w:val="0"/>
        </w:rPr>
        <w:t>?" Janáček bật cười. "Giáo sư, nếu cô ta không nói gì…thì điều gì khiến anh hoảng loạn?"</w:t>
      </w:r>
    </w:p>
    <w:p>
      <w:pPr>
        <w:spacing w:after="80"/>
      </w:pPr>
      <w:r>
        <w:rPr>
          <w:b w:val="0"/>
          <w:i w:val="0"/>
        </w:rPr>
        <w:t>Harris trông cũng bối rối không kém.</w:t>
      </w:r>
    </w:p>
    <w:p>
      <w:pPr>
        <w:spacing w:after="80"/>
      </w:pPr>
      <w:r>
        <w:rPr>
          <w:b w:val="0"/>
          <w:i w:val="0"/>
        </w:rPr>
        <w:t>"Cô ấy đội một chiếc mũ có gai kỳ lạ…và cầm một ngọn giáo," Langdon nói. "Còn có một…mùi rất nồng nữa." Langdon chợt nhận ra điều này nghe kỳ cục đến mức nào.</w:t>
      </w:r>
    </w:p>
    <w:p>
      <w:pPr>
        <w:spacing w:after="80"/>
      </w:pPr>
      <w:r>
        <w:rPr>
          <w:b w:val="0"/>
          <w:i w:val="0"/>
        </w:rPr>
        <w:t>Vị đội trưởng nhướng mày. "Anh không thích mùi của cô ta? Nên anh bỏ chạy?"</w:t>
      </w:r>
    </w:p>
    <w:p>
      <w:pPr>
        <w:spacing w:after="80"/>
      </w:pPr>
      <w:r>
        <w:rPr>
          <w:b w:val="0"/>
          <w:i w:val="0"/>
        </w:rPr>
        <w:t>"Cô ấy có mùi…tử thần."</w:t>
      </w:r>
    </w:p>
    <w:p>
      <w:pPr>
        <w:spacing w:after="80"/>
      </w:pPr>
      <w:r>
        <w:rPr>
          <w:b w:val="0"/>
          <w:i w:val="0"/>
        </w:rPr>
        <w:t xml:space="preserve">Janáček nhìn chằm chằm vào anh. "Tử thần? Vậy chính xác thì </w:t>
      </w:r>
      <w:r>
        <w:rPr>
          <w:b w:val="0"/>
          <w:i/>
        </w:rPr>
        <w:t>tử thần</w:t>
      </w:r>
      <w:r>
        <w:rPr>
          <w:b w:val="0"/>
          <w:i w:val="0"/>
        </w:rPr>
        <w:t xml:space="preserve"> có mùi thế nào?"</w:t>
      </w:r>
    </w:p>
    <w:p>
      <w:pPr>
        <w:spacing w:after="80"/>
      </w:pPr>
      <w:r>
        <w:rPr>
          <w:b w:val="0"/>
          <w:i w:val="0"/>
        </w:rPr>
        <w:t>"Tôi không biết…mùi phân hủy, lưu huỳnh, thối rữa…Thật phức tạp—"</w:t>
      </w:r>
    </w:p>
    <w:p>
      <w:pPr>
        <w:spacing w:after="80"/>
      </w:pPr>
      <w:r>
        <w:rPr>
          <w:b w:val="0"/>
          <w:i w:val="0"/>
        </w:rPr>
        <w:t>"Giáo sư Langdon!" Janáček quát. "Sao anh biết tòa nhà này cần phải sơ tán?!"</w:t>
      </w:r>
    </w:p>
    <w:p>
      <w:pPr>
        <w:spacing w:after="80"/>
      </w:pPr>
      <w:r>
        <w:rPr>
          <w:b w:val="0"/>
          <w:i w:val="0"/>
        </w:rPr>
        <w:t>"Đội trưởng," Harris xen vào. "Có lẽ ta nên cho ông Langdon một chút thời gian để giải thích?"</w:t>
      </w:r>
    </w:p>
    <w:p>
      <w:pPr>
        <w:spacing w:after="80"/>
      </w:pPr>
      <w:r>
        <w:rPr>
          <w:b w:val="0"/>
          <w:i w:val="0"/>
        </w:rPr>
        <w:t>Janáček gõ bút lên cuốn sổ, không hề rời mắt.</w:t>
      </w:r>
    </w:p>
    <w:p>
      <w:pPr>
        <w:spacing w:after="80"/>
      </w:pPr>
      <w:r>
        <w:rPr>
          <w:b w:val="0"/>
          <w:i w:val="0"/>
        </w:rPr>
        <w:t xml:space="preserve">Langdon hít một hơi thật sâu. </w:t>
      </w:r>
      <w:r>
        <w:rPr>
          <w:b w:val="0"/>
          <w:i/>
        </w:rPr>
        <w:t>Được rồi, liều thôi.</w:t>
      </w:r>
    </w:p>
    <w:p>
      <w:pPr>
        <w:spacing w:after="80"/>
      </w:pPr>
      <w:r>
        <w:rPr>
          <w:b w:val="0"/>
          <w:i w:val="0"/>
        </w:rPr>
        <w:t>"Đêm qua," anh bắt đầu, giọng cố gắng hết mức bình thản, "đồng nghiệp của tôi, Katherine Solomon, đã có một buổi thuyết trình tại lâu đài Prague. Sau đó, cô ấy và tôi trở về khách sạn này và uống một ly ở quầy bar tầng dưới. Chúng tôi có thêm một nhà thần kinh học nổi tiếng người Séc—Tiến sĩ Brigita Gessner—người đã góp công lớn trong việc mời Katherine đến Prague. Tiến sĩ Gessner khăng khăng mời Katherine thử món absinthe Bohemia địa phương, và cô ấy đã thử, khiến giấc ngủ đêm đó chập chờn."</w:t>
      </w:r>
    </w:p>
    <w:p>
      <w:pPr>
        <w:spacing w:after="80"/>
      </w:pPr>
      <w:r>
        <w:rPr>
          <w:b w:val="0"/>
          <w:i w:val="0"/>
        </w:rPr>
        <w:t>Janáček ghi chép. "Tiếp đi."</w:t>
      </w:r>
    </w:p>
    <w:p>
      <w:pPr>
        <w:spacing w:after="80"/>
      </w:pPr>
      <w:r>
        <w:rPr>
          <w:b w:val="0"/>
          <w:i w:val="0"/>
        </w:rPr>
        <w:t>"Vào khoảng một giờ ba mươi sáng," Langdon tiếp tục, "Katherine tỉnh dậy trong hoảng loạn vì một cơn ác mộng. Cô ấy vô cùng kích động. Tôi đưa cô ấy ra phòng này, cho ngồi xuống bên lò sưởi, pha chút trà, để cô ấy lấy lại bình tĩnh, rồi khi cô ấy đã dịu lại, cả hai chúng tôi quay về giường."</w:t>
      </w:r>
    </w:p>
    <w:p>
      <w:pPr>
        <w:spacing w:after="80"/>
      </w:pPr>
      <w:r>
        <w:rPr>
          <w:b w:val="0"/>
          <w:i w:val="0"/>
        </w:rPr>
        <w:t xml:space="preserve">"Anh thật tốt bụng," Janáček càu nhàu. "Và chuyện này liên quan đến màn sơ tán của anh </w:t>
      </w:r>
      <w:r>
        <w:rPr>
          <w:b w:val="0"/>
          <w:i/>
        </w:rPr>
        <w:t>thế nào</w:t>
      </w:r>
      <w:r>
        <w:rPr>
          <w:b w:val="0"/>
          <w:i w:val="0"/>
        </w:rPr>
        <w:t>?"</w:t>
      </w:r>
    </w:p>
    <w:p>
      <w:pPr>
        <w:spacing w:after="80"/>
      </w:pPr>
      <w:r>
        <w:rPr>
          <w:b w:val="0"/>
          <w:i w:val="0"/>
        </w:rPr>
        <w:t>Langdon im lặng, cân nhắc cách giải thích tốt nhất. Rồi, lấy hết can đảm đón phản ứng của họ, anh nói ra sự thật. "Cơn ác mộng của Katherine," anh nói bình tĩnh hết mức có thể. "Cô ấy mơ thấy có một vụ nổ chết người…trong khách sạn này."</w:t>
      </w:r>
    </w:p>
    <w:p>
      <w:pPr>
        <w:spacing w:after="80"/>
      </w:pPr>
      <w:r>
        <w:rPr>
          <w:b w:val="0"/>
          <w:i w:val="0"/>
        </w:rPr>
        <w:t>Langdon có thể thấy cả Janáček lẫn Harris đều không lường trước phản ứng này.</w:t>
      </w:r>
    </w:p>
    <w:p>
      <w:pPr>
        <w:spacing w:after="80"/>
      </w:pPr>
      <w:r>
        <w:rPr>
          <w:b w:val="0"/>
          <w:i w:val="0"/>
        </w:rPr>
        <w:t>“Điều đó rõ ràng là rất đáng báo động…” Harris nói khẽ. “Nhưng người phụ nữ…trên cầu? Tại sao anh lại bỏ chạy khi nhìn thấy cô ta?”</w:t>
      </w:r>
    </w:p>
    <w:p>
      <w:pPr>
        <w:spacing w:after="80"/>
      </w:pPr>
      <w:r>
        <w:rPr>
          <w:b w:val="0"/>
          <w:i w:val="0"/>
        </w:rPr>
        <w:t>Langdon thở dài, nói chậm rãi. “Bởi vì trong giấc mơ của Katherine, một người phụ nữ xuất hiện bên cạnh giường của chúng tôi trong căn phòng này. Cô ta mặc đồ đen và đội…” Langdon chỉ vào hình ảnh trên iPad. “Đúng y như thế này—một chiếc mũ đội đầu đen có gai. Và cô ta cầm một ngọn giáo bạc. Người phụ nữ đó toát ra mùi chết chóc và nói rằng Katherine sẽ chết.” Langdon ngừng lại. “Và rồi, trong giấc mơ, toàn bộ khách sạn này phát nổ, giết chết tất cả mọi người.”</w:t>
      </w:r>
    </w:p>
    <w:p>
      <w:pPr>
        <w:spacing w:after="80"/>
      </w:pPr>
      <w:r>
        <w:rPr>
          <w:b w:val="0"/>
          <w:i/>
        </w:rPr>
        <w:t>“Hovadina!”</w:t>
      </w:r>
      <w:r>
        <w:rPr>
          <w:b w:val="0"/>
          <w:i w:val="0"/>
        </w:rPr>
        <w:t xml:space="preserve"> Janáček bùng nổ. “</w:t>
      </w:r>
      <w:r>
        <w:rPr>
          <w:b w:val="0"/>
          <w:i/>
        </w:rPr>
        <w:t>Vớ vẩn!</w:t>
      </w:r>
      <w:r>
        <w:rPr>
          <w:b w:val="0"/>
          <w:i w:val="0"/>
        </w:rPr>
        <w:t xml:space="preserve"> Như người Mỹ các anh hay nói! Tôi không tin một chữ nào trong chuyện này!”</w:t>
      </w:r>
    </w:p>
    <w:p>
      <w:pPr>
        <w:spacing w:after="80"/>
      </w:pPr>
      <w:r>
        <w:rPr>
          <w:b w:val="0"/>
          <w:i w:val="0"/>
        </w:rPr>
        <w:t>Vẻ mặt của Harris trông cũng hoài nghi không kém.</w:t>
      </w:r>
    </w:p>
    <w:p>
      <w:pPr>
        <w:spacing w:after="80"/>
      </w:pPr>
      <w:r>
        <w:rPr>
          <w:b w:val="0"/>
          <w:i w:val="0"/>
        </w:rPr>
        <w:t>“Tôi hiểu phản ứng của ông,” Langdon nói. “Bản thân tôi vẫn đang cố nắm bắt chuyện này, nhưng tôi đang nói sự thật. Sáng nay, khi tôi nhìn thấy chính người phụ nữ trong giấc mơ của Katherine, bằng xương bằng thịt, tôi đã hoảng loạn. Tôi sợ rằng có lẽ giấc mơ đó là một kiểu…tôi không biết nữa…lời cảnh báo.”</w:t>
      </w:r>
    </w:p>
    <w:p>
      <w:pPr>
        <w:spacing w:after="80"/>
      </w:pPr>
      <w:r>
        <w:rPr>
          <w:b w:val="0"/>
          <w:i w:val="0"/>
        </w:rPr>
        <w:t xml:space="preserve">“Một giấc mơ cảnh báo?!” Janáček gắt gỏng, giọng Séc nặng trịch của ông khiến tình huống nghe càng khó tin hơn. “Vậy nói tôi nghe, trong giấc mơ kỳ diệu của cô Solomon, quả bom phát nổ lúc </w:t>
      </w:r>
      <w:r>
        <w:rPr>
          <w:b w:val="0"/>
          <w:i/>
        </w:rPr>
        <w:t>mấy giờ</w:t>
      </w:r>
      <w:r>
        <w:rPr>
          <w:b w:val="0"/>
          <w:i w:val="0"/>
        </w:rPr>
        <w:t>?”</w:t>
      </w:r>
    </w:p>
    <w:p>
      <w:pPr>
        <w:spacing w:after="80"/>
      </w:pPr>
      <w:r>
        <w:rPr>
          <w:b w:val="0"/>
          <w:i w:val="0"/>
        </w:rPr>
        <w:t>Langdon suy nghĩ. “Tôi không biết. Cô ấy không nhắc đến giờ.”</w:t>
      </w:r>
    </w:p>
    <w:p>
      <w:pPr>
        <w:spacing w:after="80"/>
      </w:pPr>
      <w:r>
        <w:rPr>
          <w:b w:val="0"/>
          <w:i w:val="0"/>
        </w:rPr>
        <w:t>“Vậy mà anh lại nhảy ra khỏi cửa sổ để trốn thoát trước bảy giờ sáng, đúng thời điểm quả bom được cài để phát nổ. Làm sao anh biết bảy giờ sáng?!”</w:t>
      </w:r>
    </w:p>
    <w:p>
      <w:pPr>
        <w:spacing w:after="80"/>
      </w:pPr>
      <w:r>
        <w:rPr>
          <w:b w:val="0"/>
          <w:i w:val="0"/>
        </w:rPr>
        <w:t xml:space="preserve">“Tôi </w:t>
      </w:r>
      <w:r>
        <w:rPr>
          <w:b w:val="0"/>
          <w:i/>
        </w:rPr>
        <w:t>không biết,</w:t>
      </w:r>
      <w:r>
        <w:rPr>
          <w:b w:val="0"/>
          <w:i w:val="0"/>
        </w:rPr>
        <w:t>” Langdon nói. “Chuông nhà thờ bắt đầu đổ, và không hiểu sao, mọi thứ cứ va đập vào nhau trong đầu tôi—”</w:t>
      </w:r>
    </w:p>
    <w:p>
      <w:pPr>
        <w:spacing w:after="80"/>
      </w:pPr>
      <w:r>
        <w:rPr>
          <w:b w:val="0"/>
          <w:i/>
        </w:rPr>
        <w:t>“Ještě větší hovadina!”</w:t>
      </w:r>
      <w:r>
        <w:rPr>
          <w:b w:val="0"/>
          <w:i w:val="0"/>
        </w:rPr>
        <w:t xml:space="preserve"> Janáček phun ra, nhảy dựng lên và lao về phía Langdon đầy đe dọa. “Vớ vẩn gấp đôi! Anh đang nói dối tôi!”</w:t>
      </w:r>
    </w:p>
    <w:p>
      <w:pPr>
        <w:spacing w:after="80"/>
      </w:pPr>
      <w:r>
        <w:rPr>
          <w:b w:val="0"/>
          <w:i w:val="0"/>
        </w:rPr>
        <w:t>Harris nhảy lên để bảo vệ, đối mặt với Janáček. “Đội trưởng, thế là đủ rồi.”</w:t>
      </w:r>
    </w:p>
    <w:p>
      <w:pPr>
        <w:spacing w:after="80"/>
      </w:pPr>
      <w:r>
        <w:rPr>
          <w:b w:val="0"/>
          <w:i w:val="0"/>
        </w:rPr>
        <w:t>“Thật sao?” Janáček gắt, quay sang viên tùy viên. “Lúc bảy giờ sáng nay—đúng thời điểm quả bom được cài để phát nổ—</w:t>
      </w:r>
      <w:r>
        <w:rPr>
          <w:b w:val="0"/>
          <w:i/>
        </w:rPr>
        <w:t>cả</w:t>
      </w:r>
      <w:r>
        <w:rPr>
          <w:b w:val="0"/>
          <w:i w:val="0"/>
        </w:rPr>
        <w:t xml:space="preserve"> Robert Langdon và Katherine Solomon đều tiện thể không có mặt ở khách sạn. Rõ ràng là họ sợ mất mạng.”</w:t>
      </w:r>
    </w:p>
    <w:p>
      <w:pPr>
        <w:spacing w:after="80"/>
      </w:pPr>
      <w:r>
        <w:rPr>
          <w:b w:val="0"/>
          <w:i w:val="0"/>
        </w:rPr>
        <w:t xml:space="preserve">“Thật </w:t>
      </w:r>
      <w:r>
        <w:rPr>
          <w:b w:val="0"/>
          <w:i/>
        </w:rPr>
        <w:t>nực cười</w:t>
      </w:r>
      <w:r>
        <w:rPr>
          <w:b w:val="0"/>
          <w:i w:val="0"/>
        </w:rPr>
        <w:t>!” Langdon kêu lên, không thể kìm nén cơn giận.</w:t>
      </w:r>
    </w:p>
    <w:p>
      <w:pPr>
        <w:spacing w:after="80"/>
      </w:pPr>
      <w:r>
        <w:rPr>
          <w:b w:val="0"/>
          <w:i w:val="0"/>
        </w:rPr>
        <w:t>“Nực cười như một giấc mơ có mùi lưu huỳnh ấy?!”</w:t>
      </w:r>
    </w:p>
    <w:p>
      <w:pPr>
        <w:spacing w:after="80"/>
      </w:pPr>
      <w:r>
        <w:rPr>
          <w:b w:val="0"/>
          <w:i w:val="0"/>
        </w:rPr>
        <w:t>“Đội trưởng Janáček,” Harris cảnh báo một cách cứng rắn. “Ông đã vượt xa giới hạn rồi.”</w:t>
      </w:r>
    </w:p>
    <w:p>
      <w:pPr>
        <w:spacing w:after="80"/>
      </w:pPr>
      <w:r>
        <w:rPr>
          <w:b w:val="0"/>
          <w:i w:val="0"/>
        </w:rPr>
        <w:t>“Giới hạn nào?!” viên đội trưởng hét lên. “Một cuộc tấn công khủng bố vừa mới được ngăn chặn trong gang tấc, và bằng chứng cho thấy hai người Mỹ này đã biết trước về vụ nổ. Tôi không chấp nhận lời biện hộ về một giấc mơ kỳ diệu!”</w:t>
      </w:r>
    </w:p>
    <w:p>
      <w:pPr>
        <w:spacing w:after="80"/>
      </w:pPr>
      <w:r>
        <w:rPr>
          <w:b w:val="0"/>
          <w:i w:val="0"/>
        </w:rPr>
        <w:t>Harris nhìn chằm chằm vào Janáček và không lùi một phân. "Ông và tôi đều biết rõ là hoàn toàn không thể tưởng tượng nổi chuyện Robert Langdon hay Katherine Solomon âm mưu cho nổ tung một khách sạn. Điều đó chẳng có lý chút nào cả."</w:t>
      </w:r>
    </w:p>
    <w:p>
      <w:pPr>
        <w:spacing w:after="80"/>
      </w:pPr>
      <w:r>
        <w:rPr>
          <w:b w:val="0"/>
          <w:i w:val="0"/>
        </w:rPr>
        <w:t>"</w:t>
      </w:r>
      <w:r>
        <w:rPr>
          <w:b w:val="0"/>
          <w:i/>
        </w:rPr>
        <w:t>Có</w:t>
      </w:r>
      <w:r>
        <w:rPr>
          <w:b w:val="0"/>
          <w:i w:val="0"/>
        </w:rPr>
        <w:t xml:space="preserve"> lý đấy chứ, khi ông xét đến việc Katherine có động cơ rõ ràng."</w:t>
      </w:r>
    </w:p>
    <w:p>
      <w:pPr>
        <w:spacing w:after="80"/>
      </w:pPr>
      <w:r>
        <w:rPr>
          <w:b w:val="0"/>
          <w:i w:val="0"/>
        </w:rPr>
        <w:t>"Động cơ cho nổ tung một khách sạn ư?!" Langdon phản đối trong sự hoài nghi.</w:t>
      </w:r>
    </w:p>
    <w:p>
      <w:pPr>
        <w:spacing w:after="80"/>
      </w:pPr>
      <w:r>
        <w:rPr>
          <w:b w:val="0"/>
          <w:i w:val="0"/>
        </w:rPr>
        <w:t>"Hoàn toàn đúng," Janáček đáp. "Trong điều tra hình sự, tôi luôn tự hỏi mình một câu đơn giản: Ai là người được lợi từ tội ác này? Dù người đó là ai, dù khó tin đến đâu, thì người đó chính là nghi phạm số một của tôi."</w:t>
      </w:r>
    </w:p>
    <w:p>
      <w:pPr>
        <w:spacing w:after="80"/>
      </w:pPr>
      <w:r>
        <w:rPr>
          <w:b w:val="0"/>
          <w:i w:val="0"/>
        </w:rPr>
        <w:t xml:space="preserve">"Thưa Đội trưởng," Harris xen vào, "Katherine Solomon có thể thu được </w:t>
      </w:r>
      <w:r>
        <w:rPr>
          <w:b w:val="0"/>
          <w:i/>
        </w:rPr>
        <w:t>lợi ích</w:t>
      </w:r>
      <w:r>
        <w:rPr>
          <w:b w:val="0"/>
          <w:i w:val="0"/>
        </w:rPr>
        <w:t xml:space="preserve"> gì cơ chứ—"</w:t>
      </w:r>
    </w:p>
    <w:p>
      <w:pPr>
        <w:spacing w:after="80"/>
      </w:pPr>
      <w:r>
        <w:rPr>
          <w:b w:val="0"/>
          <w:i w:val="0"/>
        </w:rPr>
        <w:t>"Để tôi hỏi ông một điều, Giáo sư," Janáček ngắt lời, quay lại phía Langdon. "Theo tôi được biết thì cô Solomon đang viết một cuốn sách, phải không?"</w:t>
      </w:r>
    </w:p>
    <w:p>
      <w:pPr>
        <w:spacing w:after="80"/>
      </w:pPr>
      <w:r>
        <w:rPr>
          <w:b w:val="0"/>
          <w:i w:val="0"/>
        </w:rPr>
        <w:t>"Đúng vậy." Dù Katherine đã nhắc đến cuốn sách của cô trong buổi thuyết trình tối qua, Langdon vẫn thấy bất an khi biết gã đàn ông này biết về nó.</w:t>
      </w:r>
    </w:p>
    <w:p>
      <w:pPr>
        <w:spacing w:after="80"/>
      </w:pPr>
      <w:r>
        <w:rPr>
          <w:b w:val="0"/>
          <w:i w:val="0"/>
        </w:rPr>
        <w:t>"Hơn nữa," Janáček nói, "theo tôi được biết thì cuốn sách này ủng hộ sự tồn tại của những năng lực huyền bí như ngoại cảm (ESP), nhìn thấy tương lai, đại loại thế—một chuyên môn của cô Solomon. Tôi thấy rằng một bản tin về giấc mơ huyền bí đã cứu cả một khách sạn đầy người sẽ rất có ích cho uy tín của cuốn sách…và cả doanh số nữa chứ?"</w:t>
      </w:r>
    </w:p>
    <w:p>
      <w:pPr>
        <w:spacing w:after="80"/>
      </w:pPr>
      <w:r>
        <w:rPr>
          <w:b w:val="0"/>
          <w:i w:val="0"/>
        </w:rPr>
        <w:t>Langdon nhìn chằm chằm viên sĩ quan trong sự hoài nghi.</w:t>
      </w:r>
    </w:p>
    <w:p>
      <w:pPr>
        <w:spacing w:after="80"/>
      </w:pPr>
      <w:r>
        <w:rPr>
          <w:b w:val="0"/>
          <w:i w:val="0"/>
        </w:rPr>
        <w:t>"Thưa Đội trưởng," Harris nói, giọng cũng có vẻ sững sờ không kém. "Lời ám chỉ của ông rõ ràng là—"</w:t>
      </w:r>
    </w:p>
    <w:p>
      <w:pPr>
        <w:spacing w:after="80"/>
      </w:pPr>
      <w:r>
        <w:rPr>
          <w:b w:val="0"/>
          <w:i w:val="0"/>
        </w:rPr>
        <w:t xml:space="preserve">"Là lời giải thích </w:t>
      </w:r>
      <w:r>
        <w:rPr>
          <w:b w:val="0"/>
          <w:i/>
        </w:rPr>
        <w:t>duy nhất</w:t>
      </w:r>
      <w:r>
        <w:rPr>
          <w:b w:val="0"/>
          <w:i w:val="0"/>
        </w:rPr>
        <w:t xml:space="preserve"> có thể," Janáček nói.</w:t>
      </w:r>
    </w:p>
    <w:p>
      <w:pPr>
        <w:spacing w:after="80"/>
      </w:pPr>
      <w:r>
        <w:rPr>
          <w:b w:val="0"/>
          <w:i w:val="0"/>
        </w:rPr>
        <w:t xml:space="preserve">"Thưa ông," Langdon nói khẽ. "Ông đang ngụ ý rằng chuông báo cháy và cơn ác mộng là…một kiểu chiêu trò </w:t>
      </w:r>
      <w:r>
        <w:rPr>
          <w:b w:val="0"/>
          <w:i/>
        </w:rPr>
        <w:t>đánh bóng tên tuổi</w:t>
      </w:r>
      <w:r>
        <w:rPr>
          <w:b w:val="0"/>
          <w:i w:val="0"/>
        </w:rPr>
        <w:t xml:space="preserve"> nào đó sao?"</w:t>
      </w:r>
    </w:p>
    <w:p>
      <w:pPr>
        <w:spacing w:after="80"/>
      </w:pPr>
      <w:r>
        <w:rPr>
          <w:b w:val="0"/>
          <w:i w:val="0"/>
        </w:rPr>
        <w:t>Janáček nhếch mép cười và rít một hơi thuốc lá dài. "Sau ba mươi tám năm làm công tác điều tra, Giáo sư ạ, tôi tưởng mình đã thấy đủ mọi thứ. Nhưng giờ đây, trong cái thế giới mạng xã hội của các ông, tôi liên tục bị sốc vì những gì người ta sẵn sàng làm để được truyền thông đưa tin…để trở nên 'lan truyền' (viral), như người Mỹ các ông thích nói. Kế hoạch của các ông thực ra rất tài tình, an toàn và dễ thực hiện một cách đáng ngạc nhiên."</w:t>
      </w:r>
    </w:p>
    <w:p>
      <w:pPr>
        <w:spacing w:after="80"/>
      </w:pPr>
      <w:r>
        <w:rPr>
          <w:b w:val="0"/>
          <w:i w:val="0"/>
        </w:rPr>
        <w:t xml:space="preserve">"Sao ông có thể nói rằng đặt bom là </w:t>
      </w:r>
      <w:r>
        <w:rPr>
          <w:b w:val="0"/>
          <w:i/>
        </w:rPr>
        <w:t>an toàn</w:t>
      </w:r>
      <w:r>
        <w:rPr>
          <w:b w:val="0"/>
          <w:i w:val="0"/>
        </w:rPr>
        <w:t xml:space="preserve"> được chứ?!" Langdon phản đối.</w:t>
      </w:r>
    </w:p>
    <w:p>
      <w:pPr>
        <w:spacing w:after="80"/>
      </w:pPr>
      <w:r>
        <w:rPr>
          <w:b w:val="0"/>
          <w:i w:val="0"/>
        </w:rPr>
        <w:t>Harris đã im lặng.</w:t>
      </w:r>
    </w:p>
    <w:p>
      <w:pPr>
        <w:spacing w:after="80"/>
      </w:pPr>
      <w:r>
        <w:rPr>
          <w:b w:val="0"/>
          <w:i w:val="0"/>
        </w:rPr>
        <w:t>"Các ông đã đảm bảo nó an toàn," Janáček nhắc lại. "Quả bom chúng tôi tìm thấy khá nhỏ và được đặt ở một vị trí dưới tầng hầm, nơi nó sẽ chỉ gây thiệt hại tối thiểu. Các ông đã gọi một cuộc mách nước ẩn danh để chắc chắn rằng chất nổ được phát hiện trước khi có ai bị thương."</w:t>
      </w:r>
    </w:p>
    <w:p>
      <w:pPr>
        <w:spacing w:after="80"/>
      </w:pPr>
      <w:r>
        <w:rPr>
          <w:b w:val="0"/>
          <w:i w:val="0"/>
        </w:rPr>
        <w:t>Những chú chó cảnh sát ở sảnh…</w:t>
      </w:r>
    </w:p>
    <w:p>
      <w:pPr>
        <w:spacing w:after="80"/>
      </w:pPr>
      <w:r>
        <w:rPr>
          <w:b w:val="0"/>
          <w:i w:val="0"/>
        </w:rPr>
        <w:t>“Nhân tiện,” Janáček nói thêm, “vương miện gai là một chi tiết hay đấy—rất đáng nhớ và khó mà bỏ sót trên băng ghi hình an ninh.”</w:t>
      </w:r>
    </w:p>
    <w:p>
      <w:pPr>
        <w:spacing w:after="80"/>
      </w:pPr>
      <w:r>
        <w:rPr>
          <w:b w:val="0"/>
          <w:i w:val="0"/>
        </w:rPr>
        <w:t>Langdon hơi thấy buồn nôn. “Thưa ngài, không có gì xa sự thật hơn thế.”</w:t>
      </w:r>
    </w:p>
    <w:p>
      <w:pPr>
        <w:spacing w:after="80"/>
      </w:pPr>
      <w:r>
        <w:rPr>
          <w:b w:val="0"/>
          <w:i w:val="0"/>
        </w:rPr>
        <w:t xml:space="preserve">“Nếu ông tin điều đó,” viên đội trưởng nói, “thì có lẽ ông không </w:t>
      </w:r>
      <w:r>
        <w:rPr>
          <w:b w:val="0"/>
          <w:i/>
        </w:rPr>
        <w:t>biết</w:t>
      </w:r>
      <w:r>
        <w:rPr>
          <w:b w:val="0"/>
          <w:i w:val="0"/>
        </w:rPr>
        <w:t xml:space="preserve"> sự thật. Có lẽ ông không hiểu Katherine Solomon rõ như ông tưởng. Có lẽ cô ta đã làm tất cả những chuyện này sau lưng ông và lợi dụng ông như một kẻ đồng phạm không hay biết.”</w:t>
      </w:r>
    </w:p>
    <w:p>
      <w:pPr>
        <w:spacing w:after="80"/>
      </w:pPr>
      <w:r>
        <w:rPr>
          <w:b w:val="0"/>
          <w:i w:val="0"/>
        </w:rPr>
        <w:t>Langdon từ chối bận tâm đáp lại lời ông ta.</w:t>
      </w:r>
    </w:p>
    <w:p>
      <w:pPr>
        <w:spacing w:after="80"/>
      </w:pPr>
      <w:r>
        <w:rPr>
          <w:b w:val="0"/>
          <w:i w:val="0"/>
        </w:rPr>
        <w:t xml:space="preserve">“Tôi khá giỏi trong việc khám phá sự thật, Giáo sư ạ,” Janáček nói giọng phẳng lặng, “đó là lý do tôi rất muốn nghe phiên bản câu chuyện của cô Solomon. Nếu đúng là cô ta đã có một giấc mơ thành sự thật, thì có lẽ cô ta vô tội. Nhưng điều đó có nghĩa là Katherine Solomon có thể nhìn thấy tương lai, điều đó sẽ khiến cô ta thật sự rất đặc biệt. Cô ta </w:t>
      </w:r>
      <w:r>
        <w:rPr>
          <w:b w:val="0"/>
          <w:i/>
        </w:rPr>
        <w:t>đặc biệt</w:t>
      </w:r>
      <w:r>
        <w:rPr>
          <w:b w:val="0"/>
          <w:i w:val="0"/>
        </w:rPr>
        <w:t xml:space="preserve"> đến thế sao, ông Langdon?”</w:t>
      </w:r>
    </w:p>
    <w:p>
      <w:pPr>
        <w:spacing w:after="80"/>
      </w:pPr>
      <w:r>
        <w:rPr>
          <w:b w:val="0"/>
          <w:i w:val="0"/>
        </w:rPr>
        <w:t xml:space="preserve">Giọng điệu mỉa mai của ông ta khiến Langdon chẳng còn nghi ngờ gì rằng giờ đây anh và Katherine đang phải chiến đấu trong thế khó. </w:t>
      </w:r>
      <w:r>
        <w:rPr>
          <w:b w:val="0"/>
          <w:i/>
        </w:rPr>
        <w:t>Có tội cho đến khi được chứng minh vô tội.</w:t>
      </w:r>
    </w:p>
    <w:p>
      <w:pPr>
        <w:spacing w:after="80"/>
      </w:pPr>
      <w:r>
        <w:rPr>
          <w:b w:val="0"/>
          <w:i w:val="0"/>
        </w:rPr>
        <w:t xml:space="preserve">“Điều đó dẫn tôi đến câu hỏi cuối cùng,” Janáček nói. “Cô Solomon </w:t>
      </w:r>
      <w:r>
        <w:rPr>
          <w:b w:val="0"/>
          <w:i/>
        </w:rPr>
        <w:t>đang ở đâu</w:t>
      </w:r>
      <w:r>
        <w:rPr>
          <w:b w:val="0"/>
          <w:i w:val="0"/>
        </w:rPr>
        <w:t xml:space="preserve"> ngay lúc này?”</w:t>
      </w:r>
    </w:p>
    <w:p>
      <w:pPr>
        <w:spacing w:after="80"/>
      </w:pPr>
      <w:r>
        <w:rPr>
          <w:b w:val="0"/>
          <w:i w:val="0"/>
        </w:rPr>
        <w:t>“Gặp một đồng nghiệp,” Langdon đáp cộc lốc.</w:t>
      </w:r>
    </w:p>
    <w:p>
      <w:pPr>
        <w:spacing w:after="80"/>
      </w:pPr>
      <w:r>
        <w:rPr>
          <w:b w:val="0"/>
          <w:i w:val="0"/>
        </w:rPr>
        <w:t>“Ai?”</w:t>
      </w:r>
    </w:p>
    <w:p>
      <w:pPr>
        <w:spacing w:after="80"/>
      </w:pPr>
      <w:r>
        <w:rPr>
          <w:b w:val="0"/>
          <w:i w:val="0"/>
        </w:rPr>
        <w:t>“Nhà thần kinh học người Séc mà tôi đã nhắc đến—Tiến sĩ Gessner.”</w:t>
      </w:r>
    </w:p>
    <w:p>
      <w:pPr>
        <w:spacing w:after="80"/>
      </w:pPr>
      <w:r>
        <w:rPr>
          <w:b w:val="0"/>
          <w:i w:val="0"/>
        </w:rPr>
        <w:t>“Và hai người phụ nữ đang gặp nhau tại phòng thí nghiệm của Tiến sĩ Gessner?”</w:t>
      </w:r>
    </w:p>
    <w:p>
      <w:pPr>
        <w:spacing w:after="80"/>
      </w:pPr>
      <w:r>
        <w:rPr>
          <w:b w:val="0"/>
          <w:i w:val="0"/>
        </w:rPr>
        <w:t>Langdon giật mình vì viên sĩ quan biết được điều đó.</w:t>
      </w:r>
    </w:p>
    <w:p>
      <w:pPr>
        <w:spacing w:after="80"/>
      </w:pPr>
      <w:r>
        <w:rPr>
          <w:b w:val="0"/>
          <w:i w:val="0"/>
        </w:rPr>
        <w:t>“Thư giãn đi,” Janáček nói. Ông ta giơ lên một mẩu giấy. “Tôi lấy cái này từ phòng ngủ của ông cùng với cả hai cuốn hộ chiếu của các ông.”</w:t>
      </w:r>
    </w:p>
    <w:p>
      <w:pPr>
        <w:spacing w:after="80"/>
      </w:pPr>
      <w:r>
        <w:rPr>
          <w:b w:val="0"/>
          <w:i w:val="0"/>
        </w:rPr>
        <w:t>Đó là mẩu giấy Katherine để lại. Janáček chỉ đang thử anh mà thôi.</w:t>
      </w:r>
    </w:p>
    <w:p>
      <w:pPr>
        <w:spacing w:after="80"/>
      </w:pPr>
      <w:r>
        <w:rPr>
          <w:b w:val="0"/>
          <w:i w:val="0"/>
        </w:rPr>
        <w:t>“Cuộc gặp lúc mấy giờ?”</w:t>
      </w:r>
    </w:p>
    <w:p>
      <w:pPr>
        <w:spacing w:after="80"/>
      </w:pPr>
      <w:r>
        <w:rPr>
          <w:b w:val="0"/>
          <w:i w:val="0"/>
        </w:rPr>
        <w:t>“Tám giờ sáng,” Langdon đáp.</w:t>
      </w:r>
    </w:p>
    <w:p>
      <w:pPr>
        <w:spacing w:after="80"/>
      </w:pPr>
      <w:r>
        <w:rPr>
          <w:b w:val="0"/>
          <w:i w:val="0"/>
        </w:rPr>
        <w:t>Janáček xem đồng hồ. “Vậy là còn vài phút nữa. Phòng thí nghiệm này ở đâu?”</w:t>
      </w:r>
    </w:p>
    <w:p>
      <w:pPr>
        <w:spacing w:after="80"/>
      </w:pPr>
      <w:r>
        <w:rPr>
          <w:b w:val="0"/>
          <w:i w:val="0"/>
        </w:rPr>
        <w:t>Đêm qua Langdon đã biết phòng thí nghiệm của Gessner nằm trong một địa danh được bảo vệ nghiêm ngặt của Prague — Pháo đài Thánh giá (Crucifix Bastion) — một công sự thời trung cổ nhỏ đã được cải tạo thành cơ sở nghiên cứu siêu hiện đại, cách trung tâm thành phố bốn kilômét. “Để tôi gọi cho Katherine,” anh đề nghị, đoán rằng cô sẽ không muốn bị thẩm vấn trước mặt Gessner. “Tôi chắc cô ấy sẽ quay lại ngay—”</w:t>
      </w:r>
    </w:p>
    <w:p>
      <w:pPr>
        <w:spacing w:after="80"/>
      </w:pPr>
      <w:r>
        <w:rPr>
          <w:b w:val="0"/>
          <w:i/>
        </w:rPr>
        <w:t>“Phòng thí nghiệm ở đâu?!”</w:t>
      </w:r>
      <w:r>
        <w:rPr>
          <w:b w:val="0"/>
          <w:i w:val="0"/>
        </w:rPr>
        <w:t xml:space="preserve"> Janáček bùng nổ, đẩy Harris sang một bên và dừng lại cách mặt Langdon chỉ vài phân. “Tôi sẽ bắt giữ ông ngay lập tức, Giáo sư ạ, và lãnh sự quán của ông sẽ phải mất hàng tuần mới gỡ được đống giấy tờ rắc rối đó.”</w:t>
      </w:r>
    </w:p>
    <w:p>
      <w:pPr>
        <w:spacing w:after="80"/>
      </w:pPr>
      <w:r>
        <w:rPr>
          <w:b w:val="0"/>
          <w:i w:val="0"/>
        </w:rPr>
        <w:t>Langdon đứng vững. “Tôi muốn nói chuyện riêng với ông Harris.”</w:t>
      </w:r>
    </w:p>
    <w:p>
      <w:pPr>
        <w:spacing w:after="80"/>
      </w:pPr>
      <w:r>
        <w:rPr>
          <w:b w:val="0"/>
          <w:i w:val="0"/>
        </w:rPr>
        <w:t>“Cơ hội cuối cùng,” Janáček gắt. “Phòng thí nghiệm ở đâu?”</w:t>
      </w:r>
    </w:p>
    <w:p>
      <w:pPr>
        <w:spacing w:after="80"/>
      </w:pPr>
      <w:r>
        <w:rPr>
          <w:b w:val="0"/>
          <w:i w:val="0"/>
        </w:rPr>
        <w:t>Một khoảng lặng dài, và giọng nói tiếp theo vang lên như một nhát dao đâm vào lưng Langdon.</w:t>
      </w:r>
    </w:p>
    <w:p>
      <w:pPr>
        <w:spacing w:after="80"/>
      </w:pPr>
      <w:r>
        <w:rPr>
          <w:b w:val="0"/>
          <w:i w:val="0"/>
        </w:rPr>
        <w:t>“Pháo đài Thánh giá,” Harris nói lạnh lùng. “Cách đây bốn kilômét.”</w:t>
      </w:r>
    </w:p>
    <w:p>
      <w:pPr>
        <w:pStyle w:val="Heading1"/>
      </w:pPr>
      <w:r>
        <w:rPr>
          <w:rFonts w:ascii="Calibri" w:hAnsi="Calibri"/>
          <w:b/>
          <w:i w:val="0"/>
          <w:sz w:val="40"/>
        </w:rPr>
        <w:t>Chương 13</w:t>
      </w:r>
    </w:p>
    <w:p>
      <w:pPr>
        <w:spacing w:after="80"/>
      </w:pPr>
      <w:r>
        <w:rPr>
          <w:b w:val="0"/>
          <w:i w:val="0"/>
        </w:rPr>
        <w:t>Robert Langdon cảm thấy mình như một tên tội phạm khi Đại úy Janáček hộ tống anh qua sảnh khách sạn. Khi họ đi ngang qua quầy lễ tân, điện thoại của Janáček reo, và viên đại úy tách ra để nghe máy ngoài tầm tai người khác.</w:t>
      </w:r>
    </w:p>
    <w:p>
      <w:pPr>
        <w:spacing w:after="80"/>
      </w:pPr>
      <w:r>
        <w:rPr>
          <w:b w:val="0"/>
          <w:i w:val="0"/>
        </w:rPr>
        <w:t xml:space="preserve">“Giáo sư,” Harris thì thầm bên cạnh anh, tận dụng khoảnh khắc riêng tư của họ. “Xin hiểu cho — Đại úy Janáček </w:t>
      </w:r>
      <w:r>
        <w:rPr>
          <w:b w:val="0"/>
          <w:i/>
        </w:rPr>
        <w:t>đã</w:t>
      </w:r>
      <w:r>
        <w:rPr>
          <w:b w:val="0"/>
          <w:i w:val="0"/>
        </w:rPr>
        <w:t xml:space="preserve"> biết vị trí phòng thí nghiệm rồi. Ông ta đang gài ông vào tội cản trở điều tra. Tôi tiết lộ vị trí phòng thí nghiệm để Đại úy Janáček không thể cáo buộc ông cản trở cuộc điều tra của ông ta. Nếu không, ông đã bị bắt ngay lập tức.”</w:t>
      </w:r>
    </w:p>
    <w:p>
      <w:pPr>
        <w:spacing w:after="80"/>
      </w:pPr>
      <w:r>
        <w:rPr>
          <w:b w:val="0"/>
          <w:i w:val="0"/>
        </w:rPr>
        <w:t>Cảm ơn…chắc vậy?</w:t>
      </w:r>
    </w:p>
    <w:p>
      <w:pPr>
        <w:spacing w:after="80"/>
      </w:pPr>
      <w:r>
        <w:rPr>
          <w:b w:val="0"/>
          <w:i/>
        </w:rPr>
        <w:t>“Dost řečí!”</w:t>
      </w:r>
      <w:r>
        <w:rPr>
          <w:b w:val="0"/>
          <w:i w:val="0"/>
        </w:rPr>
        <w:t xml:space="preserve"> Janáček hét lên, kết thúc cuộc gọi và sải bước qua sảnh đến chỗ Langdon. “Đủ lời rồi! Chúng ta đi!”</w:t>
      </w:r>
    </w:p>
    <w:p>
      <w:pPr>
        <w:spacing w:after="80"/>
      </w:pPr>
      <w:r>
        <w:rPr>
          <w:b w:val="0"/>
          <w:i w:val="0"/>
        </w:rPr>
        <w:t>Langdon ngoan ngoãn theo Janáček và Harris ra khỏi khách sạn, bước vào làn tuyết rơi lất phất. Bình minh đến muộn vào tháng Hai, nhưng mặt trời cuối cùng cũng đã lên, tỏa ánh sáng xám nhạt khắp thành phố. Khi họ bước ra lề đường, Harris ngước lên khỏi điện thoại và nói: “Đại úy, tôi đã liên lạc với ngài đại sứ.”</w:t>
      </w:r>
    </w:p>
    <w:p>
      <w:pPr>
        <w:spacing w:after="80"/>
      </w:pPr>
      <w:r>
        <w:rPr>
          <w:b w:val="0"/>
          <w:i w:val="0"/>
        </w:rPr>
        <w:t xml:space="preserve">“Chính </w:t>
      </w:r>
      <w:r>
        <w:rPr>
          <w:b w:val="0"/>
          <w:i/>
        </w:rPr>
        <w:t>bà đại sứ</w:t>
      </w:r>
      <w:r>
        <w:rPr>
          <w:b w:val="0"/>
          <w:i w:val="0"/>
        </w:rPr>
        <w:t>?” Janáček chế giễu. “Ông không tin vào phán đoán của chính mình sao?”</w:t>
      </w:r>
    </w:p>
    <w:p>
      <w:pPr>
        <w:spacing w:after="80"/>
      </w:pPr>
      <w:r>
        <w:rPr>
          <w:b w:val="0"/>
          <w:i w:val="0"/>
        </w:rPr>
        <w:t xml:space="preserve">“Chính </w:t>
      </w:r>
      <w:r>
        <w:rPr>
          <w:b w:val="0"/>
          <w:i/>
        </w:rPr>
        <w:t>phán đoán của ông</w:t>
      </w:r>
      <w:r>
        <w:rPr>
          <w:b w:val="0"/>
          <w:i w:val="0"/>
        </w:rPr>
        <w:t xml:space="preserve"> thì tôi không tin,” Harris đáp, không hề nao núng. “Xét đến mức độ nghiêm trọng của cáo buộc và tầm quan trọng của những người bị cáo buộc, tôi có nghĩa vụ phải liên lạc với đại sứ quán ở cấp cao nhất.”</w:t>
      </w:r>
    </w:p>
    <w:p>
      <w:pPr>
        <w:spacing w:after="80"/>
      </w:pPr>
      <w:r>
        <w:rPr>
          <w:b w:val="0"/>
          <w:i w:val="0"/>
        </w:rPr>
        <w:t>“Tùy ông thôi.” Janáček nhếch mép cười, vẫy tay ra vẻ xua đuổi. “Tôi chắc là tôi và ông Langdon sẽ ổn thôi khi không có ông.”</w:t>
      </w:r>
    </w:p>
    <w:p>
      <w:pPr>
        <w:spacing w:after="80"/>
      </w:pPr>
      <w:r>
        <w:rPr>
          <w:b w:val="0"/>
          <w:i w:val="0"/>
        </w:rPr>
        <w:t>“Sai rồi,” Harris phản bác. “Tôi sẽ đưa ông Langdon đến đại sứ quán cùng tôi. Ông ấy có thể chờ ở đó thoải mái hơn trong lúc ông đi đón Tiến sĩ Solomon.”</w:t>
      </w:r>
    </w:p>
    <w:p>
      <w:pPr>
        <w:spacing w:after="80"/>
      </w:pPr>
      <w:r>
        <w:rPr>
          <w:b w:val="0"/>
          <w:i w:val="0"/>
        </w:rPr>
        <w:t xml:space="preserve">Langdon không hề có ý định để Katherine ở lại một mình với Janáček và định lên tiếng phản đối, thì viên đội trưởng bật cười lớn. “Ông Harris, tất nhiên </w:t>
      </w:r>
      <w:r>
        <w:rPr>
          <w:b w:val="0"/>
          <w:i/>
        </w:rPr>
        <w:t>ông</w:t>
      </w:r>
      <w:r>
        <w:rPr>
          <w:b w:val="0"/>
          <w:i w:val="0"/>
        </w:rPr>
        <w:t xml:space="preserve"> có thể đi, nhưng nghi phạm Langdon của tôi sẽ đi cùng tôi đến phòng thí nghiệm.”</w:t>
      </w:r>
    </w:p>
    <w:p>
      <w:pPr>
        <w:spacing w:after="80"/>
      </w:pPr>
      <w:r>
        <w:rPr>
          <w:b w:val="0"/>
          <w:i/>
        </w:rPr>
        <w:t>“Nghi phạm?”</w:t>
      </w:r>
      <w:r>
        <w:rPr>
          <w:b w:val="0"/>
          <w:i w:val="0"/>
        </w:rPr>
        <w:t xml:space="preserve"> Harris chất vấn. “Ông chưa buộc tội gì cho ông ấy cả, và ông ấy có đầy đủ quyền—”</w:t>
      </w:r>
    </w:p>
    <w:p>
      <w:pPr>
        <w:spacing w:after="80"/>
      </w:pPr>
      <w:r>
        <w:rPr>
          <w:b w:val="0"/>
          <w:i w:val="0"/>
        </w:rPr>
        <w:t>“Tôi rất sẵn lòng buộc tội ông ấy, nếu ông muốn. Điều đó chẳng khó khăn gì khi xét đến việc ông ấy đã sơ tán một trong những khách sạn tốt nhất Prague, còn lý do biện hộ thì chỉ là một giấc mơ hoang đường nào đó.”</w:t>
      </w:r>
    </w:p>
    <w:p>
      <w:pPr>
        <w:spacing w:after="80"/>
      </w:pPr>
      <w:r>
        <w:rPr>
          <w:b w:val="0"/>
          <w:i w:val="0"/>
        </w:rPr>
        <w:t>Harris im lặng, cân nhắc các lựa chọn của mình. Một lát sau, Harris quay sang Langdon, vẻ mặt đầy lo lắng nghiêm trọng. “Giáo sư, tôi đã yêu cầu một cuộc họp khẩn với đại sứ. Ông có ổn không nếu tự lo khoảng nửa tiếng?”</w:t>
      </w:r>
    </w:p>
    <w:p>
      <w:pPr>
        <w:spacing w:after="80"/>
      </w:pPr>
      <w:r>
        <w:rPr>
          <w:b w:val="0"/>
          <w:i w:val="0"/>
        </w:rPr>
        <w:t>“Hoàn toàn ổn,” Langdon nói.</w:t>
      </w:r>
    </w:p>
    <w:p>
      <w:pPr>
        <w:spacing w:after="80"/>
      </w:pPr>
      <w:r>
        <w:rPr>
          <w:b w:val="0"/>
          <w:i w:val="0"/>
        </w:rPr>
        <w:t>“Tốt. Tôi sẽ báo cáo tóm tắt cho đại sứ rồi gặp ông ở phòng thí nghiệm—có thể là cùng với chính bà đại sứ.”</w:t>
      </w:r>
    </w:p>
    <w:p>
      <w:pPr>
        <w:spacing w:after="80"/>
      </w:pPr>
      <w:r>
        <w:rPr>
          <w:b w:val="0"/>
          <w:i w:val="0"/>
        </w:rPr>
        <w:t>“Cảm ơn ông,” Langdon nói. “Tôi chắc là chúng ta sẽ làm rõ mọi chuyện ngay khi nói chuyện với Katherine.”</w:t>
      </w:r>
    </w:p>
    <w:p>
      <w:pPr>
        <w:spacing w:after="80"/>
      </w:pPr>
      <w:r>
        <w:rPr>
          <w:b w:val="0"/>
          <w:i w:val="0"/>
        </w:rPr>
        <w:t>Harris quay lại phía Janáček, người vừa châm thêm một điếu thuốc. “Đội trưởng, hãy biết rằng đại sứ quán đang theo dõi ông. Chúng tôi không thể ngăn ông tỏ ra bất lịch sự, nhưng nếu ông dám vượt qua bất kỳ giới hạn đạo đức hay pháp lý nào—”</w:t>
      </w:r>
    </w:p>
    <w:p>
      <w:pPr>
        <w:spacing w:after="80"/>
      </w:pPr>
      <w:r>
        <w:rPr>
          <w:b w:val="0"/>
          <w:i w:val="0"/>
        </w:rPr>
        <w:t>“Hiểu rồi,” Janáček cắt ngang, điếu thuốc lủng lẳng trên đôi môi mỏng. Ông ta quay đi và ra hiệu cho một chiếc xe gần đó, chiếc xe gầm lên khởi động và lao về phía nhóm người, trượt bánh dừng lại chỉ cách họ vài phân.</w:t>
      </w:r>
    </w:p>
    <w:p>
      <w:pPr>
        <w:spacing w:after="80"/>
      </w:pPr>
      <w:r>
        <w:rPr>
          <w:b w:val="0"/>
          <w:i w:val="0"/>
        </w:rPr>
        <w:t xml:space="preserve">Langdon nhảy lùi lại. </w:t>
      </w:r>
      <w:r>
        <w:rPr>
          <w:b w:val="0"/>
          <w:i/>
        </w:rPr>
        <w:t>Cẩn thận!</w:t>
      </w:r>
    </w:p>
    <w:p>
      <w:pPr>
        <w:spacing w:after="80"/>
      </w:pPr>
      <w:r>
        <w:rPr>
          <w:b w:val="0"/>
          <w:i w:val="0"/>
        </w:rPr>
        <w:t>Chiếc sedan Škoda màu đen có gắn logo ÚZSI ở cả hai bên hông. Janáček mở cửa sau và ra hiệu cho Langdon lên xe.</w:t>
      </w:r>
    </w:p>
    <w:p>
      <w:pPr>
        <w:spacing w:after="80"/>
      </w:pPr>
      <w:r>
        <w:rPr>
          <w:b w:val="0"/>
          <w:i w:val="0"/>
        </w:rPr>
        <w:t>Khi Langdon bước vào trong, Janáček quay sang Harris. “Báo trước cho công bằng, Tùy viên. Ông nên nhanh lên. Tôi không có ý định trì hoãn việc thẩm vấn cô Solomon đâu.”</w:t>
      </w:r>
    </w:p>
    <w:p>
      <w:pPr>
        <w:jc w:val="center"/>
      </w:pPr>
      <w:r>
        <w:drawing>
          <wp:inline xmlns:a="http://schemas.openxmlformats.org/drawingml/2006/main" xmlns:pic="http://schemas.openxmlformats.org/drawingml/2006/picture">
            <wp:extent cx="5486400" cy="362122"/>
            <wp:docPr id="15" name="Picture 15"/>
            <wp:cNvGraphicFramePr>
              <a:graphicFrameLocks noChangeAspect="1"/>
            </wp:cNvGraphicFramePr>
            <a:graphic>
              <a:graphicData uri="http://schemas.openxmlformats.org/drawingml/2006/picture">
                <pic:pic>
                  <pic:nvPicPr>
                    <pic:cNvPr id="0" name="image_rsrc8XP.jpg"/>
                    <pic:cNvPicPr/>
                  </pic:nvPicPr>
                  <pic:blipFill>
                    <a:blip r:embed="rId18"/>
                    <a:stretch>
                      <a:fillRect/>
                    </a:stretch>
                  </pic:blipFill>
                  <pic:spPr>
                    <a:xfrm>
                      <a:off x="0" y="0"/>
                      <a:ext cx="5486400" cy="362122"/>
                    </a:xfrm>
                    <a:prstGeom prst="rect"/>
                  </pic:spPr>
                </pic:pic>
              </a:graphicData>
            </a:graphic>
          </wp:inline>
        </w:drawing>
      </w:r>
    </w:p>
    <w:p>
      <w:pPr>
        <w:spacing w:after="80"/>
      </w:pPr>
      <w:r>
        <w:rPr>
          <w:b w:val="0"/>
          <w:i w:val="0"/>
        </w:rPr>
        <w:t>Chiếc taxi của Michael Harris rời khỏi khách sạn Four Seasons. Bác tài ra hiệu rẽ phải, cho thấy ông ta đã nhầm Harris là một du khách Mỹ ngây thơ không biết đường đến đại sứ quán Hoa Kỳ—một mục tiêu hoàn hảo để hét giá cước.</w:t>
      </w:r>
    </w:p>
    <w:p>
      <w:pPr>
        <w:spacing w:after="80"/>
      </w:pPr>
      <w:r>
        <w:rPr>
          <w:b w:val="0"/>
          <w:i/>
        </w:rPr>
        <w:t>“Jeďte přes Mánesův most, sakra!”</w:t>
      </w:r>
      <w:r>
        <w:rPr>
          <w:b w:val="0"/>
          <w:i w:val="0"/>
        </w:rPr>
        <w:t xml:space="preserve"> Harris hét lên bằng tiếng Séc chêm đầy lời tục tĩu. </w:t>
      </w:r>
      <w:r>
        <w:rPr>
          <w:b w:val="0"/>
          <w:i/>
        </w:rPr>
        <w:t>“Spěchám!”</w:t>
      </w:r>
    </w:p>
    <w:p>
      <w:pPr>
        <w:spacing w:after="80"/>
      </w:pPr>
      <w:r>
        <w:rPr>
          <w:b w:val="0"/>
          <w:i w:val="0"/>
        </w:rPr>
        <w:t>Đôi mắt người tài xế mở to, và anh ta đánh lái sang trái. Người dân địa phương lúc nào cũng giật mình khi một người Mỹ nói tiếng Séc trôi chảy—nhất là khi người Mỹ đó lại tình cờ là một người đàn ông da đen cao mét tám trong bộ vest may đo.</w:t>
      </w:r>
    </w:p>
    <w:p>
      <w:pPr>
        <w:spacing w:after="80"/>
      </w:pPr>
      <w:r>
        <w:rPr>
          <w:b w:val="0"/>
          <w:i w:val="0"/>
        </w:rPr>
        <w:t>Michael Okhu Harris lớn lên trong một gia đình giàu có ở Philadelphia, được nuôi dưỡng chủ yếu bởi bà vú, một người nhập cư từ Brno. Theo gợi ý của cha mẹ, bà vú chỉ nói tiếng Séc với cậu bé, và đến năm mười lăm tuổi, Michael đã hoàn toàn song ngữ. Sau khi tốt nghiệp trường luật UCLA, Harris quyết định tận dụng chuyên môn ngôn ngữ của mình bằng cách theo đuổi một vị trí tại đại sứ quán Mỹ ở Prague—một thành phố kỳ thú với ẩm thực tinh tế, những người phụ nữ xinh đẹp và công việc đầy hứng khởi.</w:t>
      </w:r>
    </w:p>
    <w:p>
      <w:pPr>
        <w:spacing w:after="80"/>
      </w:pPr>
      <w:r>
        <w:rPr>
          <w:b w:val="0"/>
          <w:i w:val="0"/>
        </w:rPr>
        <w:t>Tuy nhiên, trong những tuần gần đây, công việc đó đã trở nên thú vị hơn nhiều so với những gì anh mong muốn. Và buổi sáng hôm nay đã đưa "thú vị" lên một tầm cao hoàn toàn mới.</w:t>
      </w:r>
    </w:p>
    <w:p>
      <w:pPr>
        <w:spacing w:after="80"/>
      </w:pPr>
      <w:r>
        <w:rPr>
          <w:b w:val="0"/>
          <w:i w:val="0"/>
        </w:rPr>
        <w:t>Sự việc trên cầu Charles vẫn còn khó hiểu đối với Harris. Lời khẳng định của Janáček rằng đó chỉ là một chiêu quảng cáo cho cuốn sách sắp ra mắt của Katherine Solomon nghe có vẻ vô lý, thế nhưng Harris buộc phải thừa nhận rằng nó có một logic kỳ lạ; anh luôn kinh ngạc trước những rủi ro mà những người thành đạt sẵn sàng chấp nhận để thăng tiến sự nghiệp của chính mình.</w:t>
      </w:r>
    </w:p>
    <w:p>
      <w:pPr>
        <w:spacing w:after="80"/>
      </w:pPr>
      <w:r>
        <w:rPr>
          <w:b w:val="0"/>
          <w:i/>
        </w:rPr>
        <w:t>Kể cả bản thân mình,</w:t>
      </w:r>
      <w:r>
        <w:rPr>
          <w:b w:val="0"/>
          <w:i w:val="0"/>
        </w:rPr>
        <w:t xml:space="preserve"> Harris tự nhắc nhở.</w:t>
      </w:r>
    </w:p>
    <w:p>
      <w:pPr>
        <w:spacing w:after="80"/>
      </w:pPr>
      <w:r>
        <w:rPr>
          <w:b w:val="0"/>
          <w:i w:val="0"/>
        </w:rPr>
        <w:t xml:space="preserve">Đã vài tháng nay, Harris đang thực hiện một số công việc "ngoài sổ sách" cho đại sứ, và dù về mặt kỹ thuật công việc đó là hợp pháp, nó vẫn nằm ở ranh giới…và rõ ràng là đáng ghê tởm. Dẫu vậy, khoản thù lao tài chính ngầm, cùng với đòn bẩy cá nhân mà đại sứ nắm giữ đối với anh, đã khiến Harris không thể từ chối. </w:t>
      </w:r>
      <w:r>
        <w:rPr>
          <w:b w:val="0"/>
          <w:i/>
        </w:rPr>
        <w:t>Mong sao chuyện này đừng quay lại ám ảnh mình,</w:t>
      </w:r>
      <w:r>
        <w:rPr>
          <w:b w:val="0"/>
          <w:i w:val="0"/>
        </w:rPr>
        <w:t xml:space="preserve"> Harris nghĩ.</w:t>
      </w:r>
    </w:p>
    <w:p>
      <w:pPr>
        <w:spacing w:after="80"/>
      </w:pPr>
      <w:r>
        <w:rPr>
          <w:b w:val="0"/>
          <w:i w:val="0"/>
        </w:rPr>
        <w:t>Nhưng anh có một cảm giác bất an rằng nó sẽ như vậy.</w:t>
      </w:r>
    </w:p>
    <w:p>
      <w:pPr>
        <w:pStyle w:val="Heading1"/>
      </w:pPr>
      <w:r>
        <w:rPr>
          <w:rFonts w:ascii="Calibri" w:hAnsi="Calibri"/>
          <w:b/>
          <w:i w:val="0"/>
          <w:sz w:val="40"/>
        </w:rPr>
        <w:t>Chương 14</w:t>
      </w:r>
    </w:p>
    <w:p>
      <w:pPr>
        <w:spacing w:after="80"/>
      </w:pPr>
      <w:r>
        <w:rPr>
          <w:b w:val="0"/>
          <w:i w:val="0"/>
        </w:rPr>
        <w:t>Ở Old Town, The Golěm len lỏi ra khỏi mê cung chật hẹp của những con hẻm bao quanh căn hộ của mình. Mạng lưới lối đi tối tăm, có đoạn chỉ rộng hai mét, uốn lượn qua khu phố cổ kính như những tua của một dây leo.</w:t>
      </w:r>
    </w:p>
    <w:p>
      <w:pPr>
        <w:spacing w:after="80"/>
      </w:pPr>
      <w:r>
        <w:rPr>
          <w:b w:val="0"/>
          <w:i w:val="0"/>
        </w:rPr>
        <w:t>Vừa bước đi, The Golěm vừa hít một hơi thật sâu, đẩy không khí lạnh xuống tận đáy phổi, cố gắng điều chỉnh lại tâm trí. Những lần chạm trán với Ether luôn khiến hắn tách rời khỏi thực tại vật chất, nhưng chúng cũng đánh thức các giác quan của hắn.</w:t>
      </w:r>
    </w:p>
    <w:p>
      <w:pPr>
        <w:spacing w:after="80"/>
      </w:pPr>
      <w:r>
        <w:rPr>
          <w:b w:val="0"/>
          <w:i w:val="0"/>
        </w:rPr>
        <w:t>Ngươi phải luôn cảnh giác. Còn việc phải làm.</w:t>
      </w:r>
    </w:p>
    <w:p>
      <w:pPr>
        <w:spacing w:after="80"/>
      </w:pPr>
      <w:r>
        <w:rPr>
          <w:b w:val="0"/>
          <w:i w:val="0"/>
        </w:rPr>
        <w:t>Kế hoạch báo thù của The Golěm đòi hỏi một thông tin cụ thể mà hắn chưa có. Hắn cần tiến hành hết sức thận trọng; nếu hắn để lại bất kỳ dấu vết nào về thứ mình đang tìm kiếm, hắn sẽ có nguy cơ tự lộ diện. Vì lý do đó, hắn đã chọn điểm đến tiếp theo một cách cẩn thận—một nơi yên tĩnh, nơi hắn có thể nhận được câu trả lời mà không lộ danh tính.</w:t>
      </w:r>
    </w:p>
    <w:p>
      <w:pPr>
        <w:spacing w:after="80"/>
      </w:pPr>
      <w:r>
        <w:rPr>
          <w:b w:val="0"/>
          <w:i w:val="0"/>
        </w:rPr>
        <w:t>Sáng nay, hắn ăn mặc giản dị—quần tây, áo sơ mi, áo khoác parka, một chiếc mũ phớt có nếp gấp kiểu cậu bé bán báo, và kính râm tối màu che gần hết khuôn mặt. Bộ trang phục này đối với hắn quen thuộc hơn nhiều so với bộ hóa trang, mặc dù hắn vẫn thích những giờ phút được bước đi trên phố trong vai The Golěm, vẻ ngoài phản chiếu tâm hồn bên trong hắn—một người bảo vệ quyền năng đến từ một cõi khác.</w:t>
      </w:r>
    </w:p>
    <w:p>
      <w:pPr>
        <w:spacing w:after="80"/>
      </w:pPr>
      <w:r>
        <w:rPr>
          <w:b w:val="0"/>
          <w:i w:val="0"/>
        </w:rPr>
        <w:t>Bộ hóa trang cũng có một lợi ích trần thế. Prague là một thành phố của giám sát, và những camera có phần mềm nhận diện khuôn mặt có mặt khắp nơi ở những địa điểm công cộng. Người ta thường nói rằng niềm đam mê hóa trang và đeo mặt nạ của Prague chỉ đơn giản là cách người dân cố gắng tận hưởng một khoảnh khắc ẩn danh ngắn ngủi. Vậy nên khi The Golěm cần sự ẩn danh thực sự, hắn tìm thấy nó bên dưới một lớp đất sét dày, thứ mang lại cho hắn đặc ân được tự do di chuyển trong thế giới vật chất.</w:t>
      </w:r>
    </w:p>
    <w:p>
      <w:pPr>
        <w:spacing w:after="80"/>
      </w:pPr>
      <w:r>
        <w:rPr>
          <w:b w:val="0"/>
          <w:i w:val="0"/>
        </w:rPr>
        <w:t xml:space="preserve">Đêm qua, hắn hóa trang thành The Golěm không phải để che giấu vẻ ngoài, mà để giấu mặt khỏi Tiến sĩ Gessner. </w:t>
      </w:r>
      <w:r>
        <w:rPr>
          <w:b w:val="0"/>
          <w:i/>
        </w:rPr>
        <w:t>Và để làm bà ta khiếp sợ.</w:t>
      </w:r>
      <w:r>
        <w:rPr>
          <w:b w:val="0"/>
          <w:i w:val="0"/>
        </w:rPr>
        <w:t xml:space="preserve"> Cú sốc trước vẻ ngoài của hắn chắc chắn đã góp phần thuyết phục bà tiết lộ những bí mật sâu kín nhất; The Golěm vẫn đang xử lý tất cả thông tin hắn đã học được từ bà.</w:t>
      </w:r>
    </w:p>
    <w:p>
      <w:pPr>
        <w:spacing w:after="80"/>
      </w:pPr>
      <w:r>
        <w:rPr>
          <w:b w:val="0"/>
          <w:i w:val="0"/>
        </w:rPr>
        <w:t>Sự tàn bạo mà chúng đã xây dựng dưới lòng đất…</w:t>
      </w:r>
    </w:p>
    <w:p>
      <w:pPr>
        <w:spacing w:after="80"/>
      </w:pPr>
      <w:r>
        <w:rPr>
          <w:b w:val="0"/>
          <w:i w:val="0"/>
        </w:rPr>
        <w:t>Danh tính của những người cộng sự của cô ta…</w:t>
      </w:r>
    </w:p>
    <w:p>
      <w:pPr>
        <w:spacing w:after="80"/>
      </w:pPr>
      <w:r>
        <w:rPr>
          <w:b w:val="0"/>
          <w:i w:val="0"/>
        </w:rPr>
        <w:t>Và một cách vô tình… cái cách tài tình mà hắn có thể khiến tất cả sụp đổ ập xuống đầu họ.</w:t>
      </w:r>
    </w:p>
    <w:p>
      <w:pPr>
        <w:spacing w:after="80"/>
      </w:pPr>
      <w:r>
        <w:rPr>
          <w:b w:val="0"/>
          <w:i w:val="0"/>
        </w:rPr>
        <w:t>Golěm giờ đây hòa vào một con hẻm lớn hơn mang tên Melantrichova. Vẫn quá hẹp cho dù chỉ một chiếc xe hơi, con hẻm rải rác vài cửa hàng và quán cà phê, vừa mới bắt đầu mở cửa. Lác đác vài du khách đã bắt đầu lang thang trong mê cung, nhấm nháp cà phê và chụp ảnh những lối đi quanh co độc đáo.</w:t>
      </w:r>
    </w:p>
    <w:p>
      <w:pPr>
        <w:spacing w:after="80"/>
      </w:pPr>
      <w:r>
        <w:rPr>
          <w:b w:val="0"/>
          <w:i w:val="0"/>
        </w:rPr>
        <w:t>Rẽ phải, Golěm đi ngang qua Bảo tàng Máy móc Tình dục với những thiết bị được trưng bày nhằm mang lại khoái cảm cho cơ thể con người. Nó chẳng có sức hấp dẫn gì với hắn; Ether mang lại một đỉnh điểm thỏa mãn hơn nhiều so với thỏa mãn thể xác.</w:t>
      </w:r>
    </w:p>
    <w:p>
      <w:pPr>
        <w:spacing w:after="80"/>
      </w:pPr>
      <w:r>
        <w:rPr>
          <w:b w:val="0"/>
          <w:i w:val="0"/>
        </w:rPr>
        <w:t xml:space="preserve">Dẫu vậy, những hình ảnh khiêu dâm trong cửa kính bảo tàng vẫn gợi lên trong tâm trí hắn hình ảnh </w:t>
      </w:r>
      <w:r>
        <w:rPr>
          <w:b w:val="0"/>
          <w:i/>
        </w:rPr>
        <w:t>cô ấy</w:t>
      </w:r>
      <w:r>
        <w:rPr>
          <w:b w:val="0"/>
          <w:i w:val="0"/>
        </w:rPr>
        <w:t>… nằm trong vòng tay của người tình. Ý nghĩ đó khiến hắn phát bệnh. Golěm đã quyết định điều tử tế nhất hắn có thể làm cho cô là loại bỏ gã đàn ông này càng nhanh càng tốt. Cái chết của gã tất nhiên sẽ khiến cô đau buồn, nhưng Golěm sẽ hấp thụ trọn vẹn nỗi đau của cô và giúp cô quên đi.</w:t>
      </w:r>
    </w:p>
    <w:p>
      <w:pPr>
        <w:spacing w:after="80"/>
      </w:pPr>
      <w:r>
        <w:rPr>
          <w:b w:val="0"/>
          <w:i w:val="0"/>
        </w:rPr>
        <w:t>Vai trò của một golem là gánh vác gánh nặng của một linh hồn yếu ớt hơn.</w:t>
      </w:r>
    </w:p>
    <w:p>
      <w:pPr>
        <w:spacing w:after="80"/>
      </w:pPr>
      <w:r>
        <w:rPr>
          <w:b w:val="0"/>
          <w:i w:val="0"/>
        </w:rPr>
        <w:t>Khi hắn đến quảng trường thị trấn, hương thơm của hạt dẻ rang tràn ngập không gian cùng với những giai điệu của một chiếc bock—một loại kèn túi nhỏ của người Bohemia vốn là món yêu thích của các nhạc công đường phố nơi đây. Khoảng sân lát đá cuội lầy lội đã lác đác những nhóm du khách buổi sáng đông hơn, một số đã tụ tập dưới đồng hồ thiên văn để xem màn diễu hành của các vị thánh lúc 8 giờ sáng.</w:t>
      </w:r>
    </w:p>
    <w:p>
      <w:pPr>
        <w:spacing w:after="80"/>
      </w:pPr>
      <w:r>
        <w:rPr>
          <w:b w:val="0"/>
          <w:i w:val="0"/>
        </w:rPr>
        <w:t>Gần đó, vài nhân vật hóa trang đang tạo dáng chụp ảnh để đổi lấy tiền boa. Những người đàn ông mặc áo choàng dài sẫm màu, đội mũ chóp cao và trang điểm kiểu harlequin đầy kịch tính—khuôn mặt tô trắng toát trừ hốc mắt đen kịt.</w:t>
      </w:r>
    </w:p>
    <w:p>
      <w:pPr>
        <w:spacing w:after="80"/>
      </w:pPr>
      <w:r>
        <w:rPr>
          <w:b w:val="0"/>
          <w:i/>
        </w:rPr>
        <w:t>Những kẻ cơ hội,</w:t>
      </w:r>
      <w:r>
        <w:rPr>
          <w:b w:val="0"/>
          <w:i w:val="0"/>
        </w:rPr>
        <w:t xml:space="preserve"> hắn nghĩ, nghi ngờ rằng những gã này có thực sự là thành viên của </w:t>
      </w:r>
      <w:r>
        <w:rPr>
          <w:b w:val="0"/>
          <w:i/>
        </w:rPr>
        <w:t>Církev satanova</w:t>
      </w:r>
      <w:r>
        <w:rPr>
          <w:b w:val="0"/>
          <w:i w:val="0"/>
        </w:rPr>
        <w:t xml:space="preserve">—Giáo hội Satan—khét tiếng của Prague hay không. Kể từ khi tờ </w:t>
      </w:r>
      <w:r>
        <w:rPr>
          <w:b w:val="0"/>
          <w:i/>
        </w:rPr>
        <w:t>Daily Mail</w:t>
      </w:r>
      <w:r>
        <w:rPr>
          <w:b w:val="0"/>
          <w:i w:val="0"/>
        </w:rPr>
        <w:t xml:space="preserve"> đăng một bài báo mang tựa đề "Bên trong nghi lễ Satan của 'Harlequin Đen' ở Prague", kèm theo những bức ảnh chụp lén, dường như du khách ở Prague sẵn sàng trả hậu hĩnh để có một bức ảnh chụp một tín đồ Satan thứ thiệt.</w:t>
      </w:r>
    </w:p>
    <w:p>
      <w:pPr>
        <w:spacing w:after="80"/>
      </w:pPr>
      <w:r>
        <w:rPr>
          <w:b w:val="0"/>
          <w:i w:val="0"/>
        </w:rPr>
        <w:t>Tôn giáo và huyền bí học đã hòa quyện vào cấu trúc của thành phố này, và du khách không thiếu những thiên thần, thánh nhân, ác quỷ và các nhân vật thần thoại cổ xưa lang thang trên đường phố. Một nữ diễn viên hóa trang thành thiên thần đen thường đứng ở quảng trường, dang đôi cánh đen trước khách sạn U Prince và mời khách bước vào bên trong tới hang động nổi tiếng dưới tầng hầm của khách sạn—Black Angel's Bar.</w:t>
      </w:r>
    </w:p>
    <w:p>
      <w:pPr>
        <w:spacing w:after="80"/>
      </w:pPr>
      <w:r>
        <w:rPr>
          <w:b w:val="0"/>
          <w:i w:val="0"/>
        </w:rPr>
        <w:t>Vào giờ này, thiên thần có cánh đã về nhà đi ngủ, và lối vào thanh lịch của khách sạn vắng tanh, đúng như hắn dự đoán. Golěm lẻn vào trong và bước xuống cầu thang quanh co dẫn tới quán bar. Hắn định tìm câu trả lời ở đó.</w:t>
      </w:r>
    </w:p>
    <w:p>
      <w:pPr>
        <w:spacing w:after="80"/>
      </w:pPr>
      <w:r>
        <w:rPr>
          <w:b w:val="0"/>
          <w:i w:val="0"/>
        </w:rPr>
        <w:t>Black Angel's tọa lạc trong một hang đá Gothic từ thế kỷ mười hai nằm sâu vài tầng dưới khách sạn. Theo truyền thuyết, trong một lần trùng tu, các công nhân tình cờ bước vào một căn phòng bí mật chứa một rương nhật ký cổ của một người đàn ông tên là Alois Krcha. Những cuốn nhật ký bao gồm công thức pha chế các loại cocktail kỳ lạ và thuốc tiên huyền bí từ những ngày xa xưa, một số được đồn đại là có phẩm chất ma thuật. Du khách thường xuyên ghé Black Angel's Bar với hy vọng có chút sự thật trong khẩu hiệu nổi tiếng của quán: Here Is Impossible Possible (Ở đây điều không thể là có thể).</w:t>
      </w:r>
    </w:p>
    <w:p>
      <w:pPr>
        <w:spacing w:after="80"/>
      </w:pPr>
      <w:r>
        <w:rPr>
          <w:b w:val="0"/>
          <w:i/>
        </w:rPr>
        <w:t>Mong rằng đúng là như vậy,</w:t>
      </w:r>
      <w:r>
        <w:rPr>
          <w:b w:val="0"/>
          <w:i w:val="0"/>
        </w:rPr>
        <w:t xml:space="preserve"> Golěm hy vọng. Nếu mọi việc diễn ra theo kế hoạch, thông tin hắn cần để đạt được điều không thể sẽ được tìm thấy trong tầng hầm này.</w:t>
      </w:r>
    </w:p>
    <w:p>
      <w:pPr>
        <w:spacing w:after="80"/>
      </w:pPr>
      <w:r>
        <w:rPr>
          <w:b w:val="0"/>
          <w:i/>
        </w:rPr>
        <w:t>Nhờ ơn thiên thần của cái chết,</w:t>
      </w:r>
      <w:r>
        <w:rPr>
          <w:b w:val="0"/>
          <w:i w:val="0"/>
        </w:rPr>
        <w:t xml:space="preserve"> hắn nghĩ.</w:t>
      </w:r>
    </w:p>
    <w:p>
      <w:pPr>
        <w:pStyle w:val="Heading1"/>
      </w:pPr>
      <w:r>
        <w:rPr>
          <w:rFonts w:ascii="Calibri" w:hAnsi="Calibri"/>
          <w:b/>
          <w:i w:val="0"/>
          <w:sz w:val="40"/>
        </w:rPr>
        <w:t>Chương 15</w:t>
      </w:r>
    </w:p>
    <w:p>
      <w:pPr>
        <w:spacing w:after="80"/>
      </w:pPr>
      <w:r>
        <w:rPr>
          <w:b w:val="0"/>
          <w:i w:val="0"/>
        </w:rPr>
        <w:t xml:space="preserve">Jonas Faukman đứng một mình bên cửa sổ văn phòng ở tầng hai mươi ba, ngơ ngác nhìn những ánh đèn lúc 2 giờ sáng của Manhattan. </w:t>
      </w:r>
      <w:r>
        <w:rPr>
          <w:b w:val="0"/>
          <w:i/>
        </w:rPr>
        <w:t>Thành phố không bao giờ ngủ,</w:t>
      </w:r>
      <w:r>
        <w:rPr>
          <w:b w:val="0"/>
          <w:i w:val="0"/>
        </w:rPr>
        <w:t xml:space="preserve"> người biên tập nghĩ, biết rằng sẽ còn lâu lắm ông mới ngủ được nếu không tìm ra bản thảo quý giá của tác giả mình.</w:t>
      </w:r>
    </w:p>
    <w:p>
      <w:pPr>
        <w:spacing w:after="80"/>
      </w:pPr>
      <w:r>
        <w:rPr>
          <w:b w:val="0"/>
          <w:i w:val="0"/>
        </w:rPr>
        <w:t>Anh vẫn nuôi hy vọng rằng anh chàng kỹ thuật sẽ gọi bất cứ lúc nào để báo rằng vụ "hack" chẳng qua chỉ là một trục trặc kỹ thuật số, nhưng Faukman cảm nhận được rằng quả thực có điều gì đó đen tối hơn đang diễn ra.</w:t>
      </w:r>
    </w:p>
    <w:p>
      <w:pPr>
        <w:spacing w:after="80"/>
      </w:pPr>
      <w:r>
        <w:rPr>
          <w:b w:val="0"/>
          <w:i w:val="0"/>
        </w:rPr>
        <w:t>Không có phân vùng nào khác bị ảnh hưởng.</w:t>
      </w:r>
    </w:p>
    <w:p>
      <w:pPr>
        <w:spacing w:after="80"/>
      </w:pPr>
      <w:r>
        <w:rPr>
          <w:b w:val="0"/>
          <w:i w:val="0"/>
        </w:rPr>
        <w:t>Chỉ có của Katherine…</w:t>
      </w:r>
    </w:p>
    <w:p>
      <w:pPr>
        <w:spacing w:after="80"/>
      </w:pPr>
      <w:r>
        <w:rPr>
          <w:b w:val="0"/>
          <w:i w:val="0"/>
        </w:rPr>
        <w:t>Ông nhấc điện thoại bàn trong văn phòng lên để gọi cho Katherine ở Prague, nhưng sau khi cầm ống nghe một lúc, ông lại đặt nó về giá. Ở Trung Âu lúc này vẫn còn là sáng sớm, và tin tức chắc chắn sẽ khiến cô ấy suy sụp. Katherine đã đặt niềm tin vào Faukman, và ông cảm thấy mình có nghĩa vụ đạo đức sâu sắc phải sửa chữa chuyện này… nhất là sau khi đã thuyết phục cô làm việc an toàn trên máy chủ của công ty.</w:t>
      </w:r>
    </w:p>
    <w:p>
      <w:pPr>
        <w:spacing w:after="80"/>
      </w:pPr>
      <w:r>
        <w:rPr>
          <w:b w:val="0"/>
          <w:i w:val="0"/>
        </w:rPr>
        <w:t>Vậy ai đã đánh cắp bản thảo của cô ấy?</w:t>
      </w:r>
    </w:p>
    <w:p>
      <w:pPr>
        <w:spacing w:after="80"/>
      </w:pPr>
      <w:r>
        <w:rPr>
          <w:b w:val="0"/>
          <w:i w:val="0"/>
        </w:rPr>
        <w:t>Liệu nó có xuất hiện trên chợ đen trong vài giờ tới không?</w:t>
      </w:r>
    </w:p>
    <w:p>
      <w:pPr>
        <w:spacing w:after="80"/>
      </w:pPr>
      <w:r>
        <w:rPr>
          <w:b w:val="0"/>
          <w:i w:val="0"/>
        </w:rPr>
        <w:t xml:space="preserve">Faukman buộc mình hít một hơi thật sâu rồi thở ra. Ông tự nhắc mình rằng đêm nay có </w:t>
      </w:r>
      <w:r>
        <w:rPr>
          <w:b w:val="0"/>
          <w:i/>
        </w:rPr>
        <w:t>một</w:t>
      </w:r>
      <w:r>
        <w:rPr>
          <w:b w:val="0"/>
          <w:i w:val="0"/>
        </w:rPr>
        <w:t xml:space="preserve"> điều đã diễn ra theo ý ông… một chút may mắn nho nhỏ… và ông sẽ cần hành động cẩn thận và ngay lập tức.</w:t>
      </w:r>
    </w:p>
    <w:p>
      <w:pPr>
        <w:spacing w:after="80"/>
      </w:pPr>
      <w:r>
        <w:rPr>
          <w:b w:val="0"/>
          <w:i w:val="0"/>
        </w:rPr>
        <w:t>Faukman bước ngang văn phòng và đóng cửa lại, lặng lẽ vặn chốt khóa. Sau đó ông đi đến kệ sách, nơi chất đầy những kỷ vật xuất bản — bảng quảng cáo, bản in khuôn, giải thưởng văn học, danh sách sách bán chạy đóng khung, và những bản đọc trước giới hạn. Từ ngăn trên cùng, ông nhấc xuống một trong những vật quý giá nhất của mình… một chiếc cốc sứ in cá nhân hóa.</w:t>
      </w:r>
    </w:p>
    <w:p>
      <w:pPr>
        <w:spacing w:after="80"/>
      </w:pPr>
      <w:r>
        <w:rPr>
          <w:b w:val="0"/>
          <w:i w:val="0"/>
        </w:rPr>
        <w:t xml:space="preserve">Chiếc cốc mang những biểu tượng của một chén thánh, một hình tam giác và một bông hồng. Đó là món quà từ Robert Langdon sau lần xuất bản chung đầu tiên của họ hai thập kỷ trước — </w:t>
      </w:r>
      <w:r>
        <w:rPr>
          <w:b w:val="0"/>
          <w:i/>
        </w:rPr>
        <w:t>Những Biểu Tượng của Nữ Tính Thiêng Liêng Đã Mất</w:t>
      </w:r>
      <w:r>
        <w:rPr>
          <w:b w:val="0"/>
          <w:i w:val="0"/>
        </w:rPr>
        <w:t xml:space="preserve"> — một cuốn sách đã bán đủ bản để Langdon mua tặng Faukman chiếc cốc này… và chẳng còn gì nhiều hơn thế. Qua nhiều năm, chiếc cốc đã trở thành biểu tượng cho tình bạn bền bỉ của Langdon cũng như sự hợp tác nghề nghiệp lâu dài của họ.</w:t>
      </w:r>
    </w:p>
    <w:p>
      <w:pPr>
        <w:spacing w:after="80"/>
      </w:pPr>
      <w:r>
        <w:rPr>
          <w:b w:val="0"/>
          <w:i w:val="0"/>
        </w:rPr>
        <w:t>Từ bên trong chiếc cốc, Faukman lấy ra một chiếc chìa khóa. Rồi ông quay lại bàn làm việc và dùng nó để mở khóa ngăn kéo dưới cùng.</w:t>
      </w:r>
    </w:p>
    <w:p>
      <w:pPr>
        <w:spacing w:after="80"/>
      </w:pPr>
      <w:r>
        <w:rPr>
          <w:b w:val="0"/>
          <w:i w:val="0"/>
        </w:rPr>
        <w:t>Ở đó, được cất giữ an toàn trong ngăn kéo, là một xấp giấy in dày — 481 trang, giãn dòng đôi — được xếp gọn gàng và buộc bằng hai sợi dây thun. Faukman nhấc bản thảo ra khỏi ngăn kéo và đặt lên chiếc bàn gỗ lớn của mình.</w:t>
      </w:r>
    </w:p>
    <w:p>
      <w:pPr>
        <w:spacing w:after="80"/>
      </w:pPr>
      <w:r>
        <w:rPr>
          <w:b w:val="0"/>
          <w:i w:val="0"/>
        </w:rPr>
        <w:t>Trang tiêu đề chỉ có hai dòng.</w:t>
      </w:r>
    </w:p>
    <w:p>
      <w:pPr>
        <w:spacing w:after="80"/>
      </w:pPr>
      <w:r>
        <w:rPr>
          <w:b w:val="0"/>
          <w:i w:val="0"/>
        </w:rPr>
        <w:t>Không tựa đề</w:t>
      </w:r>
    </w:p>
    <w:p>
      <w:pPr>
        <w:spacing w:after="80"/>
      </w:pPr>
      <w:r>
        <w:rPr>
          <w:b w:val="0"/>
          <w:i w:val="0"/>
        </w:rPr>
        <w:t>của Katherine Solomon</w:t>
      </w:r>
    </w:p>
    <w:p>
      <w:pPr>
        <w:spacing w:after="80"/>
      </w:pPr>
      <w:r>
        <w:rPr>
          <w:b w:val="0"/>
          <w:i/>
        </w:rPr>
        <w:t>Ơn trời, mình vẫn biên tập trên giấy,</w:t>
      </w:r>
      <w:r>
        <w:rPr>
          <w:b w:val="0"/>
          <w:i w:val="0"/>
        </w:rPr>
        <w:t xml:space="preserve"> ông nghĩ, thở phào nhẹ nhõm khi biết ít nhất mình vẫn còn </w:t>
      </w:r>
      <w:r>
        <w:rPr>
          <w:b w:val="0"/>
          <w:i/>
        </w:rPr>
        <w:t>một</w:t>
      </w:r>
      <w:r>
        <w:rPr>
          <w:b w:val="0"/>
          <w:i w:val="0"/>
        </w:rPr>
        <w:t xml:space="preserve"> bản. Theo thói quen, Faukman đã in bản biên tập của mình ngay sau khi Katherine cho ông quyền truy cập bản thảo vài giờ trước đó.</w:t>
      </w:r>
    </w:p>
    <w:p>
      <w:pPr>
        <w:spacing w:after="80"/>
      </w:pPr>
      <w:r>
        <w:rPr>
          <w:b w:val="0"/>
          <w:i w:val="0"/>
        </w:rPr>
        <w:t xml:space="preserve">Hầu hết các biên tập viên đều dùng trình xử lý văn bản và tính năng "Track Changes" để nhập chỉnh sửa trực tiếp vào bản thảo số, nhưng Faukman vẫn thích một xấp giấy và cây bút bi xanh truyền thống. </w:t>
      </w:r>
      <w:r>
        <w:rPr>
          <w:b w:val="0"/>
          <w:i/>
        </w:rPr>
        <w:t>Lần này, việc theo lối cũ cuối cùng lại có ích.</w:t>
      </w:r>
    </w:p>
    <w:p>
      <w:pPr>
        <w:spacing w:after="80"/>
      </w:pPr>
      <w:r>
        <w:rPr>
          <w:b w:val="0"/>
          <w:i w:val="0"/>
        </w:rPr>
        <w:t xml:space="preserve">Có một thời, cách đây không lâu, trong ngành xuất bản, việc chỉ có </w:t>
      </w:r>
      <w:r>
        <w:rPr>
          <w:b w:val="0"/>
          <w:i/>
        </w:rPr>
        <w:t>một</w:t>
      </w:r>
      <w:r>
        <w:rPr>
          <w:b w:val="0"/>
          <w:i w:val="0"/>
        </w:rPr>
        <w:t xml:space="preserve"> bản thảo duy nhất là chuyện bình thường. Các tác giả viết tay, đặt bản thảo của mình vào một chiếc hộp rồi mang đến văn phòng nhà xuất bản. </w:t>
      </w:r>
      <w:r>
        <w:rPr>
          <w:b w:val="0"/>
          <w:i/>
        </w:rPr>
        <w:t>Đồi Gió Hú, Anh Em Nhà Karamazov,</w:t>
      </w:r>
      <w:r>
        <w:rPr>
          <w:b w:val="0"/>
          <w:i w:val="0"/>
        </w:rPr>
        <w:t xml:space="preserve"> và </w:t>
      </w:r>
      <w:r>
        <w:rPr>
          <w:b w:val="0"/>
          <w:i/>
        </w:rPr>
        <w:t>Chuông Nguyện Hồn Ai</w:t>
      </w:r>
      <w:r>
        <w:rPr>
          <w:b w:val="0"/>
          <w:i w:val="0"/>
        </w:rPr>
        <w:t xml:space="preserve"> đều khởi đầu cuộc đời mình như một bản thảo giấy độc nhất, nguyên gốc.</w:t>
      </w:r>
    </w:p>
    <w:p>
      <w:pPr>
        <w:spacing w:after="80"/>
      </w:pPr>
      <w:r>
        <w:rPr>
          <w:b w:val="0"/>
          <w:i/>
        </w:rPr>
        <w:t>Bình tĩnh nào,</w:t>
      </w:r>
      <w:r>
        <w:rPr>
          <w:b w:val="0"/>
          <w:i w:val="0"/>
        </w:rPr>
        <w:t xml:space="preserve"> ông tự nhủ. </w:t>
      </w:r>
      <w:r>
        <w:rPr>
          <w:b w:val="0"/>
          <w:i/>
        </w:rPr>
        <w:t>Nếu Maxwell Perkins có thể giữ được bình tĩnh khi xử lý bản thảo của Hemingway và Fitzgerald, thì chắc chắn mình cũng làm được như vậy với Katherine Solomon.</w:t>
      </w:r>
    </w:p>
    <w:p>
      <w:pPr>
        <w:spacing w:after="80"/>
      </w:pPr>
      <w:r>
        <w:rPr>
          <w:b w:val="0"/>
          <w:i w:val="0"/>
        </w:rPr>
        <w:t>Dù vậy, việc đầu tiên ông định làm chính là tạo một tệp sao lưu kỹ thuật số. Ngày trước, quá trình này đòi hỏi phải đánh máy lại toàn bộ bản thảo vào một trình xử lý văn bản. Ngày nay, máy quét nhận dạng ký tự quang học (optical character recognition) chỉ mất vài phút.</w:t>
      </w:r>
    </w:p>
    <w:p>
      <w:pPr>
        <w:spacing w:after="80"/>
      </w:pPr>
      <w:r>
        <w:rPr>
          <w:b w:val="0"/>
          <w:i w:val="0"/>
        </w:rPr>
        <w:t>Một chút bảo hiểm trong lúc PRH còn đang làm rõ chuyện gì đã xảy ra ở đây.</w:t>
      </w:r>
    </w:p>
    <w:p>
      <w:pPr>
        <w:spacing w:after="80"/>
      </w:pPr>
      <w:r>
        <w:rPr>
          <w:b w:val="0"/>
          <w:i w:val="0"/>
        </w:rPr>
        <w:t>Nhưng khi Faukman cân nhắc kế hoạch này, ông chợt nhận ra một điều khiến ông bất an. Máy quét OCR và máy photocopy của nhà xuất bản đều được kết nối với mạng lưới của công ty; nếu một hacker đã xâm nhập được vào cơ sở dữ liệu bảo mật nhất của PRH, thì những chiếc máy OCR và máy photocopy nối mạng kia khó có thể được coi là an toàn. Với mọi chuyện đã xảy ra đêm nay, Faukman không định mạo hiểm chút nào.</w:t>
      </w:r>
    </w:p>
    <w:p>
      <w:pPr>
        <w:spacing w:after="80"/>
      </w:pPr>
      <w:r>
        <w:rPr>
          <w:b w:val="0"/>
          <w:i w:val="0"/>
        </w:rPr>
        <w:t xml:space="preserve">Ông xem đồng hồ: </w:t>
      </w:r>
      <w:r>
        <w:rPr>
          <w:b w:val="0"/>
          <w:i/>
        </w:rPr>
        <w:t>2:09 sáng.</w:t>
      </w:r>
      <w:r>
        <w:rPr>
          <w:b w:val="0"/>
          <w:i w:val="0"/>
        </w:rPr>
        <w:t xml:space="preserve"> Nếu ông ghé vào tiệm FedEx Office Print &amp; Ship mở cửa 24 giờ gần đó, ông có thể dùng máy OCR và máy photocopy của họ, vừa ẩn danh vừa không thể truy vết — chắc chắn an toàn hơn nhiều so với dùng thiết bị nối mạng của nhà xuất bản.</w:t>
      </w:r>
    </w:p>
    <w:p>
      <w:pPr>
        <w:spacing w:after="80"/>
      </w:pPr>
      <w:r>
        <w:rPr>
          <w:b w:val="0"/>
          <w:i w:val="0"/>
        </w:rPr>
        <w:t>Tin chắc vào kế hoạch của mình, Faukman nhanh chóng gói bản thảo vào một phong bì có đệm rồi dán kín, nhét gói hàng vào ba lô. Sau khi thắt dây đôi giày thể thao màu đen và khoác chiếc áo choàng peacoat len xám cổ điển, Faukman quàng ba lô lên vai, rời khỏi văn phòng và khóa cửa lại sau lưng. Ba mươi giây sau, ông đang ngồi trong thang máy đi xuống tầng trệt.</w:t>
      </w:r>
    </w:p>
    <w:p>
      <w:pPr>
        <w:spacing w:after="80"/>
      </w:pPr>
      <w:r>
        <w:rPr>
          <w:b w:val="0"/>
          <w:i w:val="0"/>
        </w:rPr>
        <w:t>Bước ra khỏi thang máy, Faukman vẫy tay chào người bảo vệ ca đêm đang ngồi sau quầy an ninh trong sảnh lớn rộng mênh mông. "Mai gặp nhé, Mark."</w:t>
      </w:r>
    </w:p>
    <w:p>
      <w:pPr>
        <w:spacing w:after="80"/>
      </w:pPr>
      <w:r>
        <w:rPr>
          <w:b w:val="0"/>
          <w:i w:val="0"/>
        </w:rPr>
        <w:t>"Cảm ơn ông, ông Faukman. Chúc ông một đêm tuyệt vời."</w:t>
      </w:r>
    </w:p>
    <w:p>
      <w:pPr>
        <w:spacing w:after="80"/>
      </w:pPr>
      <w:r>
        <w:rPr>
          <w:b w:val="0"/>
          <w:i/>
        </w:rPr>
        <w:t>Hơi muộn cho chuyện đó rồi,</w:t>
      </w:r>
      <w:r>
        <w:rPr>
          <w:b w:val="0"/>
          <w:i w:val="0"/>
        </w:rPr>
        <w:t xml:space="preserve"> Faukman nghĩ thầm.</w:t>
      </w:r>
    </w:p>
    <w:p>
      <w:pPr>
        <w:spacing w:after="80"/>
      </w:pPr>
      <w:r>
        <w:rPr>
          <w:b w:val="0"/>
          <w:i w:val="0"/>
        </w:rPr>
        <w:t>Khi vội vã bước ra phía cửa, ông đi qua giữa hai bức tường kệ sách cao vút của sảnh, nơi tự hào trưng bày những tác phẩm kinh điển của Random House từ đầu những năm 1900, khi hai nhà đồng sáng lập Bennett Cerf và Donald S. Klopfer thành lập công ty này với tư cách một nhà xuất bản tái bản nhỏ. Gu thẩm mỹ văn chương của hai nhà sáng lập đa dạng và phong phú đến mức gần như "ngẫu nhiên" (random), và họ đã đặt tên cho cơ nghiệp xuất bản của mình theo đúng như vậy.</w:t>
      </w:r>
    </w:p>
    <w:p>
      <w:pPr>
        <w:spacing w:after="80"/>
      </w:pPr>
      <w:r>
        <w:rPr>
          <w:b w:val="0"/>
          <w:i w:val="0"/>
        </w:rPr>
        <w:t>Một vài cuốn sách của Faukman nằm trên những kệ sách thiêng liêng này, và cho đến đêm nay, ông vẫn tin chắc rằng một ngày nào đó bản in đầu tiên cuốn sách của Katherine cũng sẽ có mặt ở đây.</w:t>
      </w:r>
    </w:p>
    <w:p>
      <w:pPr>
        <w:spacing w:after="80"/>
      </w:pPr>
      <w:r>
        <w:rPr>
          <w:b w:val="0"/>
          <w:i/>
        </w:rPr>
        <w:t>Giờ ông chỉ có một nhiệm vụ,</w:t>
      </w:r>
      <w:r>
        <w:rPr>
          <w:b w:val="0"/>
          <w:i w:val="0"/>
        </w:rPr>
        <w:t xml:space="preserve"> ông tự nhắc mình khi đẩy cánh cửa kính xoay lớn bước ra phố. </w:t>
      </w:r>
      <w:r>
        <w:rPr>
          <w:b w:val="0"/>
          <w:i/>
        </w:rPr>
        <w:t>Bảo vệ bản thảo này.</w:t>
      </w:r>
    </w:p>
    <w:p>
      <w:pPr>
        <w:spacing w:after="80"/>
      </w:pPr>
      <w:r>
        <w:rPr>
          <w:b w:val="0"/>
          <w:i w:val="0"/>
        </w:rPr>
        <w:t>Đêm lạnh buốt, và vào giờ này vỉa hè vắng tanh. Faukman rẽ phải trên đường Broadway và sải bước nhanh về phía nam, hướng tới Phố Năm Mươi Lăm, gió băng giá thổi tung vạt áo choàng của ông.</w:t>
      </w:r>
    </w:p>
    <w:p>
      <w:pPr>
        <w:spacing w:after="80"/>
      </w:pPr>
      <w:r>
        <w:rPr>
          <w:b w:val="0"/>
          <w:i w:val="0"/>
        </w:rPr>
        <w:t>Khi băng qua đại lộ, ông mải mê suy nghĩ đến mức không nhận ra một chiếc xe van màu đen đang bám theo cách đó trọn một dãy phố.</w:t>
      </w:r>
    </w:p>
    <w:p>
      <w:pPr>
        <w:jc w:val="center"/>
      </w:pPr>
      <w:r>
        <w:drawing>
          <wp:inline xmlns:a="http://schemas.openxmlformats.org/drawingml/2006/main" xmlns:pic="http://schemas.openxmlformats.org/drawingml/2006/picture">
            <wp:extent cx="5486400" cy="362122"/>
            <wp:docPr id="16" name="Picture 16"/>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Bộ phận An ninh Dữ liệu của PRH nằm trên tầng bốn của Tòa nhà Random House và gồm sáu trạm đầu cuối bảo mật nằm sâu trong mê cung những dãy máy chủ kêu vo vo. Cơ sở nhỏ gọn này chịu trách nhiệm duy trì một tường lửa không thể xuyên phá bao quanh các máy chủ nội bộ của nhà xuất bản.</w:t>
      </w:r>
    </w:p>
    <w:p>
      <w:pPr>
        <w:spacing w:after="80"/>
      </w:pPr>
      <w:r>
        <w:rPr>
          <w:b w:val="0"/>
          <w:i w:val="0"/>
        </w:rPr>
        <w:t>Kỹ thuật viên an ninh Alex Conan lúc này đang gõ phím điên cuồng trên máy trạm của mình, sau khi đã xác nhận rằng dấu vết cuối cùng của bản thảo và các thư mục nghiên cứu của Katherine Solomon đều đã biến mất—bị xóa sạch về số không, cọ rửa và không thể cứu vãn.</w:t>
      </w:r>
    </w:p>
    <w:p>
      <w:pPr>
        <w:spacing w:after="80"/>
      </w:pPr>
      <w:r>
        <w:rPr>
          <w:b w:val="0"/>
          <w:i/>
        </w:rPr>
        <w:t>Đây không còn là một nhiệm vụ giải cứu nữa,</w:t>
      </w:r>
      <w:r>
        <w:rPr>
          <w:b w:val="0"/>
          <w:i w:val="0"/>
        </w:rPr>
        <w:t xml:space="preserve"> Alex nghĩ. </w:t>
      </w:r>
      <w:r>
        <w:rPr>
          <w:b w:val="0"/>
          <w:i/>
        </w:rPr>
        <w:t>Không còn ai sống sót.</w:t>
      </w:r>
    </w:p>
    <w:p>
      <w:pPr>
        <w:spacing w:after="80"/>
      </w:pPr>
      <w:r>
        <w:rPr>
          <w:b w:val="0"/>
          <w:i w:val="0"/>
        </w:rPr>
        <w:t>Điều đáng lo ngại là hệ thống phát hiện/ngăn chặn xâm nhập của hệ thống không hề đánh dấu bất kỳ dấu vết nào của các lỗ hổng bị khai thác—không có mục đăng ký bất thường, không có tệp bị sửa đổi, không có cấu hình hệ thống bị thay đổi, cũng không có bản ghi gói tin đáng ngờ. Rõ ràng, những kẻ tấn công sở hữu những kỹ năng đặc biệt.</w:t>
      </w:r>
    </w:p>
    <w:p>
      <w:pPr>
        <w:spacing w:after="80"/>
      </w:pPr>
      <w:r>
        <w:rPr>
          <w:b w:val="0"/>
          <w:i w:val="0"/>
        </w:rPr>
        <w:t>Rốt cuộc lũ này là ai vậy?!</w:t>
      </w:r>
    </w:p>
    <w:p>
      <w:pPr>
        <w:spacing w:after="80"/>
      </w:pPr>
      <w:r>
        <w:rPr>
          <w:b w:val="0"/>
          <w:i w:val="0"/>
        </w:rPr>
        <w:t xml:space="preserve">Nóng lòng muốn cập nhật cho Jonas Faukman, Alex gọi đến văn phòng của ông nhưng không có ai trả lời. </w:t>
      </w:r>
      <w:r>
        <w:rPr>
          <w:b w:val="0"/>
          <w:i/>
        </w:rPr>
        <w:t>Lạ thật.</w:t>
      </w:r>
    </w:p>
    <w:p>
      <w:pPr>
        <w:spacing w:after="80"/>
      </w:pPr>
      <w:r>
        <w:rPr>
          <w:b w:val="0"/>
          <w:i w:val="0"/>
        </w:rPr>
        <w:t>Anh gọi xuống cho nhân viên bảo vệ ca đêm ở sảnh. "Mark, tôi là Alex Conan ở bộ phận Hệ thống đây. Anh gọi giúp tôi Jonas Faukman đến trung tâm an ninh ngay lập tức được không? Chuyện quan trọng."</w:t>
      </w:r>
    </w:p>
    <w:p>
      <w:pPr>
        <w:spacing w:after="80"/>
      </w:pPr>
      <w:r>
        <w:rPr>
          <w:b w:val="0"/>
          <w:i w:val="0"/>
        </w:rPr>
        <w:t>"Ông ấy sẽ không nghe thấy tôi đâu," người bảo vệ đáp lại bằng giọng vui vẻ thường ngày. "Ông ấy vừa bước ra khỏi tòa nhà rồi."</w:t>
      </w:r>
    </w:p>
    <w:p>
      <w:pPr>
        <w:spacing w:after="80"/>
      </w:pPr>
      <w:r>
        <w:rPr>
          <w:b w:val="0"/>
          <w:i/>
        </w:rPr>
        <w:t>Faukman đã rời đi?! Chúng ta bị tấn công…chính vì</w:t>
      </w:r>
      <w:r>
        <w:rPr>
          <w:b w:val="0"/>
          <w:i w:val="0"/>
        </w:rPr>
        <w:t xml:space="preserve"> cuốn sách </w:t>
      </w:r>
      <w:r>
        <w:rPr>
          <w:b w:val="0"/>
          <w:i/>
        </w:rPr>
        <w:t>của ông ấy!</w:t>
      </w:r>
    </w:p>
    <w:p>
      <w:pPr>
        <w:spacing w:after="80"/>
      </w:pPr>
      <w:r>
        <w:rPr>
          <w:b w:val="0"/>
          <w:i w:val="0"/>
        </w:rPr>
        <w:t>Alex cho rằng Faukman chỉ vừa ra ngoài hít thở chút không khí và sẽ quay lại ngay. Anh tự hỏi liệu mình có nên báo cho ban lãnh đạo tập đoàn PRH không, nhưng lúc này chẳng ai làm được gì cả, và có lẽ họ sẽ sa thải anh ngay tại chỗ vì đã để chuyện này xảy ra trong ca trực của mình.</w:t>
      </w:r>
    </w:p>
    <w:p>
      <w:pPr>
        <w:spacing w:after="80"/>
      </w:pPr>
      <w:r>
        <w:rPr>
          <w:b w:val="0"/>
          <w:i/>
        </w:rPr>
        <w:t>Kiểm soát thiệt hại,</w:t>
      </w:r>
      <w:r>
        <w:rPr>
          <w:b w:val="0"/>
          <w:i w:val="0"/>
        </w:rPr>
        <w:t xml:space="preserve"> anh tự nhủ. </w:t>
      </w:r>
      <w:r>
        <w:rPr>
          <w:b w:val="0"/>
          <w:i/>
        </w:rPr>
        <w:t>Vẫn còn thời gian để mình giải quyết chuyện này.</w:t>
      </w:r>
    </w:p>
    <w:p>
      <w:pPr>
        <w:spacing w:after="80"/>
      </w:pPr>
      <w:r>
        <w:rPr>
          <w:b w:val="0"/>
          <w:i w:val="0"/>
        </w:rPr>
        <w:t xml:space="preserve">Kỹ năng hack của Alex rất vững vàng, cũng như hầu hết các kỹ thuật viên làm việc trong lĩnh vực an ninh hệ thống. Chỉ cần vài giờ đồng hồ và một chút may mắn, anh có cơ hội thực sự để làm rõ </w:t>
      </w:r>
      <w:r>
        <w:rPr>
          <w:b w:val="0"/>
          <w:i/>
        </w:rPr>
        <w:t>ai</w:t>
      </w:r>
      <w:r>
        <w:rPr>
          <w:b w:val="0"/>
          <w:i w:val="0"/>
        </w:rPr>
        <w:t xml:space="preserve"> đã hack PRH. Sau đó, tùy vào những gì anh phát hiện được, anh thậm chí có thể tìm ra một cách thông minh để hack ngược lại chúng.</w:t>
      </w:r>
    </w:p>
    <w:p>
      <w:pPr>
        <w:pStyle w:val="Heading1"/>
      </w:pPr>
      <w:r>
        <w:rPr>
          <w:rFonts w:ascii="Calibri" w:hAnsi="Calibri"/>
          <w:b/>
          <w:i w:val="0"/>
          <w:sz w:val="40"/>
        </w:rPr>
        <w:t>Chương 16</w:t>
      </w:r>
    </w:p>
    <w:p>
      <w:pPr>
        <w:spacing w:after="80"/>
      </w:pPr>
      <w:r>
        <w:rPr>
          <w:b w:val="0"/>
          <w:i w:val="0"/>
        </w:rPr>
        <w:t>Chen chúc ở hàng ghế sau của chiếc sedan Škoda Octavia, Robert Langdon cảm thấy như bị giam hãm. Phía trước anh, Đại úy Janáček đã đẩy ghế của mình ngả ra xa hết mức có thể, và giờ Langdon phải co đầu gối lên sát ngực, chống lại cơn ngột ngạt đang tăng dần. Các cửa gió thổi ra luồng không khí nóng hầm hập, lẫn với khói thuốc lá của viên đại úy, và Langdon mừng vì mình chỉ mặc chiếc áo len Dale chứ không phải chiếc áo khoác phồng cồng kềnh Patagonia.</w:t>
      </w:r>
    </w:p>
    <w:p>
      <w:pPr>
        <w:spacing w:after="80"/>
      </w:pPr>
      <w:r>
        <w:rPr>
          <w:b w:val="0"/>
          <w:i w:val="0"/>
        </w:rPr>
        <w:t>Janáček lại đang nghe điện thoại, nói tiếng Séc khe khẽ trong khi xe lao về phía nam dọc theo bờ sông Vltava. Người tài xế cổ dày của viên đại úy là một trung úy ngoài hai mươi tuổi, mặc bộ đồ liền thân ÚZSI màu xanh navy và đội chiếc mũ nồi quân đội nghiêng nghiêng. Anh ta trông giống một lực sĩ thể hình hay đô vật chuyên nghiệp hơn là một nhân viên thực thi pháp luật, và lúc này đang luồn lách uốn lượn qua dòng xe cộ chỉ với một tay trên vô lăng, như thể đang cố gây ấn tượng với sếp mình.</w:t>
      </w:r>
    </w:p>
    <w:p>
      <w:pPr>
        <w:spacing w:after="80"/>
      </w:pPr>
      <w:r>
        <w:rPr>
          <w:b w:val="0"/>
          <w:i w:val="0"/>
        </w:rPr>
        <w:t>Khi xe phóng về phía nam dọc theo bờ sông trên phố Masarykovo nábřeží, Langdon cảm thấy buồn nôn và buộc phải đưa mắt nhìn ra ngoài cửa sổ vào những khoảng không rộng mở.</w:t>
      </w:r>
    </w:p>
    <w:p>
      <w:pPr>
        <w:spacing w:after="80"/>
      </w:pPr>
      <w:r>
        <w:rPr>
          <w:b w:val="0"/>
          <w:i w:val="0"/>
        </w:rPr>
        <w:t xml:space="preserve">Họ vừa đi ngang qua một hòn đảo nhỏ trên sông Vltava, nơi có Cung điện Žofín màu vàng rực rỡ theo phong cách Tân Phục hưng. Tương phản rõ rệt với cung điện cổ kính ấy, công trình siêu hiện đại nổi tiếng nhất của Praha đang ở phía trước bên trái. Ngôi nhà Khiêu vũ (Dancing House) gồm hai tòa tháp nhỏ nghiêng vào nhau như đang khiêu vũ. Kiến trúc sư Frank Gehry gọi hai tòa tháp của mình là </w:t>
      </w:r>
      <w:r>
        <w:rPr>
          <w:b w:val="0"/>
          <w:i/>
        </w:rPr>
        <w:t>Fred và Ginger,</w:t>
      </w:r>
      <w:r>
        <w:rPr>
          <w:b w:val="0"/>
          <w:i w:val="0"/>
        </w:rPr>
        <w:t xml:space="preserve"> nghe có vẻ hơi quá sức tưởng tượng, nhưng xét đến việc đường chân trời London giờ đây tự hào có </w:t>
      </w:r>
      <w:r>
        <w:rPr>
          <w:b w:val="0"/>
          <w:i/>
        </w:rPr>
        <w:t>The Gherkin, The Walkie-Talkie,</w:t>
      </w:r>
      <w:r>
        <w:rPr>
          <w:b w:val="0"/>
          <w:i w:val="0"/>
        </w:rPr>
        <w:t xml:space="preserve"> và </w:t>
      </w:r>
      <w:r>
        <w:rPr>
          <w:b w:val="0"/>
          <w:i/>
        </w:rPr>
        <w:t>The Cheesegrater,</w:t>
      </w:r>
      <w:r>
        <w:rPr>
          <w:b w:val="0"/>
          <w:i w:val="0"/>
        </w:rPr>
        <w:t xml:space="preserve"> thì có lẽ hai ngôi sao điện ảnh đang khiêu vũ của Praha có thể được coi là một may mắn.</w:t>
      </w:r>
    </w:p>
    <w:p>
      <w:pPr>
        <w:spacing w:after="80"/>
      </w:pPr>
      <w:r>
        <w:rPr>
          <w:b w:val="0"/>
          <w:i w:val="0"/>
        </w:rPr>
        <w:t xml:space="preserve">Langdon từ lâu đã bị ấn tượng bởi niềm đam mê của Prague dành cho nghệ thuật tiên phong. Một số bộ sưu tập tiến bộ nhất thế giới được lưu giữ tại đây, ở DOX Center, Trade Fair Palace và Museum Kampa. Tuy nhiên, điều độc đáo riêng có ở Prague chính là những tác phẩm sắp đặt "bật lên" (pop-up) nghiệp dư thường xuyên xuất hiện khắp thành phố và, với một vài người may mắn—như </w:t>
      </w:r>
      <w:r>
        <w:rPr>
          <w:b w:val="0"/>
          <w:i/>
        </w:rPr>
        <w:t>The Lennon Wall</w:t>
      </w:r>
      <w:r>
        <w:rPr>
          <w:b w:val="0"/>
          <w:i w:val="0"/>
        </w:rPr>
        <w:t xml:space="preserve"> và </w:t>
      </w:r>
      <w:r>
        <w:rPr>
          <w:b w:val="0"/>
          <w:i/>
        </w:rPr>
        <w:t>The Hanging Umbrella People</w:t>
      </w:r>
      <w:r>
        <w:rPr>
          <w:b w:val="0"/>
          <w:i w:val="0"/>
        </w:rPr>
        <w:t>—được yêu mến đến mức được giữ lại vĩnh viễn.</w:t>
      </w:r>
    </w:p>
    <w:p>
      <w:pPr>
        <w:spacing w:after="80"/>
      </w:pPr>
      <w:r>
        <w:rPr>
          <w:b w:val="0"/>
          <w:i w:val="0"/>
        </w:rPr>
        <w:t>"Giáo sư," Janáček nói, đột ngột quay sang đối mặt với Langdon, khiến lưng ghế của ông ta ấn sâu hơn vào đầu gối Langdon. "Khi chúng ta đến Crucifix Bastion, tôi sẽ tách ông ra khỏi cô Solomon. Tôi định thẩm vấn cô ấy mà không có ông ở đó. Tôi không muốn hai người thống nhất lời khai với nhau."</w:t>
      </w:r>
    </w:p>
    <w:p>
      <w:pPr>
        <w:spacing w:after="80"/>
      </w:pPr>
      <w:r>
        <w:rPr>
          <w:b w:val="0"/>
          <w:i w:val="0"/>
        </w:rPr>
        <w:t xml:space="preserve">"Lời khai của </w:t>
      </w:r>
      <w:r>
        <w:rPr>
          <w:b w:val="0"/>
          <w:i/>
        </w:rPr>
        <w:t>chúng tôi</w:t>
      </w:r>
      <w:r>
        <w:rPr>
          <w:b w:val="0"/>
          <w:i w:val="0"/>
        </w:rPr>
        <w:t>?" Langdon lặp lại, cố giữ cho sự bực bội không lộ ra trong giọng nói. "Mọi điều tôi kể với ông đều hoàn toàn đúng sự thật."</w:t>
      </w:r>
    </w:p>
    <w:p>
      <w:pPr>
        <w:spacing w:after="80"/>
      </w:pPr>
      <w:r>
        <w:rPr>
          <w:b w:val="0"/>
          <w:i w:val="0"/>
        </w:rPr>
        <w:t>"Biết vậy thì tốt. Thế thì ông chẳng có gì phải lo lắng cả." Janáček đã xoay người lại đối diện phía trước.</w:t>
      </w:r>
    </w:p>
    <w:p>
      <w:pPr>
        <w:spacing w:after="80"/>
      </w:pPr>
      <w:r>
        <w:rPr>
          <w:b w:val="0"/>
          <w:i w:val="0"/>
        </w:rPr>
        <w:t xml:space="preserve">Langdon lo lắng về cuộc chạm trán sắp tới giữa Katherine và Janáček. Vị đội trưởng dường như đã quyết định rằng hai người Mỹ—hoặc ít nhất là </w:t>
      </w:r>
      <w:r>
        <w:rPr>
          <w:b w:val="0"/>
          <w:i/>
        </w:rPr>
        <w:t>Katherine</w:t>
      </w:r>
      <w:r>
        <w:rPr>
          <w:b w:val="0"/>
          <w:i w:val="0"/>
        </w:rPr>
        <w:t>—bằng cách nào đó đã dàn dựng chuỗi sự kiện kỳ quái này vì lợi ích cá nhân.</w:t>
      </w:r>
    </w:p>
    <w:p>
      <w:pPr>
        <w:spacing w:after="80"/>
      </w:pPr>
      <w:r>
        <w:rPr>
          <w:b w:val="0"/>
          <w:i w:val="0"/>
        </w:rPr>
        <w:t>Hoàn toàn điên rồ.</w:t>
      </w:r>
    </w:p>
    <w:p>
      <w:pPr>
        <w:spacing w:after="80"/>
      </w:pPr>
      <w:r>
        <w:rPr>
          <w:b w:val="0"/>
          <w:i w:val="0"/>
        </w:rPr>
        <w:t>Dẫu vậy, dù Langdon có xem xét tình huống này theo bao nhiêu cách đi nữa, ông vẫn không thấy lời giải thích nào cho giấc mơ của cô báo trước được cảnh tượng trên cầu Charles.</w:t>
      </w:r>
    </w:p>
    <w:p>
      <w:pPr>
        <w:spacing w:after="80"/>
      </w:pPr>
      <w:r>
        <w:rPr>
          <w:b w:val="0"/>
          <w:i w:val="0"/>
        </w:rPr>
        <w:t>Cô ấy không kể cho ai về linh cảnh của mình…và chúng tôi đi thẳng về giường ngủ.</w:t>
      </w:r>
    </w:p>
    <w:p>
      <w:pPr>
        <w:spacing w:after="80"/>
      </w:pPr>
      <w:r>
        <w:rPr>
          <w:b w:val="0"/>
          <w:i w:val="0"/>
        </w:rPr>
        <w:t xml:space="preserve">Lời giải thích duy nhất còn lại, dù Langdon thấy nó khó hiểu đến đâu, là Katherine đã trải qua một giấc mơ tiền tri (precognitive) </w:t>
      </w:r>
      <w:r>
        <w:rPr>
          <w:b w:val="0"/>
          <w:i/>
        </w:rPr>
        <w:t>thực sự</w:t>
      </w:r>
      <w:r>
        <w:rPr>
          <w:b w:val="0"/>
          <w:i w:val="0"/>
        </w:rPr>
        <w:t xml:space="preserve">…một linh cảm </w:t>
      </w:r>
      <w:r>
        <w:rPr>
          <w:b w:val="0"/>
          <w:i/>
        </w:rPr>
        <w:t>Titanic</w:t>
      </w:r>
      <w:r>
        <w:rPr>
          <w:b w:val="0"/>
          <w:i w:val="0"/>
        </w:rPr>
        <w:t xml:space="preserve"> của riêng cô.</w:t>
      </w:r>
    </w:p>
    <w:p>
      <w:pPr>
        <w:spacing w:after="80"/>
      </w:pPr>
      <w:r>
        <w:rPr>
          <w:b w:val="0"/>
          <w:i w:val="0"/>
        </w:rPr>
        <w:t>Thách thức đối với Langdon là ông chưa bao giờ tin vào tiền tri. Suốt sự nghiệp của mình, ông đã bắt gặp chủ đề này trong các văn bản cổ, nhưng ông luôn bác bỏ ý niệm về khả năng thấu thị (clairvoyance), cho rằng tiền tri dù gọi bằng tên gì—lời sấm truyền, thuật bói toán, thuật điềm báo, thuật tiên đoán, chiêm tinh—đều là ảo tưởng lâu đời nhất của lịch sử.</w:t>
      </w:r>
    </w:p>
    <w:p>
      <w:pPr>
        <w:spacing w:after="80"/>
      </w:pPr>
      <w:r>
        <w:rPr>
          <w:b w:val="0"/>
          <w:i w:val="0"/>
        </w:rPr>
        <w:t>Kể từ khi loài người bắt đầu ghi chép quá khứ, họ đã khao khát nhìn thấy tương lai. Những nhà tiên tri như Nostradamus, Nhà tiên tri xứ Delphi và các nhà chiêm tinh Maya từng được tôn kính như những á thần. Ngay cả đến ngày nay, một dòng người được giáo dục bài bản vẫn đều đặn tìm đến các thầy xem chỉ tay, thầy bói, nhà ngoại cảm và các nhà chiêm tinh thời hiện đại.</w:t>
      </w:r>
    </w:p>
    <w:p>
      <w:pPr>
        <w:spacing w:after="80"/>
      </w:pPr>
      <w:r>
        <w:rPr>
          <w:b w:val="0"/>
          <w:i w:val="0"/>
        </w:rPr>
        <w:t>Biết trước tương lai là một nỗi ám ảnh của loài người.</w:t>
      </w:r>
    </w:p>
    <w:p>
      <w:pPr>
        <w:spacing w:after="80"/>
      </w:pPr>
      <w:r>
        <w:rPr>
          <w:b w:val="0"/>
          <w:i w:val="0"/>
        </w:rPr>
        <w:t xml:space="preserve">Sinh viên lịch sử của Langdon thường hỏi ông về Nostradamus, có thể nói là "nhà tiên kiến" nổi tiếng nhất mọi thời đại. Những bài thơ bí ẩn của nhà tiên tri dường như đã dự đoán, trong số những thứ khác, Cách mạng Pháp, sự trỗi dậy của Hitler và sự sụp đổ của Trung tâm Thương mại Thế giới. Langdon thừa nhận với lớp của mình rằng một số ít các bài thơ bốn câu (quatrain) của nhà tiên tri có chứa những ám chỉ </w:t>
      </w:r>
      <w:r>
        <w:rPr>
          <w:b w:val="0"/>
          <w:i/>
        </w:rPr>
        <w:t>có vẻ</w:t>
      </w:r>
      <w:r>
        <w:rPr>
          <w:b w:val="0"/>
          <w:i w:val="0"/>
        </w:rPr>
        <w:t xml:space="preserve"> gây sốc về các sự kiện tương lai, nhưng ông luôn nhắc họ rằng Nostradamus đã viết "Phong phú, Bí ẩn và Thông thường" (Copiously, Cryptically, and Commonly). Điều đó có nghĩa là, nhà tiên tri đã viết một tập </w:t>
      </w:r>
      <w:r>
        <w:rPr>
          <w:b w:val="0"/>
          <w:i/>
        </w:rPr>
        <w:t>phong phú</w:t>
      </w:r>
      <w:r>
        <w:rPr>
          <w:b w:val="0"/>
          <w:i w:val="0"/>
        </w:rPr>
        <w:t xml:space="preserve"> gồm 942 bài thơ riêng biệt, sử dụng ngôn ngữ </w:t>
      </w:r>
      <w:r>
        <w:rPr>
          <w:b w:val="0"/>
          <w:i/>
        </w:rPr>
        <w:t>bí ẩn</w:t>
      </w:r>
      <w:r>
        <w:rPr>
          <w:b w:val="0"/>
          <w:i w:val="0"/>
        </w:rPr>
        <w:t xml:space="preserve"> và mơ hồ, và dự đoán những sự kiện </w:t>
      </w:r>
      <w:r>
        <w:rPr>
          <w:b w:val="0"/>
          <w:i/>
        </w:rPr>
        <w:t>thông thường</w:t>
      </w:r>
      <w:r>
        <w:rPr>
          <w:b w:val="0"/>
          <w:i w:val="0"/>
        </w:rPr>
        <w:t xml:space="preserve"> như chiến tranh, thiên tai và những cuộc tranh giành quyền lực.</w:t>
      </w:r>
    </w:p>
    <w:p>
      <w:pPr>
        <w:spacing w:after="80"/>
      </w:pPr>
      <w:r>
        <w:rPr>
          <w:b w:val="0"/>
          <w:i w:val="0"/>
        </w:rPr>
        <w:t>"Không có gì ngạc nhiên khi chúng ta thỉnh thoảng thấy những điểm trùng khớp," Langdon nói với họ. "Tất cả chúng ta đều muốn tin vào phép màu hay điều gì đó vượt khỏi thế giới này, nên tâm trí chúng ta thường đánh lừa ta nhìn thấy những thứ thực ra không hề tồn tại."</w:t>
      </w:r>
    </w:p>
    <w:p>
      <w:pPr>
        <w:spacing w:after="80"/>
      </w:pPr>
      <w:r>
        <w:rPr>
          <w:b w:val="0"/>
          <w:i w:val="0"/>
        </w:rPr>
        <w:t>Để minh họa cho luận điểm của mình, hằng năm Langdon mở đầu buổi hội thảo dành cho sinh viên năm nhất bằng cách yêu cầu mỗi sinh viên nộp ngày và giờ sinh chính xác của mình. Một tuần sau, ông trao cho mỗi người một phong bì niêm phong có ghi tên họ và nói rằng ông đã đưa thông tin ngày sinh của họ cho một nhà chiêm tinh nổi tiếng và yêu cầu luận giải. Khi sinh viên mở phong bì, họ luôn há hốc miệng kinh ngạc trước độ chính xác của những lời luận giải của nhà chiêm tinh.</w:t>
      </w:r>
    </w:p>
    <w:p>
      <w:pPr>
        <w:spacing w:after="80"/>
      </w:pPr>
      <w:r>
        <w:rPr>
          <w:b w:val="0"/>
          <w:i w:val="0"/>
        </w:rPr>
        <w:t xml:space="preserve">Sau đó Langdon bảo họ đổi giấy với một sinh viên khác. Trước sự ngạc nhiên của họ, họ phát hiện ra rằng tất cả những "lời luận giải chiêm tinh" mà ông đã phát đều </w:t>
      </w:r>
      <w:r>
        <w:rPr>
          <w:b w:val="0"/>
          <w:i/>
        </w:rPr>
        <w:t>giống hệt nhau.</w:t>
      </w:r>
      <w:r>
        <w:rPr>
          <w:b w:val="0"/>
          <w:i w:val="0"/>
        </w:rPr>
        <w:t xml:space="preserve"> Những lời luận giải ấy chỉ </w:t>
      </w:r>
      <w:r>
        <w:rPr>
          <w:b w:val="0"/>
          <w:i/>
        </w:rPr>
        <w:t>có cảm giác</w:t>
      </w:r>
      <w:r>
        <w:rPr>
          <w:b w:val="0"/>
          <w:i w:val="0"/>
        </w:rPr>
        <w:t xml:space="preserve"> chính xác vì chúng chứa đựng những niềm tin cá nhân phổ biến:</w:t>
      </w:r>
    </w:p>
    <w:p>
      <w:pPr>
        <w:spacing w:after="80"/>
      </w:pPr>
      <w:r>
        <w:rPr>
          <w:b w:val="0"/>
          <w:i w:val="0"/>
        </w:rPr>
        <w:t>Bạn có xu hướng tự phê bình bản thân.</w:t>
      </w:r>
    </w:p>
    <w:p>
      <w:pPr>
        <w:spacing w:after="80"/>
      </w:pPr>
      <w:r>
        <w:rPr>
          <w:b w:val="0"/>
          <w:i w:val="0"/>
        </w:rPr>
        <w:t>Bạn tự hào vì mình là một người suy nghĩ độc lập.</w:t>
      </w:r>
    </w:p>
    <w:p>
      <w:pPr>
        <w:spacing w:after="80"/>
      </w:pPr>
      <w:r>
        <w:rPr>
          <w:b w:val="0"/>
          <w:i w:val="0"/>
        </w:rPr>
        <w:t>Đôi khi bạn cảm thấy nghi ngờ liệu mình đã đưa ra quyết định đúng đắn chưa.</w:t>
      </w:r>
    </w:p>
    <w:p>
      <w:pPr>
        <w:spacing w:after="80"/>
      </w:pPr>
      <w:r>
        <w:rPr>
          <w:b w:val="0"/>
          <w:i w:val="0"/>
        </w:rPr>
        <w:t>Langdon giải thích rằng khao khát tìm kiếm chân lý cá nhân trong những câu nói chung chung được gọi là hiệu ứng Barnum (Barnum effect) — đặt tên theo những bài "trắc nghiệm tính cách" ở lều xiếc mà P. T. Barnum đã dùng để lừa biết bao khán giả rạp xiếc tin rằng ông có năng lực ngoại cảm.</w:t>
      </w:r>
    </w:p>
    <w:p>
      <w:pPr>
        <w:spacing w:after="80"/>
      </w:pPr>
      <w:r>
        <w:rPr>
          <w:b w:val="0"/>
          <w:i w:val="0"/>
        </w:rPr>
        <w:t>Chiếc sedan của ÚZSI đánh lái gắt sang trái, kéo Langdon ra khỏi dòng suy nghĩ khi xe bắt đầu leo lên vùng rừng cây rộng lớn của Công viên Folimanka, một không gian công cộng trải dài ở ngoại vi trung tâm Prague.</w:t>
      </w:r>
    </w:p>
    <w:p>
      <w:pPr>
        <w:spacing w:after="80"/>
      </w:pPr>
      <w:r>
        <w:rPr>
          <w:b w:val="0"/>
          <w:i w:val="0"/>
        </w:rPr>
        <w:t>Trên đỉnh đồi cao, Langdon chỉ vừa đủ nhận ra bức tường thành đá của Pháo đài Crucifix nằm trên đường sống núi phía trên họ. Anh chưa từng đến thăm pháo đài nhỏ này, nơi đã đổ nát suốt nhiều năm và chỉ mới được trùng tu gần đây, nhưng giờ anh biết về công trình tái thiết này nhiều hơn mức anh muốn — vì đêm qua đã bị người thuê mới đầy tự hào của pháo đài kể lể không ngừng.</w:t>
      </w:r>
    </w:p>
    <w:p>
      <w:pPr>
        <w:spacing w:after="80"/>
      </w:pPr>
      <w:r>
        <w:rPr>
          <w:b w:val="0"/>
          <w:i w:val="0"/>
        </w:rPr>
        <w:t>Tiến sĩ Brigita Gessner.</w:t>
      </w:r>
    </w:p>
    <w:p>
      <w:pPr>
        <w:spacing w:after="80"/>
      </w:pPr>
      <w:r>
        <w:rPr>
          <w:b w:val="0"/>
          <w:i w:val="0"/>
        </w:rPr>
        <w:t>Nhà thần kinh học người Séc này là thành viên ban điều hành Chuỗi Bài giảng Đại học Charles và đã đích thân mời Katherine làm diễn giả đêm qua. Sau buổi giảng, Gessner cùng Katherine và Langdon uống một ly ở quầy bar khách sạn. Nhưng thay vì chúc mừng Katherine, Gessner hầu như chẳng nhắc gì đến bài giảng xuất sắc ấy, mà lại khoe khoang về công trình của chính mình và phòng thí nghiệm tư nhân mới toanh đáng kinh ngạc của bà.</w:t>
      </w:r>
    </w:p>
    <w:p>
      <w:pPr>
        <w:spacing w:after="80"/>
      </w:pPr>
      <w:r>
        <w:rPr>
          <w:b w:val="0"/>
          <w:i w:val="0"/>
        </w:rPr>
        <w:t xml:space="preserve">"Pháo đài khá nhỏ, nhưng là một địa điểm </w:t>
      </w:r>
      <w:r>
        <w:rPr>
          <w:b w:val="0"/>
          <w:i/>
        </w:rPr>
        <w:t>tuyệt diệu</w:t>
      </w:r>
      <w:r>
        <w:rPr>
          <w:b w:val="0"/>
          <w:i w:val="0"/>
        </w:rPr>
        <w:t xml:space="preserve"> cho một cơ sở nghiên cứu," Gessner hào hứng nói. "Pháo đài cổ nằm trên một đường sống núi với tầm nhìn bao quát thành phố không gì sánh bằng, và những bức tường đá dày của nó mang lại khả năng che chắn tuyệt vời khỏi nhiễu điện từ, khiến nơi đây lý tưởng cho công việc tinh tế của tôi trong lĩnh vực hình ảnh thần kinh."</w:t>
      </w:r>
    </w:p>
    <w:p>
      <w:pPr>
        <w:spacing w:after="80"/>
      </w:pPr>
      <w:r>
        <w:rPr>
          <w:b w:val="0"/>
          <w:i w:val="0"/>
        </w:rPr>
        <w:t>Gessner tiếp tục khoe rằng thành công của bà trong lĩnh vực công nghệ hình ảnh não và các mạng lưới thần kinh tin học đã mang lại cho bà quyền tự chủ hoàn toàn trong nghiên cứu — cả về tài chính lẫn chương trình — và giờ bà dành thời gian làm "bất cứ thứ quái quỷ gì tôi muốn, trong một không gian cực kỳ riêng tư."</w:t>
      </w:r>
    </w:p>
    <w:p>
      <w:pPr>
        <w:spacing w:after="80"/>
      </w:pPr>
      <w:r>
        <w:rPr>
          <w:b w:val="0"/>
          <w:i w:val="0"/>
        </w:rPr>
        <w:t>Khi chiếc sedan của ÚZSI lao ra khỏi rặng cây, cảnh phòng thí nghiệm sừng sững trên vách đá mang theo một nỗi lo bất ngờ về sự an toàn của Katherine.</w:t>
      </w:r>
    </w:p>
    <w:p>
      <w:pPr>
        <w:spacing w:after="80"/>
      </w:pPr>
      <w:r>
        <w:rPr>
          <w:b w:val="0"/>
          <w:i w:val="0"/>
        </w:rPr>
        <w:t>Không hiểu vì sao, Langdon bỗng cảm thấy một mối nguy hiểm đột ngột.</w:t>
      </w:r>
    </w:p>
    <w:p>
      <w:pPr>
        <w:spacing w:after="80"/>
      </w:pPr>
      <w:r>
        <w:rPr>
          <w:b w:val="0"/>
          <w:i w:val="0"/>
        </w:rPr>
        <w:t>Anh hy vọng đó không phải là linh cảm tiên tri.</w:t>
      </w:r>
    </w:p>
    <w:p>
      <w:pPr>
        <w:pStyle w:val="Heading1"/>
      </w:pPr>
      <w:r>
        <w:rPr>
          <w:rFonts w:ascii="Calibri" w:hAnsi="Calibri"/>
          <w:b/>
          <w:i w:val="0"/>
          <w:sz w:val="40"/>
        </w:rPr>
        <w:t>Chương 17</w:t>
      </w:r>
    </w:p>
    <w:p>
      <w:pPr>
        <w:spacing w:after="80"/>
      </w:pPr>
      <w:r>
        <w:rPr>
          <w:b w:val="0"/>
          <w:i w:val="0"/>
        </w:rPr>
        <w:t>Jonas Faukman hà hơi vào hai bàn tay khum lại khi đi về phía đông dọc theo Phố Năm Mươi Hai, con phố vắng tanh vào giờ này. Đêm lạnh cắt da, và bản thảo nặng trịch trong ba lô anh. May thay, văn phòng FedEx mở cửa hai mươi bốn giờ chỉ còn cách một dãy nhà, bên kia Đại lộ Số Bảy.</w:t>
      </w:r>
    </w:p>
    <w:p>
      <w:pPr>
        <w:spacing w:after="80"/>
      </w:pPr>
      <w:r>
        <w:rPr>
          <w:b w:val="0"/>
          <w:i w:val="0"/>
        </w:rPr>
        <w:t xml:space="preserve">Faukman vẫn đang vật lộn để hiểu nổi tại sao lại có kẻ nhắm </w:t>
      </w:r>
      <w:r>
        <w:rPr>
          <w:b w:val="0"/>
          <w:i/>
        </w:rPr>
        <w:t>chỉ</w:t>
      </w:r>
      <w:r>
        <w:rPr>
          <w:b w:val="0"/>
          <w:i w:val="0"/>
        </w:rPr>
        <w:t xml:space="preserve"> vào cuốn sách của Katherine. Cơ sở dữ liệu của PRH chứa vô số mục tiêu rõ ràng hơn — những cuốn sách ăn khách được bảo đảm của các tác giả tên tuổi mà lợi nhuận của PRH phụ thuộc vào. Thật vô lý. Faukman bắt đầu tự hỏi liệu vụ hack này có khi nào không phải là ăn cắp bản quyền sách, mà là… một thứ gì đó </w:t>
      </w:r>
      <w:r>
        <w:rPr>
          <w:b w:val="0"/>
          <w:i/>
        </w:rPr>
        <w:t>khác.</w:t>
      </w:r>
    </w:p>
    <w:p>
      <w:pPr>
        <w:spacing w:after="80"/>
      </w:pPr>
      <w:r>
        <w:rPr>
          <w:b w:val="0"/>
          <w:i w:val="0"/>
        </w:rPr>
        <w:t>Faukman đi trước hai mươi thước, một chiếc xe van màu đen tấp vào lề và dừng lại, nổ máy không tải. Faukman theo phản xạ chậm bước, cảm thấy bất an trên con phố vắng vẻ vào giờ này. Tuy nhiên, một lát sau, ông nhận ra nỗi hoang tưởng của mình là nhầm chỗ; tài xế xe van nhảy ra, huýt sáo vui vẻ và đọc một tấm bảng kẹp giấy. Không thèm liếc Faukman lấy một cái, anh ta sải bước về hướng ngược lại.</w:t>
      </w:r>
    </w:p>
    <w:p>
      <w:pPr>
        <w:spacing w:after="80"/>
      </w:pPr>
      <w:r>
        <w:rPr>
          <w:b w:val="0"/>
          <w:i w:val="0"/>
        </w:rPr>
        <w:t>Faukman thả lỏng và tiếp tục đi ngang qua chiếc xe van.</w:t>
      </w:r>
    </w:p>
    <w:p>
      <w:pPr>
        <w:spacing w:after="80"/>
      </w:pPr>
      <w:r>
        <w:rPr>
          <w:b w:val="0"/>
          <w:i w:val="0"/>
        </w:rPr>
        <w:t>Phía trước, người tài xế vừa rời đi dừng lại, nhìn lên số tòa nhà, kiểm tra lại tấm bảng kẹp giấy, rồi quay người, đi ngược lại con đường anh ta vừa đến. "Johnny!" anh ta gọi về phía chiếc xe van. "Địa chỉ trong email đó là gì vậy? Tôi chẳng thấy nhà hàng souvlaki nào ở đây cả!"</w:t>
      </w:r>
    </w:p>
    <w:p>
      <w:pPr>
        <w:spacing w:after="80"/>
      </w:pPr>
      <w:r>
        <w:rPr>
          <w:b w:val="0"/>
          <w:i w:val="0"/>
        </w:rPr>
        <w:t>"Cách thêm một dãy nhà nữa," Faukman lên tiếng, chỉ tay. "Ngay qua khỏi Đệ Thất—"</w:t>
      </w:r>
    </w:p>
    <w:p>
      <w:pPr>
        <w:spacing w:after="80"/>
      </w:pPr>
      <w:r>
        <w:rPr>
          <w:b w:val="0"/>
          <w:i w:val="0"/>
        </w:rPr>
        <w:t>Từ phía sau, một nắm đấm giáng vào quả thận phải của Faukman, và một chiếc túi đen ập xuống trùm kín đầu ông. Trước khi Faukman kịp hiểu chuyện gì đang xảy ra, hai bàn tay lực lưỡng đã nhấc bổng ông lên khỏi mặt đất và ném ông vào trong xe van. Ông ngã nhào xuống sàn cứng, cú va đập làm ông mất cả hơi thở. Cửa xe đóng sầm lại, và chỉ trong vài giây, ông cảm thấy chiếc xe van tăng tốc vun vút.</w:t>
      </w:r>
    </w:p>
    <w:p>
      <w:pPr>
        <w:spacing w:after="80"/>
      </w:pPr>
      <w:r>
        <w:rPr>
          <w:b w:val="0"/>
          <w:i w:val="0"/>
        </w:rPr>
        <w:t>Thở hổn hển và không nhìn thấy gì, vị biên tập viên kinh hoàng cố lấy lại hơi thở và đánh giá tình hình của mình. Faukman đã biên tập đủ nhiều tiểu thuyết ly kỳ để biết chuyện gì xảy ra khi một nhân vật bị bịt mắt và bị ném vào sau thùng một chiếc xe van.</w:t>
      </w:r>
    </w:p>
    <w:p>
      <w:pPr>
        <w:spacing w:after="80"/>
      </w:pPr>
      <w:r>
        <w:rPr>
          <w:b w:val="0"/>
          <w:i w:val="0"/>
        </w:rPr>
        <w:t>Chưa bao giờ là chuyện tốt đẹp.</w:t>
      </w:r>
    </w:p>
    <w:p>
      <w:pPr>
        <w:jc w:val="center"/>
      </w:pPr>
      <w:r>
        <w:drawing>
          <wp:inline xmlns:a="http://schemas.openxmlformats.org/drawingml/2006/main" xmlns:pic="http://schemas.openxmlformats.org/drawingml/2006/picture">
            <wp:extent cx="5486400" cy="362122"/>
            <wp:docPr id="17" name="Picture 17"/>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Cách đó ba dãy nhà, trong tòa nhà Random House Tower, Alex Conan lúc này đã gọi hết mọi số liên lạc của Faukman—văn phòng, nhà riêng, di động—nhưng không thể liên lạc được ở bất kỳ đâu.</w:t>
      </w:r>
    </w:p>
    <w:p>
      <w:pPr>
        <w:spacing w:after="80"/>
      </w:pPr>
      <w:r>
        <w:rPr>
          <w:b w:val="0"/>
          <w:i w:val="0"/>
        </w:rPr>
        <w:t>Ông ta biến đi đâu quái thế không biết?!</w:t>
      </w:r>
    </w:p>
    <w:p>
      <w:pPr>
        <w:spacing w:after="80"/>
      </w:pPr>
      <w:r>
        <w:rPr>
          <w:b w:val="0"/>
          <w:i w:val="0"/>
        </w:rPr>
        <w:t>Chúng ta đang ở giữa một cuộc khủng hoảng!</w:t>
      </w:r>
    </w:p>
    <w:p>
      <w:pPr>
        <w:spacing w:after="80"/>
      </w:pPr>
      <w:r>
        <w:rPr>
          <w:b w:val="0"/>
          <w:i w:val="0"/>
        </w:rPr>
        <w:t>Faukman, có vẻ như, chỉ đơn giản là tắt điện thoại và lang thang ra ngoài đêm khuya—có lẽ đến On the Rocks, một quán whiskey gần đó thường được các biên tập viên thần kinh căng thẳng ghé qua để trấn an tinh thần vào bất kỳ giờ nào trong đêm.</w:t>
      </w:r>
    </w:p>
    <w:p>
      <w:pPr>
        <w:spacing w:after="80"/>
      </w:pPr>
      <w:r>
        <w:rPr>
          <w:b w:val="0"/>
          <w:i w:val="0"/>
        </w:rPr>
        <w:t xml:space="preserve">Cho đến lúc này, Alex vẫn chưa đạt được tiến triển nào trong việc xác định danh tính những kẻ tấn công mạng. Anh đã lùng sục khắp đống đổ nát nhưng không tìm thấy gì đáng chú ý. </w:t>
      </w:r>
      <w:r>
        <w:rPr>
          <w:b w:val="0"/>
          <w:i/>
        </w:rPr>
        <w:t>Mình cần một chiếc lược răng mịn hơn,</w:t>
      </w:r>
      <w:r>
        <w:rPr>
          <w:b w:val="0"/>
          <w:i w:val="0"/>
        </w:rPr>
        <w:t xml:space="preserve"> anh biết vậy. Lần rà soát tiếp theo của anh sẽ cần một thuật toán pháp chứng độc quyền được thiết kế để quét tìm những dấu vết </w:t>
      </w:r>
      <w:r>
        <w:rPr>
          <w:b w:val="0"/>
          <w:i/>
        </w:rPr>
        <w:t>đặc thù</w:t>
      </w:r>
      <w:r>
        <w:rPr>
          <w:b w:val="0"/>
          <w:i w:val="0"/>
        </w:rPr>
        <w:t xml:space="preserve"> của bản thảo bị mất—các từ khóa, khái niệm, tên gọi—nhưng để làm được điều đó, anh cần nói chuyện với Faukman.</w:t>
      </w:r>
    </w:p>
    <w:p>
      <w:pPr>
        <w:spacing w:after="80"/>
      </w:pPr>
      <w:r>
        <w:rPr>
          <w:b w:val="0"/>
          <w:i/>
        </w:rPr>
        <w:t>Hoặc là…</w:t>
      </w:r>
      <w:r>
        <w:rPr>
          <w:b w:val="0"/>
          <w:i w:val="0"/>
        </w:rPr>
        <w:t xml:space="preserve"> anh nhận ra. </w:t>
      </w:r>
      <w:r>
        <w:rPr>
          <w:b w:val="0"/>
          <w:i/>
        </w:rPr>
        <w:t>Mình có thể gọi trực tiếp cho Katherine Solomon?</w:t>
      </w:r>
    </w:p>
    <w:p>
      <w:pPr>
        <w:spacing w:after="80"/>
      </w:pPr>
      <w:r>
        <w:rPr>
          <w:b w:val="0"/>
          <w:i w:val="0"/>
        </w:rPr>
        <w:t>Quy trình của PRH cấm cuộc gọi đó, yêu cầu mọi liên lạc với tác giả phải đi độc quyền qua biên tập viên của từng tác giả—người đáng tin cậy đã học được cách xử lý những tính khí kỳ quặc, những nét lập dị và những nỗi bất an của nhà văn.</w:t>
      </w:r>
    </w:p>
    <w:p>
      <w:pPr>
        <w:spacing w:after="80"/>
      </w:pPr>
      <w:r>
        <w:rPr>
          <w:b w:val="0"/>
          <w:i/>
        </w:rPr>
        <w:t>Kệ nó,</w:t>
      </w:r>
      <w:r>
        <w:rPr>
          <w:b w:val="0"/>
          <w:i w:val="0"/>
        </w:rPr>
        <w:t xml:space="preserve"> Alex nghĩ. Không chỉ việc anh cần hiểu thêm về cuốn sách của Katherine là điều tối quan trọng, mà anh còn tin rằng Katherine có quyền được biết rằng ai đó đã nhắm vào bản thảo của cô, đặc biệt nếu điều đó có nghĩa là bản thân cô có thể đang gặp nguy hiểm cá nhân.</w:t>
      </w:r>
    </w:p>
    <w:p>
      <w:pPr>
        <w:spacing w:after="80"/>
      </w:pPr>
      <w:r>
        <w:rPr>
          <w:b w:val="0"/>
          <w:i w:val="0"/>
        </w:rPr>
        <w:t>Với ý nghĩ đó, Alex truy cập hồ sơ tác giả của Katherine Solomon, tìm số điện thoại di động của cô, và bấm gọi. Faukman đã nhắc rằng Katherine hiện đang ở châu Âu, nghĩa là bây giờ là sáng sớm đối với cô, nhưng nếu Alex đánh thức cô dậy, cô sẽ hiểu đây là một trường hợp khẩn cấp.</w:t>
      </w:r>
    </w:p>
    <w:p>
      <w:pPr>
        <w:spacing w:after="80"/>
      </w:pPr>
      <w:r>
        <w:rPr>
          <w:b w:val="0"/>
          <w:i w:val="0"/>
        </w:rPr>
        <w:t xml:space="preserve">Điện thoại di động của Katherine đổ chuông bốn lần rồi chuyển sang hộp thư thoại. </w:t>
      </w:r>
      <w:r>
        <w:rPr>
          <w:b w:val="0"/>
          <w:i/>
        </w:rPr>
        <w:t>Chết tiệt.</w:t>
      </w:r>
      <w:r>
        <w:rPr>
          <w:b w:val="0"/>
          <w:i w:val="0"/>
        </w:rPr>
        <w:t xml:space="preserve"> Ông để lại cho cô một tin nhắn ngắn, giới thiệu bản thân và hỏi liệu cô có thể gọi lại cho ông ngay lập tức không.</w:t>
      </w:r>
    </w:p>
    <w:p>
      <w:pPr>
        <w:spacing w:after="80"/>
      </w:pPr>
      <w:r>
        <w:rPr>
          <w:b w:val="0"/>
          <w:i w:val="0"/>
        </w:rPr>
        <w:t>Ông gác máy và thử gọi lại vào điện thoại di động của Faukman.</w:t>
      </w:r>
    </w:p>
    <w:p>
      <w:pPr>
        <w:spacing w:after="80"/>
      </w:pPr>
      <w:r>
        <w:rPr>
          <w:b w:val="0"/>
          <w:i w:val="0"/>
        </w:rPr>
        <w:t>Không có gì.</w:t>
      </w:r>
    </w:p>
    <w:p>
      <w:pPr>
        <w:spacing w:after="80"/>
      </w:pPr>
      <w:r>
        <w:rPr>
          <w:b w:val="0"/>
          <w:i w:val="0"/>
        </w:rPr>
        <w:t xml:space="preserve">Chính lúc đó ông chợt nhớ ra Faukman có nhắc rằng Solomon đang đi công tác cùng một tác giả khác của ông ấy—giáo sư Harvard Robert Langdon. </w:t>
      </w:r>
      <w:r>
        <w:rPr>
          <w:b w:val="0"/>
          <w:i/>
        </w:rPr>
        <w:t>Cũng có trong cơ sở dữ liệu của PRH,</w:t>
      </w:r>
      <w:r>
        <w:rPr>
          <w:b w:val="0"/>
          <w:i w:val="0"/>
        </w:rPr>
        <w:t xml:space="preserve"> Alex nghĩ, quyết định rằng đáng để thử một lần.</w:t>
      </w:r>
    </w:p>
    <w:p>
      <w:pPr>
        <w:spacing w:after="80"/>
      </w:pPr>
      <w:r>
        <w:rPr>
          <w:b w:val="0"/>
          <w:i w:val="0"/>
        </w:rPr>
        <w:t>Ông truy cập hồ sơ của Langdon và cũng gọi vào số điện thoại di động đó.</w:t>
      </w:r>
    </w:p>
    <w:p>
      <w:pPr>
        <w:spacing w:after="80"/>
      </w:pPr>
      <w:r>
        <w:rPr>
          <w:b w:val="0"/>
          <w:i w:val="0"/>
        </w:rPr>
        <w:t>Đường dây của Langdon thậm chí không đổ chuông—nó chuyển thẳng sang hộp thư thoại.</w:t>
      </w:r>
    </w:p>
    <w:p>
      <w:pPr>
        <w:spacing w:after="80"/>
      </w:pPr>
      <w:r>
        <w:rPr>
          <w:b w:val="0"/>
          <w:i w:val="0"/>
        </w:rPr>
        <w:t>Alex gác máy, bỗng nhiên cảm thấy vô cùng đơn độc.</w:t>
      </w:r>
    </w:p>
    <w:p>
      <w:pPr>
        <w:spacing w:after="80"/>
      </w:pPr>
      <w:r>
        <w:rPr>
          <w:b w:val="0"/>
          <w:i w:val="0"/>
        </w:rPr>
        <w:t>Mọi người đang ở cái quái gì thế này?!</w:t>
      </w:r>
    </w:p>
    <w:p>
      <w:pPr>
        <w:pStyle w:val="Heading1"/>
      </w:pPr>
      <w:r>
        <w:rPr>
          <w:rFonts w:ascii="Calibri" w:hAnsi="Calibri"/>
          <w:b/>
          <w:i w:val="0"/>
          <w:sz w:val="40"/>
        </w:rPr>
        <w:t>Chương 18</w:t>
      </w:r>
    </w:p>
    <w:p>
      <w:pPr>
        <w:spacing w:after="80"/>
      </w:pPr>
      <w:r>
        <w:rPr>
          <w:b w:val="0"/>
          <w:i w:val="0"/>
        </w:rPr>
        <w:t>Ở London, Finch vừa nhận được xác nhận rằng các kế hoạch dự phòng của ông giờ đã được khởi động, ở cả Prague lẫn New York. Tin tức đến qua một nền tảng liên lạc cấp quân sự có tên là Signal, bắt buộc dùng cho mọi liên lạc thực địa, vì nó cung cấp mã hóa đầu cuối (end-to-end encryption) cho mọi tin nhắn văn bản và thoại.</w:t>
      </w:r>
    </w:p>
    <w:p>
      <w:pPr>
        <w:spacing w:after="80"/>
      </w:pPr>
      <w:r>
        <w:rPr>
          <w:b w:val="0"/>
          <w:i w:val="0"/>
        </w:rPr>
        <w:t>Finch, một người Mỹ, giữ một vị trí bí mật trong trụ sở châu Âu của một tổ chức toàn cầu mà giới trong nghề gọi là "Q". Biệt danh bí ẩn của hãng này bắt nguồn từ một nhân vật trong tiểu thuyết James Bond—nhà công nghệ kiêm phát minh "Q", người tạo ra những phát kiến chết người để phục vụ Nữ hoàng.</w:t>
      </w:r>
    </w:p>
    <w:p>
      <w:pPr>
        <w:spacing w:after="80"/>
      </w:pPr>
      <w:r>
        <w:rPr>
          <w:b w:val="0"/>
          <w:i w:val="0"/>
        </w:rPr>
        <w:t>Giống như cái tên hư cấu cùng tên, Q ngoài đời thực cũng phát triển những công nghệ tiên tiến để phục vụ một thế lực cao hơn… dù đó là thế lực có ảnh hưởng lớn hơn bất kỳ nữ hoàng nào. Thực thể đã âm thầm thành lập Q từ năm 1999 nắm giữ ảnh hưởng chưa từng có trên khắp thế giới, và dù sự hiện diện của nó hiếm khi được chứng kiến hay thậm chí bị nghi ngờ, những hành động của nó vẫn thường xuyên làm thay đổi cục diện các sự kiện toàn cầu.</w:t>
      </w:r>
    </w:p>
    <w:p>
      <w:pPr>
        <w:spacing w:after="80"/>
      </w:pPr>
      <w:r>
        <w:rPr>
          <w:b w:val="0"/>
          <w:i w:val="0"/>
        </w:rPr>
        <w:t>Ở tuổi bảy mươi ba, Everett Finch mang hệ số FIDE của một kiện tướng cờ vua là 2374, ngày nào cũng chèo chín nghìn mét trên máy chèo erg của mình, và kết thúc bữa sáng bằng việc nuốt ba trăm miligam Nuvigil, một loại thuốc tăng cường trí tuệ (nootropic) biến tâm trí ông thành một chiếc xe đua Formula One trên xa lộ toàn xe minivan.</w:t>
      </w:r>
    </w:p>
    <w:p>
      <w:pPr>
        <w:spacing w:after="80"/>
      </w:pPr>
      <w:r>
        <w:rPr>
          <w:b w:val="0"/>
          <w:i w:val="0"/>
        </w:rPr>
        <w:t>Sau khi dành cả thập kỷ qua ở một vị trí quyền lực trong tổ chức mẹ hùng mạnh của Q, Finch đã được chọn cách đây ba năm cho một nhiệm vụ bí mật trong văn phòng London của Q. Ông cũng được thông báo rằng mình sẽ dẫn dắt việc phát triển một trong những dự án tham vọng và bí mật nhất từng được thực hiện… bởi bất kỳ ai, ở bất kỳ đâu.</w:t>
      </w:r>
    </w:p>
    <w:p>
      <w:pPr>
        <w:spacing w:after="80"/>
      </w:pPr>
      <w:r>
        <w:rPr>
          <w:b w:val="0"/>
          <w:i w:val="0"/>
        </w:rPr>
        <w:t>Threshold.</w:t>
      </w:r>
    </w:p>
    <w:p>
      <w:pPr>
        <w:spacing w:after="80"/>
      </w:pPr>
      <w:r>
        <w:rPr>
          <w:b w:val="0"/>
          <w:i w:val="0"/>
        </w:rPr>
        <w:t>Ông được cho biết dự án đòi hỏi một sự linh hoạt nhất định về các ràng buộc pháp lý và đạo đức, và Finch được chọn vì chuyên môn của ông về "các tiêu chí đạo đức ưu tiên thành công" (success-weighted ethical rubrics)—những khuôn khổ đạo đức đặt thành công lên trên sự trong sạch của lương tâm.</w:t>
      </w:r>
    </w:p>
    <w:p>
      <w:pPr>
        <w:spacing w:after="80"/>
      </w:pPr>
      <w:r>
        <w:rPr>
          <w:b w:val="0"/>
          <w:i w:val="0"/>
        </w:rPr>
        <w:t>Finch không hề ngạc nhiên khi lá thư bổ nhiệm của mình ghi rằng:</w:t>
      </w:r>
    </w:p>
    <w:p>
      <w:pPr>
        <w:spacing w:after="80"/>
      </w:pPr>
      <w:r>
        <w:rPr>
          <w:b w:val="0"/>
          <w:i w:val="0"/>
        </w:rPr>
        <w:t>Không thể nào nói quá tầm quan trọng của Threshold. Nó xứng đáng với bất kỳ biện pháp phi thường nào mà anh cho là cần thiết để đảm bảo thành công.</w:t>
      </w:r>
    </w:p>
    <w:p>
      <w:pPr>
        <w:spacing w:after="80"/>
      </w:pPr>
      <w:r>
        <w:rPr>
          <w:b w:val="0"/>
          <w:i/>
        </w:rPr>
        <w:t>Đã nhận thông điệp,</w:t>
      </w:r>
      <w:r>
        <w:rPr>
          <w:b w:val="0"/>
          <w:i w:val="0"/>
        </w:rPr>
        <w:t xml:space="preserve"> Finch nghĩ. </w:t>
      </w:r>
      <w:r>
        <w:rPr>
          <w:b w:val="0"/>
          <w:i/>
        </w:rPr>
        <w:t>Không có quy tắc nào cả.</w:t>
      </w:r>
    </w:p>
    <w:p>
      <w:pPr>
        <w:jc w:val="center"/>
      </w:pPr>
      <w:r>
        <w:drawing>
          <wp:inline xmlns:a="http://schemas.openxmlformats.org/drawingml/2006/main" xmlns:pic="http://schemas.openxmlformats.org/drawingml/2006/picture">
            <wp:extent cx="5486400" cy="362122"/>
            <wp:docPr id="18" name="Picture 18"/>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Ba mươi phút đã trôi qua kể từ khi The Golěm bước vào khách sạn Hotel U Prince và xuống quán bar dưới lòng đất Black Angel's Bar. Hắn thấy quán bar đã đóng cửa, đội dọn dẹp đang quét sàn, đánh bóng những chiếc ghế sofa da, và nhặt tàn thuốc lá ra khỏi những bức tường đá cổ thô ráp.</w:t>
      </w:r>
    </w:p>
    <w:p>
      <w:pPr>
        <w:spacing w:after="80"/>
      </w:pPr>
      <w:r>
        <w:rPr>
          <w:b w:val="0"/>
          <w:i w:val="0"/>
        </w:rPr>
        <w:t>Trước khi bị ai phát hiện, The Golěm đi tiếp qua quán bar, vòng qua góc phòng, đến một không gian nhỏ như phòng kho chứa một chiếc bàn và hai máy tính cũ với màn hình mờ đang phát sáng logo của Black Angel's. Dịch vụ Internet hai mươi bốn giờ dành cho khách của quán bar là một di tích kỳ thú từ thời mà điện thoại di động nước ngoài hầu như không hoạt động ở Prague, và du khách sẽ chọn uống rượu tại Black Angel's chỉ để gửi một email.</w:t>
      </w:r>
    </w:p>
    <w:p>
      <w:pPr>
        <w:spacing w:after="80"/>
      </w:pPr>
      <w:r>
        <w:rPr>
          <w:b w:val="0"/>
          <w:i w:val="0"/>
        </w:rPr>
        <w:t>Sáng nay, khi The Golěm nhận ra mình cần thông tin kỹ thuật cụ thể để thực hiện kế hoạch, hắn lập tức nghĩ đến Black Angel's. Sẽ không ai giám sát chiếc máy này.</w:t>
      </w:r>
    </w:p>
    <w:p>
      <w:pPr>
        <w:spacing w:after="80"/>
      </w:pPr>
      <w:r>
        <w:rPr>
          <w:b w:val="0"/>
          <w:i/>
        </w:rPr>
        <w:t>Và giờ ta đã tìm thấy thứ mình đến để tìm,</w:t>
      </w:r>
      <w:r>
        <w:rPr>
          <w:b w:val="0"/>
          <w:i w:val="0"/>
        </w:rPr>
        <w:t xml:space="preserve"> hắn nghĩ, mắt nhìn thông tin kỹ thuật trên màn hình trước mặt. Nhiều chi tiết vượt quá sự hiểu biết của hắn, nhưng điều đó không quan trọng; bắn một khẩu súng đâu cần bằng cấp về khoa học đạn đạo…chỉ cần tiếp cận được cò súng.</w:t>
      </w:r>
    </w:p>
    <w:p>
      <w:pPr>
        <w:spacing w:after="80"/>
      </w:pPr>
      <w:r>
        <w:rPr>
          <w:b w:val="0"/>
          <w:i w:val="0"/>
        </w:rPr>
        <w:t>Và cái cò súng đó giờ đã được xác định.</w:t>
      </w:r>
    </w:p>
    <w:p>
      <w:pPr>
        <w:spacing w:after="80"/>
      </w:pPr>
      <w:r>
        <w:rPr>
          <w:b w:val="0"/>
          <w:i w:val="0"/>
        </w:rPr>
        <w:t>Gessner đã tiết lộ nhiều bí mật trong nỗ lực cứu lấy mạng sống của mình—trong đó có sự hiện diện của một thiết bị công nghệ mạnh mẽ đến bất ngờ nằm sâu trong tận cùng phòng thí nghiệm dưới lòng đất của họ, được niêm phong bên trong một két kín khí với tường bê tông cốt thép dày hai mét.</w:t>
      </w:r>
    </w:p>
    <w:p>
      <w:pPr>
        <w:spacing w:after="80"/>
      </w:pPr>
      <w:r>
        <w:rPr>
          <w:b w:val="0"/>
          <w:i w:val="0"/>
        </w:rPr>
        <w:t>Một thiết bị công nghệ có thể khiến cả thế giới của họ sụp đổ.</w:t>
      </w:r>
    </w:p>
    <w:p>
      <w:pPr>
        <w:spacing w:after="80"/>
      </w:pPr>
      <w:r>
        <w:rPr>
          <w:b w:val="0"/>
          <w:i w:val="0"/>
        </w:rPr>
        <w:t>Với thông tin vừa có được, giờ hắn biết chính xác cách làm điều đó.</w:t>
      </w:r>
    </w:p>
    <w:p>
      <w:pPr>
        <w:spacing w:after="80"/>
      </w:pPr>
      <w:r>
        <w:rPr>
          <w:b w:val="0"/>
          <w:i w:val="0"/>
        </w:rPr>
        <w:t>The Golěm nhanh chóng xóa lịch sử tìm kiếm của trình duyệt và khởi động lại máy tính. Khi hắn đi lên và bước ra quảng trường, hắn cảm thấy tràn đầy sức sống với viễn cảnh về một cuộc báo thù táo bạo đến mức những làn sóng chấn động của nó sẽ được cảm nhận từ hàng ngàn dặm xa Prague…bởi tất cả những kẻ phải chịu trách nhiệm.</w:t>
      </w:r>
    </w:p>
    <w:p>
      <w:pPr>
        <w:pStyle w:val="Heading1"/>
      </w:pPr>
      <w:r>
        <w:rPr>
          <w:rFonts w:ascii="Calibri" w:hAnsi="Calibri"/>
          <w:b/>
          <w:i w:val="0"/>
          <w:sz w:val="40"/>
        </w:rPr>
        <w:t>Chương 19</w:t>
      </w:r>
    </w:p>
    <w:p>
      <w:pPr>
        <w:spacing w:after="80"/>
      </w:pPr>
      <w:r>
        <w:rPr>
          <w:b w:val="0"/>
          <w:i w:val="0"/>
        </w:rPr>
        <w:t>Pháo đài Crucifix Bastion đứng sừng sững trên đỉnh một dãy núi phủ rừng, nơi tạo nên rìa phía bắc của Công viên Folimanka. Vào giữa những năm 1300, đỉnh núi cao vút này đã lọt vào mắt của Hoàng đế La Mã Thần thánh Charles IV, người đã quyết định đây là vị trí lý tưởng để xây dựng một pháo đài nhìn xuống thành phố quê hương yêu dấu của ông là Prague, một viên ngọc đang hưng thịnh của Kitô giáo.</w:t>
      </w:r>
    </w:p>
    <w:p>
      <w:pPr>
        <w:spacing w:after="80"/>
      </w:pPr>
      <w:r>
        <w:rPr>
          <w:b w:val="0"/>
          <w:i w:val="0"/>
        </w:rPr>
        <w:t>Dọc theo dãy núi, hoàng đế đã xây một bức tường thành bằng đá, trên đỉnh có một pháo đài nhỏ nhưng vững chắc. Vị trí cao chót vót của nó khiến ông nhớ đến ngọn núi nơi Chúa Kitô đã bị đóng đinh, nên ông đặt tên cho pháo đài là "Crucifix Bastion."</w:t>
      </w:r>
    </w:p>
    <w:p>
      <w:pPr>
        <w:spacing w:after="80"/>
      </w:pPr>
      <w:r>
        <w:rPr>
          <w:b w:val="0"/>
          <w:i w:val="0"/>
        </w:rPr>
        <w:t>Chiếc xe sedan của ÚZSI uốn lượn cao hơn dọc theo con đường vào, đều đặn leo lên dãy núi cho đến khi dừng lại trước pháo đài. Langdon nhìn ra pháo đài cổ kính, ấn tượng trước công trình cải tạo hiện đại trang nhã.</w:t>
      </w:r>
    </w:p>
    <w:p>
      <w:pPr>
        <w:spacing w:after="80"/>
      </w:pPr>
      <w:r>
        <w:rPr>
          <w:b w:val="0"/>
          <w:i/>
        </w:rPr>
        <w:t>Đây là phòng thí nghiệm riêng của Gessner sao?</w:t>
      </w:r>
      <w:r>
        <w:rPr>
          <w:b w:val="0"/>
          <w:i w:val="0"/>
        </w:rPr>
        <w:t xml:space="preserve"> Rõ ràng là nhà thần kinh học này sống sung túc hơn Langdon tưởng tượng.</w:t>
      </w:r>
    </w:p>
    <w:p>
      <w:pPr>
        <w:spacing w:after="80"/>
      </w:pPr>
      <w:r>
        <w:rPr>
          <w:b w:val="0"/>
          <w:i w:val="0"/>
        </w:rPr>
        <w:t>Janáček nhảy ra khỏi ghế hành khách và giật mạnh cửa xe của Langdon, ra hiệu sốt ruột bảo anh xuống. Langdon nhanh chóng làm theo, vừa háo hức thoát khỏi chiếc xe chật chội, vừa ngày càng sốt ruột muốn gặp Katherine.</w:t>
      </w:r>
    </w:p>
    <w:p>
      <w:pPr>
        <w:spacing w:after="80"/>
      </w:pPr>
      <w:r>
        <w:rPr>
          <w:b w:val="0"/>
          <w:i w:val="0"/>
        </w:rPr>
        <w:t>Gã tài xế lực lưỡng vẫn ngồi trong xe khi Janáček dẫn Langdon băng qua làn tuyết đang rơi để tiến về phía phòng thí nghiệm. Trên lớp tuyết trắng phủ mỏng lối đi rải sỏi, Langdon thấy vài dấu chân mờ nhạt—chắc chắn có dấu của Katherine khi cô đến gặp Gessner.</w:t>
      </w:r>
    </w:p>
    <w:p>
      <w:pPr>
        <w:spacing w:after="80"/>
      </w:pPr>
      <w:r>
        <w:rPr>
          <w:b w:val="0"/>
          <w:i w:val="0"/>
        </w:rPr>
        <w:t>Phía trên lối vào chính, một tấm biển đồng thanh lịch ghi: Viện Gessner. Cửa của pháo đài này là một tấm kính cường lực mờ, rộng và thời thượng, gắn trong khung thép. Janáček kéo tay nắm, nhưng cửa không nhúc nhích. Ông gõ mạnh lên tấm kính dày.</w:t>
      </w:r>
    </w:p>
    <w:p>
      <w:pPr>
        <w:spacing w:after="80"/>
      </w:pPr>
      <w:r>
        <w:rPr>
          <w:b w:val="0"/>
          <w:i w:val="0"/>
        </w:rPr>
        <w:t>Không có hồi âm.</w:t>
      </w:r>
    </w:p>
    <w:p>
      <w:pPr>
        <w:spacing w:after="80"/>
      </w:pPr>
      <w:r>
        <w:rPr>
          <w:b w:val="0"/>
          <w:i w:val="0"/>
        </w:rPr>
        <w:t xml:space="preserve">Janáček giờ quay sang hộp gọi bên cạnh cửa—một máy quét vân tay sinh trắc học, một loa và một nút gọi. </w:t>
      </w:r>
      <w:r>
        <w:rPr>
          <w:b w:val="0"/>
          <w:i/>
        </w:rPr>
        <w:t>Không có bàn phím để nhập mã sao?</w:t>
      </w:r>
      <w:r>
        <w:rPr>
          <w:b w:val="0"/>
          <w:i w:val="0"/>
        </w:rPr>
        <w:t xml:space="preserve"> Langdon thắc mắc, bối rối vì đêm qua Gessner đã khoe một cách thừa thãi rằng phòng thí nghiệm của cô được bảo vệ bằng "một mật mã cực kỳ thông minh."</w:t>
      </w:r>
    </w:p>
    <w:p>
      <w:pPr>
        <w:spacing w:after="80"/>
      </w:pPr>
      <w:r>
        <w:rPr>
          <w:b w:val="0"/>
          <w:i w:val="0"/>
        </w:rPr>
        <w:t>Hẳn là cô ấy đang nói về một cánh cửa bên trong.</w:t>
      </w:r>
    </w:p>
    <w:p>
      <w:pPr>
        <w:spacing w:after="80"/>
      </w:pPr>
      <w:r>
        <w:rPr>
          <w:b w:val="0"/>
          <w:i w:val="0"/>
        </w:rPr>
        <w:t>Janáček sốt ruột nhấn nút gọi, loa kêu bíp, một hệ thống liên lạc nội bộ giờ đang đổ chuông bên trong. Họ chờ đợi, và sau năm hồi chuông, tiếng bíp dừng lại.</w:t>
      </w:r>
    </w:p>
    <w:p>
      <w:pPr>
        <w:spacing w:after="80"/>
      </w:pPr>
      <w:r>
        <w:rPr>
          <w:b w:val="0"/>
          <w:i w:val="0"/>
        </w:rPr>
        <w:t>Janáček lùi lại và ngước đôi mắt trũng sâu lên camera an ninh đặt kín đáo phía trên, như thể ông đang nhìn thẳng vào nó. Ông giơ cao thẻ nhận dạng ÚZSI trước camera và nhấn nút gọi lần nữa.</w:t>
      </w:r>
    </w:p>
    <w:p>
      <w:pPr>
        <w:spacing w:after="80"/>
      </w:pPr>
      <w:r>
        <w:rPr>
          <w:b w:val="0"/>
          <w:i w:val="0"/>
        </w:rPr>
        <w:t>Chuông reo thêm năm lần nữa mà không có ai trả lời.</w:t>
      </w:r>
    </w:p>
    <w:p>
      <w:pPr>
        <w:spacing w:after="80"/>
      </w:pPr>
      <w:r>
        <w:rPr>
          <w:b w:val="0"/>
          <w:i w:val="0"/>
        </w:rPr>
        <w:t xml:space="preserve">Langdon liếc nhìn camera an ninh, tự hỏi liệu có khi nào Katherine đang nhìn lại anh. </w:t>
      </w:r>
      <w:r>
        <w:rPr>
          <w:b w:val="0"/>
          <w:i/>
        </w:rPr>
        <w:t>Sao Gessner không ra mở cửa? Hay mở cho chúng ta vào?</w:t>
      </w:r>
      <w:r>
        <w:rPr>
          <w:b w:val="0"/>
          <w:i w:val="0"/>
        </w:rPr>
        <w:t xml:space="preserve"> Rõ ràng là hai người phụ nữ có thể thấy Janáček đang ở đây, và Langdon thấy khó tin rằng mong muốn giữ bí mật của Gessner lại mãnh liệt đến mức cô từ chối một sĩ quan ÚZSI.</w:t>
      </w:r>
    </w:p>
    <w:p>
      <w:pPr>
        <w:spacing w:after="80"/>
      </w:pPr>
      <w:r>
        <w:rPr>
          <w:b w:val="0"/>
          <w:i w:val="0"/>
        </w:rPr>
        <w:t>"Cho tôi số di động của Katherine Solomon," Janáček nói, rút điện thoại ra.</w:t>
      </w:r>
    </w:p>
    <w:p>
      <w:pPr>
        <w:spacing w:after="80"/>
      </w:pPr>
      <w:r>
        <w:rPr>
          <w:b w:val="0"/>
          <w:i w:val="0"/>
        </w:rPr>
        <w:t>Langdon đọc thuộc lòng, và Janáček nhập vào điện thoại rồi bật chế độ loa ngoài. Cuộc gọi chuyển ngay sang hộp thư thoại của Katherine.</w:t>
      </w:r>
    </w:p>
    <w:p>
      <w:pPr>
        <w:spacing w:after="80"/>
      </w:pPr>
      <w:r>
        <w:rPr>
          <w:b w:val="0"/>
          <w:i/>
        </w:rPr>
        <w:t>Không có sóng bên trong những bức tường đá dày ấy sao?</w:t>
      </w:r>
      <w:r>
        <w:rPr>
          <w:b w:val="0"/>
          <w:i w:val="0"/>
        </w:rPr>
        <w:t xml:space="preserve"> Langdon thắc mắc, dù có vẻ lạ là một ông lớn công nghệ như Gessner lại không lắp bộ khuếch đại sóng di động trong phòng thí nghiệm của mình.</w:t>
      </w:r>
    </w:p>
    <w:p>
      <w:pPr>
        <w:spacing w:after="80"/>
      </w:pPr>
      <w:r>
        <w:rPr>
          <w:b w:val="0"/>
          <w:i w:val="0"/>
        </w:rPr>
        <w:t>Janáček lẩm bẩm gì đó trong hơi thở rồi quay lại, hét về phía chiếc xe của mình. "Pavel!"</w:t>
      </w:r>
    </w:p>
    <w:p>
      <w:pPr>
        <w:spacing w:after="80"/>
      </w:pPr>
      <w:r>
        <w:rPr>
          <w:b w:val="0"/>
          <w:i w:val="0"/>
        </w:rPr>
        <w:t xml:space="preserve">Gã tài xế cổ dày nhảy ra từ sau tay lái và vội vã tiến về phía Janáček như chó chạy về phía chủ. </w:t>
      </w:r>
      <w:r>
        <w:rPr>
          <w:b w:val="0"/>
          <w:i/>
        </w:rPr>
        <w:t>"Ano, pane kapitáne?!"</w:t>
      </w:r>
    </w:p>
    <w:p>
      <w:pPr>
        <w:spacing w:after="80"/>
      </w:pPr>
      <w:r>
        <w:rPr>
          <w:b w:val="0"/>
          <w:i w:val="0"/>
        </w:rPr>
        <w:t xml:space="preserve">Janáček chỉ tay về phía cánh cửa kính. </w:t>
      </w:r>
      <w:r>
        <w:rPr>
          <w:b w:val="0"/>
          <w:i/>
        </w:rPr>
        <w:t>“Prostřílej dveře.”</w:t>
      </w:r>
    </w:p>
    <w:p>
      <w:pPr>
        <w:spacing w:after="80"/>
      </w:pPr>
      <w:r>
        <w:rPr>
          <w:b w:val="0"/>
          <w:i w:val="0"/>
        </w:rPr>
        <w:t>Trung úy Pavel gật đầu, rút một khẩu súng ngắn ra và ngồi thụp xuống trong tư thế bắn, nhắm thẳng vào cánh cửa.</w:t>
      </w:r>
    </w:p>
    <w:p>
      <w:pPr>
        <w:spacing w:after="80"/>
      </w:pPr>
      <w:r>
        <w:rPr>
          <w:b w:val="0"/>
          <w:i/>
        </w:rPr>
        <w:t>Chúa ơi!</w:t>
      </w:r>
      <w:r>
        <w:rPr>
          <w:b w:val="0"/>
          <w:i w:val="0"/>
        </w:rPr>
        <w:t xml:space="preserve"> Langdon nhảy lùi lại đúng lúc khẩu súng của viên trung úy gầm lên.</w:t>
      </w:r>
    </w:p>
    <w:p>
      <w:pPr>
        <w:spacing w:after="80"/>
      </w:pPr>
      <w:r>
        <w:rPr>
          <w:b w:val="0"/>
          <w:i w:val="0"/>
        </w:rPr>
        <w:t>Sáu phát đạn liên tiếp vang lên—những viên đạn xuyên qua chính giữa ô kính, tạo thành một cụm gần như tròn hoàn hảo. Lớp kính cường lực không vỡ vụn, lớp keo dẻo bên trong giữ nó nguyên vẹn. Trung úy Pavel không chần chừ, xoay người và đá chân lên ra sau, đôi ủng nặng nề giáng vào ô kính nơi có vòng lỗ đạn. Một mạng nhện vết nứt lan tỏa ra ngoài. Anh ta đá thêm lần nữa, và cả tấm kính đổ sập vào trong, bật khỏi khung và trượt khắp sàn trong một cơn mưa mảnh kính an toàn trông như những viên đường lấp lánh.</w:t>
      </w:r>
    </w:p>
    <w:p>
      <w:pPr>
        <w:spacing w:after="80"/>
      </w:pPr>
      <w:r>
        <w:rPr>
          <w:b w:val="0"/>
          <w:i w:val="0"/>
        </w:rPr>
        <w:t>Langdon sững sờ nhìn, tự hỏi liệu Janáček có từng nghĩ đến việc có thể có ai đó ở phía bên kia cánh cửa kính mờ khi viên trung úy của ông ta nổ súng hay không.</w:t>
      </w:r>
    </w:p>
    <w:p>
      <w:pPr>
        <w:spacing w:after="80"/>
      </w:pPr>
      <w:r>
        <w:rPr>
          <w:b w:val="0"/>
          <w:i w:val="0"/>
        </w:rPr>
        <w:t xml:space="preserve">Pavel nạp đạn lại và bước qua khung cửa đã bị phá, đôi ủng của anh ta giẫm lạo xạo trên những mảnh kính vỡ. Anh ta nhìn sang trái rồi sang phải, rồi ra hiệu </w:t>
      </w:r>
      <w:r>
        <w:rPr>
          <w:b w:val="0"/>
          <w:i/>
        </w:rPr>
        <w:t>an toàn rồi</w:t>
      </w:r>
      <w:r>
        <w:rPr>
          <w:b w:val="0"/>
          <w:i w:val="0"/>
        </w:rPr>
        <w:t xml:space="preserve"> để Janáček bước vào.</w:t>
      </w:r>
    </w:p>
    <w:p>
      <w:pPr>
        <w:spacing w:after="80"/>
      </w:pPr>
      <w:r>
        <w:rPr>
          <w:b w:val="0"/>
          <w:i w:val="0"/>
        </w:rPr>
        <w:t>“Mời giáo sư đi trước,” Janáček nói. “Trừ khi ông muốn đợi trong xe?”</w:t>
      </w:r>
    </w:p>
    <w:p>
      <w:pPr>
        <w:spacing w:after="80"/>
      </w:pPr>
      <w:r>
        <w:rPr>
          <w:b w:val="0"/>
          <w:i w:val="0"/>
        </w:rPr>
        <w:t>Langdon không hề muốn để Katherine ở lại một mình với Janáček và gã điên sẵn sàng bóp cò của ông ta. Tim đập thình thịch, Langdon bước về phía khung cửa vỡ, tự hỏi trong lịch sử đã có bao nhiêu lần pháo đài thời trung cổ này bị chọc thủng.</w:t>
      </w:r>
    </w:p>
    <w:p>
      <w:pPr>
        <w:pStyle w:val="Heading1"/>
      </w:pPr>
      <w:r>
        <w:rPr>
          <w:rFonts w:ascii="Calibri" w:hAnsi="Calibri"/>
          <w:b/>
          <w:i w:val="0"/>
          <w:sz w:val="40"/>
        </w:rPr>
        <w:t>Chương 20</w:t>
      </w:r>
    </w:p>
    <w:p>
      <w:pPr>
        <w:spacing w:after="80"/>
      </w:pPr>
      <w:r>
        <w:rPr>
          <w:b w:val="0"/>
          <w:i w:val="0"/>
        </w:rPr>
        <w:t>Đại sứ quán Hoa Kỳ tại Prague nằm trong Cung điện Schönborn. Nó bao gồm hơn một trăm căn phòng, nhiều phòng còn giữ nguyên tường thạch cao trang trí và trần cao ba mươi feet. Được xây dựng vào năm 1656 bởi một vị bá tước cụt một chân—Rudolf von Colloredo-Waldsee—cung điện xa hoa này có vài đoạn dốc cho phép Bá tước Rudolf cưỡi ngựa đi lên vào trong tòa nhà. Giờ đây, sau khi trở thành đại sứ quán chính thức của Hoa Kỳ, cung điện là nơi làm việc của hai mươi ba nhân viên tại chỗ, những người được giao nhiệm vụ làm việc vì lợi ích của Hoa Kỳ trong khu vực.</w:t>
      </w:r>
    </w:p>
    <w:p>
      <w:pPr>
        <w:spacing w:after="80"/>
      </w:pPr>
      <w:r>
        <w:rPr>
          <w:b w:val="0"/>
          <w:i w:val="0"/>
        </w:rPr>
        <w:t>Sáng nay, nhân viên liên lạc truyền thông của đại sứ quán—Dana Daněk—đang ở một mình trong văn phòng, sắp xếp lịch trình hằng ngày. Cô là một người Prague ba mươi bốn tuổi, đã hoàn thiện tiếng Anh của mình khi làm người mẫu ở London vào những năm hai mươi tuổi. Sau khi trở về Prague và lấy bằng ngành máy tính, cô nộp đơn xin việc tại đại sứ quán Hoa Kỳ và được nhận vào phòng quan hệ công chúng.</w:t>
      </w:r>
    </w:p>
    <w:p>
      <w:pPr>
        <w:spacing w:after="80"/>
      </w:pPr>
      <w:r>
        <w:rPr>
          <w:b w:val="0"/>
          <w:i w:val="0"/>
        </w:rPr>
        <w:t>Văn phòng của Dana có vẻ lạnh hơn thường lệ vào buổi sáng có tuyết này, và cô bước đến chiếc lò sưởi hơi nước kiểu cổ điển, cúi xuống bật nó lên để có thêm chút hơi ấm.</w:t>
      </w:r>
    </w:p>
    <w:p>
      <w:pPr>
        <w:spacing w:after="80"/>
      </w:pPr>
      <w:r>
        <w:rPr>
          <w:b w:val="0"/>
          <w:i/>
        </w:rPr>
        <w:t>“Pěkný výhled,”</w:t>
      </w:r>
      <w:r>
        <w:rPr>
          <w:b w:val="0"/>
          <w:i w:val="0"/>
        </w:rPr>
        <w:t xml:space="preserve"> một giọng nói trầm ấm vang lên sau lưng cô. </w:t>
      </w:r>
      <w:r>
        <w:rPr>
          <w:b w:val="0"/>
          <w:i/>
        </w:rPr>
        <w:t>Cảnh đẹp thật.</w:t>
      </w:r>
    </w:p>
    <w:p>
      <w:pPr>
        <w:spacing w:after="80"/>
      </w:pPr>
      <w:r>
        <w:rPr>
          <w:b w:val="0"/>
          <w:i w:val="0"/>
        </w:rPr>
        <w:t xml:space="preserve">Cô quay lại và hơi ngất ngây như mọi khi khi nhìn thấy viên tùy viên pháp lý điển trai, Michael Harris. Anh đối xử với cô lịch sự trong văn phòng; tất nhiên, chính cách anh đối xử với cô </w:t>
      </w:r>
      <w:r>
        <w:rPr>
          <w:b w:val="0"/>
          <w:i/>
        </w:rPr>
        <w:t>bên ngoài</w:t>
      </w:r>
      <w:r>
        <w:rPr>
          <w:b w:val="0"/>
          <w:i w:val="0"/>
        </w:rPr>
        <w:t xml:space="preserve"> văn phòng và trong phòng ngủ của anh mới là điều cô thấy hấp dẫn nhất. Ngoài những tài năng thể chất của anh, Harris còn có một sự nhẹ nhàng luôn khiến tâm trạng cô phấn chấn lên.</w:t>
      </w:r>
    </w:p>
    <w:p>
      <w:pPr>
        <w:spacing w:after="80"/>
      </w:pPr>
      <w:r>
        <w:rPr>
          <w:b w:val="0"/>
          <w:i w:val="0"/>
        </w:rPr>
        <w:t>“Anh nhầm tầng rồi,” Dana nói đùa, vì đã nghe nói Harris đã yêu cầu một cuộc họp khẩn với đại sứ. “Bà ấy ở trên lầu trong văn phòng, đang đợi anh đấy.”</w:t>
      </w:r>
    </w:p>
    <w:p>
      <w:pPr>
        <w:spacing w:after="80"/>
      </w:pPr>
      <w:r>
        <w:rPr>
          <w:b w:val="0"/>
          <w:i w:val="0"/>
        </w:rPr>
        <w:t>“Em có thể làm giúp anh một việc không?” Harris đáp, giọng nghiêm túc đến đáng ngạc nhiên. “Chuyện quan trọng đấy.”</w:t>
      </w:r>
    </w:p>
    <w:p>
      <w:pPr>
        <w:spacing w:after="80"/>
      </w:pPr>
      <w:r>
        <w:rPr>
          <w:b w:val="0"/>
          <w:i w:val="0"/>
        </w:rPr>
        <w:t xml:space="preserve">Cô gật đầu. </w:t>
      </w:r>
      <w:r>
        <w:rPr>
          <w:b w:val="0"/>
          <w:i/>
        </w:rPr>
        <w:t>Bất cứ điều gì trái tim anh khao khát, Michael Harris.</w:t>
      </w:r>
    </w:p>
    <w:p>
      <w:pPr>
        <w:spacing w:after="80"/>
      </w:pPr>
      <w:r>
        <w:rPr>
          <w:b w:val="0"/>
          <w:i w:val="0"/>
        </w:rPr>
        <w:t>Harris nhanh chóng mô tả yêu cầu của mình.</w:t>
      </w:r>
    </w:p>
    <w:p>
      <w:pPr>
        <w:spacing w:after="80"/>
      </w:pPr>
      <w:r>
        <w:rPr>
          <w:b w:val="0"/>
          <w:i w:val="0"/>
        </w:rPr>
        <w:t>Dana nhìn chằm chằm vào anh, cố đoán xem anh có đang đùa không. "Xin lỗi…một người phụ nữ đội vương miện có gai?"</w:t>
      </w:r>
    </w:p>
    <w:p>
      <w:pPr>
        <w:spacing w:after="80"/>
      </w:pPr>
      <w:r>
        <w:rPr>
          <w:b w:val="0"/>
          <w:i w:val="0"/>
        </w:rPr>
        <w:t>Harris gật đầu. "Cô ấy ở trên Cầu Charles ngay trước bảy giờ sáng nay. Tôi chỉ cần biết cô ấy đến từ đâu và sau đó đi đâu."</w:t>
      </w:r>
    </w:p>
    <w:p>
      <w:pPr>
        <w:spacing w:after="80"/>
      </w:pPr>
      <w:r>
        <w:rPr>
          <w:b w:val="0"/>
          <w:i w:val="0"/>
        </w:rPr>
        <w:t>Yêu cầu này thật bất thường. Quyền truy cập hệ thống camera của Dana về mặt kỹ thuật chỉ giới hạn trong việc đánh giá các sự cố cụ thể ảnh hưởng đến quan hệ công chúng—các cuộc mít tinh, biểu tình, phản đối, vân vân. Chuyện này có vẻ như là một thứ gì đó…khác.</w:t>
      </w:r>
    </w:p>
    <w:p>
      <w:pPr>
        <w:spacing w:after="80"/>
      </w:pPr>
      <w:r>
        <w:rPr>
          <w:b w:val="0"/>
          <w:i w:val="0"/>
        </w:rPr>
        <w:t>"Đừng lo," anh thúc giục. "Tôi sẽ bảo vệ em."</w:t>
      </w:r>
    </w:p>
    <w:p>
      <w:pPr>
        <w:spacing w:after="80"/>
      </w:pPr>
      <w:r>
        <w:rPr>
          <w:b w:val="0"/>
          <w:i/>
        </w:rPr>
        <w:t>Tôi thực sự hy vọng là vậy,</w:t>
      </w:r>
      <w:r>
        <w:rPr>
          <w:b w:val="0"/>
          <w:i w:val="0"/>
        </w:rPr>
        <w:t xml:space="preserve"> cô nghĩ. Hai người họ chia sẻ một bí mật nguy hiểm—một mối tình công sở bất chính—điều bị nghiêm cấm tuyệt đối giữa các nhân viên đại sứ quán.</w:t>
      </w:r>
    </w:p>
    <w:p>
      <w:pPr>
        <w:spacing w:after="80"/>
      </w:pPr>
      <w:r>
        <w:rPr>
          <w:b w:val="0"/>
          <w:i w:val="0"/>
        </w:rPr>
        <w:t>"Tôi sẽ xem có thể tìm được gì," cô nói.</w:t>
      </w:r>
    </w:p>
    <w:p>
      <w:pPr>
        <w:spacing w:after="80"/>
      </w:pPr>
      <w:r>
        <w:rPr>
          <w:b w:val="0"/>
          <w:i w:val="0"/>
        </w:rPr>
        <w:t>Anh bóp nhẹ vai cô. "Cảm ơn. Tôi sẽ ghé lại sau cuộc họp."</w:t>
      </w:r>
    </w:p>
    <w:p>
      <w:pPr>
        <w:spacing w:after="80"/>
      </w:pPr>
      <w:r>
        <w:rPr>
          <w:b w:val="0"/>
          <w:i w:val="0"/>
        </w:rPr>
        <w:t xml:space="preserve">Dana nhìn anh rời đi. </w:t>
      </w:r>
      <w:r>
        <w:rPr>
          <w:b w:val="0"/>
          <w:i/>
        </w:rPr>
        <w:t>Anh muốn tôi theo dõi một người phụ nữ đội vương miện có gai…Tại sao chứ?</w:t>
      </w:r>
    </w:p>
    <w:p>
      <w:pPr>
        <w:spacing w:after="80"/>
      </w:pPr>
      <w:r>
        <w:rPr>
          <w:b w:val="0"/>
          <w:i w:val="0"/>
        </w:rPr>
        <w:t>Những tuần gần đây, Michael tỏ ra bí mật một cách khác thường, đặc biệt là về các hoạt động buổi tối của anh. Anh ngày càng khó gặp Dana sau giờ làm và trở nên lảng tránh khi bị hỏi thay vào đó anh đang làm gì. Dana bắt đầu nghi ngờ có một người phụ nữ khác.</w:t>
      </w:r>
    </w:p>
    <w:p>
      <w:pPr>
        <w:spacing w:after="80"/>
      </w:pPr>
      <w:r>
        <w:rPr>
          <w:b w:val="0"/>
          <w:i w:val="0"/>
        </w:rPr>
        <w:t xml:space="preserve">Cảm thấy một cơn ghen tuông đột ngột ập đến, Dana tự hỏi liệu yêu cầu theo dõi người phụ nữ này của anh có thể là chuyện </w:t>
      </w:r>
      <w:r>
        <w:rPr>
          <w:b w:val="0"/>
          <w:i/>
        </w:rPr>
        <w:t>cá nhân</w:t>
      </w:r>
      <w:r>
        <w:rPr>
          <w:b w:val="0"/>
          <w:i w:val="0"/>
        </w:rPr>
        <w:t xml:space="preserve"> không. Sự nghi ngờ của cô thật vô lý, tất nhiên; tùy viên pháp lý của đại sứ quán, hơn ai hết, sẽ biết không bao giờ được dùng nguồn lực chính thức cho việc cá nhân, và Dana sẽ là người cuối cùng mà Harris nhờ điều tra về một người phụ nữ khác.</w:t>
      </w:r>
    </w:p>
    <w:p>
      <w:pPr>
        <w:spacing w:after="80"/>
      </w:pPr>
      <w:r>
        <w:rPr>
          <w:b w:val="0"/>
          <w:i/>
        </w:rPr>
        <w:t>Dù vậy, anh ấy đang lợi dụng mình,</w:t>
      </w:r>
      <w:r>
        <w:rPr>
          <w:b w:val="0"/>
          <w:i w:val="0"/>
        </w:rPr>
        <w:t xml:space="preserve"> cô biết vậy.</w:t>
      </w:r>
    </w:p>
    <w:p>
      <w:pPr>
        <w:spacing w:after="80"/>
      </w:pPr>
      <w:r>
        <w:rPr>
          <w:b w:val="0"/>
          <w:i w:val="0"/>
        </w:rPr>
        <w:t>Tuy nhiên, Dana ngồi vào bàn làm việc và đăng nhập vào giao diện giám sát của đại sứ quán. "Được rồi, Michael, xem chúng ta có thể tìm được gì."</w:t>
      </w:r>
    </w:p>
    <w:p>
      <w:pPr>
        <w:spacing w:after="80"/>
      </w:pPr>
      <w:r>
        <w:rPr>
          <w:b w:val="0"/>
          <w:i w:val="0"/>
        </w:rPr>
        <w:t xml:space="preserve">Sau khi Cộng hòa Séc gia nhập NATO năm 1999, hơn </w:t>
      </w:r>
      <w:r>
        <w:rPr>
          <w:b w:val="0"/>
          <w:i/>
        </w:rPr>
        <w:t>một nghìn một trăm</w:t>
      </w:r>
      <w:r>
        <w:rPr>
          <w:b w:val="0"/>
          <w:i w:val="0"/>
        </w:rPr>
        <w:t xml:space="preserve"> camera giám sát đã được đặt khắp Prague như một phần của quan hệ đối tác giám sát mật do Mỹ tài trợ mang tên Echelon. Bất chấp luật pháp Séc nghiêm ngặt quản lý việc truy cập camera, Mỹ đã xây dựng mạng lưới này và đã trao cho các đại sứ quán của mình, với vài ngoại lệ, quyền truy cập đầy đủ…một điểm tranh cãi gay gắt đối với chính quyền Séc.</w:t>
      </w:r>
    </w:p>
    <w:p>
      <w:pPr>
        <w:spacing w:after="80"/>
      </w:pPr>
      <w:r>
        <w:rPr>
          <w:b w:val="0"/>
          <w:i w:val="0"/>
        </w:rPr>
        <w:t>Bản thân Dana Daněk cũng không hoàn toàn thoải mái với việc giám sát này, thế nhưng công dân Trung Âu chẳng có mấy lựa chọn ngoài việc chấp nhận những con mắt cảnh giác của Echelon theo dõi cuộc sống hằng ngày của họ—bao gồm, trong trường hợp của Dana, việc cô thỉnh thoảng lén lút ra vào căn hộ của Michael Harris vào mọi giờ giấc trong đêm.</w:t>
      </w:r>
    </w:p>
    <w:p>
      <w:pPr>
        <w:spacing w:after="80"/>
      </w:pPr>
      <w:r>
        <w:rPr>
          <w:b w:val="0"/>
          <w:i/>
        </w:rPr>
        <w:t>Không ai đang theo dõi hoạt động của mình cả,</w:t>
      </w:r>
      <w:r>
        <w:rPr>
          <w:b w:val="0"/>
          <w:i w:val="0"/>
        </w:rPr>
        <w:t xml:space="preserve"> cô tự trấn an. </w:t>
      </w:r>
      <w:r>
        <w:rPr>
          <w:b w:val="0"/>
          <w:i/>
        </w:rPr>
        <w:t>Đơn giản là có quá nhiều dữ liệu.</w:t>
      </w:r>
    </w:p>
    <w:p>
      <w:pPr>
        <w:spacing w:after="80"/>
      </w:pPr>
      <w:r>
        <w:rPr>
          <w:b w:val="0"/>
          <w:i w:val="0"/>
        </w:rPr>
        <w:t xml:space="preserve">Dù vậy, các chiến dịch bảo vệ quyền riêng tư của người dân như @ReclaimYourFace vẫn thường xuyên tổ chức các cuộc biểu tình phản đối Mỹ nhắm vào những chiếc camera an ninh có mặt khắp nơi ở Prague. Phản biện của đại sứ quán vừa đơn giản vừa đúng: </w:t>
      </w:r>
      <w:r>
        <w:rPr>
          <w:b w:val="0"/>
          <w:i/>
        </w:rPr>
        <w:t>Hầu hết công dân thà bị theo dõi…còn hơn bị khủng bố cho nổ tung.</w:t>
      </w:r>
    </w:p>
    <w:p>
      <w:pPr>
        <w:spacing w:after="80"/>
      </w:pPr>
      <w:r>
        <w:rPr>
          <w:b w:val="0"/>
          <w:i w:val="0"/>
        </w:rPr>
        <w:t>Với ý nghĩ đó trong đầu, Dana di chuyển con trỏ qua một tấm bản đồ chi tiết của Prague, điều hướng đến Charles Bridge, và gọi lên đoạn phim an ninh mới được lưu trữ gần đây của cây cầu này.</w:t>
      </w:r>
    </w:p>
    <w:p>
      <w:pPr>
        <w:pStyle w:val="Heading1"/>
      </w:pPr>
      <w:r>
        <w:rPr>
          <w:rFonts w:ascii="Calibri" w:hAnsi="Calibri"/>
          <w:b/>
          <w:i w:val="0"/>
          <w:sz w:val="40"/>
        </w:rPr>
        <w:t>Chương 21</w:t>
      </w:r>
    </w:p>
    <w:p>
      <w:pPr>
        <w:spacing w:after="80"/>
      </w:pPr>
      <w:r>
        <w:rPr>
          <w:b w:val="0"/>
          <w:i w:val="0"/>
        </w:rPr>
        <w:t>Màng nhĩ của Langdon vẫn còn ù đặc vì tiếng súng khi anh bước qua khung cửa vỡ nát để vào Crucifix Bastion. Đôi giày lười của anh lạo xạo trên những mảnh kính vương vãi khắp sàn đá cẩm thạch hồng khi anh cùng Janáček và Trung úy Pavel bước vào lối vào trang nhã.</w:t>
      </w:r>
    </w:p>
    <w:p>
      <w:pPr>
        <w:spacing w:after="80"/>
      </w:pPr>
      <w:r>
        <w:rPr>
          <w:b w:val="0"/>
          <w:i w:val="0"/>
        </w:rPr>
        <w:t>Một hành lang dẫn về phía bên phải họ, nhưng Janáček có vẻ chú ý hơn đến cánh cửa thép đồ sộ ngay trước mặt. Được in stencil dòng chữ Lab, cánh cổng này có một ô cửa sổ nhỏ gia cố và một bảng điều khiển sinh trắc học.</w:t>
      </w:r>
    </w:p>
    <w:p>
      <w:pPr>
        <w:spacing w:after="80"/>
      </w:pPr>
      <w:r>
        <w:rPr>
          <w:b w:val="0"/>
          <w:i w:val="0"/>
        </w:rPr>
        <w:t>“Cầu thang bộ xuống phòng thí nghiệm,” Janáček nói, nhìn qua ô cửa sổ và thử mở cánh cửa đang khóa.</w:t>
      </w:r>
    </w:p>
    <w:p>
      <w:pPr>
        <w:spacing w:after="80"/>
      </w:pPr>
      <w:r>
        <w:rPr>
          <w:b w:val="0"/>
          <w:i w:val="0"/>
        </w:rPr>
        <w:t>Langdon đưa mắt nhìn quanh tìm thang máy, tò mò không biết Gessner vận chuyển các thiết bị khoa học nặng xuống cơ sở của bà bằng cách nào, nhưng anh không thấy gì khác trong tiền sảnh ngoài cầu thang này và hành lang dẫn về phía bên phải. Langdon vẫn chưa thấy dấu hiệu nào của bàn phím cho cái “mật mã thông minh” mà Tiến sĩ Gessner đã khoe khoang đêm hôm trước.</w:t>
      </w:r>
    </w:p>
    <w:p>
      <w:pPr>
        <w:spacing w:after="80"/>
      </w:pPr>
      <w:r>
        <w:rPr>
          <w:b w:val="0"/>
          <w:i w:val="0"/>
        </w:rPr>
        <w:t>Janáček đang nghiên cứu khung kính an toàn vỡ bị bật ra trên sàn. Một lát sau, ông cúi xuống, nhấc khung kính lên, kéo nó đến lối vào phòng thí nghiệm, và dựng nó chênh vênh dựa vào cửa phòng thí nghiệm. “Chuông báo tạm thời,” ông tuyên bố. “Phòng trường hợp bạn của anh tưởng có thể lẻn ra ngoài khi chúng ta không để ý.”</w:t>
      </w:r>
    </w:p>
    <w:p>
      <w:pPr>
        <w:spacing w:after="80"/>
      </w:pPr>
      <w:r>
        <w:rPr>
          <w:b w:val="0"/>
          <w:i w:val="0"/>
        </w:rPr>
        <w:t>Langdon không thể tin Janáček lại nghĩ Katherine sẽ bỏ chạy, nhưng sự tháo vát của ông thật đáng nể.</w:t>
      </w:r>
    </w:p>
    <w:p>
      <w:pPr>
        <w:spacing w:after="80"/>
      </w:pPr>
      <w:r>
        <w:rPr>
          <w:b w:val="0"/>
          <w:i w:val="0"/>
        </w:rPr>
        <w:t xml:space="preserve">Trung úy Pavel đã cẩn thận tiến xuống hành lang, súng giơ lên như thể anh ta có thể bị phục kích bất cứ lúc nào. </w:t>
      </w:r>
      <w:r>
        <w:rPr>
          <w:b w:val="0"/>
          <w:i/>
        </w:rPr>
        <w:t>Cất cái khẩu súng chết tiệt của anh đi!</w:t>
      </w:r>
      <w:r>
        <w:rPr>
          <w:b w:val="0"/>
          <w:i w:val="0"/>
        </w:rPr>
        <w:t xml:space="preserve"> Langdon muốn hét lên. </w:t>
      </w:r>
      <w:r>
        <w:rPr>
          <w:b w:val="0"/>
          <w:i/>
        </w:rPr>
        <w:t>Họ là những nhà khoa học không có vũ khí!</w:t>
      </w:r>
    </w:p>
    <w:p>
      <w:pPr>
        <w:spacing w:after="80"/>
      </w:pPr>
      <w:r>
        <w:rPr>
          <w:b w:val="0"/>
          <w:i w:val="0"/>
        </w:rPr>
        <w:t xml:space="preserve">Khi Janáček và Langdon đi theo, Trung úy Pavel nhìn vào một nhà vệ sinh nhỏ, có vẻ thấy nó trống, và tiếp tục đi đến cuối hành lang. Ở đây hành lang rẽ trái, và anh ta rón rén men theo góc cua, súng sẵn sàng. Một lát sau, anh ta tra súng vào bao và quay lại nhìn đội trưởng của mình với vẻ nhún vai. </w:t>
      </w:r>
      <w:r>
        <w:rPr>
          <w:b w:val="0"/>
          <w:i/>
        </w:rPr>
        <w:t>“Nikde nikdo.”</w:t>
      </w:r>
    </w:p>
    <w:p>
      <w:pPr>
        <w:spacing w:after="80"/>
      </w:pPr>
      <w:r>
        <w:rPr>
          <w:b w:val="0"/>
          <w:i w:val="0"/>
        </w:rPr>
        <w:t>Langdon đi theo Janáček quanh góc cua vào một không gian rực rỡ ngập trong ánh sáng tự nhiên. Được bài trí như sảnh của một khách sạn boutique nào đó, căn phòng có những chiếc ghế sofa trắng toát, bàn đồng gò, và một quầy pha cà phê tinh tế. Những ô cửa sổ kính từ sàn đến trần mở ra tầm nhìn hùng vĩ bao quát sân dài của pháo đài đến đường chân trời Prague, Tháp Petřín, và Pháo đài Vyšehrad.</w:t>
      </w:r>
    </w:p>
    <w:p>
      <w:pPr>
        <w:spacing w:after="80"/>
      </w:pPr>
      <w:r>
        <w:rPr>
          <w:b w:val="0"/>
          <w:i w:val="0"/>
        </w:rPr>
        <w:t>Khi Langdon quan sát không gian, ánh mắt anh dừng lại ở một tác phẩm nghệ thuật khổng lồ trên bức tường phía sau—một tác phẩm điêu khắc tường theo phong cách Brutalist mà anh nhận ra ngay phong cách độc đáo của nó.</w:t>
      </w:r>
    </w:p>
    <w:p>
      <w:pPr>
        <w:spacing w:after="80"/>
      </w:pPr>
      <w:r>
        <w:rPr>
          <w:b w:val="0"/>
          <w:i w:val="0"/>
        </w:rPr>
        <w:t>Lạy Chúa, đó có phải là một tác phẩm gốc của Paul Evans không?</w:t>
      </w:r>
    </w:p>
    <w:p>
      <w:pPr>
        <w:spacing w:after="80"/>
      </w:pPr>
      <w:r>
        <w:rPr>
          <w:b w:val="0"/>
          <w:i w:val="0"/>
        </w:rPr>
        <w:t xml:space="preserve">Tấm kim loại màu gỉ sét vuông tám foot được chia thành một mạng lưới các ô lõm hình chữ nhật, mỗi ô chứa một tác phẩm điêu khắc nhỏ riêng lẻ. Một biến tấu trên “tủ đồ tò mò,” Langdon phải đoán tác phẩm Paul Evans này dễ dàng trị giá một phần tư triệu đô la. Gessner đã khoe khoang đêm qua về những bằng sáng chế y tế sinh lợi của mình, nhưng Langdon rõ ràng đã đánh giá thấp </w:t>
      </w:r>
      <w:r>
        <w:rPr>
          <w:b w:val="0"/>
          <w:i/>
        </w:rPr>
        <w:t>mức độ</w:t>
      </w:r>
      <w:r>
        <w:rPr>
          <w:b w:val="0"/>
          <w:i w:val="0"/>
        </w:rPr>
        <w:t xml:space="preserve"> sinh lợi của những bằng sáng chế đó.</w:t>
      </w:r>
    </w:p>
    <w:p>
      <w:pPr>
        <w:spacing w:after="80"/>
      </w:pPr>
      <w:r>
        <w:rPr>
          <w:b w:val="0"/>
          <w:i w:val="0"/>
        </w:rPr>
        <w:t>Janáček đang tiến về phía cuối căn phòng, nơi có một cánh cửa gỗ quá khổ đang mở rộng dẫn vào thứ trông như văn phòng của Tiến sĩ Gessner.</w:t>
      </w:r>
    </w:p>
    <w:p>
      <w:pPr>
        <w:spacing w:after="80"/>
      </w:pPr>
      <w:r>
        <w:rPr>
          <w:b w:val="0"/>
          <w:i w:val="0"/>
        </w:rPr>
        <w:t>"Tiến sĩ Gessner?" Janáček gọi, bước vào văn phòng.</w:t>
      </w:r>
    </w:p>
    <w:p>
      <w:pPr>
        <w:spacing w:after="80"/>
      </w:pPr>
      <w:r>
        <w:rPr>
          <w:b w:val="0"/>
          <w:i w:val="0"/>
        </w:rPr>
        <w:t>Langdon đi theo với hy vọng được gặp Katherine, nhưng văn phòng trống không.</w:t>
      </w:r>
    </w:p>
    <w:p>
      <w:pPr>
        <w:spacing w:after="80"/>
      </w:pPr>
      <w:r>
        <w:rPr>
          <w:b w:val="0"/>
          <w:i w:val="0"/>
        </w:rPr>
        <w:t>Văn phòng của nhà thần kinh học được trang trí bằng một bộ sưu tập các bản in trừu tượng rực rỡ — mỗi bức là một khối cầu không định hình với các vùng màu sắc khác nhau — mà Langdon nhận ra ngay đó là những hình ảnh MRI của não người.</w:t>
      </w:r>
    </w:p>
    <w:p>
      <w:pPr>
        <w:spacing w:after="80"/>
      </w:pPr>
      <w:r>
        <w:rPr>
          <w:b w:val="0"/>
          <w:i w:val="0"/>
        </w:rPr>
        <w:t>Khoa học như nghệ thuật.</w:t>
      </w:r>
    </w:p>
    <w:p>
      <w:pPr>
        <w:spacing w:after="80"/>
      </w:pPr>
      <w:r>
        <w:rPr>
          <w:b w:val="0"/>
          <w:i w:val="0"/>
        </w:rPr>
        <w:t xml:space="preserve">Langdon tự hỏi liệu Gessner có tự mãn đến mức treo ảnh não của </w:t>
      </w:r>
      <w:r>
        <w:rPr>
          <w:b w:val="0"/>
          <w:i/>
        </w:rPr>
        <w:t>chính mình</w:t>
      </w:r>
      <w:r>
        <w:rPr>
          <w:b w:val="0"/>
          <w:i w:val="0"/>
        </w:rPr>
        <w:t xml:space="preserve"> không. Những bức tự họa sinh học đã trở nên phổ biến gần đây với sự ra đời của các công ty hình ảnh như DNA11, chuyên tạo ra tác phẩm nghệ thuật hoàn toàn dựa trên hình ảnh kính hiển vi DNA độc đáo của khách hàng. </w:t>
      </w:r>
      <w:r>
        <w:rPr>
          <w:b w:val="0"/>
          <w:i/>
        </w:rPr>
        <w:t>Nghệ thuật di truyền,</w:t>
      </w:r>
      <w:r>
        <w:rPr>
          <w:b w:val="0"/>
          <w:i w:val="0"/>
        </w:rPr>
        <w:t xml:space="preserve"> họ quảng cáo, </w:t>
      </w:r>
      <w:r>
        <w:rPr>
          <w:b w:val="0"/>
          <w:i/>
        </w:rPr>
        <w:t>nghĩa là không có hai người nào sở hữu cùng một tác phẩm.</w:t>
      </w:r>
    </w:p>
    <w:p>
      <w:pPr>
        <w:spacing w:after="80"/>
      </w:pPr>
      <w:r>
        <w:rPr>
          <w:b w:val="0"/>
          <w:i w:val="0"/>
        </w:rPr>
        <w:t>Janáček bước đến bàn làm việc của Gessner và xem xét thứ trông như một bộ đàm và micro. Ông chọn một nút và giữ nó xuống.</w:t>
      </w:r>
    </w:p>
    <w:p>
      <w:pPr>
        <w:spacing w:after="80"/>
      </w:pPr>
      <w:r>
        <w:rPr>
          <w:b w:val="0"/>
          <w:i w:val="0"/>
        </w:rPr>
        <w:t xml:space="preserve">"Tiến sĩ Gessner?" ông tuyên bố vào micro. "Tôi là Đại úy ÚZSI Oldřich Janáček. Như tôi nghi ngờ bà đã biết, tôi đang ở cùng Giáo sư Robert Langdon. Điều cấp thiết là bà và cô Solomon phải lên đây ngay lập tức để nói chuyện với tôi. Tôi nhắc lại — </w:t>
      </w:r>
      <w:r>
        <w:rPr>
          <w:b w:val="0"/>
          <w:i/>
        </w:rPr>
        <w:t>ngay lập tức.</w:t>
      </w:r>
      <w:r>
        <w:rPr>
          <w:b w:val="0"/>
          <w:i w:val="0"/>
        </w:rPr>
        <w:t xml:space="preserve"> Xin xác nhận."</w:t>
      </w:r>
    </w:p>
    <w:p>
      <w:pPr>
        <w:spacing w:after="80"/>
      </w:pPr>
      <w:r>
        <w:rPr>
          <w:b w:val="0"/>
          <w:i w:val="0"/>
        </w:rPr>
        <w:t>Janáček nhả nút và chờ đợi, trừng mắt nhìn lên camera mắt cá trên trần nhà.</w:t>
      </w:r>
    </w:p>
    <w:p>
      <w:pPr>
        <w:spacing w:after="80"/>
      </w:pPr>
      <w:r>
        <w:rPr>
          <w:b w:val="0"/>
          <w:i w:val="0"/>
        </w:rPr>
        <w:t xml:space="preserve">Mỗi giây phút im lặng trôi qua, Langdon càng cảm thấy bất an. </w:t>
      </w:r>
      <w:r>
        <w:rPr>
          <w:b w:val="0"/>
          <w:i/>
        </w:rPr>
        <w:t>Sao Katherine không trả lời? Có chuyện gì xảy ra dưới đó à? Có tai nạn gì không?</w:t>
      </w:r>
    </w:p>
    <w:p>
      <w:pPr>
        <w:spacing w:after="80"/>
      </w:pPr>
      <w:r>
        <w:rPr>
          <w:b w:val="0"/>
          <w:i w:val="0"/>
        </w:rPr>
        <w:t xml:space="preserve">"Giáo sư?" Janáček thong thả bước đến chỗ Langdon. "Ông có biết tại sao cô Solomon lại phớt lờ tôi không? Rõ ràng họ đang </w:t>
      </w:r>
      <w:r>
        <w:rPr>
          <w:b w:val="0"/>
          <w:i/>
        </w:rPr>
        <w:t>ở đây.</w:t>
      </w:r>
      <w:r>
        <w:rPr>
          <w:b w:val="0"/>
          <w:i w:val="0"/>
        </w:rPr>
        <w:t xml:space="preserve"> Văn phòng của Tiến sĩ Gessner không khóa, và bên ngoài có những </w:t>
      </w:r>
      <w:r>
        <w:rPr>
          <w:b w:val="0"/>
          <w:i/>
        </w:rPr>
        <w:t>dấu chân</w:t>
      </w:r>
      <w:r>
        <w:rPr>
          <w:b w:val="0"/>
          <w:i w:val="0"/>
        </w:rPr>
        <w:t xml:space="preserve"> mới."</w:t>
      </w:r>
    </w:p>
    <w:p>
      <w:pPr>
        <w:spacing w:after="80"/>
      </w:pPr>
      <w:r>
        <w:rPr>
          <w:b w:val="0"/>
          <w:i w:val="0"/>
        </w:rPr>
        <w:t>Langdon không chắc những dấu chân mờ nhạt đó "mới" đến mức nào, nhưng xét đến cuộc hẹn đã lên lịch ở đây, có vẻ hợp lý rằng Katherine thực sự đang ở dưới đó với Gessner. "Tôi không biết," ông trả lời thật lòng.</w:t>
      </w:r>
    </w:p>
    <w:p>
      <w:pPr>
        <w:spacing w:after="80"/>
      </w:pPr>
      <w:r>
        <w:rPr>
          <w:b w:val="0"/>
          <w:i w:val="0"/>
        </w:rPr>
        <w:t>Janáček dẫn Langdon quay lại phòng chờ và chỉ vào một trong những chiếc ghế sofa trắng. "Ông ngồi đi."</w:t>
      </w:r>
    </w:p>
    <w:p>
      <w:pPr>
        <w:spacing w:after="80"/>
      </w:pPr>
      <w:r>
        <w:rPr>
          <w:b w:val="0"/>
          <w:i w:val="0"/>
        </w:rPr>
        <w:t>Langdon vâng lời, ngồi xuống chiếc ghế sofa dài cạnh bức tường bên. Janáček gọi một cuộc điện thoại, nói tiếng Séc nhanh như chớp.</w:t>
      </w:r>
    </w:p>
    <w:p>
      <w:pPr>
        <w:spacing w:after="80"/>
      </w:pPr>
      <w:r>
        <w:rPr>
          <w:b w:val="0"/>
          <w:i w:val="0"/>
        </w:rPr>
        <w:t xml:space="preserve">Trong lúc Langdon chờ đợi, ánh mắt ông lại hướng về những hình ảnh đầy màu sắc trang trí văn phòng Gessner. </w:t>
      </w:r>
      <w:r>
        <w:rPr>
          <w:b w:val="0"/>
          <w:i/>
        </w:rPr>
        <w:t>Chỉ ba pound thịt,</w:t>
      </w:r>
      <w:r>
        <w:rPr>
          <w:b w:val="0"/>
          <w:i w:val="0"/>
        </w:rPr>
        <w:t xml:space="preserve"> ông nghĩ, soi xét những đường nét bí ẩn và các nếp gấp liên kết với nhau trong từng bức ảnh. </w:t>
      </w:r>
      <w:r>
        <w:rPr>
          <w:b w:val="0"/>
          <w:i/>
        </w:rPr>
        <w:t>Và khoa học vẫn chưa có manh mối nào về cách nó hoạt động.</w:t>
      </w:r>
    </w:p>
    <w:p>
      <w:pPr>
        <w:spacing w:after="80"/>
      </w:pPr>
      <w:r>
        <w:rPr>
          <w:b w:val="0"/>
          <w:i w:val="0"/>
        </w:rPr>
        <w:t xml:space="preserve">Trong bài giảng tối qua, Katherine đã chiếu một hình ảnh não người </w:t>
      </w:r>
      <w:r>
        <w:rPr>
          <w:b w:val="0"/>
          <w:i/>
        </w:rPr>
        <w:t>kém</w:t>
      </w:r>
      <w:r>
        <w:rPr>
          <w:b w:val="0"/>
          <w:i w:val="0"/>
        </w:rPr>
        <w:t xml:space="preserve"> hấp dẫn hơn hẳn — một bức ảnh phòng thí nghiệm trần trụi về một khối mô xám xịt, nhăn nheo nằm trong khay thép không gỉ.</w:t>
      </w:r>
    </w:p>
    <w:p>
      <w:pPr>
        <w:spacing w:after="80"/>
      </w:pPr>
      <w:r>
        <w:rPr>
          <w:b w:val="0"/>
          <w:i w:val="0"/>
        </w:rPr>
        <w:t xml:space="preserve">“Khối này là bộ não của bạn,” cô nói với đám đông. “Tôi biết nó trông giống một đống thịt băm cũ mèm hơn, nhưng tôi có thể đảm bảo với bạn, cơ quan này chẳng khác gì một phép màu. Nó chứa khoảng tám mươi sáu </w:t>
      </w:r>
      <w:r>
        <w:rPr>
          <w:b w:val="0"/>
          <w:i/>
        </w:rPr>
        <w:t>tỷ</w:t>
      </w:r>
      <w:r>
        <w:rPr>
          <w:b w:val="0"/>
          <w:i w:val="0"/>
        </w:rPr>
        <w:t xml:space="preserve"> nơ-ron. Chúng cùng nhau tạo thành hơn một trăm </w:t>
      </w:r>
      <w:r>
        <w:rPr>
          <w:b w:val="0"/>
          <w:i/>
        </w:rPr>
        <w:t>nghìn tỷ</w:t>
      </w:r>
      <w:r>
        <w:rPr>
          <w:b w:val="0"/>
          <w:i w:val="0"/>
        </w:rPr>
        <w:t xml:space="preserve"> kết nối khớp thần kinh (synaptic), có thể xử lý thông tin phức tạp gần như tức thời. Hơn nữa, những kết nối khớp thần kinh này có thể tự tổ chức lại theo thời gian khi cần thiết. Hiện tượng này, được gọi là tính mềm dẻo thần kinh (neuroplasticity), cho phép bộ não thích nghi, học hỏi và phục hồi sau tổn thương.”</w:t>
      </w:r>
    </w:p>
    <w:p>
      <w:pPr>
        <w:spacing w:after="80"/>
      </w:pPr>
      <w:r>
        <w:rPr>
          <w:b w:val="0"/>
          <w:i w:val="0"/>
        </w:rPr>
        <w:t>Katherine trình chiếu một bức ảnh khác—một chiếc DVD đơn lẻ đặt trên bàn. “Đây là một chiếc DVD tiêu chuẩn—nó có thể chứa tới bốn phẩy bảy gigabyte thông tin đáng nể,” cô tiếp tục, “tương đương khoảng hai nghìn bức ảnh độ nét cao. Nhưng bạn có biết cần bao nhiêu chiếc DVD để lưu trữ bộ nhớ ước tính của một bộ não người trung bình không? Tôi gợi ý nhé… Nếu bạn xếp chồng số DVD cần thiết lên nhau”—cô chỉ tay về trần nhà cao vút của Sảnh Vladislav—“chúng sẽ vượt xa cả đỉnh tòa nhà này. Thực tế… chồng đĩa đó sẽ cao đến mức… chạm tới Trạm Không gian Quốc tế.”</w:t>
      </w:r>
    </w:p>
    <w:p>
      <w:pPr>
        <w:spacing w:after="80"/>
      </w:pPr>
      <w:r>
        <w:rPr>
          <w:b w:val="0"/>
          <w:i w:val="0"/>
        </w:rPr>
        <w:t>Katherine gõ nhẹ vào hộp sọ của mình. “Mỗi chúng ta lưu trữ hàng triệu gigabyte dữ liệu trong đây—hình ảnh, ký ức, cả đời học hành, kỹ năng, ngôn ngữ… tất cả được sắp xếp và tổ chức gọn gàng trong không gian nhỏ bé này. Công nghệ hiện đại vẫn cần cả một kho dữ liệu mới sánh được với nó.”</w:t>
      </w:r>
    </w:p>
    <w:p>
      <w:pPr>
        <w:spacing w:after="80"/>
      </w:pPr>
      <w:r>
        <w:rPr>
          <w:b w:val="0"/>
          <w:i w:val="0"/>
        </w:rPr>
        <w:t xml:space="preserve">Cô tắt PowerPoint và bước ra phía trước sân khấu. “Các nhà khoa học theo chủ nghĩa duy vật (materialist) vẫn bối rối không hiểu làm sao một cơ quan </w:t>
      </w:r>
      <w:r>
        <w:rPr>
          <w:b w:val="0"/>
          <w:i/>
        </w:rPr>
        <w:t>nhỏ</w:t>
      </w:r>
      <w:r>
        <w:rPr>
          <w:b w:val="0"/>
          <w:i w:val="0"/>
        </w:rPr>
        <w:t xml:space="preserve"> đến vậy lại có thể chứa được lượng thông tin </w:t>
      </w:r>
      <w:r>
        <w:rPr>
          <w:b w:val="0"/>
          <w:i/>
        </w:rPr>
        <w:t>khổng lồ</w:t>
      </w:r>
      <w:r>
        <w:rPr>
          <w:b w:val="0"/>
          <w:i w:val="0"/>
        </w:rPr>
        <w:t xml:space="preserve"> đến thế. Và tôi phải đồng ý, điều đó dường như là một sự bất khả thi về mặt vật lý… đó là lý do tôi không phải là một </w:t>
      </w:r>
      <w:r>
        <w:rPr>
          <w:b w:val="0"/>
          <w:i/>
        </w:rPr>
        <w:t>người theo chủ nghĩa duy vật.</w:t>
      </w:r>
      <w:r>
        <w:rPr>
          <w:b w:val="0"/>
          <w:i w:val="0"/>
        </w:rPr>
        <w:t>”</w:t>
      </w:r>
    </w:p>
    <w:p>
      <w:pPr>
        <w:spacing w:after="80"/>
      </w:pPr>
      <w:r>
        <w:rPr>
          <w:b w:val="0"/>
          <w:i w:val="0"/>
        </w:rPr>
        <w:t xml:space="preserve">Khán giả có một phen xôn xao nhẹ. </w:t>
      </w:r>
      <w:r>
        <w:rPr>
          <w:b w:val="0"/>
          <w:i/>
        </w:rPr>
        <w:t>Lại chọc vào tổ ong vò vẽ nữa rồi, tôi thấy rõ.</w:t>
      </w:r>
      <w:r>
        <w:rPr>
          <w:b w:val="0"/>
          <w:i w:val="0"/>
        </w:rPr>
        <w:t xml:space="preserve"> Langdon đã biết rằng Katherine chẳng ngại ngần gì khi chạm vào dây thần kinh nhạy cảm, nhất là khi nói về hai triết lý đối lập mà việc nghiên cứu ý thức con người bị chia rẽ thành.</w:t>
      </w:r>
    </w:p>
    <w:p>
      <w:pPr>
        <w:spacing w:after="80"/>
      </w:pPr>
      <w:r>
        <w:rPr>
          <w:b w:val="0"/>
          <w:i w:val="0"/>
        </w:rPr>
        <w:t>Chủ nghĩa duy vật đối đầu với Thuyết Noetic.</w:t>
      </w:r>
    </w:p>
    <w:p>
      <w:pPr>
        <w:spacing w:after="80"/>
      </w:pPr>
      <w:r>
        <w:rPr>
          <w:b w:val="0"/>
          <w:i w:val="0"/>
        </w:rPr>
        <w:t>Những người theo chủ nghĩa duy vật tin rằng mọi hiện tượng, kể cả ý thức, đều có thể được giải thích hoàn toàn bằng vật chất hữu hình và các tương tác của nó. Theo họ, ý thức là một sản phẩm phụ của các quá trình vật lý—hoạt động của các mạng nơ-ron cùng với những quá trình hóa học khác trong não.</w:t>
      </w:r>
    </w:p>
    <w:p>
      <w:pPr>
        <w:spacing w:after="80"/>
      </w:pPr>
      <w:r>
        <w:rPr>
          <w:b w:val="0"/>
          <w:i w:val="0"/>
        </w:rPr>
        <w:t xml:space="preserve">Tuy nhiên, đối với những người theo thuyết Noetic (noeticist), bức tranh ấy không hề bị giới hạn như vậy. Họ tin rằng ý thức </w:t>
      </w:r>
      <w:r>
        <w:rPr>
          <w:b w:val="0"/>
          <w:i/>
        </w:rPr>
        <w:t>không</w:t>
      </w:r>
      <w:r>
        <w:rPr>
          <w:b w:val="0"/>
          <w:i w:val="0"/>
        </w:rPr>
        <w:t xml:space="preserve"> phải do các quá trình của não tạo ra, mà là một khía cạnh nền tảng của vũ trụ—tương tự như không gian, thời gian hay năng lượng—và thậm chí còn không nằm bên trong cơ thể.</w:t>
      </w:r>
    </w:p>
    <w:p>
      <w:pPr>
        <w:spacing w:after="80"/>
      </w:pPr>
      <w:r>
        <w:rPr>
          <w:b w:val="0"/>
          <w:i w:val="0"/>
        </w:rPr>
        <w:t xml:space="preserve">Langdon đã vô cùng sửng sốt khi biết rằng bộ não người chỉ chiếm 2 phần trăm trọng lượng cơ thể, vậy mà nó lại tiêu thụ tới </w:t>
      </w:r>
      <w:r>
        <w:rPr>
          <w:b w:val="0"/>
          <w:i/>
        </w:rPr>
        <w:t>20 phần trăm</w:t>
      </w:r>
      <w:r>
        <w:rPr>
          <w:b w:val="0"/>
          <w:i w:val="0"/>
        </w:rPr>
        <w:t xml:space="preserve"> năng lượng và oxy của cơ thể—một con số đáng kinh ngạc. Katherine tin rằng sự chênh lệch rõ ràng này chính là bằng chứng cho thấy bộ não đang làm điều gì đó quá khó hiểu đến mức sinh học truyền thống vẫn chưa thể nắm bắt được.</w:t>
      </w:r>
    </w:p>
    <w:p>
      <w:pPr>
        <w:spacing w:after="80"/>
      </w:pPr>
      <w:r>
        <w:rPr>
          <w:b w:val="0"/>
          <w:i/>
        </w:rPr>
        <w:t>Bản thảo của cô ấy chắc sẽ làm sáng tỏ bí ẩn đó,</w:t>
      </w:r>
      <w:r>
        <w:rPr>
          <w:b w:val="0"/>
          <w:i w:val="0"/>
        </w:rPr>
        <w:t xml:space="preserve"> Langdon nghĩ, tự hỏi không biết Jonas Faukman đã bắt đầu đọc chưa. </w:t>
      </w:r>
      <w:r>
        <w:rPr>
          <w:b w:val="0"/>
          <w:i/>
        </w:rPr>
        <w:t>Biết Jonas thì, ông ấy đã thức trắng cả đêm và đọc được nửa cuốn sách rồi.</w:t>
      </w:r>
    </w:p>
    <w:p>
      <w:pPr>
        <w:spacing w:after="80"/>
      </w:pPr>
      <w:r>
        <w:rPr>
          <w:b w:val="0"/>
          <w:i w:val="0"/>
        </w:rPr>
        <w:t>Janáček vừa gọi thêm một cuộc điện thoại nữa, và giọng điệu ngày càng sốt ruột của ông chẳng giúp gì cho thần kinh đang căng như dây đàn của Langdon. Anh liếc nhìn đồng hồ và mong Harris cùng vị đại sứ mau chóng đến.</w:t>
      </w:r>
    </w:p>
    <w:p>
      <w:pPr>
        <w:spacing w:after="80"/>
      </w:pPr>
      <w:r>
        <w:rPr>
          <w:b w:val="0"/>
          <w:i w:val="0"/>
        </w:rPr>
        <w:t>Trong lúc chờ đợi trên ghế sofa, Langdon lại thấy mình chăm chú nhìn tác phẩm điêu khắc treo tường khổng lồ của Paul Evans ở đầu kia căn phòng. Tác phẩm đắt tiền ấy đã khiến Langdon bực bội ngay từ lần đầu tiên nhìn thấy.</w:t>
      </w:r>
    </w:p>
    <w:p>
      <w:pPr>
        <w:spacing w:after="80"/>
      </w:pPr>
      <w:r>
        <w:rPr>
          <w:b w:val="0"/>
          <w:i w:val="0"/>
        </w:rPr>
        <w:t>Anh thấy khó chịu với những người giàu mê nghệ thuật, những kẻ mua về những kiệt tác đẳng cấp thế giới, đem chúng ra khỏi sự an toàn của bảo tàng, rồi trưng bày riêng tư trong ánh sáng tồi tệ hoặc trong những điều kiện không an toàn.</w:t>
      </w:r>
    </w:p>
    <w:p>
      <w:pPr>
        <w:spacing w:after="80"/>
      </w:pPr>
      <w:r>
        <w:rPr>
          <w:b w:val="0"/>
          <w:i w:val="0"/>
        </w:rPr>
        <w:t>Và trên hết, Gessner còn treo nó sai cách.</w:t>
      </w:r>
    </w:p>
    <w:p>
      <w:pPr>
        <w:spacing w:after="80"/>
      </w:pPr>
      <w:r>
        <w:rPr>
          <w:b w:val="0"/>
          <w:i w:val="0"/>
        </w:rPr>
        <w:t>Không nghi ngờ gì nữa, Paul Evans muốn tác phẩm điêu khắc này được trưng bày như một bức tranh—đặt ở giữa và gắn lên tường—nhưng Gessner đã lười biếng đặt nó ngay trên sàn, dựng đứng lên và chỉ dùng một thanh chống ở phía trên để giữ cho nó không đổ ập vào phòng.</w:t>
      </w:r>
    </w:p>
    <w:p>
      <w:pPr>
        <w:spacing w:after="80"/>
      </w:pPr>
      <w:r>
        <w:rPr>
          <w:b w:val="0"/>
          <w:i/>
        </w:rPr>
        <w:t>Bức tường đó là đá nguyên khối,</w:t>
      </w:r>
      <w:r>
        <w:rPr>
          <w:b w:val="0"/>
          <w:i w:val="0"/>
        </w:rPr>
        <w:t xml:space="preserve"> Langdon nghĩ. </w:t>
      </w:r>
      <w:r>
        <w:rPr>
          <w:b w:val="0"/>
          <w:i/>
        </w:rPr>
        <w:t>Nó hoàn toàn có thể chịu được sức nặng ấy.</w:t>
      </w:r>
    </w:p>
    <w:p>
      <w:pPr>
        <w:spacing w:after="80"/>
      </w:pPr>
      <w:r>
        <w:rPr>
          <w:b w:val="0"/>
          <w:i w:val="0"/>
        </w:rPr>
        <w:t>Khi đang mải mê nghiên cứu thanh ngang nặng nề ấy, bỗng một ý nghĩ bất ngờ lóe lên trong đầu ông.</w:t>
      </w:r>
    </w:p>
    <w:p>
      <w:pPr>
        <w:spacing w:after="80"/>
      </w:pPr>
      <w:r>
        <w:rPr>
          <w:b w:val="0"/>
          <w:i w:val="0"/>
        </w:rPr>
        <w:t>Trừ khi…</w:t>
      </w:r>
    </w:p>
    <w:p>
      <w:pPr>
        <w:spacing w:after="80"/>
      </w:pPr>
      <w:r>
        <w:rPr>
          <w:b w:val="0"/>
          <w:i w:val="0"/>
        </w:rPr>
        <w:t>Ông ngắm nghía tác phẩm nghệ thuật hoàn chỉnh thêm một lát. Rồi ông đứng dậy và bắt đầu bước nhanh về phía nó.</w:t>
      </w:r>
    </w:p>
    <w:p>
      <w:pPr>
        <w:spacing w:after="80"/>
      </w:pPr>
      <w:r>
        <w:rPr>
          <w:b w:val="0"/>
          <w:i w:val="0"/>
        </w:rPr>
        <w:t xml:space="preserve">Không báo trước, Pavel lao tới trước mặt ông, rút vũ khí ra và chĩa thẳng vào ngực Langdon. </w:t>
      </w:r>
      <w:r>
        <w:rPr>
          <w:b w:val="0"/>
          <w:i/>
        </w:rPr>
        <w:t>“Nechte toho!”</w:t>
      </w:r>
    </w:p>
    <w:p>
      <w:pPr>
        <w:spacing w:after="80"/>
      </w:pPr>
      <w:r>
        <w:rPr>
          <w:b w:val="0"/>
          <w:i w:val="0"/>
        </w:rPr>
        <w:t xml:space="preserve">Hai tay Langdon vụt giơ lên trời. </w:t>
      </w:r>
      <w:r>
        <w:rPr>
          <w:b w:val="0"/>
          <w:i/>
        </w:rPr>
        <w:t>Trời ơi là trời!</w:t>
      </w:r>
    </w:p>
    <w:p>
      <w:pPr>
        <w:spacing w:after="80"/>
      </w:pPr>
      <w:r>
        <w:rPr>
          <w:b w:val="0"/>
          <w:i w:val="0"/>
        </w:rPr>
        <w:t>Janáček kết thúc cuộc gọi và gật đầu bình thản với viên trung úy của mình, nói với anh ta vài câu bằng tiếng Séc.</w:t>
      </w:r>
    </w:p>
    <w:p>
      <w:pPr>
        <w:spacing w:after="80"/>
      </w:pPr>
      <w:r>
        <w:rPr>
          <w:b w:val="0"/>
          <w:i w:val="0"/>
        </w:rPr>
        <w:t>Pavel hạ súng xuống và tra vào bao.</w:t>
      </w:r>
    </w:p>
    <w:p>
      <w:pPr>
        <w:spacing w:after="80"/>
      </w:pPr>
      <w:r>
        <w:rPr>
          <w:b w:val="0"/>
          <w:i w:val="0"/>
        </w:rPr>
        <w:t>“Anh ta làm cái quái gì thế?!” Langdon hét lên với Janáček.</w:t>
      </w:r>
    </w:p>
    <w:p>
      <w:pPr>
        <w:spacing w:after="80"/>
      </w:pPr>
      <w:r>
        <w:rPr>
          <w:b w:val="0"/>
          <w:i w:val="0"/>
        </w:rPr>
        <w:t xml:space="preserve">“Làm việc của anh ta thôi,” viên đội trưởng đáp. “Ông đang định </w:t>
      </w:r>
      <w:r>
        <w:rPr>
          <w:b w:val="0"/>
          <w:i/>
        </w:rPr>
        <w:t>rời khỏi</w:t>
      </w:r>
      <w:r>
        <w:rPr>
          <w:b w:val="0"/>
          <w:i w:val="0"/>
        </w:rPr>
        <w:t xml:space="preserve"> chúng tôi à?”</w:t>
      </w:r>
    </w:p>
    <w:p>
      <w:pPr>
        <w:spacing w:after="80"/>
      </w:pPr>
      <w:r>
        <w:rPr>
          <w:b w:val="0"/>
          <w:i w:val="0"/>
        </w:rPr>
        <w:t>“Rời khỏi?!” ông giận dữ đáp. “Không, tôi chỉ định…”</w:t>
      </w:r>
    </w:p>
    <w:p>
      <w:pPr>
        <w:spacing w:after="80"/>
      </w:pPr>
      <w:r>
        <w:rPr>
          <w:b w:val="0"/>
          <w:i w:val="0"/>
        </w:rPr>
        <w:t xml:space="preserve">“Ông chỉ định </w:t>
      </w:r>
      <w:r>
        <w:rPr>
          <w:b w:val="0"/>
          <w:i/>
        </w:rPr>
        <w:t>cái gì</w:t>
      </w:r>
      <w:r>
        <w:rPr>
          <w:b w:val="0"/>
          <w:i w:val="0"/>
        </w:rPr>
        <w:t>?”</w:t>
      </w:r>
    </w:p>
    <w:p>
      <w:pPr>
        <w:spacing w:after="80"/>
      </w:pPr>
      <w:r>
        <w:rPr>
          <w:b w:val="0"/>
          <w:i w:val="0"/>
        </w:rPr>
        <w:t>Langdon ngập ngừng một lát, cân nhắc lại lời nói của mình. “Tôi chỉ định đi vệ sinh thôi,” ông nói dối, quay về chỗ ngồi. “Nghĩ lại thì, chuyện đó đợi được.”</w:t>
      </w:r>
    </w:p>
    <w:p>
      <w:pPr>
        <w:jc w:val="center"/>
      </w:pPr>
      <w:r>
        <w:drawing>
          <wp:inline xmlns:a="http://schemas.openxmlformats.org/drawingml/2006/main" xmlns:pic="http://schemas.openxmlformats.org/drawingml/2006/picture">
            <wp:extent cx="5486400" cy="362122"/>
            <wp:docPr id="19" name="Picture 19"/>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Golěm đeo kính râm lên khi sải bước qua những viên đá lát đường của Quảng trường Phố Cổ để tới bến taxi. Dù thiếu ngủ, hắn vẫn cảm thấy tràn đầy năng lượng, tâm trí hoàn toàn tập trung vào những gì cần làm để thực hiện hành động báo thù giải phóng của mình.</w:t>
      </w:r>
    </w:p>
    <w:p>
      <w:pPr>
        <w:spacing w:after="80"/>
      </w:pPr>
      <w:r>
        <w:rPr>
          <w:b w:val="0"/>
          <w:i w:val="0"/>
        </w:rPr>
        <w:t xml:space="preserve">Đêm qua, Gessner đã thú nhận một sự thật đen tối, tiết lộ rằng các đồng nghiệp của cô ta đã bí mật xây dựng một cơ sở rộng lớn, hang động sâu thẳm ngay dưới lòng thành phố Prague. </w:t>
      </w:r>
      <w:r>
        <w:rPr>
          <w:b w:val="0"/>
          <w:i/>
        </w:rPr>
        <w:t>Họ gọi nó là Threshold</w:t>
      </w:r>
      <w:r>
        <w:rPr>
          <w:b w:val="0"/>
          <w:i w:val="0"/>
        </w:rPr>
        <w:t xml:space="preserve">. Quy mô của dự án thật đáng kinh ngạc, vậy mà chính </w:t>
      </w:r>
      <w:r>
        <w:rPr>
          <w:b w:val="0"/>
          <w:i/>
        </w:rPr>
        <w:t>vị trí</w:t>
      </w:r>
      <w:r>
        <w:rPr>
          <w:b w:val="0"/>
          <w:i w:val="0"/>
        </w:rPr>
        <w:t xml:space="preserve"> chính xác của cơ sở ấy mới là điều khiến Golěm kinh ngạc nhất.</w:t>
      </w:r>
    </w:p>
    <w:p>
      <w:pPr>
        <w:spacing w:after="80"/>
      </w:pPr>
      <w:r>
        <w:rPr>
          <w:b w:val="0"/>
          <w:i w:val="0"/>
        </w:rPr>
        <w:t>Ngay giữa trung tâm thành phố.</w:t>
      </w:r>
    </w:p>
    <w:p>
      <w:pPr>
        <w:spacing w:after="80"/>
      </w:pPr>
      <w:r>
        <w:rPr>
          <w:b w:val="0"/>
          <w:i w:val="0"/>
        </w:rPr>
        <w:t>Hàng trăm người bước qua nó mỗi ngày…mà không hề hay biết nó ở đó.</w:t>
      </w:r>
    </w:p>
    <w:p>
      <w:pPr>
        <w:spacing w:after="80"/>
      </w:pPr>
      <w:r>
        <w:rPr>
          <w:b w:val="0"/>
          <w:i w:val="0"/>
        </w:rPr>
        <w:t xml:space="preserve">Khi Golěm ép Gessner nói cho hắn biết cách vào bên trong, cô cố gắng chống cự nhưng, bị cơn đau nhấn chìm, cô nhanh chóng thốt ra câu trả lời: Threshold chỉ có thể được vào bởi người biết lối vào được giấu ở đâu…và </w:t>
      </w:r>
      <w:r>
        <w:rPr>
          <w:b w:val="0"/>
          <w:i/>
        </w:rPr>
        <w:t>còn</w:t>
      </w:r>
      <w:r>
        <w:rPr>
          <w:b w:val="0"/>
          <w:i w:val="0"/>
        </w:rPr>
        <w:t xml:space="preserve"> phải sở hữu một thẻ khóa RFID chuyên dụng cao cấp.</w:t>
      </w:r>
    </w:p>
    <w:p>
      <w:pPr>
        <w:spacing w:after="80"/>
      </w:pPr>
      <w:r>
        <w:rPr>
          <w:b w:val="0"/>
          <w:i w:val="0"/>
        </w:rPr>
        <w:t>Golěm chỉ mất vài phút tàn bạo để moi được cả hai. Khi hắn bỏ mặc Gessner chết, hắn đã có trong tay thông tin mình cần…và cả thẻ khóa RFID cá nhân của cô.</w:t>
      </w:r>
    </w:p>
    <w:p>
      <w:pPr>
        <w:spacing w:after="80"/>
      </w:pPr>
      <w:r>
        <w:rPr>
          <w:b w:val="0"/>
          <w:i w:val="0"/>
        </w:rPr>
        <w:t xml:space="preserve">Đáng tiếc, sau đó hắn phát hiện ra rằng nhà thần kinh học đã kịp giấu hắn một mẩu thông tin then chốt: chỉ riêng tấm thẻ khóa </w:t>
      </w:r>
      <w:r>
        <w:rPr>
          <w:b w:val="0"/>
          <w:i/>
        </w:rPr>
        <w:t>thì</w:t>
      </w:r>
      <w:r>
        <w:rPr>
          <w:b w:val="0"/>
          <w:i w:val="0"/>
        </w:rPr>
        <w:t xml:space="preserve"> không đủ để giành quyền truy cập.</w:t>
      </w:r>
    </w:p>
    <w:p>
      <w:pPr>
        <w:spacing w:after="80"/>
      </w:pPr>
      <w:r>
        <w:rPr>
          <w:b w:val="0"/>
          <w:i w:val="0"/>
        </w:rPr>
        <w:t>Thất bại và kiệt sức, Golěm lê bước về nhà trong bóng tối, tấm thẻ khóa vô dụng nằm trong túi. Tuy nhiên, đi được nửa đường về nhà, hắn nhận ra có thể có một giải pháp cho vấn đề của mình. Càng nghĩ, hắn càng thấy tự tin. Đến lúc bình minh, hắn đã hoàn toàn chắc chắn.</w:t>
      </w:r>
    </w:p>
    <w:p>
      <w:pPr>
        <w:spacing w:after="80"/>
      </w:pPr>
      <w:r>
        <w:rPr>
          <w:b w:val="0"/>
          <w:i w:val="0"/>
        </w:rPr>
        <w:t>Ta cần một vật thứ hai.</w:t>
      </w:r>
    </w:p>
    <w:p>
      <w:pPr>
        <w:spacing w:after="80"/>
      </w:pPr>
      <w:r>
        <w:rPr>
          <w:b w:val="0"/>
          <w:i w:val="0"/>
        </w:rPr>
        <w:t>May thay, Golěm biết chính xác vật này đang ở đâu vào lúc này—trong phòng thí nghiệm riêng của Gessner, trên cao tít dãy núi nhìn xuống thành phố.</w:t>
      </w:r>
    </w:p>
    <w:p>
      <w:pPr>
        <w:spacing w:after="80"/>
      </w:pPr>
      <w:r>
        <w:rPr>
          <w:b w:val="0"/>
          <w:i/>
        </w:rPr>
        <w:t>“Bastion u Božích muk,”</w:t>
      </w:r>
      <w:r>
        <w:rPr>
          <w:b w:val="0"/>
          <w:i w:val="0"/>
        </w:rPr>
        <w:t xml:space="preserve"> hắn nói khi leo lên một chiếc taxi. “Đưa ta đến Pháo đài Thánh giá.”</w:t>
      </w:r>
    </w:p>
    <w:p>
      <w:pPr>
        <w:pStyle w:val="Heading1"/>
      </w:pPr>
      <w:r>
        <w:rPr>
          <w:rFonts w:ascii="Calibri" w:hAnsi="Calibri"/>
          <w:b/>
          <w:i w:val="0"/>
          <w:sz w:val="40"/>
        </w:rPr>
        <w:t>Chương 22</w:t>
      </w:r>
    </w:p>
    <w:p>
      <w:pPr>
        <w:spacing w:after="80"/>
      </w:pPr>
      <w:r>
        <w:rPr>
          <w:b w:val="0"/>
          <w:i w:val="0"/>
        </w:rPr>
        <w:t>Trung úy Pavel thấy một niềm thích thú đắc ý khi biết mình đã khiến Robert Langdon sợ đến mức ông ta bỏ luôn chuyến đi vào nhà vệ sinh. Người Mỹ giờ đang ngồi trên ghế sofa và nhìn trân trân vào khoảng không.</w:t>
      </w:r>
    </w:p>
    <w:p>
      <w:pPr>
        <w:spacing w:after="80"/>
      </w:pPr>
      <w:r>
        <w:rPr>
          <w:b w:val="0"/>
          <w:i w:val="0"/>
        </w:rPr>
        <w:t>Bị chĩa súng vào mặt thì đầu óc bạn rối tung lên ngay.</w:t>
      </w:r>
    </w:p>
    <w:p>
      <w:pPr>
        <w:spacing w:after="80"/>
      </w:pPr>
      <w:r>
        <w:rPr>
          <w:b w:val="0"/>
          <w:i w:val="0"/>
        </w:rPr>
        <w:t>Một phần vì muốn chọc tức, Pavel đi vòng qua góc, xuống hành lang, vào nhà vệ sinh. Để cửa mở toang cho Langdon nghe thấy, hắn tiểu thật to rồi giật nước.</w:t>
      </w:r>
    </w:p>
    <w:p>
      <w:pPr>
        <w:spacing w:after="80"/>
      </w:pPr>
      <w:r>
        <w:rPr>
          <w:b w:val="0"/>
          <w:i w:val="0"/>
        </w:rPr>
        <w:t>Khi bước ra khỏi nhà vệ sinh, Pavel thấy Janáček rẽ qua góc vào hành lang.</w:t>
      </w:r>
    </w:p>
    <w:p>
      <w:pPr>
        <w:spacing w:after="80"/>
      </w:pPr>
      <w:r>
        <w:rPr>
          <w:b w:val="0"/>
          <w:i w:val="0"/>
        </w:rPr>
        <w:t>“Tôi đi hút điếu thuốc đây,” viên đại úy nói.</w:t>
      </w:r>
    </w:p>
    <w:p>
      <w:pPr>
        <w:spacing w:after="80"/>
      </w:pPr>
      <w:r>
        <w:rPr>
          <w:b w:val="0"/>
          <w:i w:val="0"/>
        </w:rPr>
        <w:t>Pavel đã làm việc với Janáček đủ lâu để biết viên đại úy hút thuốc ở bất cứ đâu ông ta thích. Có lẽ ông ta sắp gọi một cuộc điện thoại riêng. Với Janáček thì có rất nhiều cuộc như thế.</w:t>
      </w:r>
    </w:p>
    <w:p>
      <w:pPr>
        <w:spacing w:after="80"/>
      </w:pPr>
      <w:r>
        <w:rPr>
          <w:b w:val="0"/>
          <w:i w:val="0"/>
        </w:rPr>
        <w:t xml:space="preserve">“Đội phá dỡ sẽ đến đây trong ba mươi phút nữa,” Janáček nói, “để cho nổ xuyên qua </w:t>
      </w:r>
      <w:r>
        <w:rPr>
          <w:b w:val="0"/>
          <w:i/>
        </w:rPr>
        <w:t>cái đó.</w:t>
      </w:r>
      <w:r>
        <w:rPr>
          <w:b w:val="0"/>
          <w:i w:val="0"/>
        </w:rPr>
        <w:t>” Ông ta chỉ vào cổng thép bảo vệ cầu thang dẫn xuống phòng thí nghiệm.</w:t>
      </w:r>
    </w:p>
    <w:p>
      <w:pPr>
        <w:spacing w:after="80"/>
      </w:pPr>
      <w:r>
        <w:rPr>
          <w:b w:val="0"/>
          <w:i/>
        </w:rPr>
        <w:t>Một vụ nổ có kiểm soát duy nhất,</w:t>
      </w:r>
      <w:r>
        <w:rPr>
          <w:b w:val="0"/>
          <w:i w:val="0"/>
        </w:rPr>
        <w:t xml:space="preserve"> Pavel đồng tình, quan sát cửa phòng thí nghiệm. </w:t>
      </w:r>
      <w:r>
        <w:rPr>
          <w:b w:val="0"/>
          <w:i/>
        </w:rPr>
        <w:t>Và tầng dưới sẽ vào được.</w:t>
      </w:r>
    </w:p>
    <w:p>
      <w:pPr>
        <w:spacing w:after="80"/>
      </w:pPr>
      <w:r>
        <w:rPr>
          <w:b w:val="0"/>
          <w:i w:val="0"/>
        </w:rPr>
        <w:t>Khung cửa trước vỡ nát vẫn còn dựng nghiêng vào cửa phòng thí nghiệm như một chiếc chuông báo động, nhưng Pavel cảm thấy hôm nay sẽ chẳng ai tự nguyện bước ra khỏi đó. Họ đã dám chống lại mệnh lệnh trực tiếp của Đội trưởng Janáček…điều đó khiến họ chỉ còn lại vài lựa chọn ít ỏi.</w:t>
      </w:r>
    </w:p>
    <w:p>
      <w:pPr>
        <w:spacing w:after="80"/>
      </w:pPr>
      <w:r>
        <w:rPr>
          <w:b w:val="0"/>
          <w:i w:val="0"/>
        </w:rPr>
        <w:t>“Tôi sẽ đợi đội ở ngoài,” Janáček nói. “Ở lại đây và đảm bảo không ai ra khỏi phòng thí nghiệm. Và Langdon thì không được rời khỏi tầm mắt của cậu.”</w:t>
      </w:r>
    </w:p>
    <w:p>
      <w:pPr>
        <w:spacing w:after="80"/>
      </w:pPr>
      <w:r>
        <w:rPr>
          <w:b w:val="0"/>
          <w:i w:val="0"/>
        </w:rPr>
        <w:t xml:space="preserve">Anh ta gõ gót chân. </w:t>
      </w:r>
      <w:r>
        <w:rPr>
          <w:b w:val="0"/>
          <w:i/>
        </w:rPr>
        <w:t>Rõ.</w:t>
      </w:r>
    </w:p>
    <w:p>
      <w:pPr>
        <w:spacing w:after="80"/>
      </w:pPr>
      <w:r>
        <w:rPr>
          <w:b w:val="0"/>
          <w:i w:val="0"/>
        </w:rPr>
        <w:t>Pavel đã là cánh tay phải của Janáček gần năm năm nay. Tuy nhiên, điều ít người trong lực lượng cảnh sát biết là Pavel chính là cháu trai của Oldřich Janáček. Khi Pavel mới chín tuổi, cha cậu đã thiệt mạng trong một tai nạn hy hữu—bị một du khách đi xe máy tông phải. Khi mẹ Pavel chìm vào cơn nghiện rượu đầy bạo lực, Pavel bắt đầu dành phần lớn thời gian trên đường phố, kiếm sống bằng những vụ cướp vặt trong khu vực, rồi thuyết phục các chủ cửa hàng trong xóm trả tiền để cậu bảo kê.</w:t>
      </w:r>
    </w:p>
    <w:p>
      <w:pPr>
        <w:spacing w:after="80"/>
      </w:pPr>
      <w:r>
        <w:rPr>
          <w:b w:val="0"/>
          <w:i w:val="0"/>
        </w:rPr>
        <w:t xml:space="preserve">Năm mười chín tuổi, khi Pavel bị bắt, mẹ cậu biệt tăm không dấu vết, và người anh trai của bà, Oldřich, đã đứng ra can thiệp thay cho một đứa cháu mà ông hầu như chẳng quen biết. Là một sĩ quan đang lên tại ÚZSI, Oldřich Janáček đã đủ ấn tượng với sự gan dạ và khéo léo của Pavel để trao cho cậu bé một lựa chọn đơn giản: </w:t>
      </w:r>
      <w:r>
        <w:rPr>
          <w:b w:val="0"/>
          <w:i/>
        </w:rPr>
        <w:t>Vào tù và sống cả đời với bọn tội phạm…hoặc tham gia khóa huấn luyện của ÚZSI, và ta sẽ dạy con cách bắt chúng.</w:t>
      </w:r>
    </w:p>
    <w:p>
      <w:pPr>
        <w:spacing w:after="80"/>
      </w:pPr>
      <w:r>
        <w:rPr>
          <w:b w:val="0"/>
          <w:i w:val="0"/>
        </w:rPr>
        <w:t>Đó là tình thương nghiêm khắc, nhưng lựa chọn thì đơn giản, và Pavel đã nỗ lực hết mình để trở thành một người phụng sự pháp luật mẫn cán. Dù chỉ tốt nghiệp ở giữa lớp ÚZSI của mình, Pavel vẫn được thăng chức nhanh chóng qua các cấp bậc. Giờ đây Pavel là trung úy, một chức vụ cao bất thường với một sĩ quan mới ngoài hai mươi tuổi, và cậu chỉ gọi chú mình là Đội trưởng Janáček.</w:t>
      </w:r>
    </w:p>
    <w:p>
      <w:pPr>
        <w:spacing w:after="80"/>
      </w:pPr>
      <w:r>
        <w:rPr>
          <w:b w:val="0"/>
          <w:i/>
        </w:rPr>
        <w:t>Mình nợ ông ấy tất cả,</w:t>
      </w:r>
      <w:r>
        <w:rPr>
          <w:b w:val="0"/>
          <w:i w:val="0"/>
        </w:rPr>
        <w:t xml:space="preserve"> Pavel biết vậy. Janáček đã trở thành người cha mà Pavel đã mất, và vị trung úy trẻ thần tượng sự dũng cảm cùng quyết tâm của đội trưởng mình. </w:t>
      </w:r>
      <w:r>
        <w:rPr>
          <w:b w:val="0"/>
          <w:i/>
        </w:rPr>
        <w:t>Đôi khi, để thực thi pháp luật, cần phải đứng trên pháp luật.</w:t>
      </w:r>
      <w:r>
        <w:rPr>
          <w:b w:val="0"/>
          <w:i w:val="0"/>
        </w:rPr>
        <w:t xml:space="preserve"> Đội trưởng Janáček sống theo phương châm đó và thường tin tưởng giao cho Pavel che giấu mọi dấu vết mà đội trưởng để lại trong lúc đẩy giới hạn trong một cuộc điều tra…như ông đã làm sáng nay.</w:t>
      </w:r>
    </w:p>
    <w:p>
      <w:pPr>
        <w:spacing w:after="80"/>
      </w:pPr>
      <w:r>
        <w:rPr>
          <w:b w:val="0"/>
          <w:i w:val="0"/>
        </w:rPr>
        <w:t>Ông ấy biết mình sẽ bảo vệ ông đến cùng.</w:t>
      </w:r>
    </w:p>
    <w:p>
      <w:pPr>
        <w:spacing w:after="80"/>
      </w:pPr>
      <w:r>
        <w:rPr>
          <w:b w:val="0"/>
          <w:i w:val="0"/>
        </w:rPr>
        <w:t>Pavel giờ đứng ở tiền sảnh và nhìn Đội trưởng Janáček bước ra khỏi tòa nhà vào sân đầy tuyết của pháo đài—một khoảng sân dài hình chữ nhật được bao quanh bởi bức tường đá thấp để bảo vệ du khách khỏi cú rơi chóng mặt từ mép sườn núi. Khi đội trưởng len lỏi qua những chậu cây thường xanh trên bãi cỏ, ông gọi một cuộc điện thoại và đứng vào vị trí ở đầu xa của sân, nhìn ra đường chân trời Prague.</w:t>
      </w:r>
    </w:p>
    <w:p>
      <w:pPr>
        <w:spacing w:after="80"/>
      </w:pPr>
      <w:r>
        <w:rPr>
          <w:b w:val="0"/>
          <w:i w:val="0"/>
        </w:rPr>
        <w:t xml:space="preserve">Pavel tranh thủ kiểm tra tin nhắn trên điện thoại của mình, hy vọng có thể có thông báo từ ứng dụng mới của cậu, </w:t>
      </w:r>
      <w:r>
        <w:rPr>
          <w:b w:val="0"/>
          <w:i/>
        </w:rPr>
        <w:t>Dream Zone</w:t>
      </w:r>
      <w:r>
        <w:rPr>
          <w:b w:val="0"/>
          <w:i w:val="0"/>
        </w:rPr>
        <w:t>—nền tảng hẹn hò ảo đã làm mưa làm gió khắp châu Âu. Pavel chưa bao giờ tưởng tượng nổi việc trò chuyện với những người phụ nữ do máy tính tạo ra lại khiến cậu thấy hứng thú, vậy mà, giống như bao người đàn ông khác, cậu đã nghiện những mạch trò chuyện gợi cảm, những bức ảnh khêu gợi và những cốt truyện huyễn hoặc.</w:t>
      </w:r>
    </w:p>
    <w:p>
      <w:pPr>
        <w:spacing w:after="80"/>
      </w:pPr>
      <w:r>
        <w:rPr>
          <w:b w:val="0"/>
          <w:i w:val="0"/>
        </w:rPr>
        <w:t>Mười một thông báo.</w:t>
      </w:r>
    </w:p>
    <w:p>
      <w:pPr>
        <w:spacing w:after="80"/>
      </w:pPr>
      <w:r>
        <w:rPr>
          <w:b w:val="0"/>
          <w:i w:val="0"/>
        </w:rPr>
        <w:t>Cậu mỉm cười, hài lòng vì có thứ để đọc trong lúc chờ đợi. Điện thoại trong tay, Pavel quay lại tiền sảnh để trông chừng Langdon, nhưng khi bước vào, cậu ngạc nhiên thấy chiếc ghế sofa nơi Langdon vừa ngồi giờ đã trống không. Pavel quay sang trái rồi sang phải, quét khắp mọi góc của không gian. Cậu lao vào văn phòng của Gessner nhưng thấy nó cũng trống rỗng.</w:t>
      </w:r>
    </w:p>
    <w:p>
      <w:pPr>
        <w:spacing w:after="80"/>
      </w:pPr>
      <w:r>
        <w:rPr>
          <w:b w:val="0"/>
          <w:i w:val="0"/>
        </w:rPr>
        <w:t xml:space="preserve">Sự bối rối của Pavel nhanh chóng biến thành hoảng loạn. Cuống cuồng, cậu phóng khắp căn phòng, tìm kiếm phía sau những chiếc ghế sofa và ghế tựa. </w:t>
      </w:r>
      <w:r>
        <w:rPr>
          <w:b w:val="0"/>
          <w:i/>
        </w:rPr>
        <w:t>Hắn ta biến đi đâu rồi?!</w:t>
      </w:r>
    </w:p>
    <w:p>
      <w:pPr>
        <w:spacing w:after="80"/>
      </w:pPr>
      <w:r>
        <w:rPr>
          <w:b w:val="0"/>
          <w:i w:val="0"/>
        </w:rPr>
        <w:t>Robert Langdon dường như đã bốc hơi vào không khí.</w:t>
      </w:r>
    </w:p>
    <w:p>
      <w:pPr>
        <w:jc w:val="center"/>
      </w:pPr>
      <w:r>
        <w:drawing>
          <wp:inline xmlns:a="http://schemas.openxmlformats.org/drawingml/2006/main" xmlns:pic="http://schemas.openxmlformats.org/drawingml/2006/picture">
            <wp:extent cx="5486400" cy="362122"/>
            <wp:docPr id="20" name="Picture 20"/>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Cách đó chưa đầy hai mươi feet, Langdon đứng bất động trong hốc tường tối om ẩn sau bức phù điêu tường của Paul Evans. Vài phút trước, khi thấy mình chỉ còn một mình, Langdon đã bật dậy khỏi ghế sofa và vội vã tiến đến tác phẩm nghệ thuật để xem xét kỹ hơn. Đúng như cậu nghĩ, thanh thép phía trên tác phẩm hoàn toàn không phải là một giá đỡ cố định.</w:t>
      </w:r>
    </w:p>
    <w:p>
      <w:pPr>
        <w:spacing w:after="80"/>
      </w:pPr>
      <w:r>
        <w:rPr>
          <w:b w:val="0"/>
          <w:i w:val="0"/>
        </w:rPr>
        <w:t>Đó là một đường ray trượt.</w:t>
      </w:r>
    </w:p>
    <w:p>
      <w:pPr>
        <w:spacing w:after="80"/>
      </w:pPr>
      <w:r>
        <w:rPr>
          <w:b w:val="0"/>
          <w:i w:val="0"/>
        </w:rPr>
        <w:t>Như một cánh cửa chuồng bò đắt đỏ khủng khiếp.</w:t>
      </w:r>
    </w:p>
    <w:p>
      <w:pPr>
        <w:spacing w:after="80"/>
      </w:pPr>
      <w:r>
        <w:rPr>
          <w:b w:val="0"/>
          <w:i w:val="0"/>
        </w:rPr>
        <w:t>Langdon đã nắm chắc mép phải của bức tượng điêu khắc và đẩy mạnh nó sang trái. Bức tượng đồ sộ trượt đi dễ dàng, thăng bằng trên những con lăn bi thép chính xác cao. Ẩn phía sau nó, đúng như Langdon dự đoán, là một lối mở. Anh nhanh chóng bước qua, và tấm cửa trượt lò xo đóng lại lặng lẽ phía sau anh.</w:t>
      </w:r>
    </w:p>
    <w:p>
      <w:pPr>
        <w:spacing w:after="80"/>
      </w:pPr>
      <w:r>
        <w:rPr>
          <w:b w:val="0"/>
          <w:i w:val="0"/>
        </w:rPr>
        <w:t>Giờ đây, khi mắt anh đã quen với không gian mờ tối, Langdon có thể nghe thấy Trung úy Pavel chạy quanh phòng tiếp tân và chửi thề oang oang.</w:t>
      </w:r>
    </w:p>
    <w:p>
      <w:pPr>
        <w:spacing w:after="80"/>
      </w:pPr>
      <w:r>
        <w:rPr>
          <w:b w:val="0"/>
          <w:i w:val="0"/>
        </w:rPr>
        <w:t>Hốc tường phía sau bức tượng cũng được bài trí trang nhã và thanh tịnh không kém, với những tấm gỗ ốp sang trọng và một cây cột đá cẩm thạch đặt một cụm nến giả lung linh. Ánh nến chiếu sáng một cánh cửa kim loại xước.</w:t>
      </w:r>
    </w:p>
    <w:p>
      <w:pPr>
        <w:spacing w:after="80"/>
      </w:pPr>
      <w:r>
        <w:rPr>
          <w:b w:val="0"/>
          <w:i w:val="0"/>
        </w:rPr>
        <w:t>Một thang máy riêng.</w:t>
      </w:r>
    </w:p>
    <w:p>
      <w:pPr>
        <w:spacing w:after="80"/>
      </w:pPr>
      <w:r>
        <w:rPr>
          <w:b w:val="0"/>
          <w:i w:val="0"/>
        </w:rPr>
        <w:t>Đây có vẻ là lối vào phòng thí nghiệm nhỏ của Gessner phù hợp hơn nhiều so với cầu thang dịch vụ, và giờ Langdon thấy cánh cửa thang máy được bảo vệ bằng một bàn phím phát sáng.</w:t>
      </w:r>
    </w:p>
    <w:p>
      <w:pPr>
        <w:jc w:val="center"/>
      </w:pPr>
      <w:r>
        <w:drawing>
          <wp:inline xmlns:a="http://schemas.openxmlformats.org/drawingml/2006/main" xmlns:pic="http://schemas.openxmlformats.org/drawingml/2006/picture">
            <wp:extent cx="5486400" cy="1485900"/>
            <wp:docPr id="21" name="Picture 21"/>
            <wp:cNvGraphicFramePr>
              <a:graphicFrameLocks noChangeAspect="1"/>
            </wp:cNvGraphicFramePr>
            <a:graphic>
              <a:graphicData uri="http://schemas.openxmlformats.org/drawingml/2006/picture">
                <pic:pic>
                  <pic:nvPicPr>
                    <pic:cNvPr id="0" name="image_rsrc8XR.jpg"/>
                    <pic:cNvPicPr/>
                  </pic:nvPicPr>
                  <pic:blipFill>
                    <a:blip r:embed="rId19"/>
                    <a:stretch>
                      <a:fillRect/>
                    </a:stretch>
                  </pic:blipFill>
                  <pic:spPr>
                    <a:xfrm>
                      <a:off x="0" y="0"/>
                      <a:ext cx="5486400" cy="1485900"/>
                    </a:xfrm>
                    <a:prstGeom prst="rect"/>
                  </pic:spPr>
                </pic:pic>
              </a:graphicData>
            </a:graphic>
          </wp:inline>
        </w:drawing>
      </w:r>
    </w:p>
    <w:p>
      <w:pPr>
        <w:spacing w:after="80"/>
      </w:pPr>
      <w:r>
        <w:rPr>
          <w:b w:val="0"/>
          <w:i w:val="0"/>
        </w:rPr>
        <w:t>Rõ ràng, Gessner đã không nói đùa về việc bảo vệ phòng thí nghiệm của mình bằng một mật mã tài tình. Giờ Langdon chỉ cần tìm ra đó là gì.</w:t>
      </w:r>
    </w:p>
    <w:p>
      <w:pPr>
        <w:pStyle w:val="Heading1"/>
      </w:pPr>
      <w:r>
        <w:rPr>
          <w:rFonts w:ascii="Calibri" w:hAnsi="Calibri"/>
          <w:b/>
          <w:i w:val="0"/>
          <w:sz w:val="40"/>
        </w:rPr>
        <w:t>Chương 23</w:t>
      </w:r>
    </w:p>
    <w:p>
      <w:pPr>
        <w:spacing w:after="80"/>
      </w:pPr>
      <w:r>
        <w:rPr>
          <w:b w:val="0"/>
          <w:i w:val="0"/>
        </w:rPr>
        <w:t>Jonas Faukman từng trải qua không ít khoảnh khắc kinh hoàng trước đây — nhảy khỏi trực thăng không có dù, suýt chết đuối dưới tay một kẻ tâm thần xảo quyệt, né đạn khi bám vào một mái nhà dốc — nhưng những tình huống đó đều diễn ra trên trang giấy của những cuốn tiểu thuyết ly kỳ mà ông đã biên tập.</w:t>
      </w:r>
    </w:p>
    <w:p>
      <w:pPr>
        <w:spacing w:after="80"/>
      </w:pPr>
      <w:r>
        <w:rPr>
          <w:b w:val="0"/>
          <w:i w:val="0"/>
        </w:rPr>
        <w:t>Giờ đây nỗi kinh hoàng là thật.</w:t>
      </w:r>
    </w:p>
    <w:p>
      <w:pPr>
        <w:spacing w:after="80"/>
      </w:pPr>
      <w:r>
        <w:rPr>
          <w:b w:val="0"/>
          <w:i w:val="0"/>
        </w:rPr>
        <w:t>Chiếc túi trùm đầu khiến ông ngày càng khó thở, và hai tay ông bị trói ra sau lưng. Ông đang nằm trên sàn kim loại cứng của một chiếc xe đã chạy nhanh trên đường cao tốc ít nhất mười phút. Ông nghe thấy điện thoại trong túi áo khoác rung lên vài lần, nhưng không có cách nào với tới.</w:t>
      </w:r>
    </w:p>
    <w:p>
      <w:pPr>
        <w:spacing w:after="80"/>
      </w:pPr>
      <w:r>
        <w:rPr>
          <w:b w:val="0"/>
          <w:i w:val="0"/>
        </w:rPr>
        <w:t>Theo những gì Faukman có thể nhận ra, ông đã bị hai gã đàn ông bắt cóc, cả hai đều là người Mỹ qua giọng nói, và chúng đã lục tung ba lô của ông.</w:t>
      </w:r>
    </w:p>
    <w:p>
      <w:pPr>
        <w:spacing w:after="80"/>
      </w:pPr>
      <w:r>
        <w:rPr>
          <w:b w:val="0"/>
          <w:i w:val="0"/>
        </w:rPr>
        <w:t>Chúng có bản thảo.</w:t>
      </w:r>
    </w:p>
    <w:p>
      <w:pPr>
        <w:spacing w:after="80"/>
      </w:pPr>
      <w:r>
        <w:rPr>
          <w:b w:val="0"/>
          <w:i w:val="0"/>
        </w:rPr>
        <w:t>Nỗi sợ của ông càng tăng thêm bởi sự hoang mang.</w:t>
      </w:r>
    </w:p>
    <w:p>
      <w:pPr>
        <w:spacing w:after="80"/>
      </w:pPr>
      <w:r>
        <w:rPr>
          <w:b w:val="0"/>
          <w:i w:val="0"/>
        </w:rPr>
        <w:t>Tại sao?</w:t>
      </w:r>
    </w:p>
    <w:p>
      <w:pPr>
        <w:spacing w:after="80"/>
      </w:pPr>
      <w:r>
        <w:rPr>
          <w:b w:val="0"/>
          <w:i w:val="0"/>
        </w:rPr>
        <w:t>Chiếc xe van đột ngột rời khỏi đường cao tốc, uốn lượn qua những con phố nhỏ, rồi đột ngột dừng lại. Khi những kẻ bắt giữ cuối cùng giật chiếc túi khỏi đầu ông, Faukman thấy mình đối mặt với một người đàn ông vạm vỡ, ngoài ba mươi tuổi với kiểu tóc cắt sát kiểu quân đội. Mặc toàn đồ đen, gã đàn ông đã ngồi sát một cách đáng sợ, ngồi trên một thùng sữa ngay trước mặt Faukman, nhìn chằm chằm vào ông với đôi mắt lạnh như băng.</w:t>
      </w:r>
    </w:p>
    <w:p>
      <w:pPr>
        <w:spacing w:after="80"/>
      </w:pPr>
      <w:r>
        <w:rPr>
          <w:b w:val="0"/>
          <w:i w:val="0"/>
        </w:rPr>
        <w:t xml:space="preserve">Faukman chết lặng, nhìn xuyên qua kẻ bắt giữ mình và qua tấm kính chắn gió. Tất cả những gì anh thấy chỉ là cây cối và bóng tối. Anh có thể nghe thấy tiếng máy móc hạng nặng rung ù ù từ xa. </w:t>
      </w:r>
      <w:r>
        <w:rPr>
          <w:b w:val="0"/>
          <w:i/>
        </w:rPr>
        <w:t>Mình đang ở cái quái quỷ nào thế này?</w:t>
      </w:r>
    </w:p>
    <w:p>
      <w:pPr>
        <w:spacing w:after="80"/>
      </w:pPr>
      <w:r>
        <w:rPr>
          <w:b w:val="0"/>
          <w:i w:val="0"/>
        </w:rPr>
        <w:t xml:space="preserve">Kẻ bắt cóc thứ hai của Faukman—một gã đàn ông nhỏ con hơn một chút—đang ngồi ở ghế hành khách phía trước, gõ phím trên một chiếc laptop. </w:t>
      </w:r>
      <w:r>
        <w:rPr>
          <w:b w:val="0"/>
          <w:i/>
        </w:rPr>
        <w:t>Gã đứng trên vỉa hè với cái kẹp bảng hồ sơ.</w:t>
      </w:r>
    </w:p>
    <w:p>
      <w:pPr>
        <w:spacing w:after="80"/>
      </w:pPr>
      <w:r>
        <w:rPr>
          <w:b w:val="0"/>
          <w:i w:val="0"/>
        </w:rPr>
        <w:t>“Xong rồi,” gã ngồi với laptop nói.</w:t>
      </w:r>
    </w:p>
    <w:p>
      <w:pPr>
        <w:spacing w:after="80"/>
      </w:pPr>
      <w:r>
        <w:rPr>
          <w:b w:val="0"/>
          <w:i w:val="0"/>
        </w:rPr>
        <w:t>Đồng bọn của hắn với mái tóc cắt sát da đầu vươn tay lên một chiếc camera quay phim gắn trên trần xe van và xoay nó chĩa thẳng vào mặt Faukman.</w:t>
      </w:r>
    </w:p>
    <w:p>
      <w:pPr>
        <w:spacing w:after="80"/>
      </w:pPr>
      <w:r>
        <w:rPr>
          <w:b w:val="0"/>
          <w:i/>
        </w:rPr>
        <w:t>Quy tắc sinh tồn số một,</w:t>
      </w:r>
      <w:r>
        <w:rPr>
          <w:b w:val="0"/>
          <w:i w:val="0"/>
        </w:rPr>
        <w:t xml:space="preserve"> Faukman tự nhắc mình. </w:t>
      </w:r>
      <w:r>
        <w:rPr>
          <w:b w:val="0"/>
          <w:i/>
        </w:rPr>
        <w:t>Không bao giờ để lộ nỗi sợ.</w:t>
      </w:r>
    </w:p>
    <w:p>
      <w:pPr>
        <w:spacing w:after="80"/>
      </w:pPr>
      <w:r>
        <w:rPr>
          <w:b w:val="0"/>
          <w:i w:val="0"/>
        </w:rPr>
        <w:t>“Cái camera ngầu đấy,” Faukman cố nói. “Mình đang quay TikTok à?”</w:t>
      </w:r>
    </w:p>
    <w:p>
      <w:pPr>
        <w:spacing w:after="80"/>
      </w:pPr>
      <w:r>
        <w:rPr>
          <w:b w:val="0"/>
          <w:i w:val="0"/>
        </w:rPr>
        <w:t>Gã đàn ông liếc xuống, trông có vẻ ngạc nhiên trước sự láo xược của Faukman.</w:t>
      </w:r>
    </w:p>
    <w:p>
      <w:pPr>
        <w:spacing w:after="80"/>
      </w:pPr>
      <w:r>
        <w:rPr>
          <w:b w:val="0"/>
          <w:i w:val="0"/>
        </w:rPr>
        <w:t>Faukman cố tỏ ra bình tĩnh. “Hay là mình chỉ đang quay video đòi tiền chuộc để gửi cho gia đình tôi?”</w:t>
      </w:r>
    </w:p>
    <w:p>
      <w:pPr>
        <w:spacing w:after="80"/>
      </w:pPr>
      <w:r>
        <w:rPr>
          <w:b w:val="0"/>
          <w:i w:val="0"/>
        </w:rPr>
        <w:t>“Anh không có gia đình,” gã đàn ông nói giọng lạnh lùng. “Anh chưa kết hôn, anh làm việc sáu ngày một tuần, và anh chưa ra khỏi đất nước này hơn bốn năm rồi.”</w:t>
      </w:r>
    </w:p>
    <w:p>
      <w:pPr>
        <w:spacing w:after="80"/>
      </w:pPr>
      <w:r>
        <w:rPr>
          <w:b w:val="0"/>
          <w:i/>
        </w:rPr>
        <w:t>Lạy Chúa! Những kẻ này</w:t>
      </w:r>
      <w:r>
        <w:rPr>
          <w:b w:val="0"/>
          <w:i w:val="0"/>
        </w:rPr>
        <w:t xml:space="preserve"> là </w:t>
      </w:r>
      <w:r>
        <w:rPr>
          <w:b w:val="0"/>
          <w:i/>
        </w:rPr>
        <w:t>ai vậy?</w:t>
      </w:r>
    </w:p>
    <w:p>
      <w:pPr>
        <w:spacing w:after="80"/>
      </w:pPr>
      <w:r>
        <w:rPr>
          <w:b w:val="0"/>
          <w:i w:val="0"/>
        </w:rPr>
        <w:t>Phỏng đoán đầu tiên của Faukman là quân đội Mỹ, nhưng thời buổi này thật khó mà biết. Vài năm trước anh đã xuất bản một cuốn sách phi hư cấu về thế giới bí mật của những lính đánh thuê hiện đại—những nhà thầu chuyên biệt được huấn luyện với những cái tên bí ẩn như Blackwater, Triple Canopy, Wackenhut, và International Development Solutions.</w:t>
      </w:r>
    </w:p>
    <w:p>
      <w:pPr>
        <w:spacing w:after="80"/>
      </w:pPr>
      <w:r>
        <w:rPr>
          <w:b w:val="0"/>
          <w:i w:val="0"/>
        </w:rPr>
        <w:t>Sự thật là, hai đặc vụ này có thể đang làm việc cho bất kỳ ai.</w:t>
      </w:r>
    </w:p>
    <w:p>
      <w:pPr>
        <w:spacing w:after="80"/>
      </w:pPr>
      <w:r>
        <w:rPr>
          <w:b w:val="0"/>
          <w:i w:val="0"/>
        </w:rPr>
        <w:t>Gã tóc cắt sát lôi từ trong áo khoác ra một chiếc máy tính bảng nhỏ, lướt qua nó, rồi ấn nó vào mặt Faukman. “Anh có nhận ra chỗ này không?”</w:t>
      </w:r>
    </w:p>
    <w:p>
      <w:pPr>
        <w:spacing w:after="80"/>
      </w:pPr>
      <w:r>
        <w:rPr>
          <w:b w:val="0"/>
          <w:i w:val="0"/>
        </w:rPr>
        <w:t xml:space="preserve">Faukman nhìn bức ảnh. Anh mất một lúc mới hiểu được hình ảnh đó. </w:t>
      </w:r>
      <w:r>
        <w:rPr>
          <w:b w:val="0"/>
          <w:i/>
        </w:rPr>
        <w:t>Cái quái gì thế?!</w:t>
      </w:r>
      <w:r>
        <w:rPr>
          <w:b w:val="0"/>
          <w:i w:val="0"/>
        </w:rPr>
        <w:t xml:space="preserve"> Đó là phòng khách nhà anh. Nhìn qua thì có vẻ căn hộ thoáng đãng của anh ở Upper East Side đã bị lục tung…tranh ảnh bị đập khỏi tường, kệ sách bị dọn sạch, ghế sofa bị xé nát, bàn bị lật nhào.</w:t>
      </w:r>
    </w:p>
    <w:p>
      <w:pPr>
        <w:spacing w:after="80"/>
      </w:pPr>
      <w:r>
        <w:rPr>
          <w:b w:val="0"/>
          <w:i w:val="0"/>
        </w:rPr>
        <w:t>“Chúng tôi đang tìm gì vậy?” gã tóc cắt sát nói. “Đoán thử xem.”</w:t>
      </w:r>
    </w:p>
    <w:p>
      <w:pPr>
        <w:spacing w:after="80"/>
      </w:pPr>
      <w:r>
        <w:rPr>
          <w:b w:val="0"/>
          <w:i w:val="0"/>
        </w:rPr>
        <w:t>Faukman nhìn mái tóc cắt sát của gã. “Một ông thợ cắt tóc giỏi hơn?”</w:t>
      </w:r>
    </w:p>
    <w:p>
      <w:pPr>
        <w:spacing w:after="80"/>
      </w:pPr>
      <w:r>
        <w:rPr>
          <w:b w:val="0"/>
          <w:i w:val="0"/>
        </w:rPr>
        <w:t>Buzzcut lao tới không báo trước và giáng một nắm đấm khổng lồ vào bụng Faukman. Vị biên tập viên gập người lại, ngã nghiêng sang một bên, thở hổn hển.</w:t>
      </w:r>
    </w:p>
    <w:p>
      <w:pPr>
        <w:spacing w:after="80"/>
      </w:pPr>
      <w:r>
        <w:rPr>
          <w:b w:val="0"/>
          <w:i w:val="0"/>
        </w:rPr>
        <w:t>“Trả lời lại đi,” gã đàn ông nói, kéo ông ta đứng dậy bằng đầu gối. “Chúng ta đang tìm cái gì?”</w:t>
      </w:r>
    </w:p>
    <w:p>
      <w:pPr>
        <w:spacing w:after="80"/>
      </w:pPr>
      <w:r>
        <w:rPr>
          <w:b w:val="0"/>
          <w:i w:val="0"/>
        </w:rPr>
        <w:t>“Tôi…không…biết,” Faukman nói, gần như không thở nổi.</w:t>
      </w:r>
    </w:p>
    <w:p>
      <w:pPr>
        <w:spacing w:after="80"/>
      </w:pPr>
      <w:r>
        <w:rPr>
          <w:b w:val="0"/>
          <w:i w:val="0"/>
        </w:rPr>
        <w:t>Gã đàn ông bên chiếc laptop xem xét một số dữ liệu hiện lên màn hình và lắc đầu. “Hắn ta đang nói dối.”</w:t>
      </w:r>
    </w:p>
    <w:p>
      <w:pPr>
        <w:spacing w:after="80"/>
      </w:pPr>
      <w:r>
        <w:rPr>
          <w:b w:val="0"/>
          <w:i w:val="0"/>
        </w:rPr>
        <w:t>“Tôi sẽ hỏi anh lần cuối,” Buzzcut nói. “Và trước khi anh trả lời, để tôi giới thiệu với anh về Avatar.” Gã chỉ vào chiếc camera quay phim trên đầu. “Đây là một cỗ máy AI theo dõi chuyển động mắt, những thay đổi vi mô trên khuôn mặt và sự dịch chuyển tư thế của anh. Đó là một hệ thống phân tích tính xác thực (veracity analysis system) tối tân nhất.”</w:t>
      </w:r>
    </w:p>
    <w:p>
      <w:pPr>
        <w:spacing w:after="80"/>
      </w:pPr>
      <w:r>
        <w:rPr>
          <w:b w:val="0"/>
          <w:i/>
        </w:rPr>
        <w:t>Hệ thống phân tích tính xác thực?</w:t>
      </w:r>
      <w:r>
        <w:rPr>
          <w:b w:val="0"/>
          <w:i w:val="0"/>
        </w:rPr>
        <w:t xml:space="preserve"> Faukman quyết định không mắng gã côn đồ vì đã dùng một từ ngữ đắt tiền cho một món đồ rẻ tiền, nhưng ít nhất nó cũng giải thích được chiếc camera quay phim.</w:t>
      </w:r>
    </w:p>
    <w:p>
      <w:pPr>
        <w:spacing w:after="80"/>
      </w:pPr>
      <w:r>
        <w:rPr>
          <w:b w:val="0"/>
          <w:i w:val="0"/>
        </w:rPr>
        <w:t>Gã đàn ông ngồi trên thùng sữa nghiêng người về phía trước cho đến khi khuôn mặt hắn áp sát một cách khó chịu. “Chúng tôi biết mọi thứ về anh, Jonas. Chúng tôi biết anh làm việc khuya, anh chạy bộ ở Central Park khi không có bữa trưa công việc, và anh uống gin martini với các tác giả của mình ở White Horse Tavern. Nên đừng có giở trò với tôi. Để tôi hỏi anh một câu rất đơn giản.”</w:t>
      </w:r>
    </w:p>
    <w:p>
      <w:pPr>
        <w:spacing w:after="80"/>
      </w:pPr>
      <w:r>
        <w:rPr>
          <w:b w:val="0"/>
          <w:i w:val="0"/>
        </w:rPr>
        <w:t>Faukman chờ đợi, bụng ông vẫn còn thắt lại vì đau.</w:t>
      </w:r>
    </w:p>
    <w:p>
      <w:pPr>
        <w:spacing w:after="80"/>
      </w:pPr>
      <w:r>
        <w:rPr>
          <w:b w:val="0"/>
          <w:i w:val="0"/>
        </w:rPr>
        <w:t xml:space="preserve">“Bản thảo mà chúng tôi tìm thấy trong ba lô của anh,” Buzzcut nói. “Đó có phải là bản </w:t>
      </w:r>
      <w:r>
        <w:rPr>
          <w:b w:val="0"/>
          <w:i/>
        </w:rPr>
        <w:t>duy nhất</w:t>
      </w:r>
      <w:r>
        <w:rPr>
          <w:b w:val="0"/>
          <w:i w:val="0"/>
        </w:rPr>
        <w:t xml:space="preserve"> của anh không?”</w:t>
      </w:r>
    </w:p>
    <w:p>
      <w:pPr>
        <w:spacing w:after="80"/>
      </w:pPr>
      <w:r>
        <w:rPr>
          <w:b w:val="0"/>
          <w:i w:val="0"/>
        </w:rPr>
        <w:t xml:space="preserve">Faukman biết họ </w:t>
      </w:r>
      <w:r>
        <w:rPr>
          <w:b w:val="0"/>
          <w:i/>
        </w:rPr>
        <w:t>mong</w:t>
      </w:r>
      <w:r>
        <w:rPr>
          <w:b w:val="0"/>
          <w:i w:val="0"/>
        </w:rPr>
        <w:t xml:space="preserve"> nghe câu trả lời nào. Đáng tiếc thay, nói thật ngay lúc này đồng nghĩa với việc lập tức mất đi quyền thương lượng…và, rất có thể, cả mạng sống của ông.</w:t>
      </w:r>
    </w:p>
    <w:p>
      <w:pPr>
        <w:spacing w:after="80"/>
      </w:pPr>
      <w:r>
        <w:rPr>
          <w:b w:val="0"/>
          <w:i w:val="0"/>
        </w:rPr>
        <w:t>Thấy mình chỉ còn vài lựa chọn quý giá, Faukman nhắm mắt lại và hình dung ra nhân vật chính trong một trong những bộ tiểu thuyết ly kỳ nổi tiếng nhất của ông—một điệp viên luôn đánh bại máy phát hiện nói dối bằng ba bước đơn giản, mà giờ đây Faukman đang cố áp dụng.</w:t>
      </w:r>
    </w:p>
    <w:p>
      <w:pPr>
        <w:spacing w:after="80"/>
      </w:pPr>
      <w:r>
        <w:rPr>
          <w:b w:val="0"/>
          <w:i w:val="0"/>
        </w:rPr>
        <w:t>Đầu tiên, ông hạ vai xuống và thả lỏng mọi căng thẳng ở vùng bụng.</w:t>
      </w:r>
    </w:p>
    <w:p>
      <w:pPr>
        <w:spacing w:after="80"/>
      </w:pPr>
      <w:r>
        <w:rPr>
          <w:b w:val="0"/>
          <w:i w:val="0"/>
        </w:rPr>
        <w:t>Thứ hai, ông chạm ngón trỏ và ngón cái vào nhau thật nhẹ và làm chậm nhịp thở.</w:t>
      </w:r>
    </w:p>
    <w:p>
      <w:pPr>
        <w:spacing w:after="80"/>
      </w:pPr>
      <w:r>
        <w:rPr>
          <w:b w:val="0"/>
          <w:i w:val="0"/>
        </w:rPr>
        <w:t xml:space="preserve">Thứ ba, ông giữ trong tâm trí một hình ảnh rõ ràng về sự thật mà ông </w:t>
      </w:r>
      <w:r>
        <w:rPr>
          <w:b w:val="0"/>
          <w:i/>
        </w:rPr>
        <w:t>ước</w:t>
      </w:r>
      <w:r>
        <w:rPr>
          <w:b w:val="0"/>
          <w:i w:val="0"/>
        </w:rPr>
        <w:t xml:space="preserve"> là đúng—trong trường hợp này, là hình ảnh hàng chục bản thảo thừa đang nằm an toàn trên bàn làm việc của ông ở Random House.</w:t>
      </w:r>
    </w:p>
    <w:p>
      <w:pPr>
        <w:spacing w:after="80"/>
      </w:pPr>
      <w:r>
        <w:rPr>
          <w:b w:val="0"/>
          <w:i w:val="0"/>
        </w:rPr>
        <w:t>Ông cảm thấy bình tĩnh hơn nhiều.</w:t>
      </w:r>
    </w:p>
    <w:p>
      <w:pPr>
        <w:spacing w:after="80"/>
      </w:pPr>
      <w:r>
        <w:rPr>
          <w:b w:val="0"/>
          <w:i w:val="0"/>
        </w:rPr>
        <w:t xml:space="preserve">“Không,” Faukman nói với giọng đều nhất có thể. “Bản thảo trong túi tôi </w:t>
      </w:r>
      <w:r>
        <w:rPr>
          <w:b w:val="0"/>
          <w:i/>
        </w:rPr>
        <w:t>không</w:t>
      </w:r>
      <w:r>
        <w:rPr>
          <w:b w:val="0"/>
          <w:i w:val="0"/>
        </w:rPr>
        <w:t xml:space="preserve"> phải là bản duy nhất. Còn nhiều bản khác nữa.”</w:t>
      </w:r>
    </w:p>
    <w:p>
      <w:pPr>
        <w:spacing w:after="80"/>
      </w:pPr>
      <w:r>
        <w:rPr>
          <w:b w:val="0"/>
          <w:i w:val="0"/>
        </w:rPr>
        <w:t>Laptop nhìn chằm chằm vào máy tính của mình và gần như ngay lập tức lắc đầu. “Nói dối.”</w:t>
      </w:r>
    </w:p>
    <w:p>
      <w:pPr>
        <w:spacing w:after="80"/>
      </w:pPr>
      <w:r>
        <w:rPr>
          <w:b w:val="0"/>
          <w:i w:val="0"/>
        </w:rPr>
        <w:t>Chết tiệt, Jonas! Người ta gọi đó là hư cấu vì một lý do chứ!</w:t>
      </w:r>
    </w:p>
    <w:p>
      <w:pPr>
        <w:spacing w:after="80"/>
      </w:pPr>
      <w:r>
        <w:rPr>
          <w:b w:val="0"/>
          <w:i w:val="0"/>
        </w:rPr>
        <w:t>Đầu Đinh lại giơ nắm đấm lên, chuẩn bị đấm vào bụng anh ta thêm lần nữa.</w:t>
      </w:r>
    </w:p>
    <w:p>
      <w:pPr>
        <w:spacing w:after="80"/>
      </w:pPr>
      <w:r>
        <w:rPr>
          <w:b w:val="0"/>
          <w:i w:val="0"/>
        </w:rPr>
        <w:t xml:space="preserve">“Khoan đã!” Faukman nói. “Tôi đang nói về các bản </w:t>
      </w:r>
      <w:r>
        <w:rPr>
          <w:b w:val="0"/>
          <w:i/>
        </w:rPr>
        <w:t>kỹ thuật số</w:t>
      </w:r>
      <w:r>
        <w:rPr>
          <w:b w:val="0"/>
          <w:i w:val="0"/>
        </w:rPr>
        <w:t xml:space="preserve"> trên máy chủ của PRH.”</w:t>
      </w:r>
    </w:p>
    <w:p>
      <w:pPr>
        <w:spacing w:after="80"/>
      </w:pPr>
      <w:r>
        <w:rPr>
          <w:b w:val="0"/>
          <w:i w:val="0"/>
        </w:rPr>
        <w:t xml:space="preserve">Đầu Đinh trông gần như thích thú. “Ông Faukman, chúng tôi </w:t>
      </w:r>
      <w:r>
        <w:rPr>
          <w:b w:val="0"/>
          <w:i/>
        </w:rPr>
        <w:t>đã xóa</w:t>
      </w:r>
      <w:r>
        <w:rPr>
          <w:b w:val="0"/>
          <w:i w:val="0"/>
        </w:rPr>
        <w:t xml:space="preserve"> tất cả các bản kỹ thuật số, đó chính là lý do ông vội vã chạy đến trung tâm sao chép, phải không?”</w:t>
      </w:r>
    </w:p>
    <w:p>
      <w:pPr>
        <w:spacing w:after="80"/>
      </w:pPr>
      <w:r>
        <w:rPr>
          <w:b w:val="0"/>
          <w:i w:val="0"/>
        </w:rPr>
        <w:t>Faukman im lặng, tim đập loạn xạ. Anh có thể nghe thấy tiếng máy móc ầm ĩ phía ngoài chiếc xe van, có thể là tiếng rít của động cơ công nghiệp.</w:t>
      </w:r>
    </w:p>
    <w:p>
      <w:pPr>
        <w:spacing w:after="80"/>
      </w:pPr>
      <w:r>
        <w:rPr>
          <w:b w:val="0"/>
          <w:i w:val="0"/>
        </w:rPr>
        <w:t xml:space="preserve">“Để tôi nói thật đơn giản cho ông hiểu,” Đầu Đinh nói. “Ngoài bản trong ba lô của ông và những bản từ máy chủ PRH, ông có biết bất kỳ phiên bản </w:t>
      </w:r>
      <w:r>
        <w:rPr>
          <w:b w:val="0"/>
          <w:i/>
        </w:rPr>
        <w:t>nào khác</w:t>
      </w:r>
      <w:r>
        <w:rPr>
          <w:b w:val="0"/>
          <w:i w:val="0"/>
        </w:rPr>
        <w:t xml:space="preserve"> của bản thảo này không—dạng kỹ thuật số, bản in, hay bất kỳ dạng nào khác?”</w:t>
      </w:r>
    </w:p>
    <w:p>
      <w:pPr>
        <w:spacing w:after="80"/>
      </w:pPr>
      <w:r>
        <w:rPr>
          <w:b w:val="0"/>
          <w:i w:val="0"/>
        </w:rPr>
        <w:t>Faukman lắc đầu. “Không, bản thảo trong túi tôi là bản sao duy nhất còn lại.”</w:t>
      </w:r>
    </w:p>
    <w:p>
      <w:pPr>
        <w:spacing w:after="80"/>
      </w:pPr>
      <w:r>
        <w:rPr>
          <w:b w:val="0"/>
          <w:i w:val="0"/>
        </w:rPr>
        <w:t>“</w:t>
      </w:r>
      <w:r>
        <w:rPr>
          <w:b w:val="0"/>
          <w:i/>
        </w:rPr>
        <w:t>Từng là</w:t>
      </w:r>
      <w:r>
        <w:rPr>
          <w:b w:val="0"/>
          <w:i w:val="0"/>
        </w:rPr>
        <w:t xml:space="preserve"> bản sao duy nhất còn lại,” Đầu Đinh chỉnh lại. “Chúng tôi đã phá hủy nó rồi.”</w:t>
      </w:r>
    </w:p>
    <w:p>
      <w:pPr>
        <w:jc w:val="center"/>
      </w:pPr>
      <w:r>
        <w:drawing>
          <wp:inline xmlns:a="http://schemas.openxmlformats.org/drawingml/2006/main" xmlns:pic="http://schemas.openxmlformats.org/drawingml/2006/picture">
            <wp:extent cx="5486400" cy="362122"/>
            <wp:docPr id="22" name="Picture 22"/>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Một mình trong trung tâm an ninh của PRH, Alex Conan sững sờ.</w:t>
      </w:r>
    </w:p>
    <w:p>
      <w:pPr>
        <w:spacing w:after="80"/>
      </w:pPr>
      <w:r>
        <w:rPr>
          <w:b w:val="0"/>
          <w:i w:val="0"/>
        </w:rPr>
        <w:t>Không thể nào.</w:t>
      </w:r>
    </w:p>
    <w:p>
      <w:pPr>
        <w:spacing w:after="80"/>
      </w:pPr>
      <w:r>
        <w:rPr>
          <w:b w:val="0"/>
          <w:i w:val="0"/>
        </w:rPr>
        <w:t>Anh đập mạnh vào bàn phím, làm mới trang, hy vọng thông tin trước mắt là sai, nhưng cùng một hình ảnh rùng rợn cứ liên tục hiện ra…và lại hiện ra.</w:t>
      </w:r>
    </w:p>
    <w:p>
      <w:pPr>
        <w:spacing w:after="80"/>
      </w:pPr>
      <w:r>
        <w:rPr>
          <w:b w:val="0"/>
          <w:i w:val="0"/>
        </w:rPr>
        <w:t>Lạy Chúa, không…</w:t>
      </w:r>
    </w:p>
    <w:p>
      <w:pPr>
        <w:spacing w:after="80"/>
      </w:pPr>
      <w:r>
        <w:rPr>
          <w:b w:val="0"/>
          <w:i w:val="0"/>
        </w:rPr>
        <w:t>Vài phút trước đó, không thấy bóng dáng Faukman và không thể liên lạc được với Katherine Solomon hay Robert Langdon, Alex đã quyết định hành động táo bạo.</w:t>
      </w:r>
    </w:p>
    <w:p>
      <w:pPr>
        <w:spacing w:after="80"/>
      </w:pPr>
      <w:r>
        <w:rPr>
          <w:b w:val="0"/>
          <w:i w:val="0"/>
        </w:rPr>
        <w:t>Cậu có kỹ năng. Cậu có quyền truy cập.</w:t>
      </w:r>
    </w:p>
    <w:p>
      <w:pPr>
        <w:spacing w:after="80"/>
      </w:pPr>
      <w:r>
        <w:rPr>
          <w:b w:val="0"/>
          <w:i w:val="0"/>
        </w:rPr>
        <w:t>Alex đã dùng cả hai, và bất chấp tính hợp pháp đáng ngờ trong các phương pháp của mình, anh đã xoay xở truy cập được những thông tin mà lẽ ra anh không được phép có để lần ra họ. Giờ đây một hình ảnh đáng lo ngại hiện lên trên màn hình anh. Alex cố gắng tìm ra bất kỳ lời giải thích vô hại nào cho những gì anh đang nhìn thấy, nhưng tâm trí anh cứ quay về kết luận logic duy nhất…một kết luận rùng rợn.</w:t>
      </w:r>
    </w:p>
    <w:p>
      <w:pPr>
        <w:spacing w:after="80"/>
      </w:pPr>
      <w:r>
        <w:rPr>
          <w:b w:val="0"/>
          <w:i w:val="0"/>
        </w:rPr>
        <w:t>Kẻ nào muốn giết cuốn sách PRH này… thì đã giết một tác giả của PRH.</w:t>
      </w:r>
    </w:p>
    <w:p>
      <w:pPr>
        <w:pStyle w:val="Heading1"/>
      </w:pPr>
      <w:r>
        <w:rPr>
          <w:rFonts w:ascii="Calibri" w:hAnsi="Calibri"/>
          <w:b/>
          <w:i w:val="0"/>
          <w:sz w:val="40"/>
        </w:rPr>
        <w:t>Chương 24</w:t>
      </w:r>
    </w:p>
    <w:p>
      <w:pPr>
        <w:spacing w:after="80"/>
      </w:pPr>
      <w:r>
        <w:rPr>
          <w:b w:val="0"/>
          <w:i w:val="0"/>
        </w:rPr>
        <w:t>Trong bóng tối của hốc tường ẩn khuất, Langdon chăm chú nhìn bàn phím chữ-số trên thang máy riêng của Gessner, đầu óc ông đã tái hiện lại cuộc gặp gỡ với bà ta đêm qua.</w:t>
      </w:r>
    </w:p>
    <w:p>
      <w:pPr>
        <w:spacing w:after="80"/>
      </w:pPr>
      <w:r>
        <w:rPr>
          <w:b w:val="0"/>
          <w:i w:val="0"/>
        </w:rPr>
        <w:t>Gessner không có chút hài hước nào và nghiêm khắc, da nhợt nhạt, môi mím chặt, tóc búi chặt ra sau như một vũ công flamenco. Langdon đã không ưa nhà thần kinh học này ngay từ lần đầu gặp mặt. Bà ta đã đến chỗ họ tại quầy bar CottoCrudo của khách sạn Four Seasons, sau buổi thuyết trình của Katherine.</w:t>
      </w:r>
    </w:p>
    <w:p>
      <w:pPr>
        <w:spacing w:after="80"/>
      </w:pPr>
      <w:r>
        <w:rPr>
          <w:b w:val="0"/>
          <w:i w:val="0"/>
        </w:rPr>
        <w:t>“Tiến sĩ Gessner!” Katherine nói một cách thân thiện, vội đứng dậy khi người phụ nữ tiến đến chiếc bàn yên tĩnh mà Langdon đã chọn ở phía sau. “Cảm ơn bà đã đến với chúng tôi và, tất nhiên, đã mời tôi thuyết trình ở đây trong thành phố tuyệt đẹp của bà.”</w:t>
      </w:r>
    </w:p>
    <w:p>
      <w:pPr>
        <w:spacing w:after="80"/>
      </w:pPr>
      <w:r>
        <w:rPr>
          <w:b w:val="0"/>
          <w:i w:val="0"/>
        </w:rPr>
        <w:t>Người phụ nữ đáp lại bằng một nụ cười chiếu lệ. “Đêm nay đông khán giả đấy,” bà ta nói, tiếng Anh phảng phất chút giọng Séc. “Cô đã tạo được tên tuổi khá đấy.”</w:t>
      </w:r>
    </w:p>
    <w:p>
      <w:pPr>
        <w:spacing w:after="80"/>
      </w:pPr>
      <w:r>
        <w:rPr>
          <w:b w:val="0"/>
          <w:i w:val="0"/>
        </w:rPr>
        <w:t>Katherine lịch sự gạt đi lời khen và ra hiệu về phía Langdon. “Bà thật tử tế. Và tôi chắc bà đã biết đồng nghiệp của tôi, Giáo sư Robert Langdon?”</w:t>
      </w:r>
    </w:p>
    <w:p>
      <w:pPr>
        <w:spacing w:after="80"/>
      </w:pPr>
      <w:r>
        <w:rPr>
          <w:b w:val="0"/>
          <w:i w:val="0"/>
        </w:rPr>
        <w:t>Langdon đứng dậy và chìa tay ra. “Rất hân hạnh.”</w:t>
      </w:r>
    </w:p>
    <w:p>
      <w:pPr>
        <w:spacing w:after="80"/>
      </w:pPr>
      <w:r>
        <w:rPr>
          <w:b w:val="0"/>
          <w:i w:val="0"/>
        </w:rPr>
        <w:t xml:space="preserve">Gessner lờ đi, chỉ đơn giản trượt vào bàn ngồi cùng họ. “Tôi hy vọng các vị chưa gọi đồ uống,” bà ta nói. “Tôi đã bảo họ mang đến vài món đặc sản địa phương.” Bà ta quay sang Langdon. “Giáo sư, tôi đã gọi cho </w:t>
      </w:r>
      <w:r>
        <w:rPr>
          <w:b w:val="0"/>
          <w:i/>
        </w:rPr>
        <w:t>ông</w:t>
      </w:r>
      <w:r>
        <w:rPr>
          <w:b w:val="0"/>
          <w:i w:val="0"/>
        </w:rPr>
        <w:t xml:space="preserve"> món ‘Luce’—công thức đặc trưng của CottoCrudo gồm whiskey Canada, cherry bitters, siro phong và thịt xông khói.”</w:t>
      </w:r>
    </w:p>
    <w:p>
      <w:pPr>
        <w:spacing w:after="80"/>
      </w:pPr>
      <w:r>
        <w:rPr>
          <w:b w:val="0"/>
          <w:i/>
        </w:rPr>
        <w:t>Thịt xông khói ư?</w:t>
      </w:r>
      <w:r>
        <w:rPr>
          <w:b w:val="0"/>
          <w:i w:val="0"/>
        </w:rPr>
        <w:t xml:space="preserve"> Langdon hẳn thích ly Vesper martini quen thuộc của mình với rượu gin Nolet’s Reserve hơn nhiều.</w:t>
      </w:r>
    </w:p>
    <w:p>
      <w:pPr>
        <w:spacing w:after="80"/>
      </w:pPr>
      <w:r>
        <w:rPr>
          <w:b w:val="0"/>
          <w:i w:val="0"/>
        </w:rPr>
        <w:t xml:space="preserve">“Còn cho </w:t>
      </w:r>
      <w:r>
        <w:rPr>
          <w:b w:val="0"/>
          <w:i/>
        </w:rPr>
        <w:t>cô,</w:t>
      </w:r>
      <w:r>
        <w:rPr>
          <w:b w:val="0"/>
          <w:i w:val="0"/>
        </w:rPr>
        <w:t xml:space="preserve"> Katherine,” Gessner nói, “tôi đã gọi </w:t>
      </w:r>
      <w:r>
        <w:rPr>
          <w:b w:val="0"/>
          <w:i/>
        </w:rPr>
        <w:t>Staroplzenecký</w:t>
      </w:r>
      <w:r>
        <w:rPr>
          <w:b w:val="0"/>
          <w:i w:val="0"/>
        </w:rPr>
        <w:t>—một loại absinthe Bohemia địa phương. Chúng tôi hay đùa rằng nếu cô vẫn còn phát âm được tên nó, thì cô cần uống thêm một ly nữa.”</w:t>
      </w:r>
    </w:p>
    <w:p>
      <w:pPr>
        <w:spacing w:after="80"/>
      </w:pPr>
      <w:r>
        <w:rPr>
          <w:b w:val="0"/>
          <w:i/>
        </w:rPr>
        <w:t>Một màn thể hiện quyền lực núp bóng dưới lòng hiếu khách,</w:t>
      </w:r>
      <w:r>
        <w:rPr>
          <w:b w:val="0"/>
          <w:i w:val="0"/>
        </w:rPr>
        <w:t xml:space="preserve"> Langdon ngờ vậy. Có ít loại rượu mạnh nào hơn absinthe Bohemia, mà Katherine thì tửu lượng kém.</w:t>
      </w:r>
    </w:p>
    <w:p>
      <w:pPr>
        <w:spacing w:after="80"/>
      </w:pPr>
      <w:r>
        <w:rPr>
          <w:b w:val="0"/>
          <w:i w:val="0"/>
        </w:rPr>
        <w:t>“Bà thật hào phóng,” Katherine nói một cách nhã nhặn. “Tôi rất thích được ở đây và thuyết trình trong thành phố kỳ diệu của bà. Đó thật là một vinh dự.” Langdon khâm phục sự điềm tĩnh của cô, cùng với dáng vẻ thanh tú, được tôn lên nhẹ nhàng bởi mái tóc dài sẫm màu buông xuống.</w:t>
      </w:r>
    </w:p>
    <w:p>
      <w:pPr>
        <w:spacing w:after="80"/>
      </w:pPr>
      <w:r>
        <w:rPr>
          <w:b w:val="0"/>
          <w:i w:val="0"/>
        </w:rPr>
        <w:t xml:space="preserve">Gessner nhún vai. “Buổi nói chuyện của cô khá thú vị, nhưng tôi thấy chủ đề của cô, nói thế nào nhỉ… mang tính </w:t>
      </w:r>
      <w:r>
        <w:rPr>
          <w:b w:val="0"/>
          <w:i/>
        </w:rPr>
        <w:t>siêu hình</w:t>
      </w:r>
      <w:r>
        <w:rPr>
          <w:b w:val="0"/>
          <w:i w:val="0"/>
        </w:rPr>
        <w:t xml:space="preserve"> đúng như dự đoán.”</w:t>
      </w:r>
    </w:p>
    <w:p>
      <w:pPr>
        <w:spacing w:after="80"/>
      </w:pPr>
      <w:r>
        <w:rPr>
          <w:b w:val="0"/>
          <w:i w:val="0"/>
        </w:rPr>
        <w:t>“Ồ,” Katherine nói. “Tôi rất tiếc khi nghe vậy.”</w:t>
      </w:r>
    </w:p>
    <w:p>
      <w:pPr>
        <w:spacing w:after="80"/>
      </w:pPr>
      <w:r>
        <w:rPr>
          <w:b w:val="0"/>
          <w:i w:val="0"/>
        </w:rPr>
        <w:t>“Tôi không có ý xúc phạm ngành noetics, nhưng những nhà khoa học chân chính như tôi không tin vào những khái niệm mơ hồ như linh hồn, thị kiến tâm linh hay ý thức vũ trụ. Chúng tôi tin rằng mọi trải nghiệm của con người—từ những ngây ngất tôn giáo đến những nỗi sợ hãi tê liệt—đều chỉ bắt nguồn từ hóa học của não bộ. Vật lý nhân quả. Phần còn lại là… ảo tưởng.”</w:t>
      </w:r>
    </w:p>
    <w:p>
      <w:pPr>
        <w:spacing w:after="80"/>
      </w:pPr>
      <w:r>
        <w:rPr>
          <w:b w:val="0"/>
          <w:i/>
        </w:rPr>
        <w:t>Có phải cô ta vừa tự nhận mình là chính danh còn Katherine là kẻ hoang tưởng không?</w:t>
      </w:r>
      <w:r>
        <w:rPr>
          <w:b w:val="0"/>
          <w:i w:val="0"/>
        </w:rPr>
        <w:t xml:space="preserve"> Langdon sôi máu, nhưng Katherine mỉm cười và tinh nghịch bóp nhẹ đùi anh dưới gầm bàn.</w:t>
      </w:r>
    </w:p>
    <w:p>
      <w:pPr>
        <w:spacing w:after="80"/>
      </w:pPr>
      <w:r>
        <w:rPr>
          <w:b w:val="0"/>
          <w:i w:val="0"/>
        </w:rPr>
        <w:t xml:space="preserve">“Tôi thấy tò mò,” Gessner tiếp tục, “rằng sau khi cô có bằng tiến sĩ về </w:t>
      </w:r>
      <w:r>
        <w:rPr>
          <w:b w:val="0"/>
          <w:i/>
        </w:rPr>
        <w:t>hóa học thần kinh</w:t>
      </w:r>
      <w:r>
        <w:rPr>
          <w:b w:val="0"/>
          <w:i w:val="0"/>
        </w:rPr>
        <w:t>—chuyên ngành duy vật nhất—cô lại trôi dạt vào cõi hư vô của ngành noetics (khoa học về ý thức).”</w:t>
      </w:r>
    </w:p>
    <w:p>
      <w:pPr>
        <w:spacing w:after="80"/>
      </w:pPr>
      <w:r>
        <w:rPr>
          <w:b w:val="0"/>
          <w:i w:val="0"/>
        </w:rPr>
        <w:t>“Ý bà là California ạ?” Katherine đáp lửng. “Tôi đoán nó khiến tôi muốn nhìn thấy bức tranh toàn cảnh hơn.”</w:t>
      </w:r>
    </w:p>
    <w:p>
      <w:pPr>
        <w:spacing w:after="80"/>
      </w:pPr>
      <w:r>
        <w:rPr>
          <w:b w:val="0"/>
          <w:i w:val="0"/>
        </w:rPr>
        <w:t>“Xin lỗi,” Langdon xen vào, không thể kìm nén được. “Nhưng với đánh giá thấp như vậy về khoa học noetic, tại sao bà lại mời Tiến sĩ Solomon đến phát biểu?”</w:t>
      </w:r>
    </w:p>
    <w:p>
      <w:pPr>
        <w:spacing w:after="80"/>
      </w:pPr>
      <w:r>
        <w:rPr>
          <w:b w:val="0"/>
          <w:i w:val="0"/>
        </w:rPr>
        <w:t>Gessner có vẻ thích thú với câu hỏi này. “Thật ra có hai lý do. Thứ nhất, diễn giả ban đầu của chúng tôi—Tiến sĩ Ava Easton từ Hội đồng Não bộ Châu Âu—đã phải hủy. Chúng tôi cần một người nữ khác để lấp chỗ trống, và tôi nghĩ ai đó như Katherine sẽ chớp ngay cơ hội. Và thứ hai, tôi đọc được một bài phỏng vấn trong đó Katherine hào phóng thú nhận rằng một trong những bài viết của tôi đã góp phần truyền cảm hứng cho một phần cuốn sách sắp ra mắt của cô ấy.”</w:t>
      </w:r>
    </w:p>
    <w:p>
      <w:pPr>
        <w:spacing w:after="80"/>
      </w:pPr>
      <w:r>
        <w:rPr>
          <w:b w:val="0"/>
          <w:i w:val="0"/>
        </w:rPr>
        <w:t>“Đúng vậy,” Katherine nói. “Tôi tự hỏi không biết bà có thấy bài đó không.”</w:t>
      </w:r>
    </w:p>
    <w:p>
      <w:pPr>
        <w:spacing w:after="80"/>
      </w:pPr>
      <w:r>
        <w:rPr>
          <w:b w:val="0"/>
          <w:i w:val="0"/>
        </w:rPr>
        <w:t xml:space="preserve">“Tôi có thấy đấy, Katherine,” Gessner nói, giọng trịch thượng chẳng khác nào đang nói với một đứa trẻ. “Mặc dù cô không nhắc đến </w:t>
      </w:r>
      <w:r>
        <w:rPr>
          <w:b w:val="0"/>
          <w:i/>
        </w:rPr>
        <w:t>bài nào</w:t>
      </w:r>
      <w:r>
        <w:rPr>
          <w:b w:val="0"/>
          <w:i w:val="0"/>
        </w:rPr>
        <w:t xml:space="preserve"> trong số các bài viết của tôi đã truyền cảm hứng cho cô?”</w:t>
      </w:r>
    </w:p>
    <w:p>
      <w:pPr>
        <w:spacing w:after="80"/>
      </w:pPr>
      <w:r>
        <w:rPr>
          <w:b w:val="0"/>
          <w:i w:val="0"/>
        </w:rPr>
        <w:t>“‘Hóa học Não bộ của Bệnh Động kinh,’” Katherine đáp. “</w:t>
      </w:r>
      <w:r>
        <w:rPr>
          <w:b w:val="0"/>
          <w:i/>
        </w:rPr>
        <w:t>Tạp chí Khoa học Thần kinh Châu Âu</w:t>
      </w:r>
      <w:r>
        <w:rPr>
          <w:b w:val="0"/>
          <w:i w:val="0"/>
        </w:rPr>
        <w:t>.”</w:t>
      </w:r>
    </w:p>
    <w:p>
      <w:pPr>
        <w:spacing w:after="80"/>
      </w:pPr>
      <w:r>
        <w:rPr>
          <w:b w:val="0"/>
          <w:i w:val="0"/>
        </w:rPr>
        <w:t>“Hơi nằm ngoài phạm vi của một nhà noetic học, phải không? Tôi thực sự mong cô không bóp méo nghiên cứu của tôi để khớp với kết luận của riêng cô.”</w:t>
      </w:r>
    </w:p>
    <w:p>
      <w:pPr>
        <w:spacing w:after="80"/>
      </w:pPr>
      <w:r>
        <w:rPr>
          <w:b w:val="0"/>
          <w:i w:val="0"/>
        </w:rPr>
        <w:t>“Hoàn toàn không,” Katherine nói.</w:t>
      </w:r>
    </w:p>
    <w:p>
      <w:pPr>
        <w:spacing w:after="80"/>
      </w:pPr>
      <w:r>
        <w:rPr>
          <w:b w:val="0"/>
          <w:i w:val="0"/>
        </w:rPr>
        <w:t xml:space="preserve">Langdon kinh ngạc trước sự lịch thiệp của Katherine. </w:t>
      </w:r>
      <w:r>
        <w:rPr>
          <w:b w:val="0"/>
          <w:i/>
        </w:rPr>
        <w:t>Còn hơn cả những gì tôi có thể gắng gượng được với người phụ nữ này.</w:t>
      </w:r>
    </w:p>
    <w:p>
      <w:pPr>
        <w:spacing w:after="80"/>
      </w:pPr>
      <w:r>
        <w:rPr>
          <w:b w:val="0"/>
          <w:i w:val="0"/>
        </w:rPr>
        <w:t>“Dù sao đi nữa,” Gessner đáp, “như một phép lịch sự nghề nghiệp, tôi rất mong có cơ hội đọc trước phần đó. Chắc hẳn cô phải mang theo một bản thảo của mình chứ.”</w:t>
      </w:r>
    </w:p>
    <w:p>
      <w:pPr>
        <w:spacing w:after="80"/>
      </w:pPr>
      <w:r>
        <w:rPr>
          <w:b w:val="0"/>
          <w:i w:val="0"/>
        </w:rPr>
        <w:t>“Thật ra thì tôi không mang,” Katherine nói thật lòng.</w:t>
      </w:r>
    </w:p>
    <w:p>
      <w:pPr>
        <w:spacing w:after="80"/>
      </w:pPr>
      <w:r>
        <w:rPr>
          <w:b w:val="0"/>
          <w:i w:val="0"/>
        </w:rPr>
        <w:t>Gessner có vẻ hoài nghi. “Vậy thì, có lẽ cô có thể lấy cho tôi một bản. Nếu tôi thích, tôi sẽ cân nhắc đề nghị chứng thực với tư cách người nổi tiếng cho cô, điều đó có thể khá hữu ích cho uy tín của cô với cuốn sách đầu tay này.”</w:t>
      </w:r>
    </w:p>
    <w:p>
      <w:pPr>
        <w:spacing w:after="80"/>
      </w:pPr>
      <w:r>
        <w:rPr>
          <w:b w:val="0"/>
          <w:i w:val="0"/>
        </w:rPr>
        <w:t>“Bà thật tử tế,” Katherine đáp, thể hiện sự kiên nhẫn thánh thiện. “Tôi sẽ hỏi biên tập viên của mình về việc đó.”</w:t>
      </w:r>
    </w:p>
    <w:p>
      <w:pPr>
        <w:spacing w:after="80"/>
      </w:pPr>
      <w:r>
        <w:rPr>
          <w:b w:val="0"/>
          <w:i w:val="0"/>
        </w:rPr>
        <w:t>Gessner có vẻ khó chịu vì bị từ chối khéo. “Tùy cô, nhưng ít nhất hãy để tôi mời cô đến phòng thí nghiệm riêng của tôi vào ngày mai để cho cô xem một số công trình của tôi. Tôi nghĩ cô sẽ thấy nó mở mang tầm mắt. Tôi rất muốn có cơ hội khai sáng cho cô.”</w:t>
      </w:r>
    </w:p>
    <w:p>
      <w:pPr>
        <w:spacing w:after="80"/>
      </w:pPr>
      <w:r>
        <w:rPr>
          <w:b w:val="0"/>
          <w:i w:val="0"/>
        </w:rPr>
        <w:t>Langdon cứ xoay trở không yên, nhưng Katherine nắm lấy tay anh dưới gầm bàn và siết chặt một cách mạnh mẽ đến bất ngờ, giữ anh lại khi cô nhận lời mời của Gessner.</w:t>
      </w:r>
    </w:p>
    <w:p>
      <w:pPr>
        <w:spacing w:after="80"/>
      </w:pPr>
      <w:r>
        <w:rPr>
          <w:b w:val="0"/>
          <w:i w:val="0"/>
        </w:rPr>
        <w:t>Hai mươi phút trôi qua, Gessner vẫn đang nói… về cái gì thì Langdon đã mất dấu. Sau khi uống nửa ly cocktail phong và thịt xông khói kinh khủng đó, miệng anh cứ như vừa ăn sáng xong. Nếu màn độc thoại của Gessner còn kéo dài thêm nữa, chắc chắn anh sẽ cần thêm một ly nữa.</w:t>
      </w:r>
    </w:p>
    <w:p>
      <w:pPr>
        <w:spacing w:after="80"/>
      </w:pPr>
      <w:r>
        <w:rPr>
          <w:b w:val="0"/>
          <w:i w:val="0"/>
        </w:rPr>
        <w:t>Có lẽ là một ly martini trứng chiên?</w:t>
      </w:r>
    </w:p>
    <w:p>
      <w:pPr>
        <w:spacing w:after="80"/>
      </w:pPr>
      <w:r>
        <w:rPr>
          <w:b w:val="0"/>
          <w:i w:val="0"/>
        </w:rPr>
        <w:t>Katherine mới chỉ uống được một phần ly absinthe nhưng đã bắt đầu thấy tác dụng, cô nói hơi líu lưỡi và cố gắng lắm mới mở nổi mắt.</w:t>
      </w:r>
    </w:p>
    <w:p>
      <w:pPr>
        <w:spacing w:after="80"/>
      </w:pPr>
      <w:r>
        <w:rPr>
          <w:b w:val="0"/>
          <w:i w:val="0"/>
        </w:rPr>
        <w:t>“Xét đến tính đổi mới trong nghiên cứu của tôi,” Gessner nói một cách tự nhiên, “rõ ràng là cô sẽ cần ký một bản thỏa thuận bảo mật trước khi đến phòng thí nghiệm của tôi vào ngày mai.”</w:t>
      </w:r>
    </w:p>
    <w:p>
      <w:pPr>
        <w:spacing w:after="80"/>
      </w:pPr>
      <w:r>
        <w:rPr>
          <w:b w:val="0"/>
          <w:i w:val="0"/>
        </w:rPr>
        <w:t>Với Langdon, đây có vẻ là một yêu cầu tự cao tự đại đến mức khó coi giữa những người đồng nghiệp với nhau.</w:t>
      </w:r>
    </w:p>
    <w:p>
      <w:pPr>
        <w:spacing w:after="80"/>
      </w:pPr>
      <w:r>
        <w:rPr>
          <w:b w:val="0"/>
          <w:i w:val="0"/>
        </w:rPr>
        <w:t>“Thực ra, tôi có mang theo một bản đây,” Gessner nói, rút ra một chiếc cặp da nhỏ và bắt đầu mở khóa. “Chúng ta có thể giải quyết xong việc này trước buổi—”</w:t>
      </w:r>
    </w:p>
    <w:p>
      <w:pPr>
        <w:spacing w:after="80"/>
      </w:pPr>
      <w:r>
        <w:rPr>
          <w:b w:val="0"/>
          <w:i w:val="0"/>
        </w:rPr>
        <w:t>“Thật ra,” Langdon ngắt lời, “tôi tự hỏi liệu Katherine có đủ tỉnh táo để đọc một văn bản pháp lý không. Hay là để ngày mai khi cô ấy đến phòng thí nghiệm của cô nhé?”</w:t>
      </w:r>
    </w:p>
    <w:p>
      <w:pPr>
        <w:spacing w:after="80"/>
      </w:pPr>
      <w:r>
        <w:rPr>
          <w:b w:val="0"/>
          <w:i w:val="0"/>
        </w:rPr>
        <w:t>Rõ ràng là không hài lòng, Gessner nhìn chằm chằm vào anh qua chiếc cặp, như thể đang cân nhắc sự kiên quyết của Langdon. Cuối cùng, cô nói: “Được, vậy cũng được.”</w:t>
      </w:r>
    </w:p>
    <w:p>
      <w:pPr>
        <w:spacing w:after="80"/>
      </w:pPr>
      <w:r>
        <w:rPr>
          <w:b w:val="0"/>
          <w:i w:val="0"/>
        </w:rPr>
        <w:t>Khi Gessner quay lại trò chuyện với Katherine, Langdon thấy mình tự hỏi tại sao một nhà thần kinh học lại coi thường công trình của Katherine đến vậy mà lại háo hức khoe phòng thí nghiệm riêng của mình đến thế. Dù động cơ của Gessner là gì, sáng mai Langdon dự định sẽ gợi ý Katherine khéo léo từ chối chuyến tham quan.</w:t>
      </w:r>
    </w:p>
    <w:p>
      <w:pPr>
        <w:spacing w:after="80"/>
      </w:pPr>
      <w:r>
        <w:rPr>
          <w:b w:val="0"/>
          <w:i w:val="0"/>
        </w:rPr>
        <w:t xml:space="preserve">“Không phải chuyện cá nhân đâu, Katherine!” Gessner lớn tiếng nói, cắt ngang dòng suy nghĩ của Langdon. “Cô biết tôi chưa bao giờ ngại bày tỏ sự ghét bỏ của mình với chuyện siêu nhiên và khoa học PSI mà. Còn nhớ trang bìa </w:t>
      </w:r>
      <w:r>
        <w:rPr>
          <w:b w:val="0"/>
          <w:i/>
        </w:rPr>
        <w:t>Scientific American</w:t>
      </w:r>
      <w:r>
        <w:rPr>
          <w:b w:val="0"/>
          <w:i w:val="0"/>
        </w:rPr>
        <w:t xml:space="preserve"> của tôi chứ?”</w:t>
      </w:r>
    </w:p>
    <w:p>
      <w:pPr>
        <w:spacing w:after="80"/>
      </w:pPr>
      <w:r>
        <w:rPr>
          <w:b w:val="0"/>
          <w:i w:val="0"/>
        </w:rPr>
        <w:t>“Tôi nhớ chứ,” Katherine nói, mỉm cười. “Tiến sĩ Brigita Gessner, đừng gọi cô ấy là nhà thần-kinh-PSI-học.”</w:t>
      </w:r>
    </w:p>
    <w:p>
      <w:pPr>
        <w:spacing w:after="80"/>
      </w:pPr>
      <w:r>
        <w:rPr>
          <w:b w:val="0"/>
          <w:i w:val="0"/>
        </w:rPr>
        <w:t xml:space="preserve">“Đúng vậy,” cô nói, lại cười quá to. “Mọi người đều tham gia vào trò đùa đó. Một người hâm mộ đã gửi cho tôi một tấm lót chuột in câu nói của tôi: ‘Không có PSI trong khoa học.’ Và một đồng nghiệp còn đùa rằng tôi nên đổi tất cả mật khẩu thành P-S-I vì đó là thứ </w:t>
      </w:r>
      <w:r>
        <w:rPr>
          <w:b w:val="0"/>
          <w:i/>
        </w:rPr>
        <w:t>cuối cùng</w:t>
      </w:r>
      <w:r>
        <w:rPr>
          <w:b w:val="0"/>
          <w:i w:val="0"/>
        </w:rPr>
        <w:t xml:space="preserve"> mà ai đó có thể đoán là tôi sẽ chọn!”</w:t>
      </w:r>
    </w:p>
    <w:p>
      <w:pPr>
        <w:spacing w:after="80"/>
      </w:pPr>
      <w:r>
        <w:rPr>
          <w:b w:val="0"/>
          <w:i w:val="0"/>
        </w:rPr>
        <w:t xml:space="preserve">“Cái đó </w:t>
      </w:r>
      <w:r>
        <w:rPr>
          <w:b w:val="0"/>
          <w:i/>
        </w:rPr>
        <w:t>đúng là</w:t>
      </w:r>
      <w:r>
        <w:rPr>
          <w:b w:val="0"/>
          <w:i w:val="0"/>
        </w:rPr>
        <w:t xml:space="preserve"> buồn cười,” Katherine nói, nhấp một ngụm absinthe.</w:t>
      </w:r>
    </w:p>
    <w:p>
      <w:pPr>
        <w:spacing w:after="80"/>
      </w:pPr>
      <w:r>
        <w:rPr>
          <w:b w:val="0"/>
          <w:i w:val="0"/>
        </w:rPr>
        <w:t>“Còn buồn cười hơn nữa là nhiều năm sau, khi tôi phải chọn mật khẩu bảo mật cho phòng thí nghiệm mới của mình, tôi nhớ lại lời khuyên của anh ấy… và tôi đã chọn PSI làm mật khẩu!”</w:t>
      </w:r>
    </w:p>
    <w:p>
      <w:pPr>
        <w:spacing w:after="80"/>
      </w:pPr>
      <w:r>
        <w:rPr>
          <w:b w:val="0"/>
          <w:i w:val="0"/>
        </w:rPr>
        <w:t>Langdon nhướng một bên lông mày, tự hỏi điều nào ít có khả năng xảy ra hơn—việc Gessner dùng một mật khẩu ba chữ cái để bảo vệ phòng thí nghiệm của mình, hay việc cô ấy sẽ nói cho họ biết đó là gì.</w:t>
      </w:r>
    </w:p>
    <w:p>
      <w:pPr>
        <w:spacing w:after="80"/>
      </w:pPr>
      <w:r>
        <w:rPr>
          <w:b w:val="0"/>
          <w:i w:val="0"/>
        </w:rPr>
        <w:t>“Tất nhiên là không phải nguyên văn P-S-I rồi,” cô nói thêm, cười. “Tôi đã mã hóa nó. Khá là khéo léo, nếu tôi tự nói vậy.”</w:t>
      </w:r>
    </w:p>
    <w:p>
      <w:pPr>
        <w:spacing w:after="80"/>
      </w:pPr>
      <w:r>
        <w:rPr>
          <w:b w:val="0"/>
          <w:i w:val="0"/>
        </w:rPr>
        <w:t>Mà bạn vừa làm đúng thế.</w:t>
      </w:r>
    </w:p>
    <w:p>
      <w:pPr>
        <w:spacing w:after="80"/>
      </w:pPr>
      <w:r>
        <w:rPr>
          <w:b w:val="0"/>
          <w:i w:val="0"/>
        </w:rPr>
        <w:t>“Giáo sư,” cô nói, liếc nhìn qua. “Tôi tin là ông mê mấy trò đố chữ lắm, phải không? Ông hẳn sẽ ấn tượng với cách mã hóa của tôi.”</w:t>
      </w:r>
    </w:p>
    <w:p>
      <w:pPr>
        <w:spacing w:after="80"/>
      </w:pPr>
      <w:r>
        <w:rPr>
          <w:b w:val="0"/>
          <w:i w:val="0"/>
        </w:rPr>
        <w:t>“Chắc chắn rồi,” ông gắng đáp, gần như chẳng nghe gì.</w:t>
      </w:r>
    </w:p>
    <w:p>
      <w:pPr>
        <w:spacing w:after="80"/>
      </w:pPr>
      <w:r>
        <w:rPr>
          <w:b w:val="0"/>
          <w:i w:val="0"/>
        </w:rPr>
        <w:t xml:space="preserve">Gessner vênh mặt tự đắc. “Tôi mô tả mật mã nhỏ bé tài tình của mình là ‘một lời tri ân kiểu Ả Rập dành cho một người Hy Lạp cổ đại, kèm chút biến tấu Latinh.’ ” Cô nhón vỏ chanh trên miệng ly và thả nó đầy kịch tính vào đồ uống. </w:t>
      </w:r>
      <w:r>
        <w:rPr>
          <w:b w:val="0"/>
          <w:i/>
        </w:rPr>
        <w:t>Màn kết đỉnh cao.</w:t>
      </w:r>
    </w:p>
    <w:p>
      <w:pPr>
        <w:spacing w:after="80"/>
      </w:pPr>
      <w:r>
        <w:rPr>
          <w:b w:val="0"/>
          <w:i w:val="0"/>
        </w:rPr>
        <w:t>Langdon chẳng hiểu cô đang nói về cái gì. “Nghe có vẻ rất thông minh.”</w:t>
      </w:r>
    </w:p>
    <w:p>
      <w:pPr>
        <w:spacing w:after="80"/>
      </w:pPr>
      <w:r>
        <w:rPr>
          <w:b w:val="0"/>
          <w:i w:val="0"/>
        </w:rPr>
        <w:t>“Robert có thể giải mã được đấy,” Katherine buột miệng, tác dụng của rượu absinthe giờ đã lộ rõ hoàn toàn. “Anh ấy là chuyên gia về mật mã.”</w:t>
      </w:r>
    </w:p>
    <w:p>
      <w:pPr>
        <w:spacing w:after="80"/>
      </w:pPr>
      <w:r>
        <w:rPr>
          <w:b w:val="0"/>
          <w:i w:val="0"/>
        </w:rPr>
        <w:t>“Tôi nhận lời cá cược đó,” Gessner nói với vẻ nhếch mép. “Tôi tính ra cơ hội đoán trúng của giáo sư chỉ dưới một trên ba phẩy năm nghìn tỷ.”</w:t>
      </w:r>
    </w:p>
    <w:p>
      <w:pPr>
        <w:spacing w:after="80"/>
      </w:pPr>
      <w:r>
        <w:rPr>
          <w:b w:val="0"/>
          <w:i w:val="0"/>
        </w:rPr>
        <w:t>Langdon không bỏ lỡ nhịp nào. “Nghe như một chuỗi bảy ký tự chữ và số.”</w:t>
      </w:r>
    </w:p>
    <w:p>
      <w:pPr>
        <w:spacing w:after="80"/>
      </w:pPr>
      <w:r>
        <w:rPr>
          <w:b w:val="0"/>
          <w:i w:val="0"/>
        </w:rPr>
        <w:t>Gessner giật lùi, mắt tròn xoe, sững sờ vì bị lật ngược thế cờ nhanh đến vậy.</w:t>
      </w:r>
    </w:p>
    <w:p>
      <w:pPr>
        <w:spacing w:after="80"/>
      </w:pPr>
      <w:r>
        <w:rPr>
          <w:b w:val="0"/>
          <w:i w:val="0"/>
        </w:rPr>
        <w:t>Katherine bật cười ngà ngà hơi rượu. “Tôi đã bảo rồi, anh ấy giỏi mật mã lắm!”</w:t>
      </w:r>
    </w:p>
    <w:p>
      <w:pPr>
        <w:spacing w:after="80"/>
      </w:pPr>
      <w:r>
        <w:rPr>
          <w:b w:val="0"/>
          <w:i w:val="0"/>
        </w:rPr>
        <w:t>“Và cả hàm số mũ nữa, xem ra vậy,” Gessner nói, rõ ràng là bối rối. “Được rồi, giáo sư, không gợi ý gì thêm cho ông nữa đâu.”</w:t>
      </w:r>
    </w:p>
    <w:p>
      <w:pPr>
        <w:spacing w:after="80"/>
      </w:pPr>
      <w:r>
        <w:rPr>
          <w:b w:val="0"/>
          <w:i w:val="0"/>
        </w:rPr>
        <w:t>“Nhân tiện chuyện đó,” Langdon nói, đứng dậy dứt khoát, “tôi nghĩ đây là lúc thích hợp để kết thúc buổi tối.”</w:t>
      </w:r>
    </w:p>
    <w:p>
      <w:pPr>
        <w:spacing w:after="80"/>
      </w:pPr>
      <w:r>
        <w:rPr>
          <w:b w:val="0"/>
          <w:i w:val="0"/>
        </w:rPr>
        <w:t>“À, Cha bảo bữa tiệc kết thúc rồi,” Gessner nói, đứng lên, bỏ lại phần lớn ly vodka tonic. “Katherine, sáng mai gặp lại. Đúng tám giờ sáng tại Pháo đài Thánh giá.”</w:t>
      </w:r>
    </w:p>
    <w:p>
      <w:pPr>
        <w:spacing w:after="80"/>
      </w:pPr>
      <w:r>
        <w:rPr>
          <w:b w:val="0"/>
          <w:i/>
        </w:rPr>
        <w:t>Cứ chờ xem,</w:t>
      </w:r>
      <w:r>
        <w:rPr>
          <w:b w:val="0"/>
          <w:i w:val="0"/>
        </w:rPr>
        <w:t xml:space="preserve"> Langdon nghĩ.</w:t>
      </w:r>
    </w:p>
    <w:p>
      <w:pPr>
        <w:spacing w:after="80"/>
      </w:pPr>
      <w:r>
        <w:rPr>
          <w:b w:val="0"/>
          <w:i w:val="0"/>
        </w:rPr>
        <w:t>Khi Katherine đứng dậy, cô uống cạn phần absinthe còn lại trong một ngụm. Langdon tính toán rằng giờ ông chỉ còn khoảng ba phút để đưa cô lên lầu trước khi hỗn hợp kia ngấm hẳn vào người cô.</w:t>
      </w:r>
    </w:p>
    <w:p>
      <w:pPr>
        <w:spacing w:after="80"/>
      </w:pPr>
      <w:r>
        <w:rPr>
          <w:b w:val="0"/>
          <w:i w:val="0"/>
        </w:rPr>
        <w:t>Họ chào tạm biệt nhau, và khi Langdon dìu Katherine xuống hành lang về phía phòng của họ, anh tự trách mình vì đã chịu đựng Gessner lâu đến thế trong tối nay. Anh đã gặp không ít học giả tự cao tự đại, nhưng Brigita Gessner đã đưa sự kiêu ngạo lên một tầm cao hoàn toàn mới.</w:t>
      </w:r>
    </w:p>
    <w:p>
      <w:pPr>
        <w:spacing w:after="80"/>
      </w:pPr>
      <w:r>
        <w:rPr>
          <w:b w:val="0"/>
          <w:i w:val="0"/>
        </w:rPr>
        <w:t>Một lời tri ân bằng tiếng Ả Rập dành cho một người Hy Lạp cổ đại lại pha chút Latinh? Nghiêm túc đấy à?</w:t>
      </w:r>
    </w:p>
    <w:p>
      <w:pPr>
        <w:spacing w:after="80"/>
      </w:pPr>
      <w:r>
        <w:rPr>
          <w:b w:val="0"/>
          <w:i w:val="0"/>
        </w:rPr>
        <w:t xml:space="preserve">Langdon ước gì mình có thể giải mã được "mật mã tài tình" của Gessner ngay tại chỗ, chỉ để làm dịu bớt sự tự cao không thể chịu nổi của bà ta. Nhưng khoảnh khắc đó đã qua. </w:t>
      </w:r>
      <w:r>
        <w:rPr>
          <w:b w:val="0"/>
          <w:i/>
        </w:rPr>
        <w:t>Thôi bỏ đi,</w:t>
      </w:r>
      <w:r>
        <w:rPr>
          <w:b w:val="0"/>
          <w:i w:val="0"/>
        </w:rPr>
        <w:t xml:space="preserve"> anh tự nhủ. </w:t>
      </w:r>
      <w:r>
        <w:rPr>
          <w:b w:val="0"/>
          <w:i/>
        </w:rPr>
        <w:t>Ai quan tâm chứ?</w:t>
      </w:r>
    </w:p>
    <w:p>
      <w:pPr>
        <w:spacing w:after="80"/>
      </w:pPr>
      <w:r>
        <w:rPr>
          <w:b w:val="0"/>
          <w:i w:val="0"/>
        </w:rPr>
        <w:t>Khi họ bước vào phòng, Katherine biến mất vào phòng tắm để chuẩn bị đi ngủ. Langdon đi đi lại lại trong phòng khách, biết rằng mình đang quá kích động để có thể ngủ. Dù rất muốn quên đi cuộc chạm trán với Gessner, nhưng sự bực bội vì vẻ tự mãn của bà ta đã đánh thức tinh thần cạnh tranh trong anh. Bộ óc phân tích của anh đã bắt đầu quay cuồng, tìm cách gỡ rối câu đố của Gessner.</w:t>
      </w:r>
    </w:p>
    <w:p>
      <w:pPr>
        <w:spacing w:after="80"/>
      </w:pPr>
      <w:r>
        <w:rPr>
          <w:b w:val="0"/>
          <w:i/>
        </w:rPr>
        <w:t>Tách riêng từng mảnh ra,</w:t>
      </w:r>
      <w:r>
        <w:rPr>
          <w:b w:val="0"/>
          <w:i w:val="0"/>
        </w:rPr>
        <w:t xml:space="preserve"> anh nghĩ. </w:t>
      </w:r>
      <w:r>
        <w:rPr>
          <w:b w:val="0"/>
          <w:i/>
        </w:rPr>
        <w:t>Một lời tri ân bằng tiếng Ả Rập…</w:t>
      </w:r>
    </w:p>
    <w:p>
      <w:pPr>
        <w:spacing w:after="80"/>
      </w:pPr>
      <w:r>
        <w:rPr>
          <w:b w:val="0"/>
          <w:i w:val="0"/>
        </w:rPr>
        <w:t xml:space="preserve">Langdon biết rằng không có chữ cái Ả Rập nào trong bảng chữ cái chữ-số, nên anh khá chắc rằng Gessner đang nói đến </w:t>
      </w:r>
      <w:r>
        <w:rPr>
          <w:b w:val="0"/>
          <w:i/>
        </w:rPr>
        <w:t>bảng chữ cái</w:t>
      </w:r>
      <w:r>
        <w:rPr>
          <w:b w:val="0"/>
          <w:i w:val="0"/>
        </w:rPr>
        <w:t xml:space="preserve"> Ả Rập kia—những con số—ngôn ngữ toán học được người Ả Rập phổ biến hơn một nghìn năm trước.</w:t>
      </w:r>
    </w:p>
    <w:p>
      <w:pPr>
        <w:spacing w:after="80"/>
      </w:pPr>
      <w:r>
        <w:rPr>
          <w:b w:val="0"/>
          <w:i w:val="0"/>
        </w:rPr>
        <w:t>Mật mã của Gessner hẳn phải là một con số.</w:t>
      </w:r>
    </w:p>
    <w:p>
      <w:pPr>
        <w:spacing w:after="80"/>
      </w:pPr>
      <w:r>
        <w:rPr>
          <w:b w:val="0"/>
          <w:i w:val="0"/>
        </w:rPr>
        <w:t>"Một lời tri ân bằng tiếng Ả Rập…" anh lẩm bẩm thành tiếng, "dành cho một người Hy Lạp cổ đại."</w:t>
      </w:r>
    </w:p>
    <w:p>
      <w:pPr>
        <w:spacing w:after="80"/>
      </w:pPr>
      <w:r>
        <w:rPr>
          <w:b w:val="0"/>
          <w:i w:val="0"/>
        </w:rPr>
        <w:t xml:space="preserve">Theo logic, nếu mật mã của Gessner là một con số, thì "lời tri ân" của bà ta sẽ mang tính </w:t>
      </w:r>
      <w:r>
        <w:rPr>
          <w:b w:val="0"/>
          <w:i/>
        </w:rPr>
        <w:t>số học,</w:t>
      </w:r>
      <w:r>
        <w:rPr>
          <w:b w:val="0"/>
          <w:i w:val="0"/>
        </w:rPr>
        <w:t xml:space="preserve"> do đó suy ra rằng người Hy Lạp cổ đại được nhắc đến có lẽ gắn liền với toán học.</w:t>
      </w:r>
    </w:p>
    <w:p>
      <w:pPr>
        <w:spacing w:after="80"/>
      </w:pPr>
      <w:r>
        <w:rPr>
          <w:b w:val="0"/>
          <w:i w:val="0"/>
        </w:rPr>
        <w:t>Ba nhà toán học nổi tiếng nhất thời cổ đại đều là người Hy Lạp.</w:t>
      </w:r>
    </w:p>
    <w:p>
      <w:pPr>
        <w:spacing w:after="80"/>
      </w:pPr>
      <w:r>
        <w:rPr>
          <w:b w:val="0"/>
          <w:i w:val="0"/>
        </w:rPr>
        <w:t>Tên của họ đã được khắc sâu vào não Langdon sau khi thầy giáo dạy toán ở trường dự bị của anh, thầy Brown, thông báo với cả lớp rằng từ viết tắt phổ biến khắp trường của họ, "PEA," không phải là viết tắt của Phillips Exeter Academy như mọi người vẫn tưởng, mà thực ra là một lời tri ân bí mật dành cho ba gã khổng lồ của toán học sơ khai—</w:t>
      </w:r>
      <w:r>
        <w:rPr>
          <w:b w:val="0"/>
          <w:i/>
        </w:rPr>
        <w:t>P</w:t>
      </w:r>
      <w:r>
        <w:rPr>
          <w:b w:val="0"/>
          <w:i w:val="0"/>
        </w:rPr>
        <w:t xml:space="preserve">ythagoras, </w:t>
      </w:r>
      <w:r>
        <w:rPr>
          <w:b w:val="0"/>
          <w:i/>
        </w:rPr>
        <w:t>E</w:t>
      </w:r>
      <w:r>
        <w:rPr>
          <w:b w:val="0"/>
          <w:i w:val="0"/>
        </w:rPr>
        <w:t xml:space="preserve">uclid, </w:t>
      </w:r>
      <w:r>
        <w:rPr>
          <w:b w:val="0"/>
          <w:i/>
        </w:rPr>
        <w:t>A</w:t>
      </w:r>
      <w:r>
        <w:rPr>
          <w:b w:val="0"/>
          <w:i w:val="0"/>
        </w:rPr>
        <w:t>rchimedes.</w:t>
      </w:r>
    </w:p>
    <w:p>
      <w:pPr>
        <w:spacing w:after="80"/>
      </w:pPr>
      <w:r>
        <w:rPr>
          <w:b w:val="0"/>
          <w:i/>
        </w:rPr>
        <w:t>Vậy thì Gessner có thể đang nhắc đến vị nào đây?</w:t>
      </w:r>
      <w:r>
        <w:rPr>
          <w:b w:val="0"/>
          <w:i w:val="0"/>
        </w:rPr>
        <w:t xml:space="preserve"> Langdon lần lượt điểm qua danh sách.</w:t>
      </w:r>
    </w:p>
    <w:p>
      <w:pPr>
        <w:spacing w:after="80"/>
      </w:pPr>
      <w:r>
        <w:rPr>
          <w:b w:val="0"/>
          <w:i w:val="0"/>
        </w:rPr>
        <w:t>Pythagoras: định lý Pythagoras, lý thuyết tỉ lệ, tính hình cầu của Trái Đất.</w:t>
      </w:r>
    </w:p>
    <w:p>
      <w:pPr>
        <w:spacing w:after="80"/>
      </w:pPr>
      <w:r>
        <w:rPr>
          <w:b w:val="0"/>
          <w:i w:val="0"/>
        </w:rPr>
        <w:t>Euclid: cha đẻ của hình học, các tiết diện hình nón, lý thuyết số.</w:t>
      </w:r>
    </w:p>
    <w:p>
      <w:pPr>
        <w:spacing w:after="80"/>
      </w:pPr>
      <w:r>
        <w:rPr>
          <w:b w:val="0"/>
          <w:i w:val="0"/>
        </w:rPr>
        <w:t>Archimedes: đường xoắn ốc Archimedes, số pi, diện tích hình tròn.</w:t>
      </w:r>
    </w:p>
    <w:p>
      <w:pPr>
        <w:spacing w:after="80"/>
      </w:pPr>
      <w:r>
        <w:rPr>
          <w:b w:val="0"/>
          <w:i w:val="0"/>
        </w:rPr>
        <w:t>Langdon dừng lại.</w:t>
      </w:r>
    </w:p>
    <w:p>
      <w:pPr>
        <w:spacing w:after="80"/>
      </w:pPr>
      <w:r>
        <w:rPr>
          <w:b w:val="0"/>
          <w:i w:val="0"/>
        </w:rPr>
        <w:t>“Pi,” anh ta tuyên bố lớn tiếng.</w:t>
      </w:r>
    </w:p>
    <w:p>
      <w:pPr>
        <w:spacing w:after="80"/>
      </w:pPr>
      <w:r>
        <w:rPr>
          <w:b w:val="0"/>
          <w:i w:val="0"/>
        </w:rPr>
        <w:t>Katherine gọi từ phòng bên cạnh. “Ý hay đấy! Gọi dịch vụ phòng đi. Em cũng ăn một miếng!”</w:t>
      </w:r>
    </w:p>
    <w:p>
      <w:pPr>
        <w:spacing w:after="80"/>
      </w:pPr>
      <w:r>
        <w:rPr>
          <w:b w:val="0"/>
          <w:i/>
        </w:rPr>
        <w:t>Một chiếc bánh khác cơ,</w:t>
      </w:r>
      <w:r>
        <w:rPr>
          <w:b w:val="0"/>
          <w:i w:val="0"/>
        </w:rPr>
        <w:t xml:space="preserve"> anh nghĩ, cười khúc khích khi bước vào phòng ngủ và đỡ Katherine đang lảo đảo lên giường. Sau khi hôn cô chúc ngủ ngon, anh quay lại phòng khách, lấy từ chiếc bàn có nắp cuộn ra một tờ giấy và một cây bút, rồi ngồi xuống ghế sofa, lúc này bị một khao khát mãnh liệt thôi thúc phải hoàn thành việc mình đã bắt đầu.</w:t>
      </w:r>
    </w:p>
    <w:p>
      <w:pPr>
        <w:spacing w:after="80"/>
      </w:pPr>
      <w:r>
        <w:rPr>
          <w:b w:val="0"/>
          <w:i w:val="0"/>
        </w:rPr>
        <w:t>Lời giải cho câu đố của Gessner còn xa mới rõ ràng, nhưng Langdon vừa nhận ra rằng cách viết pi—có thể nói là con số nổi tiếng nhất trong lịch sử—gần gũi một cách thú vị với cách viết PSI.</w:t>
      </w:r>
    </w:p>
    <w:p>
      <w:pPr>
        <w:spacing w:after="80"/>
      </w:pPr>
      <w:r>
        <w:rPr>
          <w:b w:val="0"/>
          <w:i w:val="0"/>
        </w:rPr>
        <w:t>Gessner nói mật mã của cô là PSI…đã được mã hóa.</w:t>
      </w:r>
    </w:p>
    <w:p>
      <w:pPr>
        <w:spacing w:after="80"/>
      </w:pPr>
      <w:r>
        <w:rPr>
          <w:b w:val="0"/>
          <w:i w:val="0"/>
        </w:rPr>
        <w:t>Langdon cảm thấy mình đang đi đúng hướng.</w:t>
      </w:r>
    </w:p>
    <w:p>
      <w:pPr>
        <w:spacing w:after="80"/>
      </w:pPr>
      <w:r>
        <w:rPr>
          <w:b w:val="0"/>
          <w:i/>
        </w:rPr>
        <w:t>3.14159,</w:t>
      </w:r>
      <w:r>
        <w:rPr>
          <w:b w:val="0"/>
          <w:i w:val="0"/>
        </w:rPr>
        <w:t xml:space="preserve"> anh nghĩ, ghi xuống dạng phổ biến nhất của pi.</w:t>
      </w:r>
    </w:p>
    <w:p>
      <w:pPr>
        <w:spacing w:after="80"/>
      </w:pPr>
      <w:r>
        <w:rPr>
          <w:b w:val="0"/>
          <w:i w:val="0"/>
        </w:rPr>
        <w:t>Con số pi chắc chắn có thể được mô tả như một sự tôn vinh dành cho một người Hy Lạp cổ đại, và nó cũng được biểu diễn bằng chữ số Ả Rập, nghĩa là nó thỏa mãn hai trong ba yêu cầu của Gessner.</w:t>
      </w:r>
    </w:p>
    <w:p>
      <w:pPr>
        <w:spacing w:after="80"/>
      </w:pPr>
      <w:r>
        <w:rPr>
          <w:b w:val="0"/>
          <w:i w:val="0"/>
        </w:rPr>
        <w:t>Một sự tôn vinh bằng tiếng Ả Rập dành cho một người Hy Lạp cổ đại.</w:t>
      </w:r>
    </w:p>
    <w:p>
      <w:pPr>
        <w:spacing w:after="80"/>
      </w:pPr>
      <w:r>
        <w:rPr>
          <w:b w:val="0"/>
          <w:i w:val="0"/>
        </w:rPr>
        <w:t>Đáng tiếc thay, dấu thập phân trong 3.14159 lại là vấn đề. Thứ nhất, mật mã thuần chữ-số không có dấu thập phân. Và thứ hai, dấu thập phân không phải do người Ả Rập phát minh; nó được phát minh bởi một nhà toán học người Scotland, John Napier.</w:t>
      </w:r>
    </w:p>
    <w:p>
      <w:pPr>
        <w:spacing w:after="80"/>
      </w:pPr>
      <w:r>
        <w:rPr>
          <w:b w:val="0"/>
          <w:i w:val="0"/>
        </w:rPr>
        <w:t>Bạn có thể giải quyết cả hai vấn đề chỉ đơn giản bằng cách xóa dấu thập phân đi.</w:t>
      </w:r>
    </w:p>
    <w:p>
      <w:pPr>
        <w:spacing w:after="80"/>
      </w:pPr>
      <w:r>
        <w:rPr>
          <w:b w:val="0"/>
          <w:i w:val="0"/>
        </w:rPr>
        <w:t>Chỉ có một vấn đề: con số 314159 biểu diễn pi…chứ không phải PSI.</w:t>
      </w:r>
    </w:p>
    <w:p>
      <w:pPr>
        <w:spacing w:after="80"/>
      </w:pPr>
      <w:r>
        <w:rPr>
          <w:b w:val="0"/>
          <w:i w:val="0"/>
        </w:rPr>
        <w:t>Và nó vẫn còn thiếu “chút biến tấu Latin nho nhỏ.”</w:t>
      </w:r>
    </w:p>
    <w:p>
      <w:pPr>
        <w:spacing w:after="80"/>
      </w:pPr>
      <w:r>
        <w:rPr>
          <w:b w:val="0"/>
          <w:i w:val="0"/>
        </w:rPr>
        <w:t xml:space="preserve">Mười phút sau, Langdon vẫn không tiến thêm được bước nào, và anh quyết định có lẽ mình cũng nên đi ngủ. </w:t>
      </w:r>
      <w:r>
        <w:rPr>
          <w:b w:val="0"/>
          <w:i/>
        </w:rPr>
        <w:t>Mật mã của Gessner có thể đợi…hoặc tốt hơn nữa, hãy quên nó đi.</w:t>
      </w:r>
    </w:p>
    <w:p>
      <w:pPr>
        <w:spacing w:after="80"/>
      </w:pPr>
      <w:r>
        <w:rPr>
          <w:b w:val="0"/>
          <w:i w:val="0"/>
        </w:rPr>
        <w:t>Langdon leo lên giường nằm cạnh Katherine, nơi anh ngủ say sưa suốt mấy tiếng đồng hồ…cho đến khi cô tỉnh dậy, hét lên vì cơn ác mộng.</w:t>
      </w:r>
    </w:p>
    <w:p>
      <w:pPr>
        <w:spacing w:after="80"/>
      </w:pPr>
      <w:r>
        <w:rPr>
          <w:b w:val="0"/>
          <w:i/>
        </w:rPr>
        <w:t>Cả một đời người trước đây,</w:t>
      </w:r>
      <w:r>
        <w:rPr>
          <w:b w:val="0"/>
          <w:i w:val="0"/>
        </w:rPr>
        <w:t xml:space="preserve"> Langdon nghĩ, giờ đang đứng trong hốc thang máy tối om, nhìn chằm chằm vào bàn phím số và ước gì mình đã giải được câu đố nhỏ khó chịu của Gessner.</w:t>
      </w:r>
    </w:p>
    <w:p>
      <w:pPr>
        <w:spacing w:after="80"/>
      </w:pPr>
      <w:r>
        <w:rPr>
          <w:b w:val="0"/>
          <w:i w:val="0"/>
        </w:rPr>
        <w:t>Bên kia bức tường, Pavel chửi thề oang oang, và Langdon nghe thấy tiếng anh ta lao ra khỏi giếng trời, có lẽ là đi tìm Janáček. Langdon biết khoảnh khắc này có thể là cơ hội để lẻn ra khỏi pháo đài mà không bị ai thấy… nhưng đi đâu mới được?</w:t>
      </w:r>
    </w:p>
    <w:p>
      <w:pPr>
        <w:spacing w:after="80"/>
      </w:pPr>
      <w:r>
        <w:rPr>
          <w:b w:val="0"/>
          <w:i/>
        </w:rPr>
        <w:t>Mình sẽ không rời đi mà không có Katherine,</w:t>
      </w:r>
      <w:r>
        <w:rPr>
          <w:b w:val="0"/>
          <w:i w:val="0"/>
        </w:rPr>
        <w:t xml:space="preserve"> anh nghĩ, ngày càng lo sợ rằng có chuyện gì đó đã xảy ra với cô. </w:t>
      </w:r>
      <w:r>
        <w:rPr>
          <w:b w:val="0"/>
          <w:i/>
        </w:rPr>
        <w:t>Mình cần xuống dưới lầu.</w:t>
      </w:r>
    </w:p>
    <w:p>
      <w:pPr>
        <w:spacing w:after="80"/>
      </w:pPr>
      <w:r>
        <w:rPr>
          <w:b w:val="0"/>
          <w:i w:val="0"/>
        </w:rPr>
        <w:t>Anh nhìn lại bàn phím, tự hỏi liệu giờ đây, sau khi một đêm đã trôi qua, mình có cơ hội tốt hơn để giải mã phần cuối cùng trong mật mã của Gessner không. Suy cho cùng, chúng ta "ngủ một giấc" với vấn đề của mình là có lý do; tiềm thức có thể tạo ra những liên kết kỳ diệu trong khi ta ngủ.</w:t>
      </w:r>
    </w:p>
    <w:p>
      <w:pPr>
        <w:spacing w:after="80"/>
      </w:pPr>
      <w:r>
        <w:rPr>
          <w:b w:val="0"/>
          <w:i w:val="0"/>
        </w:rPr>
        <w:t>Đêm qua, Langdon đã đi ngủ với suy nghĩ rằng con số 314159 là một cách thể hiện chính xác của "một sự tôn vinh kiểu Ả Rập dành cho một người Hy Lạp cổ đại."</w:t>
      </w:r>
    </w:p>
    <w:p>
      <w:pPr>
        <w:spacing w:after="80"/>
      </w:pPr>
      <w:r>
        <w:rPr>
          <w:b w:val="0"/>
          <w:i w:val="0"/>
        </w:rPr>
        <w:t>Tuy vậy, nó vẫn chưa hoàn toàn đúng.</w:t>
      </w:r>
    </w:p>
    <w:p>
      <w:pPr>
        <w:spacing w:after="80"/>
      </w:pPr>
      <w:r>
        <w:rPr>
          <w:b w:val="0"/>
          <w:i w:val="0"/>
        </w:rPr>
        <w:t>Mình đang thiếu cái "nét Latin" đó.</w:t>
      </w:r>
    </w:p>
    <w:p>
      <w:pPr>
        <w:spacing w:after="80"/>
      </w:pPr>
      <w:r>
        <w:rPr>
          <w:b w:val="0"/>
          <w:i w:val="0"/>
        </w:rPr>
        <w:t xml:space="preserve">Langdon biết phần lớn các ngôn ngữ trên thế giới—kể cả tiếng Anh—đều dùng hệ thống chữ cái được gọi là bảng chữ cái Roman hay </w:t>
      </w:r>
      <w:r>
        <w:rPr>
          <w:b w:val="0"/>
          <w:i/>
        </w:rPr>
        <w:t>Latinh</w:t>
      </w:r>
      <w:r>
        <w:rPr>
          <w:b w:val="0"/>
          <w:i w:val="0"/>
        </w:rPr>
        <w:t xml:space="preserve">. Khi quan sát các con số và chữ cái trên các nút của bàn phím, anh nhận ra mình đã quá tập trung vào </w:t>
      </w:r>
      <w:r>
        <w:rPr>
          <w:b w:val="0"/>
          <w:i/>
        </w:rPr>
        <w:t>con số</w:t>
      </w:r>
      <w:r>
        <w:rPr>
          <w:b w:val="0"/>
          <w:i w:val="0"/>
        </w:rPr>
        <w:t xml:space="preserve"> đến mức quên mất rằng mình cũng có thể dùng </w:t>
      </w:r>
      <w:r>
        <w:rPr>
          <w:b w:val="0"/>
          <w:i/>
        </w:rPr>
        <w:t>chữ cái.</w:t>
      </w:r>
    </w:p>
    <w:p>
      <w:pPr>
        <w:spacing w:after="80"/>
      </w:pPr>
      <w:r>
        <w:rPr>
          <w:b w:val="0"/>
          <w:i w:val="0"/>
        </w:rPr>
        <w:t>Phải chăng "nét Latin" chính là một chữ cái?</w:t>
      </w:r>
    </w:p>
    <w:p>
      <w:pPr>
        <w:spacing w:after="80"/>
      </w:pPr>
      <w:r>
        <w:rPr>
          <w:b w:val="0"/>
          <w:i w:val="0"/>
        </w:rPr>
        <w:t xml:space="preserve">Khi anh nghĩ về điều đó, hình dạng đơn giản nhất hiện lên trong tâm trí—đường cong uốn lượn của chữ cái </w:t>
      </w:r>
      <w:r>
        <w:rPr>
          <w:b w:val="0"/>
          <w:i/>
        </w:rPr>
        <w:t>S</w:t>
      </w:r>
      <w:r>
        <w:rPr>
          <w:b w:val="0"/>
          <w:i w:val="0"/>
        </w:rPr>
        <w:t>.</w:t>
      </w:r>
    </w:p>
    <w:p>
      <w:pPr>
        <w:spacing w:after="80"/>
      </w:pPr>
      <w:r>
        <w:rPr>
          <w:b w:val="0"/>
          <w:i/>
        </w:rPr>
        <w:t>Trời ạ,</w:t>
      </w:r>
      <w:r>
        <w:rPr>
          <w:b w:val="0"/>
          <w:i w:val="0"/>
        </w:rPr>
        <w:t xml:space="preserve"> anh nhận ra. </w:t>
      </w:r>
      <w:r>
        <w:rPr>
          <w:b w:val="0"/>
          <w:i/>
        </w:rPr>
        <w:t>Đúng nghĩa là một "nét Latin"!</w:t>
      </w:r>
    </w:p>
    <w:p>
      <w:pPr>
        <w:spacing w:after="80"/>
      </w:pPr>
      <w:r>
        <w:rPr>
          <w:b w:val="0"/>
          <w:i w:val="0"/>
        </w:rPr>
        <w:t>Ngay khoảnh khắc đó, anh chợt nhớ đến hình ảnh Gessner đầy vẻ tự mãn thả miếng vỏ chanh xoắn vào giữa ly đồ uống của mình, và anh không khỏi thấy hơi nể phục.</w:t>
      </w:r>
    </w:p>
    <w:p>
      <w:pPr>
        <w:spacing w:after="80"/>
      </w:pPr>
      <w:r>
        <w:rPr>
          <w:b w:val="0"/>
          <w:i w:val="0"/>
        </w:rPr>
        <w:t>"S" chính là mảnh ghép còn thiếu của câu đố.</w:t>
      </w:r>
    </w:p>
    <w:p>
      <w:pPr>
        <w:spacing w:after="80"/>
      </w:pPr>
      <w:r>
        <w:rPr>
          <w:b w:val="0"/>
          <w:i w:val="0"/>
        </w:rPr>
        <w:t>Phần còn lại thì đơn giản.</w:t>
      </w:r>
    </w:p>
    <w:p>
      <w:pPr>
        <w:spacing w:after="80"/>
      </w:pPr>
      <w:r>
        <w:rPr>
          <w:b w:val="0"/>
          <w:i w:val="0"/>
        </w:rPr>
        <w:t>PI biến thành PSI!</w:t>
      </w:r>
    </w:p>
    <w:p>
      <w:pPr>
        <w:spacing w:after="80"/>
      </w:pPr>
      <w:r>
        <w:rPr>
          <w:b w:val="0"/>
          <w:i w:val="0"/>
        </w:rPr>
        <w:t xml:space="preserve">Mật mã của Gessner là sự pha trộn giữa các ký hiệu Ả Rập và Latinh—con số và chữ cái—và nếu Langdon không nhầm thì đáp án phải là </w:t>
      </w:r>
      <w:r>
        <w:rPr>
          <w:b w:val="0"/>
          <w:i/>
        </w:rPr>
        <w:t>314S159!</w:t>
      </w:r>
    </w:p>
    <w:p>
      <w:pPr>
        <w:spacing w:after="80"/>
      </w:pPr>
      <w:r>
        <w:rPr>
          <w:b w:val="0"/>
          <w:i w:val="0"/>
        </w:rPr>
        <w:t>Anh kiểm tra lại logic dựa trên những gì Gessner đã nói. "Một sự tôn vinh kiểu Ả Rập dành cho một người Hy Lạp cổ đại, với một nét Latin."</w:t>
      </w:r>
    </w:p>
    <w:p>
      <w:pPr>
        <w:spacing w:after="80"/>
      </w:pPr>
      <w:r>
        <w:rPr>
          <w:b w:val="0"/>
          <w:i w:val="0"/>
        </w:rPr>
        <w:t>Số 314159 là một sự tôn vinh thuần túy Ả Rập… dành cho con số pi của Hy Lạp… và chữ “S” ở giữa là một nét biến tấu Latinh biến PI… thành PSI… mà Gessner nói rằng đó là mật mã của cô.</w:t>
      </w:r>
    </w:p>
    <w:p>
      <w:pPr>
        <w:spacing w:after="80"/>
      </w:pPr>
      <w:r>
        <w:rPr>
          <w:b w:val="0"/>
          <w:i w:val="0"/>
        </w:rPr>
        <w:t>Nếu từng có một khoảnh khắc để hét lên câu cảm thán “Eureka!” của Archimedes thì chính là lúc này, nhưng thay vào đó Langdon lặng lẽ bước tới bàn phím.</w:t>
      </w:r>
    </w:p>
    <w:p>
      <w:pPr>
        <w:spacing w:after="80"/>
      </w:pPr>
      <w:r>
        <w:rPr>
          <w:b w:val="0"/>
          <w:i w:val="0"/>
        </w:rPr>
        <w:t>Nín thở, anh cẩn thận nhập bảy ký tự vào màn hình kỹ thuật số.</w:t>
      </w:r>
    </w:p>
    <w:p>
      <w:pPr>
        <w:spacing w:after="80"/>
      </w:pPr>
      <w:r>
        <w:rPr>
          <w:b w:val="0"/>
          <w:i w:val="0"/>
        </w:rPr>
        <w:t>3 1 4 S 1 5 9</w:t>
      </w:r>
    </w:p>
    <w:p>
      <w:pPr>
        <w:spacing w:after="80"/>
      </w:pPr>
      <w:r>
        <w:rPr>
          <w:b w:val="0"/>
          <w:i w:val="0"/>
        </w:rPr>
        <w:t>Sau khi kiểm tra lại chuỗi ký tự lần nữa, anh thở ra và nhấn Enter.</w:t>
      </w:r>
    </w:p>
    <w:p>
      <w:pPr>
        <w:spacing w:after="80"/>
      </w:pPr>
      <w:r>
        <w:rPr>
          <w:b w:val="0"/>
          <w:i w:val="0"/>
        </w:rPr>
        <w:t>Không có gì xảy ra.</w:t>
      </w:r>
    </w:p>
    <w:p>
      <w:pPr>
        <w:spacing w:after="80"/>
      </w:pPr>
      <w:r>
        <w:rPr>
          <w:b w:val="0"/>
          <w:i w:val="0"/>
        </w:rPr>
        <w:t>Một cơn tuyệt vọng ập đến ngay lập tức, nhưng một lát sau Langdon nghe thấy một tiếng “tách” và một tiếng vo vo cơ học yếu ớt phía sau cánh cửa. Âm thanh lớn dần… một thang máy đang đi lên.</w:t>
      </w:r>
    </w:p>
    <w:p>
      <w:pPr>
        <w:spacing w:after="80"/>
      </w:pPr>
      <w:r>
        <w:rPr>
          <w:b w:val="0"/>
          <w:i/>
        </w:rPr>
        <w:t>Eureka…</w:t>
      </w:r>
      <w:r>
        <w:rPr>
          <w:b w:val="0"/>
          <w:i w:val="0"/>
        </w:rPr>
        <w:t xml:space="preserve"> anh nghĩ, cho phép mình mỉm cười nhẹ nhõm. </w:t>
      </w:r>
      <w:r>
        <w:rPr>
          <w:b w:val="0"/>
          <w:i/>
        </w:rPr>
        <w:t>Một trên 3,5 nghìn tỷ.</w:t>
      </w:r>
    </w:p>
    <w:p>
      <w:pPr>
        <w:spacing w:after="80"/>
      </w:pPr>
      <w:r>
        <w:rPr>
          <w:b w:val="0"/>
          <w:i w:val="0"/>
        </w:rPr>
        <w:t>Cửa thang máy trượt mở, lộ ra một khoang thang máy quá khổ ốp gỗ. Bỏ qua nỗi sợ không gian kín của mình, Langdon bước vào trong và dò tìm trên các bức tường nút bấm đưa anh xuống phòng thí nghiệm.</w:t>
      </w:r>
    </w:p>
    <w:p>
      <w:pPr>
        <w:spacing w:after="80"/>
      </w:pPr>
      <w:r>
        <w:rPr>
          <w:b w:val="0"/>
          <w:i w:val="0"/>
        </w:rPr>
        <w:t>Nhưng thang máy này không có nút bấm hay bất kỳ bộ điều khiển nào.</w:t>
      </w:r>
    </w:p>
    <w:p>
      <w:pPr>
        <w:spacing w:after="80"/>
      </w:pPr>
      <w:r>
        <w:rPr>
          <w:b w:val="0"/>
          <w:i w:val="0"/>
        </w:rPr>
        <w:t>Thay vào đó, cửa tự động đóng lại, và Langdon cảm thấy mình đang đi xuống.</w:t>
      </w:r>
    </w:p>
    <w:p>
      <w:pPr>
        <w:pStyle w:val="Heading1"/>
      </w:pPr>
      <w:r>
        <w:rPr>
          <w:rFonts w:ascii="Calibri" w:hAnsi="Calibri"/>
          <w:b/>
          <w:i w:val="0"/>
          <w:sz w:val="40"/>
        </w:rPr>
        <w:t>Chương 25</w:t>
      </w:r>
    </w:p>
    <w:p>
      <w:pPr>
        <w:spacing w:after="80"/>
      </w:pPr>
      <w:r>
        <w:rPr>
          <w:b w:val="0"/>
          <w:i w:val="0"/>
        </w:rPr>
        <w:t>Những hình ảnh về Katherine Solomon hiện lên trong tâm trí The Golěm khi chiếc taxi của hắn leo lên sườn núi hướng về Pháo đài Crucifix. Hắn vẫn còn thấy cô trên sân khấu ở Lâu đài Prague… đang trình bày bài giảng đáng kinh ngạc của mình. The Golěm đã tham dự, ngồi lặng lẽ ở phía sau, ăn mặc bình thường, như hắn đang mặc lúc này.</w:t>
      </w:r>
    </w:p>
    <w:p>
      <w:pPr>
        <w:spacing w:after="80"/>
      </w:pPr>
      <w:r>
        <w:rPr>
          <w:b w:val="0"/>
          <w:i w:val="0"/>
        </w:rPr>
        <w:t xml:space="preserve">The Golěm cảm thấy bị cuốn hút bởi những ý tưởng của Katherine, có lúc cảm nhận rằng cô đang nói trực tiếp với hắn. </w:t>
      </w:r>
      <w:r>
        <w:rPr>
          <w:b w:val="0"/>
          <w:i/>
        </w:rPr>
        <w:t>Tôi là bằng chứng sống, Katherine, rằng cô đã đúng.</w:t>
      </w:r>
      <w:r>
        <w:rPr>
          <w:b w:val="0"/>
          <w:i w:val="0"/>
        </w:rPr>
        <w:t xml:space="preserve"> Suốt hơn một giờ đồng hồ, Katherine đã khiến đám đông trong Sảnh Vladislav say mê chú ý, tràn đầy sự phấn khích về một khả năng mới… một góc nhìn mới mẻ về cách thức hoạt động của ý thức con người.</w:t>
      </w:r>
    </w:p>
    <w:p>
      <w:pPr>
        <w:spacing w:after="80"/>
      </w:pPr>
      <w:r>
        <w:rPr>
          <w:b w:val="0"/>
          <w:i w:val="0"/>
        </w:rPr>
        <w:t>Đặc biệt, có một khoảnh khắc đã nói với hắn.</w:t>
      </w:r>
    </w:p>
    <w:p>
      <w:pPr>
        <w:spacing w:after="80"/>
      </w:pPr>
      <w:r>
        <w:rPr>
          <w:b w:val="0"/>
          <w:i w:val="0"/>
        </w:rPr>
        <w:t>“Có một hiện tượng phi thường,” Katherine đã nói, “chứng minh không còn chút nghi ngờ nào rằng quan điểm truyền thống của chúng ta về ý thức là hoàn toàn sai lầm. Nó được gọi là hội chứng savant đột ngột (sudden savant syndrome), và định nghĩa lâm sàng như sau: ‘Sự xuất hiện đột ngột trong tâm trí con người một kỹ năng hoặc kiến thức độc đáo mà trước đó không hề tồn tại.’” Cô mỉm cười. “Nói cách khác, bạn bị đập vào đầu và tỉnh dậy thành một nghệ sĩ vĩ cầm bậc thầy, hoặc nói thông thạo tiếng Bồ Đào Nha, hoặc thành thiên tài toán học—trong khi trước đó bạn không hề có những kỹ năng này.”</w:t>
      </w:r>
    </w:p>
    <w:p>
      <w:pPr>
        <w:spacing w:after="80"/>
      </w:pPr>
      <w:r>
        <w:rPr>
          <w:b w:val="0"/>
          <w:i w:val="0"/>
        </w:rPr>
        <w:t>Katherine nhanh chóng lướt qua một loạt các slide và đoạn video clip về những người từng trải qua hội chứng bác học đột ngột (sudden savant syndrome).</w:t>
      </w:r>
    </w:p>
    <w:p>
      <w:pPr>
        <w:spacing w:after="80"/>
      </w:pPr>
      <w:r>
        <w:rPr>
          <w:b w:val="0"/>
          <w:i w:val="0"/>
        </w:rPr>
        <w:t>Reuben Nsemoh—một cậu bé người Mỹ mười sáu tuổi bị đá vào đầu trong một trận bóng đá, rơi vào hôn mê, và tỉnh dậy nói tiếng Tây Ban Nha hoàn hảo.</w:t>
      </w:r>
    </w:p>
    <w:p>
      <w:pPr>
        <w:spacing w:after="80"/>
      </w:pPr>
      <w:r>
        <w:rPr>
          <w:b w:val="0"/>
          <w:i w:val="0"/>
        </w:rPr>
        <w:t>Derek Amato—một người đàn ông trung niên lao xuống hồ bơi, đập đầu, và tỉnh dậy thành một thiên tài âm nhạc và nghệ sĩ dương cầm bậc thầy.</w:t>
      </w:r>
    </w:p>
    <w:p>
      <w:pPr>
        <w:spacing w:after="80"/>
      </w:pPr>
      <w:r>
        <w:rPr>
          <w:b w:val="0"/>
          <w:i w:val="0"/>
        </w:rPr>
        <w:t>Orlando L. Serrell—một cậu bé mười tuổi bị một quả bóng chày đập trúng và phát hiện mình đột nhiên có khả năng thực hiện những phép tính lịch đáng kinh ngạc đến mức phức tạp.</w:t>
      </w:r>
    </w:p>
    <w:p>
      <w:pPr>
        <w:spacing w:after="80"/>
      </w:pPr>
      <w:r>
        <w:rPr>
          <w:b w:val="0"/>
          <w:i w:val="0"/>
        </w:rPr>
        <w:t xml:space="preserve">“Câu hỏi hiển nhiên,” Katherine nói, “là, </w:t>
      </w:r>
      <w:r>
        <w:rPr>
          <w:b w:val="0"/>
          <w:i/>
        </w:rPr>
        <w:t>làm sao điều này có thể xảy ra?</w:t>
      </w:r>
      <w:r>
        <w:rPr>
          <w:b w:val="0"/>
          <w:i w:val="0"/>
        </w:rPr>
        <w:t xml:space="preserve"> Làm sao một cú đá vào đầu lại có thể kỳ diệu truyền vào bộ não toàn bộ ngôn ngữ Tây Ban Nha? Hay cả đời luyện tập violin? Hay khả năng xác định chính xác những ngày tháng cách đây hoặc sau này hàng thế kỷ? Câu trả lời là—trong mô hình hiện tại của chúng ta về bộ não—tất cả những sự kiện này, theo đúng nghĩa đen, đều </w:t>
      </w:r>
      <w:r>
        <w:rPr>
          <w:b w:val="0"/>
          <w:i/>
        </w:rPr>
        <w:t>bất khả thi.</w:t>
      </w:r>
      <w:r>
        <w:rPr>
          <w:b w:val="0"/>
          <w:i w:val="0"/>
        </w:rPr>
        <w:t>”</w:t>
      </w:r>
    </w:p>
    <w:p>
      <w:pPr>
        <w:spacing w:after="80"/>
      </w:pPr>
      <w:r>
        <w:rPr>
          <w:b w:val="0"/>
          <w:i w:val="0"/>
        </w:rPr>
        <w:t>Cô ra hiệu về phía một chàng trai đang nhìn chằm chằm vào điện thoại. “Thưa anh, hãy tưởng tượng anh ném chiếc điện thoại đó vào tường, và khi anh nhặt nó lên, thư viện ảnh của anh chứa những bức ảnh hoàn toàn mới…về những nơi anh chưa từng đến.”</w:t>
      </w:r>
    </w:p>
    <w:p>
      <w:pPr>
        <w:spacing w:after="80"/>
      </w:pPr>
      <w:r>
        <w:rPr>
          <w:b w:val="0"/>
          <w:i w:val="0"/>
        </w:rPr>
        <w:t>“Bất khả thi,” người đàn ông đồng ý.</w:t>
      </w:r>
    </w:p>
    <w:p>
      <w:pPr>
        <w:spacing w:after="80"/>
      </w:pPr>
      <w:r>
        <w:rPr>
          <w:b w:val="0"/>
          <w:i w:val="0"/>
        </w:rPr>
        <w:t>Golěm tất nhiên hiểu được làm sao điều này có thể xảy ra. Ông hiểu tại sao các tín hiệu vũ trụ lại bị chồng chéo. Và rõ ràng Katherine Solomon cũng vậy.</w:t>
      </w:r>
    </w:p>
    <w:p>
      <w:pPr>
        <w:spacing w:after="80"/>
      </w:pPr>
      <w:r>
        <w:rPr>
          <w:b w:val="0"/>
          <w:i w:val="0"/>
        </w:rPr>
        <w:t>“Rồi tất nhiên, còn có câu chuyện đáng kinh ngạc về Michael Thomas Boatwright.”</w:t>
      </w:r>
    </w:p>
    <w:p>
      <w:pPr>
        <w:spacing w:after="80"/>
      </w:pPr>
      <w:r>
        <w:rPr>
          <w:b w:val="0"/>
          <w:i w:val="0"/>
        </w:rPr>
        <w:t>Katherine tiếp tục kể câu chuyện về một cựu binh Hải quân Mỹ được tìm thấy bất tỉnh trong một phòng khách sạn và tỉnh dậy nói tiếng Thụy Điển trôi chảy; anh ta không còn nhớ gì về cuộc đời mình, thay vào đó lại nhớ về cuộc đời của một người Thụy Điển tên là Johan Ek.</w:t>
      </w:r>
    </w:p>
    <w:p>
      <w:pPr>
        <w:spacing w:after="80"/>
      </w:pPr>
      <w:r>
        <w:rPr>
          <w:b w:val="0"/>
          <w:i w:val="0"/>
        </w:rPr>
        <w:t xml:space="preserve">Để nhấn mạnh luận điểm của mình, cô kể lại câu chuyện nổi tiếng về James Leininger—một cậu bé hai tuổi bị ám ảnh bởi những cơn ác mộng về việc bị mắc kẹt trong buồng lái của một chiếc máy bay chiến đấu đang bốc cháy. Khi thức, cậu bé James nhỏ tuổi vẽ những bức tranh về một chiếc máy bay phản lực đang cháy và nói về những quy trình trước chuyến bay phức tạp, sử dụng từ vựng kỹ thuật mà cha mẹ cậu, và chắc chắn là cả đứa trẻ nhỏ, chưa từng nghe qua. Khi cha mẹ hoảng sợ hỏi cậu </w:t>
      </w:r>
      <w:r>
        <w:rPr>
          <w:b w:val="0"/>
          <w:i/>
        </w:rPr>
        <w:t>lấy</w:t>
      </w:r>
      <w:r>
        <w:rPr>
          <w:b w:val="0"/>
          <w:i w:val="0"/>
        </w:rPr>
        <w:t xml:space="preserve"> thông tin này từ đâu, cậu bé tuyên bố tên mình không phải James Leininger mà là James </w:t>
      </w:r>
      <w:r>
        <w:rPr>
          <w:b w:val="0"/>
          <w:i/>
        </w:rPr>
        <w:t>Huston,</w:t>
      </w:r>
      <w:r>
        <w:rPr>
          <w:b w:val="0"/>
          <w:i w:val="0"/>
        </w:rPr>
        <w:t xml:space="preserve"> và cậu là một phi công chiến đấu bay từ “một chiếc Natoma” cùng với người bạn Jack của mình. Trước sự kinh ngạc của cha mẹ, một cuộc tra cứu hồ sơ Thế chiến II cho thấy một phi công chiến đấu tên là James Huston đã bay từ tàu sân bay </w:t>
      </w:r>
      <w:r>
        <w:rPr>
          <w:b w:val="0"/>
          <w:i/>
        </w:rPr>
        <w:t>Natoma Bay</w:t>
      </w:r>
      <w:r>
        <w:rPr>
          <w:b w:val="0"/>
          <w:i w:val="0"/>
        </w:rPr>
        <w:t xml:space="preserve"> cùng với phi công đồng nghiệp Jack Larsen. Huston đã bị rơi và tử nạn, mắc kẹt trong buồng lái đang bốc cháy của mình. Câu chuyện từ đó chỉ trở nên kỳ lạ hơn, và giờ đây nó là chủ đề của nhiều bộ phim tài liệu cũng như vô số đồn đoán trên mạng.</w:t>
      </w:r>
    </w:p>
    <w:p>
      <w:pPr>
        <w:spacing w:after="80"/>
      </w:pPr>
      <w:r>
        <w:rPr>
          <w:b w:val="0"/>
          <w:i w:val="0"/>
        </w:rPr>
        <w:t xml:space="preserve">“Những hiện tượng này không thể giải thích được, nhưng chúng </w:t>
      </w:r>
      <w:r>
        <w:rPr>
          <w:b w:val="0"/>
          <w:i/>
        </w:rPr>
        <w:t>có thật,</w:t>
      </w:r>
      <w:r>
        <w:rPr>
          <w:b w:val="0"/>
          <w:i w:val="0"/>
        </w:rPr>
        <w:t>” cô tiếp tục. “Chúng là những dị thường thực sự…và chúng làm suy yếu một cách căn bản đến mức mô hình ý thức hiện tại của chúng ta đến nỗi giờ đây chúng ta thấy mình đang ở ngã ba đường của sự hiểu biết về con người, một thời điểm mà một vòng tròn ngày càng mở rộng gồm những bộ óc lỗi lạc—các nhà thần kinh học, nhà vật lý, nhà sinh học và nhà triết học—không thấy lựa chọn nào khác ngoài việc chấp nhận cùng một sự thật gây sốc…đơn giản là, những quan điểm khoa học đã được thiết lập của chúng ta về cách tâm trí con người vận hành không còn phù hợp nữa. Đã đến lúc cần một mô hình mới. Đã đến lúc thừa nhận rằng chúng ta không biết câu trả lời cho một câu hỏi rất đơn giản: Những suy nghĩ, tài năng và ý tưởng của chúng ta đến từ đâu? Và đó, thưa các bạn, chính là chủ đề của buổi nói chuyện tối nay.”</w:t>
      </w:r>
    </w:p>
    <w:p>
      <w:pPr>
        <w:spacing w:after="80"/>
      </w:pPr>
      <w:r>
        <w:rPr>
          <w:b w:val="0"/>
          <w:i w:val="0"/>
        </w:rPr>
        <w:t>Chiếc taxi của Golěm rẽ qua góc phố cuối cùng hướng về Pháo đài Thánh giá, và phòng thí nghiệm hiện ra ở phía xa. Nhưng khi nhìn thấy những gì trước mắt, ông lập tức đập mạnh vào vách ngăn bằng thủy tinh hữu cơ. “</w:t>
      </w:r>
      <w:r>
        <w:rPr>
          <w:b w:val="0"/>
          <w:i/>
        </w:rPr>
        <w:t>Zastavte!</w:t>
      </w:r>
      <w:r>
        <w:rPr>
          <w:b w:val="0"/>
          <w:i w:val="0"/>
        </w:rPr>
        <w:t xml:space="preserve"> </w:t>
      </w:r>
      <w:r>
        <w:rPr>
          <w:b w:val="0"/>
          <w:i/>
        </w:rPr>
        <w:t>Zastavte!</w:t>
      </w:r>
      <w:r>
        <w:rPr>
          <w:b w:val="0"/>
          <w:i w:val="0"/>
        </w:rPr>
        <w:t>”</w:t>
      </w:r>
    </w:p>
    <w:p>
      <w:pPr>
        <w:spacing w:after="80"/>
      </w:pPr>
      <w:r>
        <w:rPr>
          <w:b w:val="0"/>
          <w:i w:val="0"/>
        </w:rPr>
        <w:t>Người tài xế phanh gấp dừng lại đột ngột.</w:t>
      </w:r>
    </w:p>
    <w:p>
      <w:pPr>
        <w:spacing w:after="80"/>
      </w:pPr>
      <w:r>
        <w:rPr>
          <w:b w:val="0"/>
          <w:i w:val="0"/>
        </w:rPr>
        <w:t xml:space="preserve">Golěm nghĩ rằng ông sẽ ở đây một mình, nhưng trước sự ngạc nhiên của ông, một chiếc xe sedan của ÚZSI đỗ trước tòa nhà. </w:t>
      </w:r>
      <w:r>
        <w:rPr>
          <w:b w:val="0"/>
          <w:i/>
        </w:rPr>
        <w:t>Không ai nên ở đây vào giờ này!</w:t>
      </w:r>
    </w:p>
    <w:p>
      <w:pPr>
        <w:spacing w:after="80"/>
      </w:pPr>
      <w:r>
        <w:rPr>
          <w:b w:val="0"/>
          <w:i w:val="0"/>
        </w:rPr>
        <w:t>Ông cho taxi đi và chậm rãi tiến đến pháo đài bằng chân, di chuyển kín đáo qua khu rừng bao quanh cơ sở. Khi đến gần hơn, ông thấy cửa ra vào tòa nhà đã bị đập vỡ. Tiền sảnh mở toang, sàn nhà rải rác đầy mảnh thủy tinh.</w:t>
      </w:r>
    </w:p>
    <w:p>
      <w:pPr>
        <w:spacing w:after="80"/>
      </w:pPr>
      <w:r>
        <w:rPr>
          <w:b w:val="0"/>
          <w:i w:val="0"/>
        </w:rPr>
        <w:t>ÚZSI có đột nhập vào phòng thí nghiệm của Gessner không?</w:t>
      </w:r>
    </w:p>
    <w:p>
      <w:pPr>
        <w:spacing w:after="80"/>
      </w:pPr>
      <w:r>
        <w:rPr>
          <w:b w:val="0"/>
          <w:i w:val="0"/>
        </w:rPr>
        <w:t xml:space="preserve">Nếu đúng vậy, Golěm chợt lo rằng hắn có thể gặp khó khăn trong việc lấy lại thứ mình đến để lấy. </w:t>
      </w:r>
      <w:r>
        <w:rPr>
          <w:b w:val="0"/>
          <w:i/>
        </w:rPr>
        <w:t>Không có nó, ta sẽ không thể giành được quyền truy cập vào Threshold.</w:t>
      </w:r>
    </w:p>
    <w:p>
      <w:pPr>
        <w:spacing w:after="80"/>
      </w:pPr>
      <w:r>
        <w:rPr>
          <w:b w:val="0"/>
          <w:i w:val="0"/>
        </w:rPr>
        <w:t>Golěm không thấy ai di chuyển bên trong sảnh chờ đổ nát, nhưng hắn nhận ra có chuyển động ở phía xa cuối sân. Cách đó bảy mươi lăm thước, một người đàn ông cao gầy mặc vest đang nhìn qua bức tường bao thấp và nói chuyện điện thoại.</w:t>
      </w:r>
    </w:p>
    <w:p>
      <w:pPr>
        <w:spacing w:after="80"/>
      </w:pPr>
      <w:r>
        <w:rPr>
          <w:b w:val="0"/>
          <w:i w:val="0"/>
        </w:rPr>
        <w:t>Một sĩ quan ÚZSI?</w:t>
      </w:r>
    </w:p>
    <w:p>
      <w:pPr>
        <w:spacing w:after="80"/>
      </w:pPr>
      <w:r>
        <w:rPr>
          <w:b w:val="0"/>
          <w:i w:val="0"/>
        </w:rPr>
        <w:t>Một trong những người liên lạc của Gessner?</w:t>
      </w:r>
    </w:p>
    <w:p>
      <w:pPr>
        <w:spacing w:after="80"/>
      </w:pPr>
      <w:r>
        <w:rPr>
          <w:b w:val="0"/>
          <w:i w:val="0"/>
        </w:rPr>
        <w:t>Dù là ai, sự hiện diện của hắn ở đây là một vấn đề…và cần phải được giải quyết.</w:t>
      </w:r>
    </w:p>
    <w:p>
      <w:pPr>
        <w:pStyle w:val="Heading1"/>
      </w:pPr>
      <w:r>
        <w:rPr>
          <w:rFonts w:ascii="Calibri" w:hAnsi="Calibri"/>
          <w:b/>
          <w:i w:val="0"/>
          <w:sz w:val="40"/>
        </w:rPr>
        <w:t>Chương 26</w:t>
      </w:r>
    </w:p>
    <w:p>
      <w:pPr>
        <w:spacing w:after="80"/>
      </w:pPr>
      <w:r>
        <w:rPr>
          <w:b w:val="0"/>
          <w:i w:val="0"/>
        </w:rPr>
        <w:t>Ở phía xa cuối sân của Pháo đài Thánh giá, Đại úy Janáček kết thúc các cuộc gọi điện thoại và nhìn qua bức tường đá bao thấp xuống vực sâu bên dưới. Kỳ lạ thay, trong khoảnh khắc này, ông cảm thấy mình hoàn toàn sống động. Dù là do tầm nhìn nguy hiểm xuống dưới hay những sự kiện buổi sáng khiến ông thấy phấn khích đến vậy thì cũng không thực sự quan trọng.</w:t>
      </w:r>
    </w:p>
    <w:p>
      <w:pPr>
        <w:spacing w:after="80"/>
      </w:pPr>
      <w:r>
        <w:rPr>
          <w:b w:val="0"/>
          <w:i w:val="0"/>
        </w:rPr>
        <w:t>Đúng là một ngày tốt lành.</w:t>
      </w:r>
    </w:p>
    <w:p>
      <w:pPr>
        <w:spacing w:after="80"/>
      </w:pPr>
      <w:r>
        <w:rPr>
          <w:b w:val="0"/>
          <w:i w:val="0"/>
        </w:rPr>
        <w:t>Những năm tháng trong ngành thực thi pháp luật của ông ngày càng trở nên bực bội khi Prague bị du khách tràn ngập. Ai cũng đòi hỏi một thành phố an toàn, và Janáček làm những gì ông có thể, nhưng ông liên tục bị khiển trách—hoặc vì thiếu kết quả, hoặc vì quá mạnh tay.</w:t>
      </w:r>
    </w:p>
    <w:p>
      <w:pPr>
        <w:spacing w:after="80"/>
      </w:pPr>
      <w:r>
        <w:rPr>
          <w:b w:val="0"/>
          <w:i/>
        </w:rPr>
        <w:t>Chọn một trong hai,</w:t>
      </w:r>
      <w:r>
        <w:rPr>
          <w:b w:val="0"/>
          <w:i w:val="0"/>
        </w:rPr>
        <w:t xml:space="preserve"> Janáček lập luận. </w:t>
      </w:r>
      <w:r>
        <w:rPr>
          <w:b w:val="0"/>
          <w:i/>
        </w:rPr>
        <w:t>Hoặc là cai trị bằng sắt đá. Hoặc là hỗn loạn.</w:t>
      </w:r>
    </w:p>
    <w:p>
      <w:pPr>
        <w:spacing w:after="80"/>
      </w:pPr>
      <w:r>
        <w:rPr>
          <w:b w:val="0"/>
          <w:i w:val="0"/>
        </w:rPr>
        <w:t>Ông đã bị bỏ qua nhiều lần cho vị trí giám đốc tại ÚZSI sau cách ông xử lý một nhóm sinh viên đại học Mỹ nhậu nhẹt vài năm trước. Khi bị Janáček đối chất, lũ trẻ đã chống đối—say xỉn, ngang ngược và hung hăng. Ghê tởm, Janáček tống chúng vào tù qua đêm, quyết tâm dạy chúng một bài học.</w:t>
      </w:r>
    </w:p>
    <w:p>
      <w:pPr>
        <w:spacing w:after="80"/>
      </w:pPr>
      <w:r>
        <w:rPr>
          <w:b w:val="0"/>
          <w:i w:val="0"/>
        </w:rPr>
        <w:t>Như vận rủi sắp đặt, một trong những cậu bé là con trai của một thượng nghị sĩ Mỹ, người này ngay lập tức gọi điện giận dữ đến đại sứ quán Mỹ. Lũ trẻ được thả ngay tại chỗ, và một vụ kiện ngay lập tức được đệ trình chống lại Janáček vì “dùng vũ lực quá mức” và “tổn thương tinh thần.”</w:t>
      </w:r>
    </w:p>
    <w:p>
      <w:pPr>
        <w:spacing w:after="80"/>
      </w:pPr>
      <w:r>
        <w:rPr>
          <w:b w:val="0"/>
          <w:i w:val="0"/>
        </w:rPr>
        <w:t>Janáček chưa bao giờ phục hồi được về mặt sự nghiệp.</w:t>
      </w:r>
    </w:p>
    <w:p>
      <w:pPr>
        <w:spacing w:after="80"/>
      </w:pPr>
      <w:r>
        <w:rPr>
          <w:b w:val="0"/>
          <w:i w:val="0"/>
        </w:rPr>
        <w:t>Hôm nay ta sẽ cho người Mỹ thấy ai mới là người nắm quyền kiểm soát.</w:t>
      </w:r>
    </w:p>
    <w:p>
      <w:pPr>
        <w:spacing w:after="80"/>
      </w:pPr>
      <w:r>
        <w:rPr>
          <w:b w:val="0"/>
          <w:i w:val="0"/>
        </w:rPr>
        <w:t>Đội phá dỡ vừa xác nhận họ sắp đến, và Janáček đã sắp xếp một cuộc họp báo trong một giờ nữa. Ông đã có thể hình dung ra những bức ảnh chụp chính mình áp giải một giáo sư Harvard nổi tiếng và một nhà khoa học hàng đầu người Mỹ ra khỏi Pháo đài Thánh giá—cả hai đều bị còng tay.</w:t>
      </w:r>
    </w:p>
    <w:p>
      <w:pPr>
        <w:spacing w:after="80"/>
      </w:pPr>
      <w:r>
        <w:rPr>
          <w:b w:val="0"/>
          <w:i/>
        </w:rPr>
        <w:t>Hai người Mỹ này hôm nay đã đặt mạng sống vào vòng nguy hiểm,</w:t>
      </w:r>
      <w:r>
        <w:rPr>
          <w:b w:val="0"/>
          <w:i w:val="0"/>
        </w:rPr>
        <w:t xml:space="preserve"> ông ta sẽ tuyên bố một cách nghiêm nghị. </w:t>
      </w:r>
      <w:r>
        <w:rPr>
          <w:b w:val="0"/>
          <w:i/>
        </w:rPr>
        <w:t>Tất cả chỉ nhân danh việc tìm kiếm sự chú ý cho một cuốn sách.</w:t>
      </w:r>
    </w:p>
    <w:p>
      <w:pPr>
        <w:spacing w:after="80"/>
      </w:pPr>
      <w:r>
        <w:rPr>
          <w:b w:val="0"/>
          <w:i w:val="0"/>
        </w:rPr>
        <w:t xml:space="preserve">Phải thừa nhận rằng, những cáo buộc của Janáček không </w:t>
      </w:r>
      <w:r>
        <w:rPr>
          <w:b w:val="0"/>
          <w:i/>
        </w:rPr>
        <w:t>hoàn toàn</w:t>
      </w:r>
      <w:r>
        <w:rPr>
          <w:b w:val="0"/>
          <w:i w:val="0"/>
        </w:rPr>
        <w:t xml:space="preserve"> trung thực, nhưng ông ta tin chắc rằng lời nói dối của mình sẽ mãi được che giấu. Cháu trai ông ta, Pavel, đã giúp che dấu vết của Janáček. ÚZSI là một tình huynh đệ, và người ta hiểu rằng trong lĩnh vực thực thi pháp luật, đôi khi người ta phải bẻ cong luật lệ để có thể thực thi chúng, đặc biệt là khi đối mặt với ảnh hưởng đáng sợ của đại sứ quán Hoa Kỳ tại đất nước này.</w:t>
      </w:r>
    </w:p>
    <w:p>
      <w:pPr>
        <w:spacing w:after="80"/>
      </w:pPr>
      <w:r>
        <w:rPr>
          <w:b w:val="0"/>
          <w:i w:val="0"/>
        </w:rPr>
        <w:t>Khi Janáček đang tận hưởng niềm vui sắp được minh oan, điện thoại của ông ta bắt đầu reo.</w:t>
      </w:r>
    </w:p>
    <w:p>
      <w:pPr>
        <w:spacing w:after="80"/>
      </w:pPr>
      <w:r>
        <w:rPr>
          <w:b w:val="0"/>
          <w:i w:val="0"/>
        </w:rPr>
        <w:t>Khi nhìn thấy số người gọi, ông ta nở một nụ cười tự tin.</w:t>
      </w:r>
    </w:p>
    <w:p>
      <w:pPr>
        <w:spacing w:after="80"/>
      </w:pPr>
      <w:r>
        <w:rPr>
          <w:b w:val="0"/>
          <w:i/>
        </w:rPr>
        <w:t>Nhắc Tào Tháo, Tào Tháo đến.</w:t>
      </w:r>
      <w:r>
        <w:rPr>
          <w:b w:val="0"/>
          <w:i w:val="0"/>
        </w:rPr>
        <w:t xml:space="preserve"> Janáček đã đụng độ với người phụ nữ này nhiều lần và luôn thua trong những cuộc chiến của họ. </w:t>
      </w:r>
      <w:r>
        <w:rPr>
          <w:b w:val="0"/>
          <w:i/>
        </w:rPr>
        <w:t>Không phải hôm nay.</w:t>
      </w:r>
    </w:p>
    <w:p>
      <w:pPr>
        <w:spacing w:after="80"/>
      </w:pPr>
      <w:r>
        <w:rPr>
          <w:b w:val="0"/>
          <w:i w:val="0"/>
        </w:rPr>
        <w:t>"Thưa bà Đại sứ," Janáček trả lời. "Lúc nào cũng là một vinh dự." Ông ta không buồn giấu vẻ mỉa mai của mình với nhà ngoại giao người Mỹ.</w:t>
      </w:r>
    </w:p>
    <w:p>
      <w:pPr>
        <w:spacing w:after="80"/>
      </w:pPr>
      <w:r>
        <w:rPr>
          <w:b w:val="0"/>
          <w:i w:val="0"/>
        </w:rPr>
        <w:t>"Đại úy Janáček," vị đại sứ nói. "Ông đang ở Pháo đài Thánh Giá phải không?"</w:t>
      </w:r>
    </w:p>
    <w:p>
      <w:pPr>
        <w:spacing w:after="80"/>
      </w:pPr>
      <w:r>
        <w:rPr>
          <w:b w:val="0"/>
          <w:i w:val="0"/>
        </w:rPr>
        <w:t>"Đúng vậy," Janáček nói một cách kiêu ngạo. "Tôi đang chờ một đội phá dỡ và dự định sẽ bắt giữ ít nhất một người Mỹ."</w:t>
      </w:r>
    </w:p>
    <w:p>
      <w:pPr>
        <w:spacing w:after="80"/>
      </w:pPr>
      <w:r>
        <w:rPr>
          <w:b w:val="0"/>
          <w:i w:val="0"/>
        </w:rPr>
        <w:t>"Tùy viên Harris đang ở đây với tôi," vị đại sứ nói, giọng đầy uy lực, "và anh ấy tin chắc rằng không có cách nào Katherine Solomon hay Robert Langdon có liên quan gì đến việc đặt bom."</w:t>
      </w:r>
    </w:p>
    <w:p>
      <w:pPr>
        <w:spacing w:after="80"/>
      </w:pPr>
      <w:r>
        <w:rPr>
          <w:b w:val="0"/>
          <w:i w:val="0"/>
        </w:rPr>
        <w:t>"Vậy tại sao cô Solomon lại chống cự bị bắt?"</w:t>
      </w:r>
    </w:p>
    <w:p>
      <w:pPr>
        <w:spacing w:after="80"/>
      </w:pPr>
      <w:r>
        <w:rPr>
          <w:b w:val="0"/>
          <w:i w:val="0"/>
        </w:rPr>
        <w:t>"Đại úy Janáček, tôi sẽ nói điều này chỉ một lần. Tình huống này có những phức tạp mà ông không hề hay biết—"</w:t>
      </w:r>
    </w:p>
    <w:p>
      <w:pPr>
        <w:spacing w:after="80"/>
      </w:pPr>
      <w:r>
        <w:rPr>
          <w:b w:val="0"/>
          <w:i w:val="0"/>
        </w:rPr>
        <w:t xml:space="preserve">"Phức tạp Mỹ của bà thì kệ xác bà, thưa bà Đại sứ! Điều tôi </w:t>
      </w:r>
      <w:r>
        <w:rPr>
          <w:b w:val="0"/>
          <w:i/>
        </w:rPr>
        <w:t>biết</w:t>
      </w:r>
      <w:r>
        <w:rPr>
          <w:b w:val="0"/>
          <w:i w:val="0"/>
        </w:rPr>
        <w:t xml:space="preserve"> là </w:t>
      </w:r>
      <w:r>
        <w:rPr>
          <w:b w:val="0"/>
          <w:i/>
        </w:rPr>
        <w:t>bà</w:t>
      </w:r>
      <w:r>
        <w:rPr>
          <w:b w:val="0"/>
          <w:i w:val="0"/>
        </w:rPr>
        <w:t xml:space="preserve"> không có thẩm quyền tại Pháo đài Thánh Giá, và bà không thể làm gì để ngăn tôi bước vào—"</w:t>
      </w:r>
    </w:p>
    <w:p>
      <w:pPr>
        <w:spacing w:after="80"/>
      </w:pPr>
      <w:r>
        <w:rPr>
          <w:b w:val="0"/>
          <w:i/>
        </w:rPr>
        <w:t>"A DOST!"</w:t>
      </w:r>
      <w:r>
        <w:rPr>
          <w:b w:val="0"/>
          <w:i w:val="0"/>
        </w:rPr>
        <w:t xml:space="preserve"> vị đại sứ bùng nổ, tiếng bà thốt ra bằng tiếng Séc khiến Janáček giật mình.</w:t>
      </w:r>
    </w:p>
    <w:p>
      <w:pPr>
        <w:spacing w:after="80"/>
      </w:pPr>
      <w:r>
        <w:rPr>
          <w:b w:val="0"/>
          <w:i w:val="0"/>
        </w:rPr>
        <w:t>Sau khi đã khiến ông ta im lặng, vị đại sứ tiếp tục bằng một giọng thì thầm dữ dội.</w:t>
      </w:r>
    </w:p>
    <w:p>
      <w:pPr>
        <w:spacing w:after="80"/>
      </w:pPr>
      <w:r>
        <w:rPr>
          <w:b w:val="0"/>
          <w:i w:val="0"/>
        </w:rPr>
        <w:t>Bà nói sáu từ…và chỉ sáu từ mà thôi.</w:t>
      </w:r>
    </w:p>
    <w:p>
      <w:pPr>
        <w:spacing w:after="80"/>
      </w:pPr>
      <w:r>
        <w:rPr>
          <w:b w:val="0"/>
          <w:i w:val="0"/>
        </w:rPr>
        <w:t>Janáček cảm thấy như bị một chiếc xe tải đâm trúng.</w:t>
      </w:r>
    </w:p>
    <w:p>
      <w:pPr>
        <w:spacing w:after="80"/>
      </w:pPr>
      <w:r>
        <w:rPr>
          <w:b w:val="0"/>
          <w:i w:val="0"/>
        </w:rPr>
        <w:t>Ngay khoảnh khắc đó, mọi thứ đều thay đổi.</w:t>
      </w:r>
    </w:p>
    <w:p>
      <w:pPr>
        <w:pStyle w:val="Heading1"/>
      </w:pPr>
      <w:r>
        <w:rPr>
          <w:rFonts w:ascii="Calibri" w:hAnsi="Calibri"/>
          <w:b/>
          <w:i w:val="0"/>
          <w:sz w:val="40"/>
        </w:rPr>
        <w:t>Chương 27</w:t>
      </w:r>
    </w:p>
    <w:p>
      <w:pPr>
        <w:spacing w:after="80"/>
      </w:pPr>
      <w:r>
        <w:rPr>
          <w:b w:val="0"/>
          <w:i w:val="0"/>
        </w:rPr>
        <w:t>Khi thang máy chậm dần rồi dừng lại ở tầng dưới, mạch đập của Langdon đã đua nhanh từ lâu, một phần vì khoang thang chật hẹp, nhưng phần lớn là do nỗi lo ngày càng lớn về việc tìm ra Katherine.</w:t>
      </w:r>
    </w:p>
    <w:p>
      <w:pPr>
        <w:spacing w:after="80"/>
      </w:pPr>
      <w:r>
        <w:rPr>
          <w:b w:val="0"/>
          <w:i w:val="0"/>
        </w:rPr>
        <w:t>Cô ấy phải ở đâu đó quanh đây…</w:t>
      </w:r>
    </w:p>
    <w:p>
      <w:pPr>
        <w:spacing w:after="80"/>
      </w:pPr>
      <w:r>
        <w:rPr>
          <w:b w:val="0"/>
          <w:i w:val="0"/>
        </w:rPr>
        <w:t>Khi cửa mở ra, Langdon thấy mình đang ở trong một hành lang dài với những bức tường đá thô ráp trông như của một pháo đài tám trăm năm tuổi, mà thực tế đúng là như vậy. Tương phản rõ rệt, sàn hành lang là một tấm lát hình xương cá thanh lịch bằng gỗ cứng nhuộm màu, trải dài từ thang máy, được chiếu sáng bởi những đèn âm trần đặt cách đều nhau, mờ dịu một cách tinh tế.</w:t>
      </w:r>
    </w:p>
    <w:p>
      <w:pPr>
        <w:spacing w:after="80"/>
      </w:pPr>
      <w:r>
        <w:rPr>
          <w:b w:val="0"/>
          <w:i w:val="0"/>
        </w:rPr>
        <w:t>“Katherine?” Langdon gọi khẽ, bước ra khỏi chiếc thang máy chật chội, mắt dần quen với ánh sáng dịu.</w:t>
      </w:r>
    </w:p>
    <w:p>
      <w:pPr>
        <w:spacing w:after="80"/>
      </w:pPr>
      <w:r>
        <w:rPr>
          <w:b w:val="0"/>
          <w:i w:val="0"/>
        </w:rPr>
        <w:t>Khi cửa đóng lại sau lưng, anh nhìn dọc hành lang và thấy năm ô cửa gỗ thanh lịch, xếp cách nhau dọc theo bức tường bên phải, mỗi ô được bao quanh bởi khung cửa đá hình vòm. Phòng thí nghiệm này trông không giống một cơ sở khoa học thần kinh cho lắm, mà giống một khách sạn boutique xa hoa hơn.</w:t>
      </w:r>
    </w:p>
    <w:p>
      <w:pPr>
        <w:spacing w:after="80"/>
      </w:pPr>
      <w:r>
        <w:rPr>
          <w:b w:val="0"/>
          <w:i w:val="0"/>
        </w:rPr>
        <w:t>“Tiến sĩ Gessner?!” anh gọi, cảm thấy chắc chắn rằng giờ đây Trung úy Pavel không thể nào nghe thấy anh ở trên lầu.</w:t>
      </w:r>
    </w:p>
    <w:p>
      <w:pPr>
        <w:spacing w:after="80"/>
      </w:pPr>
      <w:r>
        <w:rPr>
          <w:b w:val="0"/>
          <w:i w:val="0"/>
        </w:rPr>
        <w:t>Cánh cửa đầu tiên Langdon đến mở vào một dãy phòng làm việc rộng rãi, thanh lịch với tường đá, thảm dày mượt và những tủ cao. Trên bàn đặt hai máy tính, một điện thoại bàn và một đống giấy tờ. Rõ ràng đây là nơi Gessner làm công việc thực sự của mình.</w:t>
      </w:r>
    </w:p>
    <w:p>
      <w:pPr>
        <w:spacing w:after="80"/>
      </w:pPr>
      <w:r>
        <w:rPr>
          <w:b w:val="0"/>
          <w:i w:val="0"/>
        </w:rPr>
        <w:t xml:space="preserve">“Có ai không?” anh gọi, nhìn vào một văn phòng liền kề—một không gian nhỏ hơn với chiếc bàn được trang trí bằng ảnh và một chậu cây giả, cùng một bình nước màu hồng đỏ có viết dòng chữ </w:t>
      </w:r>
      <w:r>
        <w:rPr>
          <w:b w:val="0"/>
          <w:i/>
        </w:rPr>
        <w:t>Пей воду!</w:t>
      </w:r>
      <w:r>
        <w:rPr>
          <w:b w:val="0"/>
          <w:i w:val="0"/>
        </w:rPr>
        <w:t xml:space="preserve"> Langdon không hiểu nó nghĩa là gì, nhưng anh nhận ra bảng chữ cái Kirin và nhớ lại Gessner nói rằng trợ lý phòng thí nghiệm của cô là người Nga.</w:t>
      </w:r>
    </w:p>
    <w:p>
      <w:pPr>
        <w:spacing w:after="80"/>
      </w:pPr>
      <w:r>
        <w:rPr>
          <w:b w:val="0"/>
          <w:i w:val="0"/>
        </w:rPr>
        <w:t>Bước ra khỏi văn phòng của trợ lý, Langdon đi dọc hành lang đến cánh cửa tiếp theo, trên đó có một biểu tượng mà anh không nhận ra ngay.</w:t>
      </w:r>
    </w:p>
    <w:p>
      <w:pPr>
        <w:jc w:val="center"/>
      </w:pPr>
      <w:r>
        <w:drawing>
          <wp:inline xmlns:a="http://schemas.openxmlformats.org/drawingml/2006/main" xmlns:pic="http://schemas.openxmlformats.org/drawingml/2006/picture">
            <wp:extent cx="5486400" cy="851533"/>
            <wp:docPr id="23" name="Picture 23"/>
            <wp:cNvGraphicFramePr>
              <a:graphicFrameLocks noChangeAspect="1"/>
            </wp:cNvGraphicFramePr>
            <a:graphic>
              <a:graphicData uri="http://schemas.openxmlformats.org/drawingml/2006/picture">
                <pic:pic>
                  <pic:nvPicPr>
                    <pic:cNvPr id="0" name="image_rsrc8XS.jpg"/>
                    <pic:cNvPicPr/>
                  </pic:nvPicPr>
                  <pic:blipFill>
                    <a:blip r:embed="rId20"/>
                    <a:stretch>
                      <a:fillRect/>
                    </a:stretch>
                  </pic:blipFill>
                  <pic:spPr>
                    <a:xfrm>
                      <a:off x="0" y="0"/>
                      <a:ext cx="5486400" cy="851533"/>
                    </a:xfrm>
                    <a:prstGeom prst="rect"/>
                  </pic:spPr>
                </pic:pic>
              </a:graphicData>
            </a:graphic>
          </wp:inline>
        </w:drawing>
      </w:r>
    </w:p>
    <w:p>
      <w:pPr>
        <w:spacing w:after="80"/>
      </w:pPr>
      <w:r>
        <w:rPr>
          <w:b w:val="0"/>
          <w:i w:val="0"/>
        </w:rPr>
        <w:t>Trong một thoáng, anh tưởng đó là một biến thể của circumpunct—biểu tượng cổ xưa gồm một vòng tròn với chấm ở giữa. Nó cũng trông mơ hồ giống logo của đội khúc côn cầu Philadelphia Flyers. Tuy nhiên, một lát sau, anh nhận ra đó thực ra là một biểu tượng tượng hình hiện đại mô tả một người nằm ngửa được đưa vào một ống lớn.</w:t>
      </w:r>
    </w:p>
    <w:p>
      <w:pPr>
        <w:spacing w:after="80"/>
      </w:pPr>
      <w:r>
        <w:rPr>
          <w:b w:val="0"/>
          <w:i/>
        </w:rPr>
        <w:t>Phòng chụp hình ảnh,</w:t>
      </w:r>
      <w:r>
        <w:rPr>
          <w:b w:val="0"/>
          <w:i w:val="0"/>
        </w:rPr>
        <w:t xml:space="preserve"> Langdon nhận ra, gõ mạnh lên cửa.</w:t>
      </w:r>
    </w:p>
    <w:p>
      <w:pPr>
        <w:spacing w:after="80"/>
      </w:pPr>
      <w:r>
        <w:rPr>
          <w:b w:val="0"/>
          <w:i w:val="0"/>
        </w:rPr>
        <w:t>Im lặng.</w:t>
      </w:r>
    </w:p>
    <w:p>
      <w:pPr>
        <w:spacing w:after="80"/>
      </w:pPr>
      <w:r>
        <w:rPr>
          <w:b w:val="0"/>
          <w:i w:val="0"/>
        </w:rPr>
        <w:t>“Katherine? Em có ở đây không?” anh gọi khẽ.</w:t>
      </w:r>
    </w:p>
    <w:p>
      <w:pPr>
        <w:spacing w:after="80"/>
      </w:pPr>
      <w:r>
        <w:rPr>
          <w:b w:val="0"/>
          <w:i w:val="0"/>
        </w:rPr>
        <w:t>Anh đẩy và cửa mở ra. Đèn phòng bật sáng tự động, để lộ một trạm điều khiển tinh vi nhìn ra hai cỗ máy chụp hình ảnh khổng lồ—một máy chụp cắt lớp CAT và một máy MRI—cả hai đều không có người trực.</w:t>
      </w:r>
    </w:p>
    <w:p>
      <w:pPr>
        <w:spacing w:after="80"/>
      </w:pPr>
      <w:r>
        <w:rPr>
          <w:b w:val="0"/>
          <w:i w:val="0"/>
        </w:rPr>
        <w:t>Langdon lùi ra khỏi phòng và tiếp tục đi dọc hành lang đến cánh cửa thứ ba. Tấm biển ở đây khiến anh chợt thấy hy vọng.</w:t>
      </w:r>
    </w:p>
    <w:p>
      <w:pPr>
        <w:spacing w:after="80"/>
      </w:pPr>
      <w:r>
        <w:rPr>
          <w:b w:val="0"/>
          <w:i w:val="0"/>
        </w:rPr>
        <w:t>Thực tế ảo</w:t>
      </w:r>
    </w:p>
    <w:p>
      <w:pPr>
        <w:spacing w:after="80"/>
      </w:pPr>
      <w:r>
        <w:rPr>
          <w:b w:val="0"/>
          <w:i w:val="0"/>
        </w:rPr>
        <w:t>Gessner đã từng nhắc đến công việc của cô với VR, và giờ Langdon tự hỏi liệu có phải hai người phụ nữ đang ở bên trong, mải mê với một buổi trải nghiệm VR đa giác quan nào đó, và không nghe thấy tiếng chuông liên lạc.</w:t>
      </w:r>
    </w:p>
    <w:p>
      <w:pPr>
        <w:spacing w:after="80"/>
      </w:pPr>
      <w:r>
        <w:rPr>
          <w:b w:val="0"/>
          <w:i w:val="0"/>
        </w:rPr>
        <w:t xml:space="preserve">Trải nghiệm VR duy nhất của Langdon từng vô cùng bất an. Một sinh viên đã thuyết phục anh thử một mô phỏng leo núi tên là </w:t>
      </w:r>
      <w:r>
        <w:rPr>
          <w:b w:val="0"/>
          <w:i/>
        </w:rPr>
        <w:t>The Climb,</w:t>
      </w:r>
      <w:r>
        <w:rPr>
          <w:b w:val="0"/>
          <w:i w:val="0"/>
        </w:rPr>
        <w:t xml:space="preserve"> và khi Langdon đeo tai nghe VR vào, anh lập tức thấy mình đang bám chênh vênh trên một gờ đá mỏng, cách mặt đất hàng nghìn feet. Dù biết mình đang đứng an toàn trên mặt phẳng, Langdon vẫn tê liệt vì sợ hãi, trọng tâm cơ thể bị đảo lộn nghiêm trọng, và anh không thể bước nổi một bước. Đáng kinh ngạc thay, thực tế </w:t>
      </w:r>
      <w:r>
        <w:rPr>
          <w:b w:val="0"/>
          <w:i/>
        </w:rPr>
        <w:t>ảo</w:t>
      </w:r>
      <w:r>
        <w:rPr>
          <w:b w:val="0"/>
          <w:i w:val="0"/>
        </w:rPr>
        <w:t xml:space="preserve"> lại thuyết phục hơn cả thực tế </w:t>
      </w:r>
      <w:r>
        <w:rPr>
          <w:b w:val="0"/>
          <w:i/>
        </w:rPr>
        <w:t>thật</w:t>
      </w:r>
      <w:r>
        <w:rPr>
          <w:b w:val="0"/>
          <w:i w:val="0"/>
        </w:rPr>
        <w:t xml:space="preserve"> mà não anh biết là đúng.</w:t>
      </w:r>
    </w:p>
    <w:p>
      <w:pPr>
        <w:spacing w:after="80"/>
      </w:pPr>
      <w:r>
        <w:rPr>
          <w:b w:val="0"/>
          <w:i/>
        </w:rPr>
        <w:t>Không bao giờ nữa,</w:t>
      </w:r>
      <w:r>
        <w:rPr>
          <w:b w:val="0"/>
          <w:i w:val="0"/>
        </w:rPr>
        <w:t xml:space="preserve"> anh nghĩ, gõ mạnh vào cửa phòng VR khi đẩy nó ra.</w:t>
      </w:r>
    </w:p>
    <w:p>
      <w:pPr>
        <w:spacing w:after="80"/>
      </w:pPr>
      <w:r>
        <w:rPr>
          <w:b w:val="0"/>
          <w:i w:val="0"/>
        </w:rPr>
        <w:t>"Katherine?" anh gọi khi bước vào. "Tiến sĩ Gessner?"</w:t>
      </w:r>
    </w:p>
    <w:p>
      <w:pPr>
        <w:spacing w:after="80"/>
      </w:pPr>
      <w:r>
        <w:rPr>
          <w:b w:val="0"/>
          <w:i w:val="0"/>
        </w:rPr>
        <w:t>Không gian phía sau là một căn phòng nhỏ trải thảm với tường đá và một chiếc ghế tựa đơn đứng giữa phòng. Nó trông như một rạp hát tại gia một chỗ ngồi mà không có màn hình. Trên lưng ghế treo một chiếc kính bảo hộ cồng kềnh gắn trên đầu với dây cáp nối vào.</w:t>
      </w:r>
    </w:p>
    <w:p>
      <w:pPr>
        <w:spacing w:after="80"/>
      </w:pPr>
      <w:r>
        <w:rPr>
          <w:b w:val="0"/>
          <w:i/>
        </w:rPr>
        <w:t>Chỗ này thật rợn người,</w:t>
      </w:r>
      <w:r>
        <w:rPr>
          <w:b w:val="0"/>
          <w:i w:val="0"/>
        </w:rPr>
        <w:t xml:space="preserve"> Langdon nghĩ. </w:t>
      </w:r>
      <w:r>
        <w:rPr>
          <w:b w:val="0"/>
          <w:i/>
        </w:rPr>
        <w:t>Và Katherine không có ở đây.</w:t>
      </w:r>
    </w:p>
    <w:p>
      <w:pPr>
        <w:spacing w:after="80"/>
      </w:pPr>
      <w:r>
        <w:rPr>
          <w:b w:val="0"/>
          <w:i w:val="0"/>
        </w:rPr>
        <w:t>Anh nhanh chóng rời khỏi phòng VR và đi thêm vài bước dọc hành lang, đi ngang qua một nhà vệ sinh được trang bị bồn rửa mắt khẩn cấp và một buồng tắm đứng. Trống không.</w:t>
      </w:r>
    </w:p>
    <w:p>
      <w:pPr>
        <w:spacing w:after="80"/>
      </w:pPr>
      <w:r>
        <w:rPr>
          <w:b w:val="0"/>
          <w:i w:val="0"/>
        </w:rPr>
        <w:t>Đi tiếp, Langdon đến cánh cửa mà giờ anh nhận ra là cánh cửa cuối cùng của phòng thí nghiệm. Tấm biển ghi:</w:t>
      </w:r>
    </w:p>
    <w:p>
      <w:pPr>
        <w:spacing w:after="80"/>
      </w:pPr>
      <w:r>
        <w:rPr>
          <w:b w:val="0"/>
          <w:i w:val="0"/>
        </w:rPr>
        <w:t>Techvelopment</w:t>
      </w:r>
    </w:p>
    <w:p>
      <w:pPr>
        <w:spacing w:after="80"/>
      </w:pPr>
      <w:r>
        <w:rPr>
          <w:b w:val="0"/>
          <w:i w:val="0"/>
        </w:rPr>
        <w:t>Thuật ngữ mới thời thượng này, phổ biến trong giới khởi nghiệp công nghệ trẻ, là thứ Langdon chỉ biết đến vì Jonas Faukman từng chế giễu nó là một "sự kết hợp thừa thãi," cho rằng những người trẻ thiếu sức để đánh vần "technological development" thì không nên được trao hàng triệu đô để phát triển bất cứ thứ gì.</w:t>
      </w:r>
    </w:p>
    <w:p>
      <w:pPr>
        <w:spacing w:after="80"/>
      </w:pPr>
      <w:r>
        <w:rPr>
          <w:b w:val="0"/>
          <w:i w:val="0"/>
        </w:rPr>
        <w:t>Langdon gõ nhẹ và đẩy cửa ra.</w:t>
      </w:r>
    </w:p>
    <w:p>
      <w:pPr>
        <w:spacing w:after="80"/>
      </w:pPr>
      <w:r>
        <w:rPr>
          <w:b w:val="0"/>
          <w:i/>
        </w:rPr>
        <w:t>Cơ hội cuối cùng,</w:t>
      </w:r>
      <w:r>
        <w:rPr>
          <w:b w:val="0"/>
          <w:i w:val="0"/>
        </w:rPr>
        <w:t xml:space="preserve"> anh nghĩ, thầm mong Katherine đang ở phía bên kia.</w:t>
      </w:r>
    </w:p>
    <w:p>
      <w:pPr>
        <w:spacing w:after="80"/>
      </w:pPr>
      <w:r>
        <w:rPr>
          <w:b w:val="0"/>
          <w:i w:val="0"/>
        </w:rPr>
        <w:t>Khi cánh cửa mở vào, Langdon thoáng chốc bị chói mắt. Căn phòng sáng rực…và ồn ào. Những bóng đèn huỳnh quang gay gắt kêu vo vo trên nền gạch trắng, quạt công nghiệp gầm rú, và tiếng bíp không ngừng xé toạc không khí như một loại chuông cảnh báo nào đó. Langdon lập tức căng thẳng.</w:t>
      </w:r>
    </w:p>
    <w:p>
      <w:pPr>
        <w:spacing w:after="80"/>
      </w:pPr>
      <w:r>
        <w:rPr>
          <w:b w:val="0"/>
          <w:i w:val="0"/>
        </w:rPr>
        <w:t>"Xin chào?" anh hét lên át tiếng ồn. "Katherine?!"</w:t>
      </w:r>
    </w:p>
    <w:p>
      <w:pPr>
        <w:spacing w:after="80"/>
      </w:pPr>
      <w:r>
        <w:rPr>
          <w:b w:val="0"/>
          <w:i w:val="0"/>
        </w:rPr>
        <w:t>Bước vào trong, anh thấy một mê cung gồm đủ loại bàn làm việc ngổn ngang thiết bị điện tử, dụng cụ, linh kiện và bản vẽ, tất cả khiến Langdon có cảm giác như mình vừa bước vào hang ổ của một nhà khoa học điên nào đó. Phía sau những quầy hàng bừa bộn, ở cuối căn phòng, là một giá thiết bị cồng kềnh trông như sự lai tạp kỳ cục giữa một chiếc máy tính mainframe cổ lỗ và một máy phát điện công nghiệp. Quạt tản nhiệt kêu vo vo từ thiết bị ấy, cùng với tiếng bíp to và không ngớt.</w:t>
      </w:r>
    </w:p>
    <w:p>
      <w:pPr>
        <w:spacing w:after="80"/>
      </w:pPr>
      <w:r>
        <w:rPr>
          <w:b w:val="0"/>
          <w:i w:val="0"/>
        </w:rPr>
        <w:t xml:space="preserve">“Có </w:t>
      </w:r>
      <w:r>
        <w:rPr>
          <w:b w:val="0"/>
          <w:i/>
        </w:rPr>
        <w:t>ai</w:t>
      </w:r>
      <w:r>
        <w:rPr>
          <w:b w:val="0"/>
          <w:i w:val="0"/>
        </w:rPr>
        <w:t xml:space="preserve"> ở đây không?” anh hét lên giữa cơn hỗn loạn.</w:t>
      </w:r>
    </w:p>
    <w:p>
      <w:pPr>
        <w:spacing w:after="80"/>
      </w:pPr>
      <w:r>
        <w:rPr>
          <w:b w:val="0"/>
          <w:i w:val="0"/>
        </w:rPr>
        <w:t>Langdon tiến về phía cỗ máy, để ý thấy những bó ống và dây điện dày cộm thò ra từ hông nó rồi uốn lượn khắp sàn tới một thiết bị thứ hai—một cái hộp thon dài, thấp lè tè làm bằng nhựa trong hoặc thủy tinh. Bên dưới nắp trong suốt của nó, phần bên trong tỏa ra một thứ ánh sáng dịu nhẹ.</w:t>
      </w:r>
    </w:p>
    <w:p>
      <w:pPr>
        <w:spacing w:after="80"/>
      </w:pPr>
      <w:r>
        <w:rPr>
          <w:b w:val="0"/>
          <w:i w:val="0"/>
        </w:rPr>
        <w:t>Cái quái gì thế này?</w:t>
      </w:r>
    </w:p>
    <w:p>
      <w:pPr>
        <w:spacing w:after="80"/>
      </w:pPr>
      <w:r>
        <w:rPr>
          <w:b w:val="0"/>
          <w:i w:val="0"/>
        </w:rPr>
        <w:t>Kích thước và hình dáng khiến Langdon liên tưởng tới một khoang ngủ.</w:t>
      </w:r>
    </w:p>
    <w:p>
      <w:pPr>
        <w:spacing w:after="80"/>
      </w:pPr>
      <w:r>
        <w:rPr>
          <w:b w:val="0"/>
          <w:i/>
        </w:rPr>
        <w:t>Hoặc một cỗ quan tài,</w:t>
      </w:r>
      <w:r>
        <w:rPr>
          <w:b w:val="0"/>
          <w:i w:val="0"/>
        </w:rPr>
        <w:t xml:space="preserve"> anh nhận ra, bỗng thấy bất an.</w:t>
      </w:r>
    </w:p>
    <w:p>
      <w:pPr>
        <w:spacing w:after="80"/>
      </w:pPr>
      <w:r>
        <w:rPr>
          <w:b w:val="0"/>
          <w:i w:val="0"/>
        </w:rPr>
        <w:t>Khi đến gần khoang, anh có thể thấy lớp vỏ trong suốt của nó bị mờ đặc bởi hơi nước ngưng tụ từ thứ gì đó đang diễn ra bên trong. Tiếng bíp vẫn tiếp tục. Anh cẩn thận tiến lại, đến bên trên khoang, và nhìn xuống qua nắp thủy tinh.</w:t>
      </w:r>
    </w:p>
    <w:p>
      <w:pPr>
        <w:spacing w:after="80"/>
      </w:pPr>
      <w:r>
        <w:rPr>
          <w:b w:val="0"/>
          <w:i w:val="0"/>
        </w:rPr>
        <w:t>Langdon lập tức lùi lại kinh hoàng.</w:t>
      </w:r>
    </w:p>
    <w:p>
      <w:pPr>
        <w:spacing w:after="80"/>
      </w:pPr>
      <w:r>
        <w:rPr>
          <w:b w:val="0"/>
          <w:i w:val="0"/>
        </w:rPr>
        <w:t>Nằm bất động bên trong khoang, được bao phủ trong làn sương mù dày đặc cuộn xoáy, là đường nét mờ ảo của một hình hài con người.</w:t>
      </w:r>
    </w:p>
    <w:p>
      <w:pPr>
        <w:spacing w:after="80"/>
      </w:pPr>
      <w:r>
        <w:rPr>
          <w:b w:val="0"/>
          <w:i w:val="0"/>
        </w:rPr>
        <w:t>Lạy Chúa…Katherine?!</w:t>
      </w:r>
    </w:p>
    <w:p>
      <w:pPr>
        <w:pStyle w:val="Heading1"/>
      </w:pPr>
      <w:r>
        <w:rPr>
          <w:rFonts w:ascii="Calibri" w:hAnsi="Calibri"/>
          <w:b/>
          <w:i w:val="0"/>
          <w:sz w:val="40"/>
        </w:rPr>
        <w:t>Chương 28</w:t>
      </w:r>
    </w:p>
    <w:p>
      <w:pPr>
        <w:spacing w:after="80"/>
      </w:pPr>
      <w:r>
        <w:rPr>
          <w:b w:val="0"/>
          <w:i w:val="0"/>
        </w:rPr>
        <w:t>Trên tầng hai của đại sứ quán Hoa Kỳ, Michael Harris cảm thấy mất thăng bằng khi bước ra khỏi cuộc trò chuyện riêng với đại sứ. Vừa mới được “cho biết một phần,” Harris vẫn đang cố tiêu hóa toàn bộ hàm ý của thông tin mật mà đại sứ vừa chia sẻ với anh.</w:t>
      </w:r>
    </w:p>
    <w:p>
      <w:pPr>
        <w:spacing w:after="80"/>
      </w:pPr>
      <w:r>
        <w:rPr>
          <w:b w:val="0"/>
          <w:i w:val="0"/>
        </w:rPr>
        <w:t xml:space="preserve">Anh cảm nhận bà chưa chia sẻ hết mọi thứ, nhưng có một điều rõ như ban ngày: </w:t>
      </w:r>
      <w:r>
        <w:rPr>
          <w:b w:val="0"/>
          <w:i/>
        </w:rPr>
        <w:t>Hôm nay không chỉ đơn thuần là chuyện một quả bom ở khách sạn Four Seasons.</w:t>
      </w:r>
    </w:p>
    <w:p>
      <w:pPr>
        <w:spacing w:after="80"/>
      </w:pPr>
      <w:r>
        <w:rPr>
          <w:b w:val="0"/>
          <w:i w:val="0"/>
        </w:rPr>
        <w:t xml:space="preserve">Harris trấn tĩnh lại và nhanh chóng quay xuống cầu thang về văn phòng của Dana, ước gì mình đã nói chuyện với đại sứ trước khi lôi Dana vào. Anh thấy cô đang ở máy tính, chăm chú vào nhiều luồng video của cầu Charles. </w:t>
      </w:r>
      <w:r>
        <w:rPr>
          <w:b w:val="0"/>
          <w:i/>
        </w:rPr>
        <w:t>Chết tiệt.</w:t>
      </w:r>
    </w:p>
    <w:p>
      <w:pPr>
        <w:spacing w:after="80"/>
      </w:pPr>
      <w:r>
        <w:rPr>
          <w:b w:val="0"/>
          <w:i w:val="0"/>
        </w:rPr>
        <w:t>Dana ngước lên khi anh bước vào. “Tôi tìm ra người phụ nữ có vương miện gai của anh rồi, Michael. Cô ấy dễ thương lắm. Anh chưa bao giờ kể—”</w:t>
      </w:r>
    </w:p>
    <w:p>
      <w:pPr>
        <w:spacing w:after="80"/>
      </w:pPr>
      <w:r>
        <w:rPr>
          <w:b w:val="0"/>
          <w:i w:val="0"/>
        </w:rPr>
        <w:t>“Tắt đi, Dana,” anh nói, vội vã chạy tới chỗ cô. “Tôi đã sai rồi.”</w:t>
      </w:r>
    </w:p>
    <w:p>
      <w:pPr>
        <w:spacing w:after="80"/>
      </w:pPr>
      <w:r>
        <w:rPr>
          <w:b w:val="0"/>
          <w:i w:val="0"/>
        </w:rPr>
        <w:t>“Nhưng anh đã hỏi—”</w:t>
      </w:r>
    </w:p>
    <w:p>
      <w:pPr>
        <w:spacing w:after="80"/>
      </w:pPr>
      <w:r>
        <w:rPr>
          <w:b w:val="0"/>
          <w:i w:val="0"/>
        </w:rPr>
        <w:t xml:space="preserve">“Tôi biết. Tôi xin lỗi. Tắt nó đi, làm ơn. </w:t>
      </w:r>
      <w:r>
        <w:rPr>
          <w:b w:val="0"/>
          <w:i/>
        </w:rPr>
        <w:t>Ngay bây giờ.</w:t>
      </w:r>
      <w:r>
        <w:rPr>
          <w:b w:val="0"/>
          <w:i w:val="0"/>
        </w:rPr>
        <w:t>”</w:t>
      </w:r>
    </w:p>
    <w:p>
      <w:pPr>
        <w:spacing w:after="80"/>
      </w:pPr>
      <w:r>
        <w:rPr>
          <w:b w:val="0"/>
          <w:i w:val="0"/>
        </w:rPr>
        <w:t>Dana nhìn anh đầy cảnh giác rồi đứng dậy. Là một cựu người mẫu sàn diễn cao sáu feet, cô là một trong số ít phụ nữ có thể nhìn thẳng vào mắt Michael Harris. Nhưng trước khi cô kịp nói gì, Harris đã cúi xuống sát mặt đất.</w:t>
      </w:r>
    </w:p>
    <w:p>
      <w:pPr>
        <w:spacing w:after="80"/>
      </w:pPr>
      <w:r>
        <w:rPr>
          <w:b w:val="0"/>
          <w:i w:val="0"/>
        </w:rPr>
        <w:t>“Anh nghiêm túc đấy à?” cô nói. “Quỳ gối van xin tôi sao?”</w:t>
      </w:r>
    </w:p>
    <w:p>
      <w:pPr>
        <w:spacing w:after="80"/>
      </w:pPr>
      <w:r>
        <w:rPr>
          <w:b w:val="0"/>
          <w:i/>
        </w:rPr>
        <w:t>Không hẳn.</w:t>
      </w:r>
      <w:r>
        <w:rPr>
          <w:b w:val="0"/>
          <w:i w:val="0"/>
        </w:rPr>
        <w:t xml:space="preserve"> Harris thò tay xuống gầm bàn của cô và rút một phích cắm, ngắt nguồn điện máy tính của cô.</w:t>
      </w:r>
    </w:p>
    <w:p>
      <w:pPr>
        <w:spacing w:after="80"/>
      </w:pPr>
      <w:r>
        <w:rPr>
          <w:b w:val="0"/>
          <w:i w:val="0"/>
        </w:rPr>
        <w:t>Dana thấy màn hình của mình tối đen. “Anh đang làm cái quái gì thế hả?!”</w:t>
      </w:r>
    </w:p>
    <w:p>
      <w:pPr>
        <w:spacing w:after="80"/>
      </w:pPr>
      <w:r>
        <w:rPr>
          <w:b w:val="0"/>
          <w:i w:val="0"/>
        </w:rPr>
        <w:t>“Tôi cần em tin tôi,” anh nói, đứng thẳng dậy.</w:t>
      </w:r>
    </w:p>
    <w:p>
      <w:pPr>
        <w:spacing w:after="80"/>
      </w:pPr>
      <w:r>
        <w:rPr>
          <w:b w:val="0"/>
          <w:i w:val="0"/>
        </w:rPr>
        <w:t>“Dạo này anh có nhiều bí mật lắm.”</w:t>
      </w:r>
    </w:p>
    <w:p>
      <w:pPr>
        <w:spacing w:after="80"/>
      </w:pPr>
      <w:r>
        <w:rPr>
          <w:b w:val="0"/>
          <w:i/>
        </w:rPr>
        <w:t>Em không biết gì đâu,</w:t>
      </w:r>
      <w:r>
        <w:rPr>
          <w:b w:val="0"/>
          <w:i w:val="0"/>
        </w:rPr>
        <w:t xml:space="preserve"> anh thầm nghĩ. “Nghe này… tôi chỉ xin em quay lại làm việc và quên đi chuyện tôi từng hỏi em về bất cứ điều gì trong số này.”</w:t>
      </w:r>
    </w:p>
    <w:p>
      <w:pPr>
        <w:spacing w:after="80"/>
      </w:pPr>
      <w:r>
        <w:rPr>
          <w:b w:val="0"/>
          <w:i w:val="0"/>
        </w:rPr>
        <w:t>Ánh mắt giận dữ của Dana không hề nao núng, và Harris cảm nhận được cô chẳng có ý định buông tha chuyện này. Cố gắng hết sức, anh nặn ra một nụ cười tinh nghịch và hạ giọng xuống thành tiếng thì thầm. “Ở đây tai vách mạch rừng. Hay là tối nay ăn tối tôi kể em nghe hết nhé?”</w:t>
      </w:r>
    </w:p>
    <w:p>
      <w:pPr>
        <w:spacing w:after="80"/>
      </w:pPr>
      <w:r>
        <w:rPr>
          <w:b w:val="0"/>
          <w:i w:val="0"/>
        </w:rPr>
        <w:t>Mắt Dana sáng lên, đôi môi đầy đặn của cô bĩu ra đầy hứa hẹn. “Đồ mang về nhé? Nhà anh?”</w:t>
      </w:r>
    </w:p>
    <w:p>
      <w:pPr>
        <w:spacing w:after="80"/>
      </w:pPr>
      <w:r>
        <w:rPr>
          <w:b w:val="0"/>
          <w:i w:val="0"/>
        </w:rPr>
        <w:t>Harris nháy mắt. “Đồ ăn thì tùy.”</w:t>
      </w:r>
    </w:p>
    <w:p>
      <w:pPr>
        <w:spacing w:after="80"/>
      </w:pPr>
      <w:r>
        <w:rPr>
          <w:b w:val="0"/>
          <w:i w:val="0"/>
        </w:rPr>
        <w:t>Cô mỉm cười. “Tôi thích cách anh nghĩ đấy, anh Harris ạ.”</w:t>
      </w:r>
    </w:p>
    <w:p>
      <w:pPr>
        <w:spacing w:after="80"/>
      </w:pPr>
      <w:r>
        <w:rPr>
          <w:b w:val="0"/>
          <w:i w:val="0"/>
        </w:rPr>
        <w:t>Harris hôn gió cô rồi bước ra ngoài.</w:t>
      </w:r>
    </w:p>
    <w:p>
      <w:pPr>
        <w:spacing w:after="80"/>
      </w:pPr>
      <w:r>
        <w:rPr>
          <w:b w:val="0"/>
          <w:i w:val="0"/>
        </w:rPr>
        <w:t>Vài phút sau, anh đã ngồi trong một chiếc Audi A7 màu đen của đại sứ quán, phóng vút dọc phố Tržiště. Anh tưởng mình sẽ đi thẳng đến Pháo đài Thánh giá (Crucifix Bastion), nhưng đại sứ đã ra lệnh cho anh làm một việc cho bà trước đã.</w:t>
      </w:r>
    </w:p>
    <w:p>
      <w:pPr>
        <w:spacing w:after="80"/>
      </w:pPr>
      <w:r>
        <w:rPr>
          <w:b w:val="0"/>
          <w:i w:val="0"/>
        </w:rPr>
        <w:t>“Ông Langdon sẽ còn an toàn thêm một lúc nữa,” đại sứ đã bảo anh. “Đại úy Janáček nằm trong tầm kiểm soát rồi.”</w:t>
      </w:r>
    </w:p>
    <w:p>
      <w:pPr>
        <w:spacing w:after="80"/>
      </w:pPr>
      <w:r>
        <w:rPr>
          <w:b w:val="0"/>
          <w:i/>
        </w:rPr>
        <w:t>Nói giảm nói tránh thôi,</w:t>
      </w:r>
      <w:r>
        <w:rPr>
          <w:b w:val="0"/>
          <w:i w:val="0"/>
        </w:rPr>
        <w:t xml:space="preserve"> Harris biết vậy, vì anh vừa chứng kiến cuộc điện thoại căng thẳng giữa đại sứ và thuyền trưởng. </w:t>
      </w:r>
      <w:r>
        <w:rPr>
          <w:b w:val="0"/>
          <w:i/>
        </w:rPr>
        <w:t>Janáček đã chơi quá tay…và thua.</w:t>
      </w:r>
      <w:r>
        <w:rPr>
          <w:b w:val="0"/>
          <w:i w:val="0"/>
        </w:rPr>
        <w:t xml:space="preserve"> Ông ta sẽ liếm vết thương và cư xử hoàn hảo cho đến khi Harris đến.</w:t>
      </w:r>
    </w:p>
    <w:p>
      <w:pPr>
        <w:spacing w:after="80"/>
      </w:pPr>
      <w:r>
        <w:rPr>
          <w:b w:val="0"/>
          <w:i w:val="0"/>
        </w:rPr>
        <w:t>Bất chấp bản chất đáng báo động của mọi điều Harris học được từ đại sứ, anh cảm thấy như một tấm màn đã được vén lên, tiết lộ nhiều hơn về những mảnh ghép trên bàn và cách chúng liên kết với nhau…công việc ngoài luồng của Harris cho đại sứ…phòng thí nghiệm của Gessner tại Crucifix Bastion…người phụ nữ trên Cầu Charles…và thậm chí cả ấn phẩm sắp ra mắt của Katherine Solomon.</w:t>
      </w:r>
    </w:p>
    <w:p>
      <w:pPr>
        <w:jc w:val="center"/>
      </w:pPr>
      <w:r>
        <w:drawing>
          <wp:inline xmlns:a="http://schemas.openxmlformats.org/drawingml/2006/main" xmlns:pic="http://schemas.openxmlformats.org/drawingml/2006/picture">
            <wp:extent cx="5486400" cy="362122"/>
            <wp:docPr id="24" name="Picture 24"/>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Dana Daněk đang sôi sục.</w:t>
      </w:r>
    </w:p>
    <w:p>
      <w:pPr>
        <w:spacing w:after="80"/>
      </w:pPr>
      <w:r>
        <w:rPr>
          <w:b w:val="0"/>
          <w:i w:val="0"/>
        </w:rPr>
        <w:t>Cô không có quyền gì với hành động của tôi, Michael Harris.</w:t>
      </w:r>
    </w:p>
    <w:p>
      <w:pPr>
        <w:spacing w:after="80"/>
      </w:pPr>
      <w:r>
        <w:rPr>
          <w:b w:val="0"/>
          <w:i w:val="0"/>
        </w:rPr>
        <w:t>Anh là người tình của tôi, không phải sếp của tôi.</w:t>
      </w:r>
    </w:p>
    <w:p>
      <w:pPr>
        <w:spacing w:after="80"/>
      </w:pPr>
      <w:r>
        <w:rPr>
          <w:b w:val="0"/>
          <w:i w:val="0"/>
        </w:rPr>
        <w:t>Những lời ngọt nhạt trịch thượng của viên tùy viên về bữa tối đã khiến Dana nổi giận. Hơn nữa, hành vi kỳ lạ của anh ta chỉ càng làm cô tò mò hơn về người phụ nữ bí ẩn trên Cầu Charles.</w:t>
      </w:r>
    </w:p>
    <w:p>
      <w:pPr>
        <w:spacing w:after="80"/>
      </w:pPr>
      <w:r>
        <w:rPr>
          <w:b w:val="0"/>
          <w:i w:val="0"/>
        </w:rPr>
        <w:t>Thật tiện, cây cầu nổi tiếng này được giám sát bởi nhiều camera an ninh trên mỗi foot vuông hơn bất kỳ nơi nào khác ở Prague—bao gồm một cặp mảng 360 độ trên các tháp canh của cầu và mười ba camera ngang tầm mắt gắn trong các đèn đường.</w:t>
      </w:r>
    </w:p>
    <w:p>
      <w:pPr>
        <w:spacing w:after="80"/>
      </w:pPr>
      <w:r>
        <w:rPr>
          <w:b w:val="0"/>
          <w:i w:val="0"/>
        </w:rPr>
        <w:t xml:space="preserve">Chọn một trong những toàn cảnh trên không, Dana tua lại đoạn phim về kho lưu trữ bắt đầu từ 6:40 sáng. Trước sự ngạc nhiên của cô, người phụ nữ với vầng hào quang gai </w:t>
      </w:r>
      <w:r>
        <w:rPr>
          <w:b w:val="0"/>
          <w:i/>
        </w:rPr>
        <w:t>đã</w:t>
      </w:r>
      <w:r>
        <w:rPr>
          <w:b w:val="0"/>
          <w:i w:val="0"/>
        </w:rPr>
        <w:t xml:space="preserve"> ở đó, nán lại ở đầu phía đông của cây cầu vắng vẻ như thể đang chờ ai đó.</w:t>
      </w:r>
    </w:p>
    <w:p>
      <w:pPr>
        <w:spacing w:after="80"/>
      </w:pPr>
      <w:r>
        <w:rPr>
          <w:b w:val="0"/>
          <w:i w:val="0"/>
        </w:rPr>
        <w:t>Nhưng chờ ai?</w:t>
      </w:r>
    </w:p>
    <w:p>
      <w:pPr>
        <w:spacing w:after="80"/>
      </w:pPr>
      <w:r>
        <w:rPr>
          <w:b w:val="0"/>
          <w:i w:val="0"/>
        </w:rPr>
        <w:t>Dana gọi lên một camera ngang tầm mắt và phóng to khuôn mặt người phụ nữ, không hài lòng khi thấy người phụ nữ trong trang phục hóa trang trẻ trung và xinh đẹp, với má lúm đồng tiền sâu và đôi mắt to tròn như mắt nai. Cơ thể cô trông nhỏ nhắn và cân đối bên dưới chiếc áo khoác đen bó sát.</w:t>
      </w:r>
    </w:p>
    <w:p>
      <w:pPr>
        <w:spacing w:after="80"/>
      </w:pPr>
      <w:r>
        <w:rPr>
          <w:b w:val="0"/>
          <w:i/>
        </w:rPr>
        <w:t>Đó</w:t>
      </w:r>
      <w:r>
        <w:rPr>
          <w:b w:val="0"/>
          <w:i w:val="0"/>
        </w:rPr>
        <w:t xml:space="preserve"> có phải </w:t>
      </w:r>
      <w:r>
        <w:rPr>
          <w:b w:val="0"/>
          <w:i/>
        </w:rPr>
        <w:t>lý do Michael quan tâm đến cô?</w:t>
      </w:r>
    </w:p>
    <w:p>
      <w:pPr>
        <w:spacing w:after="80"/>
      </w:pPr>
      <w:r>
        <w:rPr>
          <w:b w:val="0"/>
          <w:i w:val="0"/>
        </w:rPr>
        <w:t>Thật khó tin là Michael sẽ nhờ Dana nghiên cứu một đối tượng tình cảm, và có lẽ anh ta đang chơi một trò chơi tàn nhẫn với cô. Trong nhiều tuần, trực giác của cô đã mách bảo rằng Michael đang ở bên một người khác.</w:t>
      </w:r>
    </w:p>
    <w:p>
      <w:pPr>
        <w:spacing w:after="80"/>
      </w:pPr>
      <w:r>
        <w:rPr>
          <w:b w:val="0"/>
          <w:i w:val="0"/>
        </w:rPr>
        <w:t>Đàn bà luôn biết…</w:t>
      </w:r>
    </w:p>
    <w:p>
      <w:pPr>
        <w:spacing w:after="80"/>
      </w:pPr>
      <w:r>
        <w:rPr>
          <w:b w:val="0"/>
          <w:i w:val="0"/>
        </w:rPr>
        <w:t>Tin chắc rằng Harris đã đi khỏi, Dana chui xuống gầm bàn, cắm điện máy tính và khởi động lại cổng giám sát.</w:t>
      </w:r>
    </w:p>
    <w:p>
      <w:pPr>
        <w:spacing w:after="80"/>
      </w:pPr>
      <w:r>
        <w:rPr>
          <w:b w:val="0"/>
          <w:i w:val="0"/>
        </w:rPr>
        <w:t xml:space="preserve">Cô điều hướng trở lại người phụ nữ xinh đẹp và có ý định tìm ra </w:t>
      </w:r>
      <w:r>
        <w:rPr>
          <w:b w:val="0"/>
          <w:i/>
        </w:rPr>
        <w:t>nơi</w:t>
      </w:r>
      <w:r>
        <w:rPr>
          <w:b w:val="0"/>
          <w:i w:val="0"/>
        </w:rPr>
        <w:t xml:space="preserve"> người phụ nữ đã đi…nhưng trước tiên có một câu hỏi cấp bách hơn nhiều.</w:t>
      </w:r>
    </w:p>
    <w:p>
      <w:pPr>
        <w:spacing w:after="80"/>
      </w:pPr>
      <w:r>
        <w:rPr>
          <w:b w:val="0"/>
          <w:i w:val="0"/>
        </w:rPr>
        <w:t>Cô là cái quái gì vậy?</w:t>
      </w:r>
    </w:p>
    <w:p>
      <w:pPr>
        <w:spacing w:after="80"/>
      </w:pPr>
      <w:r>
        <w:rPr>
          <w:b w:val="0"/>
          <w:i w:val="0"/>
        </w:rPr>
        <w:t>Một trong những nhiệm vụ Dana đảm nhận cho đại sứ là xác minh danh tính và lai lịch của bất kỳ vị khách nào xuất hiện tại đại sứ quán để xin dịch vụ hoặc tị nạn. Cô chỉ cần một tấm ảnh hộ chiếu hoặc một ảnh chụp màn hình từ camera cổng an ninh của đại sứ quán, thế là cả một thế giới mở ra. Ngày nay, nhờ phần mềm nhận diện khuôn mặt tiên tiến, việc xác định danh tính bất kỳ ai trên hành tinh này chỉ mất vài phút.</w:t>
      </w:r>
    </w:p>
    <w:p>
      <w:pPr>
        <w:spacing w:after="80"/>
      </w:pPr>
      <w:r>
        <w:rPr>
          <w:b w:val="0"/>
          <w:i/>
        </w:rPr>
        <w:t>Xin lỗi nhé, cưng,</w:t>
      </w:r>
      <w:r>
        <w:rPr>
          <w:b w:val="0"/>
          <w:i w:val="0"/>
        </w:rPr>
        <w:t xml:space="preserve"> Dana thầm nghĩ, trong khi chụp vài bức cận cảnh chất lượng cao khuôn mặt người phụ nữ. </w:t>
      </w:r>
      <w:r>
        <w:rPr>
          <w:b w:val="0"/>
          <w:i/>
        </w:rPr>
        <w:t>Nhưng cô không trốn được tôi đâu.</w:t>
      </w:r>
    </w:p>
    <w:p>
      <w:pPr>
        <w:spacing w:after="80"/>
      </w:pPr>
      <w:r>
        <w:rPr>
          <w:b w:val="0"/>
          <w:i w:val="0"/>
        </w:rPr>
        <w:t>Cô tải những bức ảnh lên cơ sở dữ liệu nhận diện khuôn mặt quốc tế của đại sứ quán. Nếu người phụ nữ này có tiền án tiền sự ở bất kỳ đâu trên thế giới, cô ta sẽ bị nhận diện trong vòng ba mươi giây. Nếu không, bức ảnh của cô ta sẽ được gửi qua một cơ sở dữ liệu quốc tế khổng lồ gồm ảnh thu thập từ hộ chiếu, bằng lái xe và các phương tiện truyền thông lớn.</w:t>
      </w:r>
    </w:p>
    <w:p>
      <w:pPr>
        <w:spacing w:after="80"/>
      </w:pPr>
      <w:r>
        <w:rPr>
          <w:b w:val="0"/>
          <w:i w:val="0"/>
        </w:rPr>
        <w:t xml:space="preserve">Và cuối cùng, nếu </w:t>
      </w:r>
      <w:r>
        <w:rPr>
          <w:b w:val="0"/>
          <w:i/>
        </w:rPr>
        <w:t>cách đó</w:t>
      </w:r>
      <w:r>
        <w:rPr>
          <w:b w:val="0"/>
          <w:i w:val="0"/>
        </w:rPr>
        <w:t xml:space="preserve"> không hiệu quả, bức ảnh sẽ được chạy qua cơ sở dữ liệu mới nhất và đầy đủ nhất trên thế giới—hàng tỷ bức selfie của những người không hề hay biết được đăng trên Instagram, Facebook, LinkedIn, Snapchat và các nền tảng khác.</w:t>
      </w:r>
    </w:p>
    <w:p>
      <w:pPr>
        <w:spacing w:after="80"/>
      </w:pPr>
      <w:r>
        <w:rPr>
          <w:b w:val="0"/>
          <w:i/>
        </w:rPr>
        <w:t>Mạng xã hội,</w:t>
      </w:r>
      <w:r>
        <w:rPr>
          <w:b w:val="0"/>
          <w:i w:val="0"/>
        </w:rPr>
        <w:t xml:space="preserve"> Dana nghĩ. </w:t>
      </w:r>
      <w:r>
        <w:rPr>
          <w:b w:val="0"/>
          <w:i/>
        </w:rPr>
        <w:t>Món hời tình báo lớn nhất kể từ khi Giáo hội Công giáo phát minh ra tội xưng thú.</w:t>
      </w:r>
    </w:p>
    <w:p>
      <w:pPr>
        <w:pStyle w:val="Heading1"/>
      </w:pPr>
      <w:r>
        <w:rPr>
          <w:rFonts w:ascii="Calibri" w:hAnsi="Calibri"/>
          <w:b/>
          <w:i w:val="0"/>
          <w:sz w:val="40"/>
        </w:rPr>
        <w:t>Chương 29</w:t>
      </w:r>
    </w:p>
    <w:p>
      <w:pPr>
        <w:spacing w:after="80"/>
      </w:pPr>
      <w:r>
        <w:rPr>
          <w:b w:val="0"/>
          <w:i w:val="0"/>
        </w:rPr>
        <w:t>Langdon thoáng chốc tê liệt khi nhìn chằm chằm vào khoang kén và hình người bên trong.</w:t>
      </w:r>
    </w:p>
    <w:p>
      <w:pPr>
        <w:spacing w:after="80"/>
      </w:pPr>
      <w:r>
        <w:rPr>
          <w:b w:val="0"/>
          <w:i w:val="0"/>
        </w:rPr>
        <w:t>Lạy Chúa…Katherine.</w:t>
      </w:r>
    </w:p>
    <w:p>
      <w:pPr>
        <w:spacing w:after="80"/>
      </w:pPr>
      <w:r>
        <w:rPr>
          <w:b w:val="0"/>
          <w:i w:val="0"/>
        </w:rPr>
        <w:t>Anh khuỵu xuống, đập tay vào lớp kính, áp mặt sát bề mặt, cố nhìn vào bên trong.</w:t>
      </w:r>
    </w:p>
    <w:p>
      <w:pPr>
        <w:spacing w:after="80"/>
      </w:pPr>
      <w:r>
        <w:rPr>
          <w:b w:val="0"/>
          <w:i w:val="0"/>
        </w:rPr>
        <w:t>Mình phải đưa cô ấy ra khỏi đó!</w:t>
      </w:r>
    </w:p>
    <w:p>
      <w:pPr>
        <w:spacing w:after="80"/>
      </w:pPr>
      <w:r>
        <w:rPr>
          <w:b w:val="0"/>
          <w:i w:val="0"/>
        </w:rPr>
        <w:t>Bên dưới nắp, một bàn tay bất động áp vào mặt trong của khoang kén, những ngón tay mảnh khảnh tái nhợt và cứng đờ, phủ đầy sương giá. Cứ như thể cổ tay cô bị trói chặt bởi những sợi dây đai nặng nề.</w:t>
      </w:r>
    </w:p>
    <w:p>
      <w:pPr>
        <w:spacing w:after="80"/>
      </w:pPr>
      <w:r>
        <w:rPr>
          <w:b w:val="0"/>
          <w:i w:val="0"/>
        </w:rPr>
        <w:t>Langdon mò mẫm trên khoang kính, cố tìm cách mở nó ra. Anh bám lấy bề mặt nhẵn bóng, lạnh như băng, nhưng không tìm thấy đường nối, tay nắm hay nút mở nào cả. Tiếng chuông báo động chói tai vẫn tiếp tục rú lên.</w:t>
      </w:r>
    </w:p>
    <w:p>
      <w:pPr>
        <w:spacing w:after="80"/>
      </w:pPr>
      <w:r>
        <w:rPr>
          <w:b w:val="0"/>
          <w:i w:val="0"/>
        </w:rPr>
        <w:t>Mở ra, chết tiệt!</w:t>
      </w:r>
    </w:p>
    <w:p>
      <w:pPr>
        <w:spacing w:after="80"/>
      </w:pPr>
      <w:r>
        <w:rPr>
          <w:b w:val="0"/>
          <w:i w:val="0"/>
        </w:rPr>
        <w:t>Chỉ cách mặt Langdon vài inch, đường viền mờ ảo của cơ thể hiện ra rồi biến mất trong làn sương cuộn xoáy.</w:t>
      </w:r>
    </w:p>
    <w:p>
      <w:pPr>
        <w:spacing w:after="80"/>
      </w:pPr>
      <w:r>
        <w:rPr>
          <w:b w:val="0"/>
          <w:i w:val="0"/>
        </w:rPr>
        <w:t>Đột nhiên, có tiếng động phía sau anh—những bước chân nhanh chóng tiến lại gần trên nền gạch cứng. Langdon xoay người, thấy một người phụ nữ cao lớn với mái tóc vàng ngang vai. Cô ta đang chạy về phía anh, vung một bình chữa cháy bằng thép không gỉ, đe dọa giáng thẳng vào mặt anh.</w:t>
      </w:r>
    </w:p>
    <w:p>
      <w:pPr>
        <w:spacing w:after="80"/>
      </w:pPr>
      <w:r>
        <w:rPr>
          <w:b w:val="0"/>
          <w:i/>
        </w:rPr>
        <w:t>"Co to sakra děláš?!"</w:t>
      </w:r>
      <w:r>
        <w:rPr>
          <w:b w:val="0"/>
          <w:i w:val="0"/>
        </w:rPr>
        <w:t xml:space="preserve"> cô ta hét lên át cả tiếng ồn.</w:t>
      </w:r>
    </w:p>
    <w:p>
      <w:pPr>
        <w:spacing w:after="80"/>
      </w:pPr>
      <w:r>
        <w:rPr>
          <w:b w:val="0"/>
          <w:i w:val="0"/>
        </w:rPr>
        <w:t>Langdon giơ hai tay lên để phòng thủ. "Khoan đã!"</w:t>
      </w:r>
    </w:p>
    <w:p>
      <w:pPr>
        <w:spacing w:after="80"/>
      </w:pPr>
      <w:r>
        <w:rPr>
          <w:b w:val="0"/>
          <w:i w:val="0"/>
        </w:rPr>
        <w:t>"Ông vào đây bằng cách nào!" người phụ nữ gằn giọng với chất giọng Nga đặc sệt, trong khi giơ cao chiếc bình chữa cháy bằng kim loại nặng trịch lên trên đầu ông.</w:t>
      </w:r>
    </w:p>
    <w:p>
      <w:pPr>
        <w:spacing w:after="80"/>
      </w:pPr>
      <w:r>
        <w:rPr>
          <w:b w:val="0"/>
          <w:i w:val="0"/>
        </w:rPr>
        <w:t>"Làm ơn, chúng ta cần mở—"</w:t>
      </w:r>
    </w:p>
    <w:p>
      <w:pPr>
        <w:spacing w:after="80"/>
      </w:pPr>
      <w:r>
        <w:rPr>
          <w:b w:val="0"/>
          <w:i w:val="0"/>
        </w:rPr>
        <w:t>"Ông vào đây bằng cách nào?!"</w:t>
      </w:r>
    </w:p>
    <w:p>
      <w:pPr>
        <w:spacing w:after="80"/>
      </w:pPr>
      <w:r>
        <w:rPr>
          <w:b w:val="0"/>
          <w:i w:val="0"/>
        </w:rPr>
        <w:t>"Mật mã thang máy!" Langdon kêu lên. "Tiến sĩ Gessner đã đưa nó cho tôi! Bạn tôi, Katherine Solomon, và tôi—"</w:t>
      </w:r>
    </w:p>
    <w:p>
      <w:pPr>
        <w:spacing w:after="80"/>
      </w:pPr>
      <w:r>
        <w:rPr>
          <w:b w:val="0"/>
          <w:i w:val="0"/>
        </w:rPr>
        <w:t>Người phụ nữ lập tức hạ chiếc bình chữa cháy xuống, trông thật sự hoảng hốt. "Giáo sư Langdon? Tôi rất xin lỗi… Tôi là Sasha Vesna, trợ lý phòng thí nghiệm của Brigita—"</w:t>
      </w:r>
    </w:p>
    <w:p>
      <w:pPr>
        <w:spacing w:after="80"/>
      </w:pPr>
      <w:r>
        <w:rPr>
          <w:b w:val="0"/>
          <w:i w:val="0"/>
        </w:rPr>
        <w:t>"Katherine đang ở trong này!" Langdon ngắt lời, chỉ vào khoang kén. "Cô ấy cần được giúp!"</w:t>
      </w:r>
    </w:p>
    <w:p>
      <w:pPr>
        <w:spacing w:after="80"/>
      </w:pPr>
      <w:r>
        <w:rPr>
          <w:b w:val="0"/>
          <w:i w:val="0"/>
        </w:rPr>
        <w:t>Sasha bỗng như nhận ra tiếng bíp, và nét mặt cô chuyển từ bối rối sang kinh hoàng. Cô đánh rơi chiếc bình chữa cháy với một tiếng keng lớn rồi chạy đến chiếc máy gắn liền, nơi cô giật mở một ngăn kéo kiểu rackmount, bật mở một chiếc laptop, và bắt đầu gõ phím điên cuồng.</w:t>
      </w:r>
    </w:p>
    <w:p>
      <w:pPr>
        <w:spacing w:after="80"/>
      </w:pPr>
      <w:r>
        <w:rPr>
          <w:b w:val="0"/>
          <w:i w:val="0"/>
        </w:rPr>
        <w:t>"Ôi không… Không!"</w:t>
      </w:r>
    </w:p>
    <w:p>
      <w:pPr>
        <w:spacing w:after="80"/>
      </w:pPr>
      <w:r>
        <w:rPr>
          <w:b w:val="0"/>
          <w:i w:val="0"/>
        </w:rPr>
        <w:t>Langdon không hiểu chuyện gì đang xảy ra, nhưng sự hoảng loạn của người phụ nữ chỉ càng làm ông thêm sợ hãi. "Cứ mở cái thứ chết tiệt đó ra đi!"</w:t>
      </w:r>
    </w:p>
    <w:p>
      <w:pPr>
        <w:spacing w:after="80"/>
      </w:pPr>
      <w:r>
        <w:rPr>
          <w:b w:val="0"/>
          <w:i w:val="0"/>
        </w:rPr>
        <w:t>"Nguy hiểm lắm!" Sasha hét lên. "Ông phải đảo ngược quá trình trước đã."</w:t>
      </w:r>
    </w:p>
    <w:p>
      <w:pPr>
        <w:spacing w:after="80"/>
      </w:pPr>
      <w:r>
        <w:rPr>
          <w:b w:val="0"/>
          <w:i/>
        </w:rPr>
        <w:t>Quá trình gì chứ?</w:t>
      </w:r>
      <w:r>
        <w:rPr>
          <w:b w:val="0"/>
          <w:i w:val="0"/>
        </w:rPr>
        <w:t xml:space="preserve"> "Làm ơn cứ đưa cô ấy ra ngoài!"</w:t>
      </w:r>
    </w:p>
    <w:p>
      <w:pPr>
        <w:spacing w:after="80"/>
      </w:pPr>
      <w:r>
        <w:rPr>
          <w:b w:val="0"/>
          <w:i w:val="0"/>
        </w:rPr>
        <w:t>Cô trợ lý trông lạc lõng, sợ hãi liếc nhìn vào trong khoang kén. "Tôi không hiểu—tại sao Tiến sĩ Solomon lại chui vào đó chứ?"</w:t>
      </w:r>
    </w:p>
    <w:p>
      <w:pPr>
        <w:spacing w:after="80"/>
      </w:pPr>
      <w:r>
        <w:rPr>
          <w:b w:val="0"/>
          <w:i w:val="0"/>
        </w:rPr>
        <w:t xml:space="preserve">Langdon thoáng bị cám dỗ nhặt chiếc bình chữa cháy lên và đập vỡ khoang kén. </w:t>
      </w:r>
      <w:r>
        <w:rPr>
          <w:b w:val="0"/>
          <w:i/>
        </w:rPr>
        <w:t>Không thể nào chuyện này lại đang xảy ra…</w:t>
      </w:r>
    </w:p>
    <w:p>
      <w:pPr>
        <w:spacing w:after="80"/>
      </w:pPr>
      <w:r>
        <w:rPr>
          <w:b w:val="0"/>
          <w:i w:val="0"/>
        </w:rPr>
        <w:t>Trợ lý của Gessner lại gõ bàn phím, và tiếng báo động cuối cùng cũng ngừng. Giây lát sau, quạt gió im bặt, và những ống nối khoang kén với thiết bị lớn hơn bắt đầu sủi bọt. Langdon không biết mình mong đợi thấy thứ gì chảy qua những ống trong suốt, nhưng chắc chắn không phải là chất lỏng đỏ thẫm bắt đầu chảy về phía cơ thể.</w:t>
      </w:r>
    </w:p>
    <w:p>
      <w:pPr>
        <w:spacing w:after="80"/>
      </w:pPr>
      <w:r>
        <w:rPr>
          <w:b w:val="0"/>
          <w:i w:val="0"/>
        </w:rPr>
        <w:t xml:space="preserve">"Đó là… máu à?!" Langdon hỏi, bỗng thấy buồn nôn. "Cái thứ này </w:t>
      </w:r>
      <w:r>
        <w:rPr>
          <w:b w:val="0"/>
          <w:i/>
        </w:rPr>
        <w:t>là</w:t>
      </w:r>
      <w:r>
        <w:rPr>
          <w:b w:val="0"/>
          <w:i w:val="0"/>
        </w:rPr>
        <w:t xml:space="preserve"> gì vậy?"</w:t>
      </w:r>
    </w:p>
    <w:p>
      <w:pPr>
        <w:spacing w:after="80"/>
      </w:pPr>
      <w:r>
        <w:rPr>
          <w:b w:val="0"/>
          <w:i w:val="0"/>
        </w:rPr>
        <w:t>“EPR!” Sasha nói, giọng hoảng loạn, vẫn đang gõ phím trong khi chất lỏng chảy ngược vào khoang. “Máy bảo tồn và hồi sức khẩn cấp. Đây là nguyên mẫu của Brigita! Nó chưa sẵn sàng để sử dụng!”</w:t>
      </w:r>
    </w:p>
    <w:p>
      <w:pPr>
        <w:spacing w:after="80"/>
      </w:pPr>
      <w:r>
        <w:rPr>
          <w:b w:val="0"/>
          <w:i w:val="0"/>
        </w:rPr>
        <w:t>Khi làn sương lạnh cuộn quanh cơ thể, Langdon chợt nhận ra Gessner thực sự đã nhắc đến cỗ máy EPR của bà đêm qua. Công nghệ cứu mạng này lần đầu được đề xuất trên lý thuyết bởi một bác sĩ phẫu thuật tên Samuel Tisherman tại Trường Y Đại học Maryland, nhưng chính Brigita Gessner là người đã nắm bắt khái niệm sơ khai ấy, thiết kế một nguyên mẫu được cải tiến mạnh mẽ, và giờ nắm giữ bằng sáng chế—một bằng sáng chế mà bà tự hào là đáng giá cả gia tài.</w:t>
      </w:r>
    </w:p>
    <w:p>
      <w:pPr>
        <w:spacing w:after="80"/>
      </w:pPr>
      <w:r>
        <w:rPr>
          <w:b w:val="0"/>
          <w:i w:val="0"/>
        </w:rPr>
        <w:t xml:space="preserve">“Tình trạng thiếu oxy kéo dài gây tổn thương não,” Gessner đã giải thích cho họ, “nhưng EPR của tôi có thể </w:t>
      </w:r>
      <w:r>
        <w:rPr>
          <w:b w:val="0"/>
          <w:i/>
        </w:rPr>
        <w:t>bảo vệ</w:t>
      </w:r>
      <w:r>
        <w:rPr>
          <w:b w:val="0"/>
          <w:i w:val="0"/>
        </w:rPr>
        <w:t xml:space="preserve"> não khỏi việc thiếu oxy bằng cách tạm dừng hoạt động tế bào—một kiểu ngủ đông nhân tạo. Máy của tôi thực chất là một hệ tuần hoàn ngoài cơ thể ECMO được cải tiến—một thiết bị oxy hóa màng ngoài cơ thể thay máu bằng dung dịch muối siêu lạnh với tốc độ hai lít mỗi phút. Nó nhanh chóng làm lạnh não và cơ thể xuống mười độ C, cho đội phẫu thuật </w:t>
      </w:r>
      <w:r>
        <w:rPr>
          <w:b w:val="0"/>
          <w:i/>
        </w:rPr>
        <w:t>hàng giờ</w:t>
      </w:r>
      <w:r>
        <w:rPr>
          <w:b w:val="0"/>
          <w:i w:val="0"/>
        </w:rPr>
        <w:t xml:space="preserve"> để điều trị một bệnh nhân bị thương nặng mà bình thường sẽ chết não trong vài phút.”</w:t>
      </w:r>
    </w:p>
    <w:p>
      <w:pPr>
        <w:spacing w:after="80"/>
      </w:pPr>
      <w:r>
        <w:rPr>
          <w:b w:val="0"/>
          <w:i w:val="0"/>
        </w:rPr>
        <w:t>Đứng trước khoang EPR nguyên mẫu của Gessner, Langdon sắp phát bệnh.</w:t>
      </w:r>
    </w:p>
    <w:p>
      <w:pPr>
        <w:spacing w:after="80"/>
      </w:pPr>
      <w:r>
        <w:rPr>
          <w:b w:val="0"/>
          <w:i w:val="0"/>
        </w:rPr>
        <w:t xml:space="preserve">Đột nhiên, một tiếng “bụp” trầm đục vang lên bên trong khoang, và máu bắt đầu bắn tung tóe khắp mặt trong của lớp kính. Langdon giật lùi lại. </w:t>
      </w:r>
      <w:r>
        <w:rPr>
          <w:b w:val="0"/>
          <w:i/>
        </w:rPr>
        <w:t>Cô ấy đang chảy máu!</w:t>
      </w:r>
    </w:p>
    <w:p>
      <w:pPr>
        <w:spacing w:after="80"/>
      </w:pPr>
      <w:r>
        <w:rPr>
          <w:b w:val="0"/>
          <w:i w:val="0"/>
        </w:rPr>
        <w:t>“Блядь,” Sasha chửi thề, bỏ dở việc đang làm trên laptop và lao đến bảng điều khiển khẩn cấp trên bức tường phía sau. Cô bẻ một niêm phong nhựa và không chút do dự, nhấn một nút màu đỏ tươi bên dưới. Khoang lập tức xì hơi và nhả lực hút trên nắp, nắp bắt đầu mở ra, bật lên như cánh cửa kiểu cánh hải âu. Khi sương tan đi, Langdon cúi người xuống nhìn vào trong khoang.</w:t>
      </w:r>
    </w:p>
    <w:p>
      <w:pPr>
        <w:spacing w:after="80"/>
      </w:pPr>
      <w:r>
        <w:rPr>
          <w:b w:val="0"/>
          <w:i w:val="0"/>
        </w:rPr>
        <w:t>Lạy Chúa…</w:t>
      </w:r>
    </w:p>
    <w:p>
      <w:pPr>
        <w:spacing w:after="80"/>
      </w:pPr>
      <w:r>
        <w:rPr>
          <w:b w:val="0"/>
          <w:i w:val="0"/>
        </w:rPr>
        <w:t>Khi nhìn thấy cô, Langdon biết cô đã ra đi. Đôi mắt cô vô hồn và trống rỗng, khuôn mặt cô đông cứng trong một biểu cảm thuần túy kinh hoàng. Langdon chưa bao giờ tưởng tượng rằng việc nhìn thấy một thi thể lại có thể mang đến cảm giác tuyệt vọng và nhẹ nhõm choáng ngợp đến vậy—nhưng đó chính xác là những gì anh đang cảm thấy lúc này.</w:t>
      </w:r>
    </w:p>
    <w:p>
      <w:pPr>
        <w:spacing w:after="80"/>
      </w:pPr>
      <w:r>
        <w:rPr>
          <w:b w:val="0"/>
          <w:i w:val="0"/>
        </w:rPr>
        <w:t>Thi thể nằm trước mặt họ không phải là Katherine Solomon.</w:t>
      </w:r>
    </w:p>
    <w:p>
      <w:pPr>
        <w:spacing w:after="80"/>
      </w:pPr>
      <w:r>
        <w:rPr>
          <w:b w:val="0"/>
          <w:i w:val="0"/>
        </w:rPr>
        <w:t>Đó là Brigita Gessner.</w:t>
      </w:r>
    </w:p>
    <w:p>
      <w:pPr>
        <w:pStyle w:val="Heading1"/>
      </w:pPr>
      <w:r>
        <w:rPr>
          <w:rFonts w:ascii="Calibri" w:hAnsi="Calibri"/>
          <w:b/>
          <w:i w:val="0"/>
          <w:sz w:val="40"/>
        </w:rPr>
        <w:t>Chương 30</w:t>
      </w:r>
    </w:p>
    <w:p>
      <w:pPr>
        <w:spacing w:after="80"/>
      </w:pPr>
      <w:r>
        <w:rPr>
          <w:b w:val="0"/>
          <w:i w:val="0"/>
        </w:rPr>
        <w:t>Sasha Vesna thốt lên một tiếng rên đau đớn và khuỵu xuống bên cạnh thi thể trong khoang. “Brigita! Không!” Cô ôm mặt và bắt đầu khóc nức nở không kiểm soát.</w:t>
      </w:r>
    </w:p>
    <w:p>
      <w:pPr>
        <w:spacing w:after="80"/>
      </w:pPr>
      <w:r>
        <w:rPr>
          <w:b w:val="0"/>
          <w:i w:val="0"/>
        </w:rPr>
        <w:t>Langdon chỉ biết đứng nhìn, lòng đau xót cho cô. Rõ ràng, nỗi đau buồn của người phụ nữ này khi nhìn thấy Tiến sĩ Gessner cũng choáng ngợp chẳng kém gì sự nhẹ nhõm của Langdon khi biết đó không phải là Katherine.</w:t>
      </w:r>
    </w:p>
    <w:p>
      <w:pPr>
        <w:spacing w:after="80"/>
      </w:pPr>
      <w:r>
        <w:rPr>
          <w:b w:val="0"/>
          <w:i w:val="0"/>
        </w:rPr>
        <w:t>Tuy nhiên, sau vài giây nước mắt đau khổ, Sasha ngước lên, và khuôn mặt cô lộ vẻ hoảng hốt. Cô bắt đầu vỗ vào các túi áo như thể đã đánh mất thứ gì đó. Trong khi làm vậy, cô bắt đầu thở dốc. “Không…” cô thì thầm, hàm cô siết chặt thành một vẻ mặt nhăn nhó cứng đờ. “Làm ơn…không phải lúc này!”</w:t>
      </w:r>
    </w:p>
    <w:p>
      <w:pPr>
        <w:spacing w:after="80"/>
      </w:pPr>
      <w:r>
        <w:rPr>
          <w:b w:val="0"/>
          <w:i w:val="0"/>
        </w:rPr>
        <w:t>Langdon vội vã đến bên cô. “Chuyện gì đang xảy ra vậy?!”</w:t>
      </w:r>
    </w:p>
    <w:p>
      <w:pPr>
        <w:spacing w:after="80"/>
      </w:pPr>
      <w:r>
        <w:rPr>
          <w:b w:val="0"/>
          <w:i w:val="0"/>
        </w:rPr>
        <w:t>Sasha cố gắng gượng đứng dậy và bước về phía cửa, nhưng khi làm vậy, cô loạng choạng, ngã quỵ trở lại. Cô dường như sắp lên cơn co giật nào đó, và Langdon cố hết sức giữ cô vững.</w:t>
      </w:r>
    </w:p>
    <w:p>
      <w:pPr>
        <w:spacing w:after="80"/>
      </w:pPr>
      <w:r>
        <w:rPr>
          <w:b w:val="0"/>
          <w:i w:val="0"/>
        </w:rPr>
        <w:t>“Tôi có thể làm gì đây?!” anh lên tiếng.</w:t>
      </w:r>
    </w:p>
    <w:p>
      <w:pPr>
        <w:spacing w:after="80"/>
      </w:pPr>
      <w:r>
        <w:rPr>
          <w:b w:val="0"/>
          <w:i w:val="0"/>
        </w:rPr>
        <w:t>Sasha rên lên một tiếng khàn khàn và chỉ vào chiếc túi xách mà cô đã đánh rơi xuống sàn gần đó.</w:t>
      </w:r>
    </w:p>
    <w:p>
      <w:pPr>
        <w:spacing w:after="80"/>
      </w:pPr>
      <w:r>
        <w:rPr>
          <w:b w:val="0"/>
          <w:i/>
        </w:rPr>
        <w:t>Thuốc chăng?</w:t>
      </w:r>
      <w:r>
        <w:rPr>
          <w:b w:val="0"/>
          <w:i w:val="0"/>
        </w:rPr>
        <w:t xml:space="preserve"> anh đoán, rồi lao vào hành động, chạy vội đến chiếc túi và lục lọi điên cuồng bên trong khi mang nó trở lại cho cô.</w:t>
      </w:r>
    </w:p>
    <w:p>
      <w:pPr>
        <w:spacing w:after="80"/>
      </w:pPr>
      <w:r>
        <w:rPr>
          <w:b w:val="0"/>
          <w:i w:val="0"/>
        </w:rPr>
        <w:t>Đêm qua, Tiến sĩ Gessner có nhắc rằng trợ lý phòng thí nghiệm của bà bị TLE—động kinh thùy thái dương (temporal lobe epilepsy)—dù lời nói đó nghe không giống sự đồng cảm mà giống cách Gessner khoe khoang về việc bà đã chữa khỏi cho bao nhiêu bệnh nhân TLE. “Cơn co giật chẳng qua chỉ là những cơn bão điện trong não,” Gessner giải thích. “Tôi đã phát minh ra cách để ngắt những cơn bão đó. Về cơ bản, đó là một phương pháp chữa trị hoàn hảo.”</w:t>
      </w:r>
    </w:p>
    <w:p>
      <w:pPr>
        <w:spacing w:after="80"/>
      </w:pPr>
      <w:r>
        <w:rPr>
          <w:b w:val="0"/>
          <w:i/>
        </w:rPr>
        <w:t>Hoàn hảo ư?</w:t>
      </w:r>
      <w:r>
        <w:rPr>
          <w:b w:val="0"/>
          <w:i w:val="0"/>
        </w:rPr>
        <w:t xml:space="preserve"> Lúc này cô Vesna trông chẳng có vẻ gì là “được chữa khỏi” cho lắm.</w:t>
      </w:r>
    </w:p>
    <w:p>
      <w:pPr>
        <w:spacing w:after="80"/>
      </w:pPr>
      <w:r>
        <w:rPr>
          <w:b w:val="0"/>
          <w:i w:val="0"/>
        </w:rPr>
        <w:t>Điên người thay, Langdon chỉ tìm thấy chìa khóa, găng tay, kính, khăn giấy và đủ thứ linh tinh khác. Không có lọ thuốc, không có ống tiêm, không có ống hít, chẳng có gì trông có ích trong tình huống này cả. “Cô cần gì?!” anh hỏi, đến bên cạnh cô với chiếc túi xách.</w:t>
      </w:r>
    </w:p>
    <w:p>
      <w:pPr>
        <w:spacing w:after="80"/>
      </w:pPr>
      <w:r>
        <w:rPr>
          <w:b w:val="0"/>
          <w:i w:val="0"/>
        </w:rPr>
        <w:t>Nhưng anh có thể thấy đã quá muộn. Sasha lúc này đã nằm nghiêng, run rẩy dữ dội, mắt đờ đẫn và đầu đập vào sàn gạch.</w:t>
      </w:r>
    </w:p>
    <w:p>
      <w:pPr>
        <w:spacing w:after="80"/>
      </w:pPr>
      <w:r>
        <w:rPr>
          <w:b w:val="0"/>
          <w:i/>
        </w:rPr>
        <w:t>Quá muộn cho thuốc rồi,</w:t>
      </w:r>
      <w:r>
        <w:rPr>
          <w:b w:val="0"/>
          <w:i w:val="0"/>
        </w:rPr>
        <w:t xml:space="preserve"> Langdon nghĩ khi vội vàng quỳ xuống sàn, đỡ lấy đầu cô trong lòng bàn tay và giữ an toàn tránh xa nền gạch cứng. Là một giáo viên, Langdon đã được huấn luyện cách giúp đỡ khi học sinh lên cơn co giật.</w:t>
      </w:r>
    </w:p>
    <w:p>
      <w:pPr>
        <w:spacing w:after="80"/>
      </w:pPr>
      <w:r>
        <w:rPr>
          <w:b w:val="0"/>
          <w:i/>
        </w:rPr>
        <w:t>Trước hết, đừng gây hại.</w:t>
      </w:r>
      <w:r>
        <w:rPr>
          <w:b w:val="0"/>
          <w:i w:val="0"/>
        </w:rPr>
        <w:t xml:space="preserve"> Anh biết rõ không nên lật người bệnh nằm sấp, như các nhân viên cấp cứu trên truyền hình thường làm để ngăn nạn nhân “nuốt lưỡi của chính mình”—một câu chuyện dân gian kỳ quặc mà thực ra là điều bất khả thi về mặt thể chất. Người ta cũng khuyên không bao giờ nhét thắt lưng vào miệng nạn nhân, như một số người tưởng là khôn ngoan. </w:t>
      </w:r>
      <w:r>
        <w:rPr>
          <w:b w:val="0"/>
          <w:i/>
        </w:rPr>
        <w:t>Đó là cách làm ai đó ngạt thở—hoặc bị cắn đứt ngón tay.</w:t>
      </w:r>
      <w:r>
        <w:rPr>
          <w:b w:val="0"/>
          <w:i w:val="0"/>
        </w:rPr>
        <w:t xml:space="preserve"> Biện pháp bảo vệ miệng duy nhất được FDA chấp thuận cho các cơn co giật có tên là miếng bảo vệ miệng PATI, và Langdon không thấy cái nào trong túi xách của Sasha. </w:t>
      </w:r>
      <w:r>
        <w:rPr>
          <w:b w:val="0"/>
          <w:i/>
        </w:rPr>
        <w:t>Chỉ cần giúp cô ấy vượt qua cơn thôi.</w:t>
      </w:r>
    </w:p>
    <w:p>
      <w:pPr>
        <w:spacing w:after="80"/>
      </w:pPr>
      <w:r>
        <w:rPr>
          <w:b w:val="0"/>
          <w:i w:val="0"/>
        </w:rPr>
        <w:t>“Không sao đâu,” Langdon thì thầm. “Tôi đỡ cô rồi.”</w:t>
      </w:r>
    </w:p>
    <w:p>
      <w:pPr>
        <w:spacing w:after="80"/>
      </w:pPr>
      <w:r>
        <w:rPr>
          <w:b w:val="0"/>
          <w:i w:val="0"/>
        </w:rPr>
        <w:t>Khi Langdon nâng niu đầu người phụ nữ trong lòng bàn tay, anh có thể thấy mũi cô từng bị gãy và được nắn lại không khéo, và cô có một vết sẹo đỏ thẫm dưới cằm, gần như chắc chắn là thương tích từ những cơn co giật trước đó. Anh thấy những vết sẹo khác lấp ló dưới mái tóc vàng dày của cô, có lẽ từ những tai nạn tương tự khác.</w:t>
      </w:r>
    </w:p>
    <w:p>
      <w:pPr>
        <w:spacing w:after="80"/>
      </w:pPr>
      <w:r>
        <w:rPr>
          <w:b w:val="0"/>
          <w:i w:val="0"/>
        </w:rPr>
        <w:t>Langdon cảm thấy một nỗi xót thương dâng lên trong lòng dành cho cô.</w:t>
      </w:r>
    </w:p>
    <w:p>
      <w:pPr>
        <w:spacing w:after="80"/>
      </w:pPr>
      <w:r>
        <w:rPr>
          <w:b w:val="0"/>
          <w:i w:val="0"/>
        </w:rPr>
        <w:t xml:space="preserve">Những cơn động kinh gây tổn hại tàn khốc cho cơ thể </w:t>
      </w:r>
      <w:r>
        <w:rPr>
          <w:b w:val="0"/>
          <w:i/>
        </w:rPr>
        <w:t>vật lý</w:t>
      </w:r>
      <w:r>
        <w:rPr>
          <w:b w:val="0"/>
          <w:i w:val="0"/>
        </w:rPr>
        <w:t xml:space="preserve"> của một người. Về điều đó thì không có gì phải tranh cãi. Tuy nhiên, nghịch lý thay, tác động lên trạng thái </w:t>
      </w:r>
      <w:r>
        <w:rPr>
          <w:b w:val="0"/>
          <w:i/>
        </w:rPr>
        <w:t>tinh thần</w:t>
      </w:r>
      <w:r>
        <w:rPr>
          <w:b w:val="0"/>
          <w:i w:val="0"/>
        </w:rPr>
        <w:t xml:space="preserve"> của một người lại được ghi chép trong suốt lịch sử là hoàn toàn khác. Thực ra, chính xác là ngược lại.</w:t>
      </w:r>
    </w:p>
    <w:p>
      <w:pPr>
        <w:spacing w:after="80"/>
      </w:pPr>
      <w:r>
        <w:rPr>
          <w:b w:val="0"/>
          <w:i w:val="0"/>
        </w:rPr>
        <w:t>Đêm qua, trong bài nói chuyện của mình, Katherine có nhắc đến chứng động kinh như một trong những “trạng thái thay đổi” ý thức tự nhiên của tâm trí con người. Hóa ra, khi quan sát qua máy MRI, các cơn co giật hiển thị một dấu hiệu điện giật mình, tương tự như một số chất gây ảo giác, trải nghiệm cận tử, và thậm chí cả cực khoái.</w:t>
      </w:r>
    </w:p>
    <w:p>
      <w:pPr>
        <w:spacing w:after="80"/>
      </w:pPr>
      <w:r>
        <w:rPr>
          <w:b w:val="0"/>
          <w:i w:val="0"/>
        </w:rPr>
        <w:t>Đáng kinh ngạc thay, một số bộ óc sáng tạo nhất của nhân loại từng mắc chứng động kinh—Vincent van Gogh, Agatha Christie, Socrates và Fyodor Dostoyevsky. Nhà tiểu thuyết người Nga từng tuyên bố những cơn động kinh của mình là “một niềm hạnh phúc và sự hài hòa không thể tưởng tượng nổi trong trạng thái bình thường.” Những người khác mô tả cơn co giật của họ là “mở ra một cánh cổng dẫn đến cõi thần linh”…“giải phóng tâm trí một cách hạnh phúc khỏi xiềng xích của vỏ bọc vật lý”…và “mang đến những bùng nổ sáng tạo sâu sắc đến từ thế giới khác.”</w:t>
      </w:r>
    </w:p>
    <w:p>
      <w:pPr>
        <w:spacing w:after="80"/>
      </w:pPr>
      <w:r>
        <w:rPr>
          <w:b w:val="0"/>
          <w:i w:val="0"/>
        </w:rPr>
        <w:t xml:space="preserve">Chứng động kinh xuất hiện với tần suất đáng chú ý trong nghệ thuật Kitô giáo, điều này không có gì đáng ngạc nhiên khi xét đến việc rất nhiều câu chuyện trong kinh thánh về những trải nghiệm thần bí—khải tượng, xuất thần, gặp gỡ thần linh, những mặc khải siêu việt—đều dường như mô tả, với độ chính xác và chi tiết đến kỳ lạ, trải nghiệm của một cơn động kinh, bao gồm Ezekiel, Thánh Phaolô, Joan of Arc và Thánh Birgitta. Bức </w:t>
      </w:r>
      <w:r>
        <w:rPr>
          <w:b w:val="0"/>
          <w:i/>
        </w:rPr>
        <w:t>The Transfiguration</w:t>
      </w:r>
      <w:r>
        <w:rPr>
          <w:b w:val="0"/>
          <w:i w:val="0"/>
        </w:rPr>
        <w:t xml:space="preserve"> nổi tiếng của Raphael Sanzio khắc họa một cậu bé động kinh đang trong cơn co giật, hình ảnh mà ông và những người khác thường dùng như một ẩn dụ thị giác cho việc Chúa Kitô lên trời.</w:t>
      </w:r>
    </w:p>
    <w:p>
      <w:pPr>
        <w:spacing w:after="80"/>
      </w:pPr>
      <w:r>
        <w:rPr>
          <w:b w:val="0"/>
          <w:i w:val="0"/>
        </w:rPr>
        <w:t>Trong vòng tay Langdon, Sasha cuối cùng cũng ngừng run rẩy. Hơi thở của cô chậm lại về nhịp bình thường. Toàn bộ sự việc chỉ kéo dài khoảng một phút, và giờ cô hoàn toàn mềm nhũn, rất có thể đã bất tỉnh. Langdon biết mình chỉ cần kiên nhẫn…và cho cô thời gian để tỉnh lại.</w:t>
      </w:r>
    </w:p>
    <w:p>
      <w:pPr>
        <w:spacing w:after="80"/>
      </w:pPr>
      <w:r>
        <w:rPr>
          <w:b w:val="0"/>
          <w:i w:val="0"/>
        </w:rPr>
        <w:t>Khi anh cúi nhìn người phụ nữ Nga đang bất tỉnh, anh cảm thấy mất phương hướng bởi buổi sáng của mình đã rẽ sang một hướng đầy rắc rối đến vậy. Chỉ vài giờ trước, Langdon còn đang lặng lẽ bơi các vòng. Giờ anh đang ngồi trên sàn một phòng thí nghiệm tư nhân với hai người phụ nữ mà anh chưa từng gặp trước ngày hôm qua—một người bất tỉnh trong vòng tay anh, người kia đã chết trong một khoang EPR.</w:t>
      </w:r>
    </w:p>
    <w:p>
      <w:pPr>
        <w:spacing w:after="80"/>
      </w:pPr>
      <w:r>
        <w:rPr>
          <w:b w:val="0"/>
          <w:i w:val="0"/>
        </w:rPr>
        <w:t>Và đáng lo nhất trong tất cả…không có dấu vết nào của Katherine.</w:t>
      </w:r>
    </w:p>
    <w:p>
      <w:pPr>
        <w:jc w:val="center"/>
      </w:pPr>
      <w:r>
        <w:drawing>
          <wp:inline xmlns:a="http://schemas.openxmlformats.org/drawingml/2006/main" xmlns:pic="http://schemas.openxmlformats.org/drawingml/2006/picture">
            <wp:extent cx="5486400" cy="362122"/>
            <wp:docPr id="25" name="Picture 25"/>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Trung úy Pavel đứng lo lắng trong lối vào đổ nát của pháo đài, đảo mắt khắp sân tìm bất kỳ dấu hiệu nào của thuyền trưởng ÚZSI của mình. Anh ta mới thấy Janáček chỉ vài phút trước ở rìa sườn núi đang gọi điện. Giờ ông ấy đã biến mất. Pavel đã gọi cho ông hai lần. Không có trả lời.</w:t>
      </w:r>
    </w:p>
    <w:p>
      <w:pPr>
        <w:spacing w:after="80"/>
      </w:pPr>
      <w:r>
        <w:rPr>
          <w:b w:val="0"/>
          <w:i w:val="0"/>
        </w:rPr>
        <w:t>Janáček cũng biến mất?!</w:t>
      </w:r>
    </w:p>
    <w:p>
      <w:pPr>
        <w:spacing w:after="80"/>
      </w:pPr>
      <w:r>
        <w:rPr>
          <w:b w:val="0"/>
          <w:i w:val="0"/>
        </w:rPr>
        <w:t xml:space="preserve">May thay, bí ẩn về sự biến mất của </w:t>
      </w:r>
      <w:r>
        <w:rPr>
          <w:b w:val="0"/>
          <w:i/>
        </w:rPr>
        <w:t>Langdon</w:t>
      </w:r>
      <w:r>
        <w:rPr>
          <w:b w:val="0"/>
          <w:i w:val="0"/>
        </w:rPr>
        <w:t xml:space="preserve"> giờ đã được giải đáp. Vài phút trước, Pavel đã tìm thấy một thang máy ẩn sau một bức tường trượt trong khu vực chờ. Thang máy yêu cầu một mã ủy quyền, nhưng điều đó dễ khắc phục; hẳn ai đó ở tầng dưới đã theo dõi Langdon trên camera an ninh và đi thang máy lên để đưa anh ta đi.</w:t>
      </w:r>
    </w:p>
    <w:p>
      <w:pPr>
        <w:spacing w:after="80"/>
      </w:pPr>
      <w:r>
        <w:rPr>
          <w:b w:val="0"/>
          <w:i w:val="0"/>
        </w:rPr>
        <w:t>Sự biến mất của Langdon xác nhận rằng Solomon và Gessner quả thực đang ở tầng dưới và đã không tuân theo mệnh lệnh trực tiếp từ thuyền trưởng ÚZSI Janáček. Pavel tự hỏi liệu những người Mỹ có biết rắc rối của họ sắp nghiêm trọng đến mức nào không.</w:t>
      </w:r>
    </w:p>
    <w:p>
      <w:pPr>
        <w:spacing w:after="80"/>
      </w:pPr>
      <w:r>
        <w:rPr>
          <w:b w:val="0"/>
          <w:i w:val="0"/>
        </w:rPr>
        <w:t>Pavel đang kiểm tra hốc tường ẩn thì nghe thấy một tiếng động lớn trong tiền sảnh. Ngay lập tức anh biết đó là khung cửa vỡ mà viên thuyền trưởng đã khéo léo dựng dựa vào lối vào cầu thang phòng thí nghiệm như một chiếc chuông báo động thô sơ.</w:t>
      </w:r>
    </w:p>
    <w:p>
      <w:pPr>
        <w:spacing w:after="80"/>
      </w:pPr>
      <w:r>
        <w:rPr>
          <w:b w:val="0"/>
          <w:i w:val="0"/>
        </w:rPr>
        <w:t>Solomon, Langdon và Gessner đang trốn khỏi phòng thí nghiệm!</w:t>
      </w:r>
    </w:p>
    <w:p>
      <w:pPr>
        <w:spacing w:after="80"/>
      </w:pPr>
      <w:r>
        <w:rPr>
          <w:b w:val="0"/>
          <w:i w:val="0"/>
        </w:rPr>
        <w:t xml:space="preserve">Pavel đã rút vũ khí và lao ra khỏi hốc tường, rẽ góc vào hành lang. </w:t>
      </w:r>
      <w:r>
        <w:rPr>
          <w:b w:val="0"/>
          <w:i/>
        </w:rPr>
        <w:t>“Stůj!”</w:t>
      </w:r>
      <w:r>
        <w:rPr>
          <w:b w:val="0"/>
          <w:i w:val="0"/>
        </w:rPr>
        <w:t xml:space="preserve"> anh hét lên khi chạy. </w:t>
      </w:r>
      <w:r>
        <w:rPr>
          <w:b w:val="0"/>
          <w:i/>
        </w:rPr>
        <w:t>“Dừng lại!”</w:t>
      </w:r>
    </w:p>
    <w:p>
      <w:pPr>
        <w:spacing w:after="80"/>
      </w:pPr>
      <w:r>
        <w:rPr>
          <w:b w:val="0"/>
          <w:i w:val="0"/>
        </w:rPr>
        <w:t>Nhưng không có ai ở đó.</w:t>
      </w:r>
    </w:p>
    <w:p>
      <w:pPr>
        <w:spacing w:after="80"/>
      </w:pPr>
      <w:r>
        <w:rPr>
          <w:b w:val="0"/>
          <w:i w:val="0"/>
        </w:rPr>
        <w:t>Khung cửa vỡ quả thực đã đổ xuống sàn, cho thấy cửa đã được mở, và thế nhưng, lạ thay, tiền sảnh trống không.</w:t>
      </w:r>
    </w:p>
    <w:p>
      <w:pPr>
        <w:spacing w:after="80"/>
      </w:pPr>
      <w:r>
        <w:rPr>
          <w:b w:val="0"/>
          <w:i w:val="0"/>
        </w:rPr>
        <w:t xml:space="preserve">Pavel phóng vụt ra lối vào và nhìn ra ngoài. Khu vực rộng mở hoàn toàn vắng vẻ. </w:t>
      </w:r>
      <w:r>
        <w:rPr>
          <w:b w:val="0"/>
          <w:i/>
        </w:rPr>
        <w:t>Không ai có thể chạy nhanh đến thế.</w:t>
      </w:r>
      <w:r>
        <w:rPr>
          <w:b w:val="0"/>
          <w:i w:val="0"/>
        </w:rPr>
        <w:t xml:space="preserve"> Đứng trong tuyết, Pavel quay lại nhìn cánh cửa phòng thí nghiệm, nhận ra rằng có lẽ âm thanh anh nghe thấy không phải ai đó rời khỏi phòng thí nghiệm…mà là ai đó đang bước vào.</w:t>
      </w:r>
    </w:p>
    <w:p>
      <w:pPr>
        <w:spacing w:after="80"/>
      </w:pPr>
      <w:r>
        <w:rPr>
          <w:b w:val="0"/>
          <w:i w:val="0"/>
        </w:rPr>
        <w:t xml:space="preserve">Dù là ai, người đó rõ ràng có quyền truy cập sinh trắc học. </w:t>
      </w:r>
      <w:r>
        <w:rPr>
          <w:b w:val="0"/>
          <w:i/>
        </w:rPr>
        <w:t>Một nhân viên phòng thí nghiệm?</w:t>
      </w:r>
      <w:r>
        <w:rPr>
          <w:b w:val="0"/>
          <w:i w:val="0"/>
        </w:rPr>
        <w:t xml:space="preserve"> Pavel cảm thấy mồ hôi lạnh trên trán khi nghĩ về việc Janáček sẽ đón nhận tin này thế nào. Pavel không chỉ để mất Robert Langdon…mà còn để một người </w:t>
      </w:r>
      <w:r>
        <w:rPr>
          <w:b w:val="0"/>
          <w:i/>
        </w:rPr>
        <w:t>khác</w:t>
      </w:r>
      <w:r>
        <w:rPr>
          <w:b w:val="0"/>
          <w:i w:val="0"/>
        </w:rPr>
        <w:t xml:space="preserve"> vào phòng thí nghiệm.</w:t>
      </w:r>
    </w:p>
    <w:p>
      <w:pPr>
        <w:spacing w:after="80"/>
      </w:pPr>
      <w:r>
        <w:rPr>
          <w:b w:val="0"/>
          <w:i w:val="0"/>
        </w:rPr>
        <w:t>Nước đi ngu ngốc, Pavel. Ông ấy bảo mình ở lại đây và canh cánh cửa phòng thí nghiệm đó.</w:t>
      </w:r>
    </w:p>
    <w:p>
      <w:pPr>
        <w:spacing w:after="80"/>
      </w:pPr>
      <w:r>
        <w:rPr>
          <w:b w:val="0"/>
          <w:i w:val="0"/>
        </w:rPr>
        <w:t>Lạnh buốt vì gió, Pavel bước trở lại lối vào, đi đi lại lại để giữ ấm, đôi ủng quân đội của anh nghiến lên những mảnh kính vỡ. Anh định với lấy điện thoại thì nhận ra có gì đó trên bảng sinh trắc học cạnh cửa phòng thí nghiệm.</w:t>
      </w:r>
    </w:p>
    <w:p>
      <w:pPr>
        <w:spacing w:after="80"/>
      </w:pPr>
      <w:r>
        <w:rPr>
          <w:b w:val="0"/>
          <w:i/>
        </w:rPr>
        <w:t>Lạ thật,</w:t>
      </w:r>
      <w:r>
        <w:rPr>
          <w:b w:val="0"/>
          <w:i w:val="0"/>
        </w:rPr>
        <w:t xml:space="preserve"> anh ta nghĩ, mắt nhìn chằm chằm vào đèn chỉ báo nhỏ màu xanh lá.</w:t>
      </w:r>
    </w:p>
    <w:p>
      <w:pPr>
        <w:spacing w:after="80"/>
      </w:pPr>
      <w:r>
        <w:rPr>
          <w:b w:val="0"/>
          <w:i w:val="0"/>
        </w:rPr>
        <w:t xml:space="preserve">Đèn trên bảng điều khiển đã </w:t>
      </w:r>
      <w:r>
        <w:rPr>
          <w:b w:val="0"/>
          <w:i/>
        </w:rPr>
        <w:t>đỏ</w:t>
      </w:r>
      <w:r>
        <w:rPr>
          <w:b w:val="0"/>
          <w:i w:val="0"/>
        </w:rPr>
        <w:t xml:space="preserve"> vào sáng nay khi họ đến và thấy cửa bị khóa. Anh chắc chắn như vậy. Giờ nó lại xanh. Và </w:t>
      </w:r>
      <w:r>
        <w:rPr>
          <w:b w:val="0"/>
          <w:i/>
        </w:rPr>
        <w:t>nhấp nháy.</w:t>
      </w:r>
      <w:r>
        <w:rPr>
          <w:b w:val="0"/>
          <w:i w:val="0"/>
        </w:rPr>
        <w:t xml:space="preserve"> Bối rối, Pavel bước tới cửa phòng thí nghiệm, nắm lấy tay nắm và kéo.</w:t>
      </w:r>
    </w:p>
    <w:p>
      <w:pPr>
        <w:spacing w:after="80"/>
      </w:pPr>
      <w:r>
        <w:rPr>
          <w:b w:val="0"/>
          <w:i w:val="0"/>
        </w:rPr>
        <w:t>Trước sự ngạc nhiên của anh, cánh cửa mở ra dễ dàng, để lộ cầu thang phía sau. Có vẻ như cánh cửa đã không khóa đúng cách sau khi người cuối cùng bước vào. Liếc xuống dưới, Pavel giờ đã thấy nguyên nhân—một mảnh kính an toàn dày cộp bị kẹt trong khung cửa.</w:t>
      </w:r>
    </w:p>
    <w:p>
      <w:pPr>
        <w:spacing w:after="80"/>
      </w:pPr>
      <w:r>
        <w:rPr>
          <w:b w:val="0"/>
          <w:i w:val="0"/>
        </w:rPr>
        <w:t>Tôi cần báo ngay cho đội trưởng—chúng ta đã vào được rồi!</w:t>
      </w:r>
    </w:p>
    <w:p>
      <w:pPr>
        <w:spacing w:after="80"/>
      </w:pPr>
      <w:r>
        <w:rPr>
          <w:b w:val="0"/>
          <w:i w:val="0"/>
        </w:rPr>
        <w:t>Nhưng khi Pavel nhìn xuống cầu thang trống rỗng, một ý tưởng khác chợt lóe lên trong đầu anh. Nó táo bạo và có lẽ hơi mạo hiểm, nhưng ý nghĩ đó khiến anh phấn khích, đặc biệt là khi biết mình vừa làm đội trưởng thất vọng trong nhiều lần gần đây.</w:t>
      </w:r>
    </w:p>
    <w:p>
      <w:pPr>
        <w:spacing w:after="80"/>
      </w:pPr>
      <w:r>
        <w:rPr>
          <w:b w:val="0"/>
          <w:i w:val="0"/>
        </w:rPr>
        <w:t>Pavel hình dung ra cảnh tượng bên dưới.</w:t>
      </w:r>
    </w:p>
    <w:p>
      <w:pPr>
        <w:spacing w:after="80"/>
      </w:pPr>
      <w:r>
        <w:rPr>
          <w:b w:val="0"/>
          <w:i w:val="0"/>
        </w:rPr>
        <w:t>Vài học giả không vũ trang…</w:t>
      </w:r>
    </w:p>
    <w:p>
      <w:pPr>
        <w:spacing w:after="80"/>
      </w:pPr>
      <w:r>
        <w:rPr>
          <w:b w:val="0"/>
          <w:i w:val="0"/>
        </w:rPr>
        <w:t>Anh tưởng tượng niềm vui sướng của Janáček khi quay lại và phát hiện những kẻ chạy trốn đã được xếp hàng ngay ngắn trên ghế sofa dưới họng súng. Pavel đưa tay vuốt qua khẩu súng ngắn CZ 75 D trong bao da, cảm giác tay cầm có vân nổi lên như cái chạm trấn an của một người bạn cũ.</w:t>
      </w:r>
    </w:p>
    <w:p>
      <w:pPr>
        <w:spacing w:after="80"/>
      </w:pPr>
      <w:r>
        <w:rPr>
          <w:b w:val="0"/>
          <w:i w:val="0"/>
        </w:rPr>
        <w:t>Tôi được huấn luyện chuyên biệt cho đúng nhiệm vụ này.</w:t>
      </w:r>
    </w:p>
    <w:p>
      <w:pPr>
        <w:spacing w:after="80"/>
      </w:pPr>
      <w:r>
        <w:rPr>
          <w:b w:val="0"/>
          <w:i w:val="0"/>
        </w:rPr>
        <w:t>Robert Langdon đã tỏ ra sợ súng, và chắc chắn những người khác cũng vậy. Theo kinh nghiệm của Pavel, thường dân đối mặt với một sĩ quan ÚZSI có vũ trang luôn làm đúng một việc…chính xác những gì viên sĩ quan yêu cầu.</w:t>
      </w:r>
    </w:p>
    <w:p>
      <w:pPr>
        <w:jc w:val="center"/>
      </w:pPr>
      <w:r>
        <w:drawing>
          <wp:inline xmlns:a="http://schemas.openxmlformats.org/drawingml/2006/main" xmlns:pic="http://schemas.openxmlformats.org/drawingml/2006/picture">
            <wp:extent cx="5486400" cy="362122"/>
            <wp:docPr id="26" name="Picture 26"/>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Ở đâu đó xa dưới đường sống núi, nhìn lên bầu trời, đội trưởng Janáček đang mơ mơ tỉnh tỉnh. Ông không biết bao nhiêu thời gian đã trôi qua kể từ khi cơ thể ông bị hất tung lên không, lao xuống với tốc độ kinh hoàng, trước khi đập vào những tảng đá dưới đáy khe núi với một lực ghê người.</w:t>
      </w:r>
    </w:p>
    <w:p>
      <w:pPr>
        <w:spacing w:after="80"/>
      </w:pPr>
      <w:r>
        <w:rPr>
          <w:b w:val="0"/>
          <w:i w:val="0"/>
        </w:rPr>
        <w:t>Tự sát hẳn sẽ thật thi vị khi xét đến tin tức ông vừa nhận từ đại sứ. Nhưng Janáček đã không tự kết liễu đời mình.</w:t>
      </w:r>
    </w:p>
    <w:p>
      <w:pPr>
        <w:spacing w:after="80"/>
      </w:pPr>
      <w:r>
        <w:rPr>
          <w:b w:val="0"/>
          <w:i w:val="0"/>
        </w:rPr>
        <w:t>Tôi bị đẩy.</w:t>
      </w:r>
    </w:p>
    <w:p>
      <w:pPr>
        <w:spacing w:after="80"/>
      </w:pPr>
      <w:r>
        <w:rPr>
          <w:b w:val="0"/>
          <w:i w:val="0"/>
        </w:rPr>
        <w:t>Nằm trên những tảng đá, nát bươm và chảy máu, Janáček vẫn còn cảm nhận được hai điểm trên lưng nơi những bàn tay mạnh mẽ đã đẩy mạnh ông và khiến ông lộn nhào qua bức tường đá thấp. Đội trưởng không biết ai đã lén tiếp cận mình, nhưng thật kỳ lạ, sự thật đó dường như hoàn toàn không liên quan đến ông vào lúc này.</w:t>
      </w:r>
    </w:p>
    <w:p>
      <w:pPr>
        <w:spacing w:after="80"/>
      </w:pPr>
      <w:r>
        <w:rPr>
          <w:b w:val="0"/>
          <w:i w:val="0"/>
        </w:rPr>
        <w:t>Đây là kết thúc…tôi đang chết.</w:t>
      </w:r>
    </w:p>
    <w:p>
      <w:pPr>
        <w:spacing w:after="80"/>
      </w:pPr>
      <w:r>
        <w:rPr>
          <w:b w:val="0"/>
          <w:i w:val="0"/>
        </w:rPr>
        <w:t>Tuy nhiên, trước sự ngạc nhiên của ông, sự chuyển biến ấy lại cảm thấy khá tự nhiên và thanh thản.</w:t>
      </w:r>
    </w:p>
    <w:p>
      <w:pPr>
        <w:spacing w:after="80"/>
      </w:pPr>
      <w:r>
        <w:rPr>
          <w:b w:val="0"/>
          <w:i w:val="0"/>
        </w:rPr>
        <w:t>Có rất ít sự khó chịu về thể xác. Tất cả những nỗi lo lắng kinh khủng đã chiếm lấy anh chỉ vài phút trước dường như đang tan biến…kể cả cuộc gọi tàn khốc với đại sứ Hoa Kỳ.</w:t>
      </w:r>
    </w:p>
    <w:p>
      <w:pPr>
        <w:spacing w:after="80"/>
      </w:pPr>
      <w:r>
        <w:rPr>
          <w:b w:val="0"/>
          <w:i w:val="0"/>
        </w:rPr>
        <w:t>Anh vẫn còn nghe rõ sáu từ mà bà đã nói với anh.</w:t>
      </w:r>
    </w:p>
    <w:p>
      <w:pPr>
        <w:spacing w:after="80"/>
      </w:pPr>
      <w:r>
        <w:rPr>
          <w:b w:val="0"/>
          <w:i w:val="0"/>
        </w:rPr>
        <w:t>Chúng tôi biết là không có bom.</w:t>
      </w:r>
    </w:p>
    <w:p>
      <w:pPr>
        <w:spacing w:after="80"/>
      </w:pPr>
      <w:r>
        <w:rPr>
          <w:b w:val="0"/>
          <w:i w:val="0"/>
        </w:rPr>
        <w:t>Lời khẳng định của Janáček rằng ÚZSI đã tìm thấy một quả bom nhỏ quả thực là một lời nói dối…một chút tô vẽ để giúp anh nắm toàn quyền kiểm soát tình hình.</w:t>
      </w:r>
    </w:p>
    <w:p>
      <w:pPr>
        <w:spacing w:after="80"/>
      </w:pPr>
      <w:r>
        <w:rPr>
          <w:b w:val="0"/>
          <w:i w:val="0"/>
        </w:rPr>
        <w:t>Tôi đã làm điều mà tôi được lệnh phải làm.</w:t>
      </w:r>
    </w:p>
    <w:p>
      <w:pPr>
        <w:spacing w:after="80"/>
      </w:pPr>
      <w:r>
        <w:rPr>
          <w:b w:val="0"/>
          <w:i w:val="0"/>
        </w:rPr>
        <w:t>Cuộc gọi kỳ lạ ấy đến từ London vào sáng sớm nay, đánh thức Janáček khỏi giấc ngủ say. Người đàn ông Mỹ ở đầu dây bên kia xin lỗi vì giờ giấc và bảo viên đại úy kiểm tra tin nhắn. Janáček làm theo, và anh thấy một loạt thông tin xác thực đáng nể khẳng định người đàn ông này hoạt động trong những tầng lớp quyền lực cao nhất.</w:t>
      </w:r>
    </w:p>
    <w:p>
      <w:pPr>
        <w:spacing w:after="80"/>
      </w:pPr>
      <w:r>
        <w:rPr>
          <w:b w:val="0"/>
          <w:i w:val="0"/>
        </w:rPr>
        <w:t>“Tôi có một tình huống,” người đàn ông nói. “Và tôi muốn anh giúp.”</w:t>
      </w:r>
    </w:p>
    <w:p>
      <w:pPr>
        <w:spacing w:after="80"/>
      </w:pPr>
      <w:r>
        <w:rPr>
          <w:b w:val="0"/>
          <w:i w:val="0"/>
        </w:rPr>
        <w:t>Janáček dụi mắt cho tỉnh ngủ, cố gắng tập trung. “Vâng?”</w:t>
      </w:r>
    </w:p>
    <w:p>
      <w:pPr>
        <w:spacing w:after="80"/>
      </w:pPr>
      <w:r>
        <w:rPr>
          <w:b w:val="0"/>
          <w:i w:val="0"/>
        </w:rPr>
        <w:t>“Hiện có hai người Mỹ nổi tiếng đang ở Prague. Tôi cần bắt giữ họ.”</w:t>
      </w:r>
    </w:p>
    <w:p>
      <w:pPr>
        <w:spacing w:after="80"/>
      </w:pPr>
      <w:r>
        <w:rPr>
          <w:b w:val="0"/>
          <w:i w:val="0"/>
        </w:rPr>
        <w:t>“Anh biết tôi không thể cứ thế bắt giữ người nước ngoài mà không có—”</w:t>
      </w:r>
    </w:p>
    <w:p>
      <w:pPr>
        <w:spacing w:after="80"/>
      </w:pPr>
      <w:r>
        <w:rPr>
          <w:b w:val="0"/>
          <w:i w:val="0"/>
        </w:rPr>
        <w:t>“Mọi thông tin tình báo anh cần sẽ được cung cấp. Hãy nghe kỹ.”</w:t>
      </w:r>
    </w:p>
    <w:p>
      <w:pPr>
        <w:spacing w:after="80"/>
      </w:pPr>
      <w:r>
        <w:rPr>
          <w:b w:val="0"/>
          <w:i w:val="0"/>
        </w:rPr>
        <w:t xml:space="preserve">Khi Janáček nghe về âm mưu của hai người Mỹ, anh cảm thấy một nỗi phẫn nộ quen thuộc. </w:t>
      </w:r>
      <w:r>
        <w:rPr>
          <w:b w:val="0"/>
          <w:i/>
        </w:rPr>
        <w:t>Một màn diễn để gây chú ý? Một lời đe dọa đánh bom tại khách sạn Four Seasons? Thật quá quắt!</w:t>
      </w:r>
      <w:r>
        <w:rPr>
          <w:b w:val="0"/>
          <w:i w:val="0"/>
        </w:rPr>
        <w:t xml:space="preserve"> Anh đã mệt mỏi với việc người nước ngoài coi đất nước mình như một sân chơi vô pháp luật.</w:t>
      </w:r>
    </w:p>
    <w:p>
      <w:pPr>
        <w:spacing w:after="80"/>
      </w:pPr>
      <w:r>
        <w:rPr>
          <w:b w:val="0"/>
          <w:i w:val="0"/>
        </w:rPr>
        <w:t>“Tôi phải cảnh báo anh,” Janáček nói, “tội danh duy nhất tôi có thể dùng ở đây là ‘gây rối trật tự công cộng.’ Nếu những người Mỹ này giàu có hoặc nổi tiếng, đại sứ quán Hoa Kỳ sẽ can thiệp ngay lập tức.”</w:t>
      </w:r>
    </w:p>
    <w:p>
      <w:pPr>
        <w:spacing w:after="80"/>
      </w:pPr>
      <w:r>
        <w:rPr>
          <w:b w:val="0"/>
          <w:i w:val="0"/>
        </w:rPr>
        <w:t>“Quên đại sứ quán đi,” người đàn ông trấn an. “Tôi sẽ lo phần đại sứ. Anh chỉ cần phóng đại mức độ nghiêm trọng của hành vi phạm tội của họ. Tôi sẽ chỉ cho anh cách.”</w:t>
      </w:r>
    </w:p>
    <w:p>
      <w:pPr>
        <w:spacing w:after="80"/>
      </w:pPr>
      <w:r>
        <w:rPr>
          <w:b w:val="0"/>
          <w:i w:val="0"/>
        </w:rPr>
        <w:t>Ý tưởng của người đàn ông ấy thật khéo léo—đơn giản, gọn gàng—một chút tô vẽ nhỏ sẽ giúp Janáček thực hiện một vụ bắt giữ vững như bàn thạch và cuối cùng cho đại sứ thấy rằng “là người Mỹ” không nâng ai lên trên luật pháp Séc.</w:t>
      </w:r>
    </w:p>
    <w:p>
      <w:pPr>
        <w:spacing w:after="80"/>
      </w:pPr>
      <w:r>
        <w:rPr>
          <w:b w:val="0"/>
          <w:i/>
        </w:rPr>
        <w:t>Một lời nói dối vô hại phục vụ công lý là một lời nói dối đáng kính,</w:t>
      </w:r>
      <w:r>
        <w:rPr>
          <w:b w:val="0"/>
          <w:i w:val="0"/>
        </w:rPr>
        <w:t xml:space="preserve"> Janáček tin vậy. Anh không hề quan tâm đến phần thưởng hậu hĩnh mà người đàn ông kia đã đề nghị để đổi lấy sự giúp đỡ. </w:t>
      </w:r>
      <w:r>
        <w:rPr>
          <w:b w:val="0"/>
          <w:i/>
        </w:rPr>
        <w:t>Đánh lừa được đại sứ quán đã là phần thưởng đủ rồi,</w:t>
      </w:r>
      <w:r>
        <w:rPr>
          <w:b w:val="0"/>
          <w:i w:val="0"/>
        </w:rPr>
        <w:t xml:space="preserve"> anh nghĩ, vẫn còn cay đắng vì những cuộc đụng độ trong quá khứ. Và thế là, đúng như người gọi điện đã gợi ý, Janáček đã vượt qua ranh giới và phóng đại sự thật…chỉ một chút thôi.</w:t>
      </w:r>
    </w:p>
    <w:p>
      <w:pPr>
        <w:spacing w:after="80"/>
      </w:pPr>
      <w:r>
        <w:rPr>
          <w:b w:val="0"/>
          <w:i w:val="0"/>
        </w:rPr>
        <w:t>Không có quả bom nào cả—chỉ là một lời đe dọa đánh bom—nhưng chỉ một thay đổi nhỏ như vậy đã nâng các tội danh lên một mức nghiêm trọng hơn nhiều.</w:t>
      </w:r>
    </w:p>
    <w:p>
      <w:pPr>
        <w:spacing w:after="80"/>
      </w:pPr>
      <w:r>
        <w:rPr>
          <w:b w:val="0"/>
          <w:i w:val="0"/>
        </w:rPr>
        <w:t>Giờ đây, khi nằm gục gãy trong khe núi, Janáček nhận ra khoảnh khắc huy hoàng của mình đã tan biến như một ảo ảnh. Bị đại sứ làm bẽ mặt, người đang có ý định liên lạc với cấp trên của Janáček, ông ta đã hủy buổi họp báo và gọi dừng đội phá dỡ. Sự háo hức muốn tạo ra một vụ bắt giữ đình đám đã biến ông ta thành một mục tiêu dễ dàng…một con tốt sẵn lòng.</w:t>
      </w:r>
    </w:p>
    <w:p>
      <w:pPr>
        <w:spacing w:after="80"/>
      </w:pPr>
      <w:r>
        <w:rPr>
          <w:b w:val="0"/>
          <w:i/>
        </w:rPr>
        <w:t>Có lẽ kẻ gọi điện người Mỹ đã lợi dụng mình cho mục đích của hắn ta?</w:t>
      </w:r>
      <w:r>
        <w:rPr>
          <w:b w:val="0"/>
          <w:i w:val="0"/>
        </w:rPr>
        <w:t xml:space="preserve"> Thông tin của người đàn ông đó đều hợp lệ, cũng như số điện thoại mà hắn gọi đến.</w:t>
      </w:r>
    </w:p>
    <w:p>
      <w:pPr>
        <w:spacing w:after="80"/>
      </w:pPr>
      <w:r>
        <w:rPr>
          <w:b w:val="0"/>
          <w:i w:val="0"/>
        </w:rPr>
        <w:t>Chẳng còn gì quan trọng nữa.</w:t>
      </w:r>
    </w:p>
    <w:p>
      <w:pPr>
        <w:spacing w:after="80"/>
      </w:pPr>
      <w:r>
        <w:rPr>
          <w:b w:val="0"/>
          <w:i w:val="0"/>
        </w:rPr>
        <w:t>Nằm sóng soài trên những tảng đá, Janáček cảm thấy dòng máu ấm chảy tự do từ sau gáy. Ông ta ý thức được sự sống đang rút khỏi mình. Theo một cách kỳ lạ, cái chết dường như là một lựa chọn nhân từ hơn so với việc phải cúi đầu trước đại sứ quán Mỹ, đặc biệt là trước Michael Harris đầy vẻ tự mãn.</w:t>
      </w:r>
    </w:p>
    <w:p>
      <w:pPr>
        <w:spacing w:after="80"/>
      </w:pPr>
      <w:r>
        <w:rPr>
          <w:b w:val="0"/>
          <w:i/>
        </w:rPr>
        <w:t>Đây là một phước lành,</w:t>
      </w:r>
      <w:r>
        <w:rPr>
          <w:b w:val="0"/>
          <w:i w:val="0"/>
        </w:rPr>
        <w:t xml:space="preserve"> Janáček quyết định, ngạc nhiên vì sự bình thản hoàn toàn của mình.</w:t>
      </w:r>
    </w:p>
    <w:p>
      <w:pPr>
        <w:spacing w:after="80"/>
      </w:pPr>
      <w:r>
        <w:rPr>
          <w:b w:val="0"/>
          <w:i w:val="0"/>
        </w:rPr>
        <w:t xml:space="preserve">Kỳ lạ thay, giờ đây vị đại úy cảm thấy như thể mình đang trôi xa hơn…khỏi </w:t>
      </w:r>
      <w:r>
        <w:rPr>
          <w:b w:val="0"/>
          <w:i/>
        </w:rPr>
        <w:t>chính mình.</w:t>
      </w:r>
      <w:r>
        <w:rPr>
          <w:b w:val="0"/>
          <w:i w:val="0"/>
        </w:rPr>
        <w:t xml:space="preserve"> Ông ta tách rời một cách dễ chịu khỏi thân thể đổ vỡ của mình, không còn bận tâm đến đau đớn hay thương tích, như thể ông ta đang bay lên và bỏ lại những rắc rối của thế gian phía sau.</w:t>
      </w:r>
    </w:p>
    <w:p>
      <w:pPr>
        <w:spacing w:after="80"/>
      </w:pPr>
      <w:r>
        <w:rPr>
          <w:b w:val="0"/>
          <w:i w:val="0"/>
        </w:rPr>
        <w:t>Không có sợ hãi…chỉ có một niềm thanh thản dâng trào. Đó là điều khác hẳn bất cứ thứ gì ông ta từng trải nghiệm trong đời.</w:t>
      </w:r>
    </w:p>
    <w:p>
      <w:pPr>
        <w:pStyle w:val="Heading1"/>
      </w:pPr>
      <w:r>
        <w:rPr>
          <w:rFonts w:ascii="Calibri" w:hAnsi="Calibri"/>
          <w:b/>
          <w:i w:val="0"/>
          <w:sz w:val="40"/>
        </w:rPr>
        <w:t>Chương 31</w:t>
      </w:r>
    </w:p>
    <w:p>
      <w:pPr>
        <w:spacing w:after="80"/>
      </w:pPr>
      <w:r>
        <w:rPr>
          <w:b w:val="0"/>
          <w:i w:val="0"/>
        </w:rPr>
        <w:t>Dana Daněk đang dần mất kiên nhẫn vì cơ sở dữ liệu nhận diện khuôn mặt không cho ra kết quả để xác định người phụ nữ trên Cầu Charles. Quá trình này dường như mất một thời gian dài bất thường.</w:t>
      </w:r>
    </w:p>
    <w:p>
      <w:pPr>
        <w:spacing w:after="80"/>
      </w:pPr>
      <w:r>
        <w:rPr>
          <w:b w:val="0"/>
          <w:i w:val="0"/>
        </w:rPr>
        <w:t>Trong lúc chờ đợi, cô đã quay lại đoạn phim giám sát từ trên cao. Giờ cô đang xem người phụ nữ đội vương miện nhỏ đứng bất động ở đầu phía đông của cây cầu…như thể đang chờ đợi điều gì đó.</w:t>
      </w:r>
    </w:p>
    <w:p>
      <w:pPr>
        <w:spacing w:after="80"/>
      </w:pPr>
      <w:r>
        <w:rPr>
          <w:b w:val="0"/>
          <w:i w:val="0"/>
        </w:rPr>
        <w:t>Đột nhiên, lúc 6:52 sáng, người phụ nữ nhận được một cuộc gọi. Cô ta trả lời ngay lập tức, chỉ nói vài giây rồi cất điện thoại trở lại vào túi. Rồi, trước sự sững sờ của Dana, người phụ nữ lấy từ trong túi ra một chiếc lọ nhỏ và vẩy chất lỏng bên trong lên khắp vai và cánh tay của chiếc áo khoác đen.</w:t>
      </w:r>
    </w:p>
    <w:p>
      <w:pPr>
        <w:spacing w:after="80"/>
      </w:pPr>
      <w:r>
        <w:rPr>
          <w:b w:val="0"/>
          <w:i w:val="0"/>
        </w:rPr>
        <w:t>Nước hoa? Nước thánh?</w:t>
      </w:r>
    </w:p>
    <w:p>
      <w:pPr>
        <w:spacing w:after="80"/>
      </w:pPr>
      <w:r>
        <w:rPr>
          <w:b w:val="0"/>
          <w:i w:val="0"/>
        </w:rPr>
        <w:t>Cô ta cất chiếc lọ vào túi, chỉnh lại chiếc vương miện nhỏ có gai, rồi thò tay vào lớp lót áo khoác và rút ra một thanh kim loại nào đó. Nó trông giống như một ngọn giáo bạc nhỏ.</w:t>
      </w:r>
    </w:p>
    <w:p>
      <w:pPr>
        <w:spacing w:after="80"/>
      </w:pPr>
      <w:r>
        <w:rPr>
          <w:b w:val="0"/>
          <w:i w:val="0"/>
        </w:rPr>
        <w:t>Cô ta đang mang vũ khí sao?</w:t>
      </w:r>
    </w:p>
    <w:p>
      <w:pPr>
        <w:spacing w:after="80"/>
      </w:pPr>
      <w:r>
        <w:rPr>
          <w:b w:val="0"/>
          <w:i w:val="0"/>
        </w:rPr>
        <w:t>Rồi cô ta bắt đầu trôi đi chậm rãi, gần như thể xác sống, băng qua cây cầu vắng vẻ. Khi cô ta đến gần điểm giữa cầu, một người đàn ông cao lớn với mái tóc đen bước vào khung hình, sải bước về phía đông, tiến về phía cô ta. Anh ta mặc bộ đồ thể thao và đi giày chạy. Khi đến ngang hàng, anh ta đột ngột dừng lại và quay người, như thể đang nói chuyện với cô ta. Người phụ nữ hoặc phớt lờ anh ta hoặc không nghe thấy. Cô ta cứ tiếp tục bước đi. Người đàn ông dường như bị tê liệt trong giây lát. Anh ta gọi cô ta lần nữa nhưng không có phản hồi, rồi đột ngột xoay người và phóng đi theo hướng anh ta vốn đang chạy…cho đến khi khuất khỏi khung hình camera.</w:t>
      </w:r>
    </w:p>
    <w:p>
      <w:pPr>
        <w:spacing w:after="80"/>
      </w:pPr>
      <w:r>
        <w:rPr>
          <w:b w:val="0"/>
          <w:i w:val="0"/>
        </w:rPr>
        <w:t>Chuyện gì vừa xảy ra vậy?</w:t>
      </w:r>
    </w:p>
    <w:p>
      <w:pPr>
        <w:spacing w:after="80"/>
      </w:pPr>
      <w:r>
        <w:rPr>
          <w:b w:val="0"/>
          <w:i w:val="0"/>
        </w:rPr>
        <w:t>Dana tua lại đoạn phát và xem lại toàn bộ chuỗi sự việc. Cô tò mò muốn biết người đàn ông đó chạy đi đâu, nhưng trước mắt cô chăm chú quan sát người phụ nữ kỳ lạ như bóng ma kia. Dana bật chế độ "autotrack" (tự động theo dõi) của phần mềm, vốn sử dụng nhận diện khuôn mặt, trí tuệ nhân tạo và các thuật toán chiếu để bám chặt lấy một đối tượng. Khi video tiếp tục, chương trình chuyển từ camera này sang camera khác, theo chân người phụ nữ đội vương miện gai băng qua cây cầu.</w:t>
      </w:r>
    </w:p>
    <w:p>
      <w:pPr>
        <w:spacing w:after="80"/>
      </w:pPr>
      <w:r>
        <w:rPr>
          <w:b w:val="0"/>
          <w:i w:val="0"/>
        </w:rPr>
        <w:t>Cô ta vừa đi ngang bức tượng Thánh Augustine thì bỗng dừng lại. Sau khi liếc nhìn quanh như để chắc chắn mình đang ở một mình, cô ta tháo vương miện ra và thản nhiên thả nó xuống dòng nước bên dưới cầu. Cây giáo được ném xuống tiếp theo. Rồi cô ta lôi từ trong túi ra một chiếc mũ len trắng và đội lên, nhét mái tóc sẫm màu vào bên trong. Cuối cùng, cô ta cởi chiếc áo khoác đen, để lộ chiếc áo len đỏ dày bên trong. Cô ta gấp áo khoác lại và đặt nó như một lễ vật dưới chân bức tượng Thánh Augustine, một địa điểm quen thuộc để để lại đồ quyên góp cho người vô gia cư hoặc những người khó khăn.</w:t>
      </w:r>
    </w:p>
    <w:p>
      <w:pPr>
        <w:spacing w:after="80"/>
      </w:pPr>
      <w:r>
        <w:rPr>
          <w:b w:val="0"/>
          <w:i w:val="0"/>
        </w:rPr>
        <w:t>Giờ đã hóa trang xong, người phụ nữ rẽ ngoặt sang trái, biến mất xuống một cầu thang hẹp bám vào bức tường ngoài của cây cầu và nối liền với bờ tây của dòng sông. Dù tắc kè hoa này là ai, rõ ràng cô ta không muốn bị theo dõi.</w:t>
      </w:r>
    </w:p>
    <w:p>
      <w:pPr>
        <w:spacing w:after="80"/>
      </w:pPr>
      <w:r>
        <w:rPr>
          <w:b w:val="0"/>
          <w:i w:val="0"/>
        </w:rPr>
        <w:t>Dana tua nhanh qua đoạn phim lưu trữ, bám theo người phụ nữ với tốc độ cao băng qua quảng trường lát đá cuội bên ngoài Cung điện Liechtenstein… ngang qua Bảo tàng Kampa với tác phẩm sắp đặt ngoài trời kỳ quái gồm ba đứa bé bằng đồng khổng lồ có khuôn mặt là những con tem mã vạch… và cuối cùng đi sâu vào Công viên Kampa, nơi cô ta lang thang một lúc trước khi mua một ly cà phê ở quầy bán hàng. Trong lúc ngồi trên ghế băng và nhấp từng ngụm cà phê nóng, cô ta nhận được một cuộc điện thoại.</w:t>
      </w:r>
    </w:p>
    <w:p>
      <w:pPr>
        <w:spacing w:after="80"/>
      </w:pPr>
      <w:r>
        <w:rPr>
          <w:b w:val="0"/>
          <w:i w:val="0"/>
        </w:rPr>
        <w:t>Khi cuộc gọi kết thúc, cô ta vội vã quay lại Cầu Charles, nơi giờ đã lác đác người đi bộ trên đường đến chỗ làm. Người phụ nữ vội vã quay lại theo con đường cũ, rời khỏi cầu và rẽ trái vào phố Křižovnická. Khi cô ta sải bước trên vỉa hè, đoạn phát bỗng chậm lại và bắt đầu nhấp nháy dòng chữ "LIVE" (trực tiếp). Bước đi nhanh của người phụ nữ chuyển thành nhịp độ bình thường.</w:t>
      </w:r>
    </w:p>
    <w:p>
      <w:pPr>
        <w:spacing w:after="80"/>
      </w:pPr>
      <w:r>
        <w:rPr>
          <w:b w:val="0"/>
          <w:i w:val="0"/>
        </w:rPr>
        <w:t>Thời gian thực. Chuyện này đang diễn ra ngay lúc này…</w:t>
      </w:r>
    </w:p>
    <w:p>
      <w:pPr>
        <w:spacing w:after="80"/>
      </w:pPr>
      <w:r>
        <w:rPr>
          <w:b w:val="0"/>
          <w:i w:val="0"/>
        </w:rPr>
        <w:t>Dana không có quyền sử dụng hệ thống giám sát tinh vi này theo cách đó, nhưng cô không thể rời mắt khỏi kẻ biến hình này. Cô quan sát khi người phụ nữ sải bước trên vỉa hè và rẽ trái băng qua một bãi đỗ xe sang trọng hướng về lối vào chính của một trong những khách sạn đẹp nhất Prague.</w:t>
      </w:r>
    </w:p>
    <w:p>
      <w:pPr>
        <w:spacing w:after="80"/>
      </w:pPr>
      <w:r>
        <w:rPr>
          <w:b w:val="0"/>
          <w:i w:val="0"/>
        </w:rPr>
        <w:t>Cô ta đang đến Four Seasons sao?</w:t>
      </w:r>
    </w:p>
    <w:p>
      <w:pPr>
        <w:spacing w:after="80"/>
      </w:pPr>
      <w:r>
        <w:rPr>
          <w:b w:val="0"/>
          <w:i w:val="0"/>
        </w:rPr>
        <w:t>Khi người phụ nữ biến mất qua cánh cửa xoay của khách sạn, một thứ bất ngờ đập vào mắt Dana — một chiếc Audi A7 đỗ ở những chỗ dành riêng trước khách sạn. Dana lẽ ra chẳng để ý gì, nếu không phải vì dòng chữ đỏ đặc biệt trên biển số xe cho thấy đây là xe ngoại giao.</w:t>
      </w:r>
    </w:p>
    <w:p>
      <w:pPr>
        <w:spacing w:after="80"/>
      </w:pPr>
      <w:r>
        <w:rPr>
          <w:b w:val="0"/>
          <w:i w:val="0"/>
        </w:rPr>
        <w:t>Đó có phải là một trong những xe của đại sứ quán chúng ta không?</w:t>
      </w:r>
    </w:p>
    <w:p>
      <w:pPr>
        <w:spacing w:after="80"/>
      </w:pPr>
      <w:r>
        <w:rPr>
          <w:b w:val="0"/>
          <w:i w:val="0"/>
        </w:rPr>
        <w:t>Một lát sau, Dana có câu trả lời khi dáng vẻ thanh lịch của Michael Harris bước ra khỏi chiếc xe và sải bước nhanh vào khách sạn.</w:t>
      </w:r>
    </w:p>
    <w:p>
      <w:pPr>
        <w:spacing w:after="80"/>
      </w:pPr>
      <w:r>
        <w:rPr>
          <w:b w:val="0"/>
          <w:i w:val="0"/>
        </w:rPr>
        <w:t>Dana sững sờ nhìn và bụng cô quặn lên.</w:t>
      </w:r>
    </w:p>
    <w:p>
      <w:pPr>
        <w:spacing w:after="80"/>
      </w:pPr>
      <w:r>
        <w:rPr>
          <w:b w:val="0"/>
          <w:i w:val="0"/>
        </w:rPr>
        <w:t>Đồ khốn nạn, Michael. Tôi biết mà!</w:t>
      </w:r>
    </w:p>
    <w:p>
      <w:pPr>
        <w:jc w:val="center"/>
      </w:pPr>
      <w:r>
        <w:drawing>
          <wp:inline xmlns:a="http://schemas.openxmlformats.org/drawingml/2006/main" xmlns:pic="http://schemas.openxmlformats.org/drawingml/2006/picture">
            <wp:extent cx="5486400" cy="362122"/>
            <wp:docPr id="27" name="Picture 27"/>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Người quản lý khách sạn Four Seasons vẫn còn rạng rỡ vì cuộc gọi riêng gần đây từ đại sứ Hoa Kỳ. Sau khi cảm ơn ông vì đã kín đáo xử lý tình huống đáng tiếc với ông Langdon sáng nay, bà đại sứ đã nhờ ông một việc.</w:t>
      </w:r>
    </w:p>
    <w:p>
      <w:pPr>
        <w:spacing w:after="80"/>
      </w:pPr>
      <w:r>
        <w:rPr>
          <w:b w:val="0"/>
          <w:i/>
        </w:rPr>
        <w:t>Một việc mà người ta vừa bước vào kìa,</w:t>
      </w:r>
      <w:r>
        <w:rPr>
          <w:b w:val="0"/>
          <w:i w:val="0"/>
        </w:rPr>
        <w:t xml:space="preserve"> người quản lý nghĩ, nhìn thấy quý ông ăn mặc chỉnh tề đang sải bước về phía quầy lễ tân.</w:t>
      </w:r>
    </w:p>
    <w:p>
      <w:pPr>
        <w:spacing w:after="80"/>
      </w:pPr>
      <w:r>
        <w:rPr>
          <w:b w:val="0"/>
          <w:i w:val="0"/>
        </w:rPr>
        <w:t>“Ông Harris,” người quản lý nói, chìa tay ra. “Đại sứ vừa gọi.”</w:t>
      </w:r>
    </w:p>
    <w:p>
      <w:pPr>
        <w:spacing w:after="80"/>
      </w:pPr>
      <w:r>
        <w:rPr>
          <w:b w:val="0"/>
          <w:i w:val="0"/>
        </w:rPr>
        <w:t>“Cảm ơn ông,” người đàn ông đáp, cái bắt tay của anh ta chặt như kẹp sắt.</w:t>
      </w:r>
    </w:p>
    <w:p>
      <w:pPr>
        <w:spacing w:after="80"/>
      </w:pPr>
      <w:r>
        <w:rPr>
          <w:b w:val="0"/>
          <w:i w:val="0"/>
        </w:rPr>
        <w:t>“Tôi thấy ông đi cùng ông Langdon lúc nãy,” người quản lý nói. “Và…ÚZSI.” Ông ta nhăn mặt. “Tôi hy vọng mọi chuyện đang được giải quyết ổn thỏa?”</w:t>
      </w:r>
    </w:p>
    <w:p>
      <w:pPr>
        <w:spacing w:after="80"/>
      </w:pPr>
      <w:r>
        <w:rPr>
          <w:b w:val="0"/>
          <w:i w:val="0"/>
        </w:rPr>
        <w:t>“Hoàn toàn đúng vậy. Đó là một sự hiểu lầm đáng tiếc, và chúng tôi đang xử lý. Tôi có mặt ở đây lúc này, như ông có lẽ đã biết, là vì ông Langdon đã đề nghị đại sứ quán đến lấy vài thứ từ phòng của ông ấy trong khi chúng tôi sắp xếp mọi chuyện. Có một ít thuốc, mà tôi hiểu là hàng nhập—”</w:t>
      </w:r>
    </w:p>
    <w:p>
      <w:pPr>
        <w:spacing w:after="80"/>
      </w:pPr>
      <w:r>
        <w:rPr>
          <w:b w:val="0"/>
          <w:i w:val="0"/>
        </w:rPr>
        <w:t>“Tất nhiên rồi, tôi đã in sẵn chìa khóa phòng cho ông, thưa ông. Tôi chỉ cần xem giấy tờ tùy thân? Tôi xin lỗi vì sự thủ tục này, nhưng chuyện này hơi bất thường một chút, và quy định của khách sạn—”</w:t>
      </w:r>
    </w:p>
    <w:p>
      <w:pPr>
        <w:spacing w:after="80"/>
      </w:pPr>
      <w:r>
        <w:rPr>
          <w:b w:val="0"/>
          <w:i w:val="0"/>
        </w:rPr>
        <w:t>“Không sao cả,” người đàn ông nói, đưa thẻ nhân viên đại sứ quán của mình ra. “Tôi trân trọng sự cẩn thận của ông. Đại sứ quán đã quen với việc chỉ nhận được những điều tốt nhất từ Four Seasons.”</w:t>
      </w:r>
    </w:p>
    <w:p>
      <w:pPr>
        <w:spacing w:after="80"/>
      </w:pPr>
      <w:r>
        <w:rPr>
          <w:b w:val="0"/>
          <w:i w:val="0"/>
        </w:rPr>
        <w:t>Rạng rỡ, người quản lý trả lại thẻ. “Ông thật tử tế. Tôi tin ông vẫn nhớ đường đến Royal Suite chứ? Và khi xong việc, ông cứ để chìa khóa phòng lại trong suite và kéo cửa đóng lại sau lưng là được.”</w:t>
      </w:r>
    </w:p>
    <w:p>
      <w:pPr>
        <w:spacing w:after="80"/>
      </w:pPr>
      <w:r>
        <w:rPr>
          <w:b w:val="0"/>
          <w:i w:val="0"/>
        </w:rPr>
        <w:t>Người đàn ông từ đại sứ quán cảm ơn ông ta rồi đi lên lầu.</w:t>
      </w:r>
    </w:p>
    <w:p>
      <w:pPr>
        <w:spacing w:after="80"/>
      </w:pPr>
      <w:r>
        <w:rPr>
          <w:b w:val="0"/>
          <w:i w:val="0"/>
        </w:rPr>
        <w:t>Người quản lý quay lại với công việc của mình, bận rộn đến mức không để ý thấy người phụ nữ xinh đẹp mặc áo len đỏ đang đi theo người đàn ông lên lầu.</w:t>
      </w:r>
    </w:p>
    <w:p>
      <w:pPr>
        <w:pStyle w:val="Heading1"/>
      </w:pPr>
      <w:r>
        <w:rPr>
          <w:rFonts w:ascii="Calibri" w:hAnsi="Calibri"/>
          <w:b/>
          <w:i w:val="0"/>
          <w:sz w:val="40"/>
        </w:rPr>
        <w:t>Chương 32</w:t>
      </w:r>
    </w:p>
    <w:p>
      <w:pPr>
        <w:spacing w:after="80"/>
      </w:pPr>
      <w:r>
        <w:rPr>
          <w:b w:val="0"/>
          <w:i/>
        </w:rPr>
        <w:t>Mình đang ở đâu đây?</w:t>
      </w:r>
      <w:r>
        <w:rPr>
          <w:b w:val="0"/>
          <w:i w:val="0"/>
        </w:rPr>
        <w:t xml:space="preserve"> Sasha tự hỏi.</w:t>
      </w:r>
    </w:p>
    <w:p>
      <w:pPr>
        <w:spacing w:after="80"/>
      </w:pPr>
      <w:r>
        <w:rPr>
          <w:b w:val="0"/>
          <w:i w:val="0"/>
        </w:rPr>
        <w:t>Cô cảm thấy một cảm giác ngứa ran quen thuộc dâng lên khắp cơ thể, nhẹ nhàng và dễ chịu, như có những bọt sâm panh chảy trong huyết quản. Khi tỉnh lại sau một cơn động kinh, Sasha thường cảm thấy như não mình là một chiếc máy tính đang khởi động lại, bắt đầu từ con số không, nạp phần mềm từng chút một.</w:t>
      </w:r>
    </w:p>
    <w:p>
      <w:pPr>
        <w:spacing w:after="80"/>
      </w:pPr>
      <w:r>
        <w:rPr>
          <w:b w:val="0"/>
          <w:i w:val="0"/>
        </w:rPr>
        <w:t>Theo bản năng, cô bắt đầu nghi thức quen thuộc sau cơn động kinh. “Tập trung hậu cơn động kinh” (postictal focus), như Tiến sĩ Gessner gọi chiến lược này, là một cách kết nối lại với thực tại hiện tại bằng cách buộc tâm trí gợi lại ký ức gần nhất mà nó có thể nhớ được.</w:t>
      </w:r>
    </w:p>
    <w:p>
      <w:pPr>
        <w:spacing w:after="80"/>
      </w:pPr>
      <w:r>
        <w:rPr>
          <w:b w:val="0"/>
          <w:i/>
        </w:rPr>
        <w:t>Sáng nay mình đang pha trà,</w:t>
      </w:r>
      <w:r>
        <w:rPr>
          <w:b w:val="0"/>
          <w:i w:val="0"/>
        </w:rPr>
        <w:t xml:space="preserve"> Sasha nhớ lại, gợi lên mùi hoa dâm bụt, ánh sáng ban mai xuyên qua cửa sổ bếp, và tiếng kêu nhỏ nhẹ của hai chú mèo Xiêm khi chúng cọ vào bắp chân cô, háo hức chờ bữa sáng. Dần dần, khi não bộ bắt được đà, cô cố nhớ xem mình đã làm gì sau khi cho mèo ăn, nhưng những ký ức đó trống rỗng, không chịu hiện lên.</w:t>
      </w:r>
    </w:p>
    <w:p>
      <w:pPr>
        <w:spacing w:after="80"/>
      </w:pPr>
      <w:r>
        <w:rPr>
          <w:b w:val="0"/>
          <w:i w:val="0"/>
        </w:rPr>
        <w:t>Suy giảm trí nhớ giữa các cơn (interictal memory impairment), như người ta gọi, khá phổ biến ở người động kinh và biểu hiện thành những giai đoạn mất trí nhớ tạm thời, đôi khi kéo dài nhiều giờ, như thể não bộ đơn giản là đã quên ghi lại những gì đang diễn ra.</w:t>
      </w:r>
    </w:p>
    <w:p>
      <w:pPr>
        <w:spacing w:after="80"/>
      </w:pPr>
      <w:r>
        <w:rPr>
          <w:b w:val="0"/>
          <w:i w:val="0"/>
        </w:rPr>
        <w:t>Với một số người động kinh, suy giảm trí nhớ còn làm suy nhược hơn cả các cơn co giật, nhưng Sasha đã chọn cách đơn giản là chấp nhận nó. Đôi khi cô tự hỏi liệu nó có thể còn là một điều may mắn.</w:t>
      </w:r>
    </w:p>
    <w:p>
      <w:pPr>
        <w:spacing w:after="80"/>
      </w:pPr>
      <w:r>
        <w:rPr>
          <w:b w:val="0"/>
          <w:i w:val="0"/>
        </w:rPr>
        <w:t>Có những phần trong quá khứ của tôi mà tôi thà không nhớ lại.</w:t>
      </w:r>
    </w:p>
    <w:p>
      <w:pPr>
        <w:spacing w:after="80"/>
      </w:pPr>
      <w:r>
        <w:rPr>
          <w:b w:val="0"/>
          <w:i w:val="0"/>
        </w:rPr>
        <w:t>Khi Sasha lớn lên ở Nga, những đứa trẻ khác trong trường chế giễu những cơn co giật của cô, gán cho cô một biệt danh ghê rợn—</w:t>
      </w:r>
      <w:r>
        <w:rPr>
          <w:b w:val="0"/>
          <w:i/>
        </w:rPr>
        <w:t>вибратор</w:t>
      </w:r>
      <w:r>
        <w:rPr>
          <w:b w:val="0"/>
          <w:i w:val="0"/>
        </w:rPr>
        <w:t xml:space="preserve">—nghĩa là "máy rung." Bố mẹ cô đưa cô đến các bác sĩ chuyên khoa, nhưng câu trả lời luôn giống nhau. "Không có cách chữa. Sasha sẽ chết </w:t>
      </w:r>
      <w:r>
        <w:rPr>
          <w:b w:val="0"/>
          <w:i/>
        </w:rPr>
        <w:t>cùng với</w:t>
      </w:r>
      <w:r>
        <w:rPr>
          <w:b w:val="0"/>
          <w:i w:val="0"/>
        </w:rPr>
        <w:t xml:space="preserve"> những cơn co giật…nhưng không phải </w:t>
      </w:r>
      <w:r>
        <w:rPr>
          <w:b w:val="0"/>
          <w:i/>
        </w:rPr>
        <w:t>vì</w:t>
      </w:r>
      <w:r>
        <w:rPr>
          <w:b w:val="0"/>
          <w:i w:val="0"/>
        </w:rPr>
        <w:t xml:space="preserve"> chúng."</w:t>
      </w:r>
    </w:p>
    <w:p>
      <w:pPr>
        <w:spacing w:after="80"/>
      </w:pPr>
      <w:r>
        <w:rPr>
          <w:b w:val="0"/>
          <w:i/>
        </w:rPr>
        <w:t>Nhưng con</w:t>
      </w:r>
      <w:r>
        <w:rPr>
          <w:b w:val="0"/>
          <w:i w:val="0"/>
        </w:rPr>
        <w:t xml:space="preserve"> muốn </w:t>
      </w:r>
      <w:r>
        <w:rPr>
          <w:b w:val="0"/>
          <w:i/>
        </w:rPr>
        <w:t>chết,</w:t>
      </w:r>
      <w:r>
        <w:rPr>
          <w:b w:val="0"/>
          <w:i w:val="0"/>
        </w:rPr>
        <w:t xml:space="preserve"> Sasha thường nghĩ vậy.</w:t>
      </w:r>
    </w:p>
    <w:p>
      <w:pPr>
        <w:spacing w:after="80"/>
      </w:pPr>
      <w:r>
        <w:rPr>
          <w:b w:val="0"/>
          <w:i w:val="0"/>
        </w:rPr>
        <w:t>Những khoảnh khắc yên bình cô cảm nhận được ngay sau các cơn co giật, tuy có phần kỳ diệu, lại bị lấn át bởi nỗi đau tinh thần và những tổn thương thể xác mà những cơn bệnh này mang đến cho cuộc đời cô.</w:t>
      </w:r>
    </w:p>
    <w:p>
      <w:pPr>
        <w:spacing w:after="80"/>
      </w:pPr>
      <w:r>
        <w:rPr>
          <w:b w:val="0"/>
          <w:i w:val="0"/>
        </w:rPr>
        <w:t xml:space="preserve">Cuối cùng các bác sĩ chẩn đoán Sasha mắc chứng ngất mạn tính (chronic syncope) và bệnh tâm thần cấp tính, và đề nghị đưa cô vào viện tâm thần. Điều tốt nhất bố mẹ cô có thể làm là một </w:t>
      </w:r>
      <w:r>
        <w:rPr>
          <w:b w:val="0"/>
          <w:i/>
        </w:rPr>
        <w:t>psikhushka</w:t>
      </w:r>
      <w:r>
        <w:rPr>
          <w:b w:val="0"/>
          <w:i w:val="0"/>
        </w:rPr>
        <w:t>—một bệnh viện tâm thần của nhà nước đã xuống cấp, nằm giữa nơi hoang vắng gần biên giới phía tây nước Nga. Vào sinh nhật lần thứ mười của cô, bố mẹ để cô lại đó và không bao giờ đến thăm nữa.</w:t>
      </w:r>
    </w:p>
    <w:p>
      <w:pPr>
        <w:spacing w:after="80"/>
      </w:pPr>
      <w:r>
        <w:rPr>
          <w:b w:val="0"/>
          <w:i w:val="0"/>
        </w:rPr>
        <w:t>Sasha đã khóc suốt nhiều tuần trong căn phòng nhỏ bé của mình. Những cơn co giật của cô xảy ra vài lần mỗi ngày, và các nhân viên sẽ cưỡng chế trói cô mà không hề tỏ ra thương xót. Những bữa ăn họ cung cấp thật ít ỏi, nhưng thuốc men họ cung cấp thì vô cùng nhiều. Đến khi còn là thiếu niên, Sasha sống một cuộc đời đầy thuốc an thần và cô đơn.</w:t>
      </w:r>
    </w:p>
    <w:p>
      <w:pPr>
        <w:spacing w:after="80"/>
      </w:pPr>
      <w:r>
        <w:rPr>
          <w:b w:val="0"/>
          <w:i w:val="0"/>
        </w:rPr>
        <w:t xml:space="preserve">Hơn một thập kỷ, cô sống như vậy, bị lãng quên và đơn độc. Lối thoát duy nhất bền lâu khỏi thực tại của cô là những bộ phim Mỹ được chiếu liên tục trong phòng sinh hoạt chung đối diện hành lang. Phim hài lãng mạn là thể loại cô thích nhất, và Sasha thường mơ về việc yêu đương ở thành phố New York. </w:t>
      </w:r>
      <w:r>
        <w:rPr>
          <w:b w:val="0"/>
          <w:i/>
        </w:rPr>
        <w:t>Một ngày nào đó mình sẽ thấy nước Mỹ,</w:t>
      </w:r>
      <w:r>
        <w:rPr>
          <w:b w:val="0"/>
          <w:i w:val="0"/>
        </w:rPr>
        <w:t xml:space="preserve"> cô tự hứa với bản thân, đôi khi cảm nhận rằng giấc mơ đến Mỹ là điều duy nhất giúp cô tiếp tục bước tiếp.</w:t>
      </w:r>
    </w:p>
    <w:p>
      <w:pPr>
        <w:spacing w:after="80"/>
      </w:pPr>
      <w:r>
        <w:rPr>
          <w:b w:val="0"/>
          <w:i w:val="0"/>
        </w:rPr>
        <w:t>Và rồi ngay cả giấc mơ đó cũng tan vỡ.</w:t>
      </w:r>
    </w:p>
    <w:p>
      <w:pPr>
        <w:spacing w:after="80"/>
      </w:pPr>
      <w:r>
        <w:rPr>
          <w:b w:val="0"/>
          <w:i w:val="0"/>
        </w:rPr>
        <w:t>Sasha được phân cho một nhân viên trực đêm mới—một nữ y tá nhẫn tâm tên Malvina—người tự giải trí trong những giờ cô quạnh bằng cách giữ lại thuốc chống co giật của Sasha rồi ngồi xem những cơn co thắt của cô như một màn trình diễn xiếc lạ trước khi đánh đập cô. Suốt nhiều tuần, Malvina ngược đãi Sasha về thể xác, tinh thần, và có lẽ theo những cách khác mà tâm trí Sasha đã chặn lại.</w:t>
      </w:r>
    </w:p>
    <w:p>
      <w:pPr>
        <w:spacing w:after="80"/>
      </w:pPr>
      <w:r>
        <w:rPr>
          <w:b w:val="0"/>
          <w:i w:val="0"/>
        </w:rPr>
        <w:t>Một buổi sáng, sau khi vừa sống sót qua một trong những đòn tấn công tàn bạo và đau đớn hơn của Malvina, Sasha đang khóc trên giường thì ba nhân viên xông vào và lôi cô dọc hành lang đến phòng sinh hoạt chung.</w:t>
      </w:r>
    </w:p>
    <w:p>
      <w:pPr>
        <w:spacing w:after="80"/>
      </w:pPr>
      <w:r>
        <w:rPr>
          <w:b w:val="0"/>
          <w:i/>
        </w:rPr>
        <w:t>"Priznavaysya!"</w:t>
      </w:r>
      <w:r>
        <w:rPr>
          <w:b w:val="0"/>
          <w:i w:val="0"/>
        </w:rPr>
        <w:t xml:space="preserve"> họ hét vào mặt cô. </w:t>
      </w:r>
      <w:r>
        <w:rPr>
          <w:b w:val="0"/>
          <w:i/>
        </w:rPr>
        <w:t>Thú nhận đi!</w:t>
      </w:r>
    </w:p>
    <w:p>
      <w:pPr>
        <w:spacing w:after="80"/>
      </w:pPr>
      <w:r>
        <w:rPr>
          <w:b w:val="0"/>
          <w:i w:val="0"/>
        </w:rPr>
        <w:t>Dưới chân Sasha, trên sàn phòng sinh hoạt chung, là thi thể không còn sự sống của Malvina, đầu cô ta bị vặn gần như hoàn toàn ra phía sau.</w:t>
      </w:r>
    </w:p>
    <w:p>
      <w:pPr>
        <w:spacing w:after="80"/>
      </w:pPr>
      <w:r>
        <w:rPr>
          <w:b w:val="0"/>
          <w:i/>
        </w:rPr>
        <w:t>Không phải tôi,</w:t>
      </w:r>
      <w:r>
        <w:rPr>
          <w:b w:val="0"/>
          <w:i w:val="0"/>
        </w:rPr>
        <w:t xml:space="preserve"> Sasha khăng khăng, nhưng các nhân viên đã kết luận cô có tội. Không muốn mất tiền tài trợ của chính phủ, họ báo cáo cái chết của Malvina là một tai nạn đáng tiếc do sàn trơn và nhốt Sasha vào biệt giam như một hình phạt.</w:t>
      </w:r>
    </w:p>
    <w:p>
      <w:pPr>
        <w:spacing w:after="80"/>
      </w:pPr>
      <w:r>
        <w:rPr>
          <w:b w:val="0"/>
          <w:i w:val="0"/>
        </w:rPr>
        <w:t xml:space="preserve">Một mình trong bóng tối, Sasha thường tự hỏi ai có thể đã giết nữ y tá. Ở đây có những bệnh nhân khác cũng bị co giật, và có thể Malvina đã chọc giận nhầm người. </w:t>
      </w:r>
      <w:r>
        <w:rPr>
          <w:b w:val="0"/>
          <w:i/>
        </w:rPr>
        <w:t>Hoặc có lẽ,</w:t>
      </w:r>
      <w:r>
        <w:rPr>
          <w:b w:val="0"/>
          <w:i w:val="0"/>
        </w:rPr>
        <w:t xml:space="preserve"> Sasha mơ mộng, </w:t>
      </w:r>
      <w:r>
        <w:rPr>
          <w:b w:val="0"/>
          <w:i/>
        </w:rPr>
        <w:t>ai đó đã giết Malvina để bảo vệ</w:t>
      </w:r>
      <w:r>
        <w:rPr>
          <w:b w:val="0"/>
          <w:i w:val="0"/>
        </w:rPr>
        <w:t xml:space="preserve"> mình. Ý nghĩ đó khiến cô cảm thấy bớt cô đơn phần nào.</w:t>
      </w:r>
    </w:p>
    <w:p>
      <w:pPr>
        <w:spacing w:after="80"/>
      </w:pPr>
      <w:r>
        <w:rPr>
          <w:b w:val="0"/>
          <w:i w:val="0"/>
        </w:rPr>
        <w:t xml:space="preserve">Sau hai tuần biệt giam, Sasha bị lôi ra, mặc vào áo trói (straitjacket), và được thông báo rằng cô có khách đến thăm. Sasha chưa từng có khách đến thăm, ngay cả bố mẹ cô cũng không. </w:t>
      </w:r>
      <w:r>
        <w:rPr>
          <w:b w:val="0"/>
          <w:i/>
        </w:rPr>
        <w:t>Họ bỏ mình lại đây để chết.</w:t>
      </w:r>
    </w:p>
    <w:p>
      <w:pPr>
        <w:spacing w:after="80"/>
      </w:pPr>
      <w:r>
        <w:rPr>
          <w:b w:val="0"/>
          <w:i w:val="0"/>
        </w:rPr>
        <w:t>Người ở khu vực chờ là một người lạ—một người phụ nữ nhỏ nhắn với mái tóc đen tuyền, quần áo đắt tiền, và khuôn mặt nghiêm nghị. Bà ta toát lên vẻ uy quyền. Người phụ nữ ngay lập tức quở trách các nam hộ lý, yêu cầu họ cởi áo trói cho Sasha, và trước sự kinh ngạc của cô, họ đã làm theo.</w:t>
      </w:r>
    </w:p>
    <w:p>
      <w:pPr>
        <w:spacing w:after="80"/>
      </w:pPr>
      <w:r>
        <w:rPr>
          <w:b w:val="0"/>
          <w:i/>
        </w:rPr>
        <w:t>“Zvířata,”</w:t>
      </w:r>
      <w:r>
        <w:rPr>
          <w:b w:val="0"/>
          <w:i w:val="0"/>
        </w:rPr>
        <w:t xml:space="preserve"> cô lẩm bẩm, xua chúng đi. </w:t>
      </w:r>
      <w:r>
        <w:rPr>
          <w:b w:val="0"/>
          <w:i/>
        </w:rPr>
        <w:t>Động vật.</w:t>
      </w:r>
    </w:p>
    <w:p>
      <w:pPr>
        <w:spacing w:after="80"/>
      </w:pPr>
      <w:r>
        <w:rPr>
          <w:b w:val="0"/>
          <w:i w:val="0"/>
        </w:rPr>
        <w:t xml:space="preserve">Sasha nheo mắt, đã nhiều tuần không thấy ánh sáng ban ngày. </w:t>
      </w:r>
      <w:r>
        <w:rPr>
          <w:b w:val="0"/>
          <w:i/>
        </w:rPr>
        <w:t>“Kто ты?”</w:t>
      </w:r>
      <w:r>
        <w:rPr>
          <w:b w:val="0"/>
          <w:i w:val="0"/>
        </w:rPr>
        <w:t xml:space="preserve"> cô hỏi bằng tiếng Nga. </w:t>
      </w:r>
      <w:r>
        <w:rPr>
          <w:b w:val="0"/>
          <w:i/>
        </w:rPr>
        <w:t>Bạn là ai?</w:t>
      </w:r>
    </w:p>
    <w:p>
      <w:pPr>
        <w:spacing w:after="80"/>
      </w:pPr>
      <w:r>
        <w:rPr>
          <w:b w:val="0"/>
          <w:i w:val="0"/>
        </w:rPr>
        <w:t>“Cô nói được tiếng Séc không?” người phụ nữ hỏi.</w:t>
      </w:r>
    </w:p>
    <w:p>
      <w:pPr>
        <w:spacing w:after="80"/>
      </w:pPr>
      <w:r>
        <w:rPr>
          <w:b w:val="0"/>
          <w:i w:val="0"/>
        </w:rPr>
        <w:t>Sasha lắc đầu.</w:t>
      </w:r>
    </w:p>
    <w:p>
      <w:pPr>
        <w:spacing w:after="80"/>
      </w:pPr>
      <w:r>
        <w:rPr>
          <w:b w:val="0"/>
          <w:i w:val="0"/>
        </w:rPr>
        <w:t>“Tiếng Anh thì sao?”</w:t>
      </w:r>
    </w:p>
    <w:p>
      <w:pPr>
        <w:spacing w:after="80"/>
      </w:pPr>
      <w:r>
        <w:rPr>
          <w:b w:val="0"/>
          <w:i w:val="0"/>
        </w:rPr>
        <w:t>“Một chút,” Sasha nói. “Tôi xem truyền hình Mỹ.”</w:t>
      </w:r>
    </w:p>
    <w:p>
      <w:pPr>
        <w:spacing w:after="80"/>
      </w:pPr>
      <w:r>
        <w:rPr>
          <w:b w:val="0"/>
          <w:i w:val="0"/>
        </w:rPr>
        <w:t>“Tôi cũng vậy,” người phụ nữ thì thầm, gần như bí mật. “Thật tuyệt phải không?”</w:t>
      </w:r>
    </w:p>
    <w:p>
      <w:pPr>
        <w:spacing w:after="80"/>
      </w:pPr>
      <w:r>
        <w:rPr>
          <w:b w:val="0"/>
          <w:i w:val="0"/>
        </w:rPr>
        <w:t>Sasha chỉ đăm đăm nhìn.</w:t>
      </w:r>
    </w:p>
    <w:p>
      <w:pPr>
        <w:spacing w:after="80"/>
      </w:pPr>
      <w:r>
        <w:rPr>
          <w:b w:val="0"/>
          <w:i w:val="0"/>
        </w:rPr>
        <w:t>“Tôi là Tiến sĩ Brigita Gessner,” người phụ nữ nói. “Tôi đến đây để giúp cô. Tôi là bác sĩ phẫu thuật thần kinh từ châu Âu.”</w:t>
      </w:r>
    </w:p>
    <w:p>
      <w:pPr>
        <w:spacing w:after="80"/>
      </w:pPr>
      <w:r>
        <w:rPr>
          <w:b w:val="0"/>
          <w:i w:val="0"/>
        </w:rPr>
        <w:t>“Bác sĩ không giúp được tôi đâu,” Sasha nói nhanh.</w:t>
      </w:r>
    </w:p>
    <w:p>
      <w:pPr>
        <w:spacing w:after="80"/>
      </w:pPr>
      <w:r>
        <w:rPr>
          <w:b w:val="0"/>
          <w:i w:val="0"/>
        </w:rPr>
        <w:t>“Tôi rất tiếc về điều đó. Chỉ là vì họ không hiểu tình trạng của cô thôi.”</w:t>
      </w:r>
    </w:p>
    <w:p>
      <w:pPr>
        <w:spacing w:after="80"/>
      </w:pPr>
      <w:r>
        <w:rPr>
          <w:b w:val="0"/>
          <w:i w:val="0"/>
        </w:rPr>
        <w:t>“Tôi bị điên và bị co giật.”</w:t>
      </w:r>
    </w:p>
    <w:p>
      <w:pPr>
        <w:spacing w:after="80"/>
      </w:pPr>
      <w:r>
        <w:rPr>
          <w:b w:val="0"/>
          <w:i w:val="0"/>
        </w:rPr>
        <w:t>Người phụ nữ dứt khoát lắc đầu. “Không, Sasha, cô hoàn toàn tỉnh táo. Cô mắc một chứng bệnh gọi là TLE—động kinh thùy thái dương (temporal lobe epilepsy)—đó là nguyên nhân gây ra các cơn co giật của cô. Bệnh này hoàn toàn có thể chữa khỏi. Tôi có một cơ sở ở Prague, và tôi muốn đưa cô đến đó.”</w:t>
      </w:r>
    </w:p>
    <w:p>
      <w:pPr>
        <w:spacing w:after="80"/>
      </w:pPr>
      <w:r>
        <w:rPr>
          <w:b w:val="0"/>
          <w:i w:val="0"/>
        </w:rPr>
        <w:t>“Để sửa chữa tôi à?” cô nói, đầy hoài nghi.</w:t>
      </w:r>
    </w:p>
    <w:p>
      <w:pPr>
        <w:spacing w:after="80"/>
      </w:pPr>
      <w:r>
        <w:rPr>
          <w:b w:val="0"/>
          <w:i w:val="0"/>
        </w:rPr>
        <w:t>“Cô không bị hỏng, cô gái ạ. Bộ não của cô chỉ thỉnh thoảng có những cơn bão điện mà thôi. Nhưng tôi có thể giúp cô kiểm soát chúng. Tôi đã điều trị cho nhiều bệnh nhân TLE giống như cô, với kết quả tuyệt vời—trong đó có một chàng trai trẻ tên Dmitri từ chính cơ sở này.”</w:t>
      </w:r>
    </w:p>
    <w:p>
      <w:pPr>
        <w:spacing w:after="80"/>
      </w:pPr>
      <w:r>
        <w:rPr>
          <w:b w:val="0"/>
          <w:i/>
        </w:rPr>
        <w:t>Dmitri?</w:t>
      </w:r>
      <w:r>
        <w:rPr>
          <w:b w:val="0"/>
          <w:i w:val="0"/>
        </w:rPr>
        <w:t xml:space="preserve"> Sasha quen biết người đàn ông cao lớn, nổi bật đó, nhưng đã lâu cô không gặp anh. </w:t>
      </w:r>
      <w:r>
        <w:rPr>
          <w:b w:val="0"/>
          <w:i/>
        </w:rPr>
        <w:t>Mình tự hỏi anh ấy đã đi đâu!</w:t>
      </w:r>
      <w:r>
        <w:rPr>
          <w:b w:val="0"/>
          <w:i w:val="0"/>
        </w:rPr>
        <w:t xml:space="preserve"> “Cô đã chữa khỏi cho Dmitri sao?”</w:t>
      </w:r>
    </w:p>
    <w:p>
      <w:pPr>
        <w:spacing w:after="80"/>
      </w:pPr>
      <w:r>
        <w:rPr>
          <w:b w:val="0"/>
          <w:i w:val="0"/>
        </w:rPr>
        <w:t>“Đúng vậy. Và cậu ấy đã trở về nhà ở Nga rồi.”</w:t>
      </w:r>
    </w:p>
    <w:p>
      <w:pPr>
        <w:spacing w:after="80"/>
      </w:pPr>
      <w:r>
        <w:rPr>
          <w:b w:val="0"/>
          <w:i w:val="0"/>
        </w:rPr>
        <w:t>Sasha vô cùng muốn tin vào những gì bác sĩ Gessner đang nói, nhưng tất cả nghe cứ như quá tốt để có thể là thật. “Cháu không…có tiền.”</w:t>
      </w:r>
    </w:p>
    <w:p>
      <w:pPr>
        <w:spacing w:after="80"/>
      </w:pPr>
      <w:r>
        <w:rPr>
          <w:b w:val="0"/>
          <w:i w:val="0"/>
        </w:rPr>
        <w:t>“Việc điều trị là miễn phí, Sasha ạ,” người phụ nữ nói. “Và khá đơn giản nữa.”</w:t>
      </w:r>
    </w:p>
    <w:p>
      <w:pPr>
        <w:spacing w:after="80"/>
      </w:pPr>
      <w:r>
        <w:rPr>
          <w:b w:val="0"/>
          <w:i w:val="0"/>
        </w:rPr>
        <w:t>Vị bác sĩ nhanh chóng giải thích một thủ thuật bao gồm việc cấy một con chip nhỏ vào hộp sọ của Sasha. Nếu Sasha cảm thấy một cơn co giật sắp ập đến, cô bé có thể kích hoạt con chip bằng cách chà một cây đũa từ tính nhỏ lên đầu, khiến con chip phát ra các xung điện ngăn chặn sự khởi phát của cơn co giật…dừng lại cơn bệnh trước cả khi nó bắt đầu.</w:t>
      </w:r>
    </w:p>
    <w:p>
      <w:pPr>
        <w:spacing w:after="80"/>
      </w:pPr>
      <w:r>
        <w:rPr>
          <w:b w:val="0"/>
          <w:i w:val="0"/>
        </w:rPr>
        <w:t>“Điều đó…thật sự có thể sao ạ?” Sasha nói, nước mắt lưng tròng.</w:t>
      </w:r>
    </w:p>
    <w:p>
      <w:pPr>
        <w:spacing w:after="80"/>
      </w:pPr>
      <w:r>
        <w:rPr>
          <w:b w:val="0"/>
          <w:i w:val="0"/>
        </w:rPr>
        <w:t>“Có chứ! Nó được gọi là chip kích thích thần kinh đáp ứng. Chính ta đã phát minh ra nó.”</w:t>
      </w:r>
    </w:p>
    <w:p>
      <w:pPr>
        <w:spacing w:after="80"/>
      </w:pPr>
      <w:r>
        <w:rPr>
          <w:b w:val="0"/>
          <w:i w:val="0"/>
        </w:rPr>
        <w:t xml:space="preserve">“Nhưng tại sao…bà lại giúp </w:t>
      </w:r>
      <w:r>
        <w:rPr>
          <w:b w:val="0"/>
          <w:i/>
        </w:rPr>
        <w:t>cháu</w:t>
      </w:r>
      <w:r>
        <w:rPr>
          <w:b w:val="0"/>
          <w:i w:val="0"/>
        </w:rPr>
        <w:t xml:space="preserve"> chứ ạ?!”</w:t>
      </w:r>
    </w:p>
    <w:p>
      <w:pPr>
        <w:spacing w:after="80"/>
      </w:pPr>
      <w:r>
        <w:rPr>
          <w:b w:val="0"/>
          <w:i w:val="0"/>
        </w:rPr>
        <w:t xml:space="preserve">Bác sĩ Gessner với tay qua bàn và nắm lấy tay cô bé. “Sasha, ta đã rất may mắn trong cuộc đời mình. Sự thật là giúp </w:t>
      </w:r>
      <w:r>
        <w:rPr>
          <w:b w:val="0"/>
          <w:i/>
        </w:rPr>
        <w:t>cháu</w:t>
      </w:r>
      <w:r>
        <w:rPr>
          <w:b w:val="0"/>
          <w:i w:val="0"/>
        </w:rPr>
        <w:t xml:space="preserve"> cũng có lợi cho </w:t>
      </w:r>
      <w:r>
        <w:rPr>
          <w:b w:val="0"/>
          <w:i/>
        </w:rPr>
        <w:t>ta</w:t>
      </w:r>
      <w:r>
        <w:rPr>
          <w:b w:val="0"/>
          <w:i w:val="0"/>
        </w:rPr>
        <w:t>. Giúp đỡ những người cần giúp khiến ta cảm thấy dễ chịu. Nếu ta có thể cứu mạng một ai đó, tại sao ta lại không làm chứ?”</w:t>
      </w:r>
    </w:p>
    <w:p>
      <w:pPr>
        <w:spacing w:after="80"/>
      </w:pPr>
      <w:r>
        <w:rPr>
          <w:b w:val="0"/>
          <w:i w:val="0"/>
        </w:rPr>
        <w:t>Sasha muốn nhảy lên và ôm chầm lấy người phụ nữ này, nhưng cô bé sợ phải tin vào bà. Trong suốt cuộc đời mình, cô bé hiếm khi nhận được món quà của lòng tốt. “Nhưng…lỡ họ không cho cháu ra khỏi đây thì sao ạ?!”</w:t>
      </w:r>
    </w:p>
    <w:p>
      <w:pPr>
        <w:spacing w:after="80"/>
      </w:pPr>
      <w:r>
        <w:rPr>
          <w:b w:val="0"/>
          <w:i w:val="0"/>
        </w:rPr>
        <w:t xml:space="preserve">“Ồ, họ </w:t>
      </w:r>
      <w:r>
        <w:rPr>
          <w:b w:val="0"/>
          <w:i/>
        </w:rPr>
        <w:t>tốt nhất là nên</w:t>
      </w:r>
      <w:r>
        <w:rPr>
          <w:b w:val="0"/>
          <w:i w:val="0"/>
        </w:rPr>
        <w:t xml:space="preserve"> cho,” Gessner nói sắc lạnh. “Ta đã trả cho họ một khoản tiền kha khá để thả cháu ra.”</w:t>
      </w:r>
    </w:p>
    <w:p>
      <w:pPr>
        <w:spacing w:after="80"/>
      </w:pPr>
      <w:r>
        <w:rPr>
          <w:b w:val="0"/>
          <w:i w:val="0"/>
        </w:rPr>
        <w:t>Bốn ngày sau, Sasha tỉnh dậy trên giường bệnh ở Prague, người lâng lâng vì thuốc mê và thuốc giảm đau, nhưng vẫn còn sống khỏe mạnh. Khi Gessner báo cho cô bé biết ca thủ thuật đã thành công, cảm xúc của Sasha dâng trào dữ dội và, như thường xảy ra, khơi mào những dấu hiệu của một cơn co giật sắp tới. Gessner bình tĩnh lấy ra cây đũa từ tính và chà lên đỉnh đầu Sasha. Thật kỳ diệu, Sasha cảm thấy cơn co giật tan biến. Cô bé cảm thấy như thể một cái hắt hơi không bao giờ thành hình.</w:t>
      </w:r>
    </w:p>
    <w:p>
      <w:pPr>
        <w:spacing w:after="80"/>
      </w:pPr>
      <w:r>
        <w:rPr>
          <w:b w:val="0"/>
          <w:i w:val="0"/>
        </w:rPr>
        <w:t>Cô bé không thể tin nổi.</w:t>
      </w:r>
    </w:p>
    <w:p>
      <w:pPr>
        <w:spacing w:after="80"/>
      </w:pPr>
      <w:r>
        <w:rPr>
          <w:b w:val="0"/>
          <w:i w:val="0"/>
        </w:rPr>
        <w:t>Trong những ngày sau đó, bác sĩ Gessner quan sát cô bé kỹ lưỡng và tinh chỉnh thiết bị để đạt hiệu quả tối đa. Nó hoạt động hoàn hảo, và Sasha nhận ra có lẽ mình sẽ không bao giờ còn bị co giật nữa. Cô bé thậm chí tự hỏi liệu có ngày nào đó mình có nhớ nhung sự tĩnh lặng và niềm hạnh phúc phiêu diêu đi kèm với cơn mơ màng sau cơn co giật hay không, nhưng đó dường như là một cái giá quá nhỏ để đổi lấy đặc ân được sống và hoạt động trong thế giới thực.</w:t>
      </w:r>
    </w:p>
    <w:p>
      <w:pPr>
        <w:spacing w:after="80"/>
      </w:pPr>
      <w:r>
        <w:rPr>
          <w:b w:val="0"/>
          <w:i w:val="0"/>
        </w:rPr>
        <w:t>Một buổi chiều nọ, khi họ đang chạy các bài kiểm tra chẩn đoán, Brigita Gessner thản nhiên nói, “Ta không rõ kế hoạch tương lai của cháu là gì, Sasha, nhưng ta cần tuyển một thực tập sinh phòng thí nghiệm, và thẳng thắn mà nói thì cháu sẽ là ứng viên lý tưởng.”</w:t>
      </w:r>
    </w:p>
    <w:p>
      <w:pPr>
        <w:spacing w:after="80"/>
      </w:pPr>
      <w:r>
        <w:rPr>
          <w:b w:val="0"/>
          <w:i w:val="0"/>
        </w:rPr>
        <w:t>“Cháu ạ?” Sasha nghĩ chắc hẳn bà đang đùa.</w:t>
      </w:r>
    </w:p>
    <w:p>
      <w:pPr>
        <w:spacing w:after="80"/>
      </w:pPr>
      <w:r>
        <w:rPr>
          <w:b w:val="0"/>
          <w:i w:val="0"/>
        </w:rPr>
        <w:t xml:space="preserve">“Sao lại không phải </w:t>
      </w:r>
      <w:r>
        <w:rPr>
          <w:b w:val="0"/>
          <w:i/>
        </w:rPr>
        <w:t>cháu</w:t>
      </w:r>
      <w:r>
        <w:rPr>
          <w:b w:val="0"/>
          <w:i w:val="0"/>
        </w:rPr>
        <w:t xml:space="preserve"> chứ? Suy cho cùng thì cháu đã dành gần như cả cuộc đời mình trong một cơ sở y tế mà.”</w:t>
      </w:r>
    </w:p>
    <w:p>
      <w:pPr>
        <w:spacing w:after="80"/>
      </w:pPr>
      <w:r>
        <w:rPr>
          <w:b w:val="0"/>
          <w:i w:val="0"/>
        </w:rPr>
        <w:t xml:space="preserve">“Là một </w:t>
      </w:r>
      <w:r>
        <w:rPr>
          <w:b w:val="0"/>
          <w:i/>
        </w:rPr>
        <w:t>bệnh nhân</w:t>
      </w:r>
      <w:r>
        <w:rPr>
          <w:b w:val="0"/>
          <w:i w:val="0"/>
        </w:rPr>
        <w:t xml:space="preserve"> ấy!” Sasha nói, cười phá lên. “Chứ không phải bác sĩ!”</w:t>
      </w:r>
    </w:p>
    <w:p>
      <w:pPr>
        <w:spacing w:after="80"/>
      </w:pPr>
      <w:r>
        <w:rPr>
          <w:b w:val="0"/>
          <w:i w:val="0"/>
        </w:rPr>
        <w:t>“Đúng vậy,” Gessner nói, “nhưng cô là một người phụ nữ thông minh. Tôi đâu có bảo cô trở thành bác sĩ hay phẫu thuật não. Tôi đang nói về giấy tờ văn phòng, khử trùng thiết bị, đại loại thế. Tuyệt nhất là, nếu cô làm việc ở phòng thí nghiệm của tôi, có thể chúng ta sẽ cải thiện được tình trạng của cô.”</w:t>
      </w:r>
    </w:p>
    <w:p>
      <w:pPr>
        <w:spacing w:after="80"/>
      </w:pPr>
      <w:r>
        <w:rPr>
          <w:b w:val="0"/>
          <w:i w:val="0"/>
        </w:rPr>
        <w:t>“Cải thiện ư? Tôi thấy mình hoàn hảo mà!”</w:t>
      </w:r>
    </w:p>
    <w:p>
      <w:pPr>
        <w:spacing w:after="80"/>
      </w:pPr>
      <w:r>
        <w:rPr>
          <w:b w:val="0"/>
          <w:i w:val="0"/>
        </w:rPr>
        <w:t>“Thật sao? Không còn mất trí nhớ hay những lúc ngất đi nữa à?”</w:t>
      </w:r>
    </w:p>
    <w:p>
      <w:pPr>
        <w:spacing w:after="80"/>
      </w:pPr>
      <w:r>
        <w:rPr>
          <w:b w:val="0"/>
          <w:i w:val="0"/>
        </w:rPr>
        <w:t>“Ồ…” Sasha nói. “Vẫn còn mấy chuyện đó.”</w:t>
      </w:r>
    </w:p>
    <w:p>
      <w:pPr>
        <w:spacing w:after="80"/>
      </w:pPr>
      <w:r>
        <w:rPr>
          <w:b w:val="0"/>
          <w:i w:val="0"/>
        </w:rPr>
        <w:t>Cô và Gessner cùng cười, nhưng thật ra, Sasha đúng là đã quên. Trí nhớ của cô luôn có những khoảng trống, và cô chỉ vừa quen với điều đó.</w:t>
      </w:r>
    </w:p>
    <w:p>
      <w:pPr>
        <w:spacing w:after="80"/>
      </w:pPr>
      <w:r>
        <w:rPr>
          <w:b w:val="0"/>
          <w:i w:val="0"/>
        </w:rPr>
        <w:t>“Suy giảm trí nhớ giữa các cơn (interictal memory impairment),” Gessner nói, “cực kỳ phổ biến ở tất cả bệnh nhân động kinh thùy thái dương (TLE) của tôi. Tôi có vài ý tưởng về cách chúng ta có thể bắt đầu tạo bước tiến với IMI…tức là, nếu cô cho phép tôi xem não cô thỉnh thoảng một chút.”</w:t>
      </w:r>
    </w:p>
    <w:p>
      <w:pPr>
        <w:spacing w:after="80"/>
      </w:pPr>
      <w:r>
        <w:rPr>
          <w:b w:val="0"/>
          <w:i w:val="0"/>
        </w:rPr>
        <w:t>“Tất nhiên rồi, nhưng—”</w:t>
      </w:r>
    </w:p>
    <w:p>
      <w:pPr>
        <w:spacing w:after="80"/>
      </w:pPr>
      <w:r>
        <w:rPr>
          <w:b w:val="0"/>
          <w:i w:val="0"/>
        </w:rPr>
        <w:t>“Tôi có một căn hộ nhỏ trong thị trấn mà tôi mua cho mẹ tôi, nhưng bà đã mất một thời gian rồi, và tôi chưa bao giờ bận tâm bán nó đi. Cô có thể ở đó bao lâu tùy thích. Nó đã có đủ đồ đạc, nhưng nếu cô không thích phong cách, chúng ta có thể—”</w:t>
      </w:r>
    </w:p>
    <w:p>
      <w:pPr>
        <w:spacing w:after="80"/>
      </w:pPr>
      <w:r>
        <w:rPr>
          <w:b w:val="0"/>
          <w:i w:val="0"/>
        </w:rPr>
        <w:t xml:space="preserve">“Tôi </w:t>
      </w:r>
      <w:r>
        <w:rPr>
          <w:b w:val="0"/>
          <w:i/>
        </w:rPr>
        <w:t>thích</w:t>
      </w:r>
      <w:r>
        <w:rPr>
          <w:b w:val="0"/>
          <w:i w:val="0"/>
        </w:rPr>
        <w:t xml:space="preserve"> phong cách đó lắm,” Sasha bật ra, nước mắt lưng tròng.</w:t>
      </w:r>
    </w:p>
    <w:p>
      <w:pPr>
        <w:spacing w:after="80"/>
      </w:pPr>
      <w:r>
        <w:rPr>
          <w:b w:val="0"/>
          <w:i w:val="0"/>
        </w:rPr>
        <w:t>Đó là chuyện của hai năm trước, và Sasha chưa bao giờ rời đi. Giờ cô hai mươi tám tuổi, và mức lương khiêm tốn cùng tiền thuê nhà miễn phí đủ để cô tự nuôi sống bản thân, một giấc mơ thành hiện thực. Theo thời gian, cô tiến bộ từ việc dọn dẹp và làm giấy tờ đến việc hỗ trợ Tiến sĩ Gessner trong nghiên cứu và học cách vận hành các thiết bị chẩn đoán hình ảnh cơ bản.</w:t>
      </w:r>
    </w:p>
    <w:p>
      <w:pPr>
        <w:spacing w:after="80"/>
      </w:pPr>
      <w:r>
        <w:rPr>
          <w:b w:val="0"/>
          <w:i w:val="0"/>
        </w:rPr>
        <w:t xml:space="preserve">Brigita quét não Sasha đều đặn để theo dõi tiến triển của quá trình điều trị liên tục của cô, bao gồm các chất bổ sung dinh dưỡng truyền tĩnh mạch và các bài tập rèn luyện trí não trên ghế thực tế ảo. Đôi khi, như một phần thưởng, Gessner để Sasha xem những chuyến du hành thực tế ảo đắm chìm—tháp Eiffel, Rạn san hô Great Barrier, và lối thoát yêu thích của cô, Manhattan. Cô thích lơ lửng trên những tòa nhà chọc trời hay uốn lượn qua Công viên Trung tâm. </w:t>
      </w:r>
      <w:r>
        <w:rPr>
          <w:b w:val="0"/>
          <w:i/>
        </w:rPr>
        <w:t>Một ngày nào đó, mình hy vọng được thấy nó thật sự…</w:t>
      </w:r>
    </w:p>
    <w:p>
      <w:pPr>
        <w:spacing w:after="80"/>
      </w:pPr>
      <w:r>
        <w:rPr>
          <w:b w:val="0"/>
          <w:i w:val="0"/>
        </w:rPr>
        <w:t>“Sasha?” Một giọng nói trầm vang lên ngay trên đầu cô. “Cô ổn chứ?”</w:t>
      </w:r>
    </w:p>
    <w:p>
      <w:pPr>
        <w:spacing w:after="80"/>
      </w:pPr>
      <w:r>
        <w:rPr>
          <w:b w:val="0"/>
          <w:i w:val="0"/>
        </w:rPr>
        <w:t>Giọng nói nghe có vẻ gần lắm, kéo cô trở về với hiện tại.</w:t>
      </w:r>
    </w:p>
    <w:p>
      <w:pPr>
        <w:spacing w:after="80"/>
      </w:pPr>
      <w:r>
        <w:rPr>
          <w:b w:val="0"/>
          <w:i w:val="0"/>
        </w:rPr>
        <w:t>“Sasha?” giọng đó lặp lại.</w:t>
      </w:r>
    </w:p>
    <w:p>
      <w:pPr>
        <w:spacing w:after="80"/>
      </w:pPr>
      <w:r>
        <w:rPr>
          <w:b w:val="0"/>
          <w:i w:val="0"/>
        </w:rPr>
        <w:t>Hơi ấm của dư vị ngọt ngào trong Sasha bắt đầu tan biến…và rồi, không báo trước, một cơn buồn đắng chát ập đến nhấn chìm cô như một con sóng.</w:t>
      </w:r>
    </w:p>
    <w:p>
      <w:pPr>
        <w:spacing w:after="80"/>
      </w:pPr>
      <w:r>
        <w:rPr>
          <w:b w:val="0"/>
          <w:i w:val="0"/>
        </w:rPr>
        <w:t>Cô chợt nhớ ra tất cả.</w:t>
      </w:r>
    </w:p>
    <w:p>
      <w:pPr>
        <w:spacing w:after="80"/>
      </w:pPr>
      <w:r>
        <w:rPr>
          <w:b w:val="0"/>
          <w:i w:val="0"/>
        </w:rPr>
        <w:t>Brigita đã chết.</w:t>
      </w:r>
    </w:p>
    <w:p>
      <w:pPr>
        <w:spacing w:after="80"/>
      </w:pPr>
      <w:r>
        <w:rPr>
          <w:b w:val="0"/>
          <w:i w:val="0"/>
        </w:rPr>
        <w:t>Người bạn chân thành duy nhất của tôi.</w:t>
      </w:r>
    </w:p>
    <w:p>
      <w:pPr>
        <w:spacing w:after="80"/>
      </w:pPr>
      <w:r>
        <w:rPr>
          <w:b w:val="0"/>
          <w:i w:val="0"/>
        </w:rPr>
        <w:t>Mắt cô bật mở, và cô nhận ra mình đang nhìn lên khuôn mặt vừa điển trai vừa nhân hậu của người đàn ông vẫn đang đỡ lấy đầu cô.</w:t>
      </w:r>
    </w:p>
    <w:p>
      <w:pPr>
        <w:spacing w:after="80"/>
      </w:pPr>
      <w:r>
        <w:rPr>
          <w:b w:val="0"/>
          <w:i w:val="0"/>
        </w:rPr>
        <w:t>Anh mỉm cười dịu dàng với cô và thì thầm, "Chào mừng em trở lại."</w:t>
      </w:r>
    </w:p>
    <w:p>
      <w:pPr>
        <w:pStyle w:val="Heading1"/>
      </w:pPr>
      <w:r>
        <w:rPr>
          <w:rFonts w:ascii="Calibri" w:hAnsi="Calibri"/>
          <w:b/>
          <w:i w:val="0"/>
          <w:sz w:val="40"/>
        </w:rPr>
        <w:t>Chương 33</w:t>
      </w:r>
    </w:p>
    <w:p>
      <w:pPr>
        <w:spacing w:after="80"/>
      </w:pPr>
      <w:r>
        <w:rPr>
          <w:b w:val="0"/>
          <w:i w:val="0"/>
        </w:rPr>
        <w:t>Bên trong chiếc xe van mỗi lúc một lạnh hơn, và Jonas Faukman đang run cầm cập. Hai tay ông vẫn bị trói ra sau lưng, và các ngón tay đã tê cứng hoàn toàn. Những kẻ bắt giữ Faukman đã lột chiếc áo khoác peacoat xám cổ điển của ông trước khi trói ông lại, lục lọi các đường may và túi áo, rồi ném nó xuống sàn bên cạnh ông.</w:t>
      </w:r>
    </w:p>
    <w:p>
      <w:pPr>
        <w:spacing w:after="80"/>
      </w:pPr>
      <w:r>
        <w:rPr>
          <w:b w:val="0"/>
          <w:i w:val="0"/>
        </w:rPr>
        <w:t>Vị biên tập viên tự hỏi liệu điện thoại của mình có còn trong túi áo khoác không. Ông thoáng muốn hét lên: "Này, Siri! Gọi 911!"</w:t>
      </w:r>
    </w:p>
    <w:p>
      <w:pPr>
        <w:spacing w:after="80"/>
      </w:pPr>
      <w:r>
        <w:rPr>
          <w:b w:val="0"/>
          <w:i w:val="0"/>
        </w:rPr>
        <w:t>Gã đàn ông lùn chắc nịch với mái tóc cắt sát đang ngồi trên chiếc thùng sữa của mình, chỉ cách vài bước chân, còn đồng bọn của hắn vẫn ở ghế trước, thỉnh thoảng lại gõ gõ vào điện thoại. Hắn có vẻ đang trò chuyện với ai đó.</w:t>
      </w:r>
    </w:p>
    <w:p>
      <w:pPr>
        <w:spacing w:after="80"/>
      </w:pPr>
      <w:r>
        <w:rPr>
          <w:b w:val="0"/>
          <w:i w:val="0"/>
        </w:rPr>
        <w:t>Một sĩ quan chỉ huy?</w:t>
      </w:r>
    </w:p>
    <w:p>
      <w:pPr>
        <w:spacing w:after="80"/>
      </w:pPr>
      <w:r>
        <w:rPr>
          <w:b w:val="0"/>
          <w:i w:val="0"/>
        </w:rPr>
        <w:t xml:space="preserve">Faukman đã cố ghép các mảnh lại với nhau, nhưng ông không thể hiểu nổi những gã này là ai hay tại sao chúng lại ngang nhiên bắt cóc ông ngay trên phố. </w:t>
      </w:r>
      <w:r>
        <w:rPr>
          <w:b w:val="0"/>
          <w:i/>
        </w:rPr>
        <w:t>Chúng lấy trộm đúng một bản thảo cụ thể…và tiêu hủy toàn bộ bản sao của nhà xuất bản?</w:t>
      </w:r>
      <w:r>
        <w:rPr>
          <w:b w:val="0"/>
          <w:i w:val="0"/>
        </w:rPr>
        <w:t xml:space="preserve"> Kể cả sách của Katherine có là sách bán chạy điên đảo đi chăng nữa, thì việc hack hệ thống của một công ty, tiêu hủy bản cứng, và </w:t>
      </w:r>
      <w:r>
        <w:rPr>
          <w:b w:val="0"/>
          <w:i/>
        </w:rPr>
        <w:t>bắt cóc</w:t>
      </w:r>
      <w:r>
        <w:rPr>
          <w:b w:val="0"/>
          <w:i w:val="0"/>
        </w:rPr>
        <w:t xml:space="preserve"> người vì nó ư? </w:t>
      </w:r>
      <w:r>
        <w:rPr>
          <w:b w:val="0"/>
          <w:i/>
        </w:rPr>
        <w:t>Đây là ngành xuất bản sách đấy, trời ạ…chứ đâu phải</w:t>
      </w:r>
      <w:r>
        <w:rPr>
          <w:b w:val="0"/>
          <w:i w:val="0"/>
        </w:rPr>
        <w:t xml:space="preserve"> Die Hard</w:t>
      </w:r>
      <w:r>
        <w:rPr>
          <w:b w:val="0"/>
          <w:i/>
        </w:rPr>
        <w:t>!</w:t>
      </w:r>
    </w:p>
    <w:p>
      <w:pPr>
        <w:spacing w:after="80"/>
      </w:pPr>
      <w:r>
        <w:rPr>
          <w:b w:val="0"/>
          <w:i w:val="0"/>
        </w:rPr>
        <w:t>"Được rồi," Buzzcut nói, ngước lên khỏi chiếc iPad. "Tôi có vài câu hỏi cho ông, ông Faukman."</w:t>
      </w:r>
    </w:p>
    <w:p>
      <w:pPr>
        <w:spacing w:after="80"/>
      </w:pPr>
      <w:r>
        <w:rPr>
          <w:b w:val="0"/>
          <w:i w:val="0"/>
        </w:rPr>
        <w:t>"Anh cứ gọi tôi là Jonas," ông vui vẻ đáp. "Bắt cóc giờ ít trang trọng hơn xưa nhiều rồi."</w:t>
      </w:r>
    </w:p>
    <w:p>
      <w:pPr>
        <w:spacing w:after="80"/>
      </w:pPr>
      <w:r>
        <w:rPr>
          <w:b w:val="0"/>
          <w:i w:val="0"/>
        </w:rPr>
        <w:t>Buzzcut nhìn chằm chằm ông, rõ ràng không thấy buồn cười chút nào với câu đùa ấy. "Katherine Solomon có đang ở nước ngoài không?"</w:t>
      </w:r>
    </w:p>
    <w:p>
      <w:pPr>
        <w:spacing w:after="80"/>
      </w:pPr>
      <w:r>
        <w:rPr>
          <w:b w:val="0"/>
          <w:i w:val="0"/>
        </w:rPr>
        <w:t>"Có."</w:t>
      </w:r>
    </w:p>
    <w:p>
      <w:pPr>
        <w:spacing w:after="80"/>
      </w:pPr>
      <w:r>
        <w:rPr>
          <w:b w:val="0"/>
          <w:i w:val="0"/>
        </w:rPr>
        <w:t>"Ở nước ngoài chỗ nào?"</w:t>
      </w:r>
    </w:p>
    <w:p>
      <w:pPr>
        <w:spacing w:after="80"/>
      </w:pPr>
      <w:r>
        <w:rPr>
          <w:b w:val="0"/>
          <w:i w:val="0"/>
        </w:rPr>
        <w:t xml:space="preserve">“Anh </w:t>
      </w:r>
      <w:r>
        <w:rPr>
          <w:b w:val="0"/>
          <w:i/>
        </w:rPr>
        <w:t>biết</w:t>
      </w:r>
      <w:r>
        <w:rPr>
          <w:b w:val="0"/>
          <w:i w:val="0"/>
        </w:rPr>
        <w:t xml:space="preserve"> rõ mà. Anh chỉ đang hiệu chỉnh cái máy phát hiện nói dối tí hon của mình bằng cách hỏi tôi những câu mà anh đã biết tỏng câu trả lời rồi.”</w:t>
      </w:r>
    </w:p>
    <w:p>
      <w:pPr>
        <w:spacing w:after="80"/>
      </w:pPr>
      <w:r>
        <w:rPr>
          <w:b w:val="0"/>
          <w:i/>
        </w:rPr>
        <w:t>“Ở đâu?”</w:t>
      </w:r>
      <w:r>
        <w:rPr>
          <w:b w:val="0"/>
          <w:i w:val="0"/>
        </w:rPr>
        <w:t xml:space="preserve"> Gã Đầu Cua lặp lại.</w:t>
      </w:r>
    </w:p>
    <w:p>
      <w:pPr>
        <w:spacing w:after="80"/>
      </w:pPr>
      <w:r>
        <w:rPr>
          <w:b w:val="0"/>
          <w:i w:val="0"/>
        </w:rPr>
        <w:t>Ông biên tập chẳng muốn bị đánh lừa thêm lần nào nữa. “Cô ấy ở Prague.”</w:t>
      </w:r>
    </w:p>
    <w:p>
      <w:pPr>
        <w:spacing w:after="80"/>
      </w:pPr>
      <w:r>
        <w:rPr>
          <w:b w:val="0"/>
          <w:i w:val="0"/>
        </w:rPr>
        <w:t>“Giỏi lắm.” Hắn nhìn lại chiếc iPad. “Vào khoảng trước bảy giờ sáng giờ địa phương, Tiến sĩ Solomon rời phòng khách sạn ở Prague và bước vào Trung tâm Doanh vụ của khách sạn Four Seasons.”</w:t>
      </w:r>
    </w:p>
    <w:p>
      <w:pPr>
        <w:spacing w:after="80"/>
      </w:pPr>
      <w:r>
        <w:rPr>
          <w:b w:val="0"/>
          <w:i w:val="0"/>
        </w:rPr>
        <w:t>Faukman sững người, cảm thấy một thoáng hoảng loạn. “Khoan đã… các người theo dõi cô ấy à?”</w:t>
      </w:r>
    </w:p>
    <w:p>
      <w:pPr>
        <w:spacing w:after="80"/>
      </w:pPr>
      <w:r>
        <w:rPr>
          <w:b w:val="0"/>
          <w:i w:val="0"/>
        </w:rPr>
        <w:t>“Cứ cho là chúng tôi vẫn để mắt tới thôi.”</w:t>
      </w:r>
    </w:p>
    <w:p>
      <w:pPr>
        <w:spacing w:after="80"/>
      </w:pPr>
      <w:r>
        <w:rPr>
          <w:b w:val="0"/>
          <w:i w:val="0"/>
        </w:rPr>
        <w:t xml:space="preserve">“Các người rốt cuộc </w:t>
      </w:r>
      <w:r>
        <w:rPr>
          <w:b w:val="0"/>
          <w:i/>
        </w:rPr>
        <w:t>là</w:t>
      </w:r>
      <w:r>
        <w:rPr>
          <w:b w:val="0"/>
          <w:i w:val="0"/>
        </w:rPr>
        <w:t xml:space="preserve"> cái quái gì vậy?!”</w:t>
      </w:r>
    </w:p>
    <w:p>
      <w:pPr>
        <w:spacing w:after="80"/>
      </w:pPr>
      <w:r>
        <w:rPr>
          <w:b w:val="0"/>
          <w:i w:val="0"/>
        </w:rPr>
        <w:t>“Trong lúc ở trung tâm doanh vụ,” Gã Đầu Cua tiếp tục mà không trả lời, “Tiến sĩ Solomon dùng một máy tính của khách sạn để đăng nhập vào máy chủ PRH. Cô ấy truy cập phiên bản mới nhất của bản thảo.”</w:t>
      </w:r>
    </w:p>
    <w:p>
      <w:pPr>
        <w:spacing w:after="80"/>
      </w:pPr>
      <w:r>
        <w:rPr>
          <w:b w:val="0"/>
          <w:i/>
        </w:rPr>
        <w:t>Thì sao chứ?</w:t>
      </w:r>
      <w:r>
        <w:rPr>
          <w:b w:val="0"/>
          <w:i w:val="0"/>
        </w:rPr>
        <w:t xml:space="preserve"> Các tác giả thường hay hồi hộp phút chót khi biên tập viên của họ chuẩn bị bắt đầu đọc. Chắc Katherine lại đang tự vấn điều gì đó và quyết định đọc lại thôi.</w:t>
      </w:r>
    </w:p>
    <w:p>
      <w:pPr>
        <w:spacing w:after="80"/>
      </w:pPr>
      <w:r>
        <w:rPr>
          <w:b w:val="0"/>
          <w:i w:val="0"/>
        </w:rPr>
        <w:t>“Sao cô ấy không dùng laptop của mình trong sự riêng tư của phòng mình?” Gã Đầu Cua hỏi.</w:t>
      </w:r>
    </w:p>
    <w:p>
      <w:pPr>
        <w:spacing w:after="80"/>
      </w:pPr>
      <w:r>
        <w:rPr>
          <w:b w:val="0"/>
          <w:i w:val="0"/>
        </w:rPr>
        <w:t xml:space="preserve">“Bởi vì Tiến sĩ Solomon không </w:t>
      </w:r>
      <w:r>
        <w:rPr>
          <w:b w:val="0"/>
          <w:i/>
        </w:rPr>
        <w:t>có</w:t>
      </w:r>
      <w:r>
        <w:rPr>
          <w:b w:val="0"/>
          <w:i w:val="0"/>
        </w:rPr>
        <w:t xml:space="preserve"> laptop. Cô ấy thích màn hình lớn, bàn phím và chuột hơn.” </w:t>
      </w:r>
      <w:r>
        <w:rPr>
          <w:b w:val="0"/>
          <w:i/>
        </w:rPr>
        <w:t>Và nếu các người thực sự theo dõi cô ấy, các người đã biết điều đó rồi.</w:t>
      </w:r>
    </w:p>
    <w:p>
      <w:pPr>
        <w:spacing w:after="80"/>
      </w:pPr>
      <w:r>
        <w:rPr>
          <w:b w:val="0"/>
          <w:i w:val="0"/>
        </w:rPr>
        <w:t>Gã ngồi trước laptop gật đầu. “Đúng vậy.”</w:t>
      </w:r>
    </w:p>
    <w:p>
      <w:pPr>
        <w:spacing w:after="80"/>
      </w:pPr>
      <w:r>
        <w:rPr>
          <w:b w:val="0"/>
          <w:i w:val="0"/>
        </w:rPr>
        <w:t>Gã Đầu Cua nhìn lại chiếc iPad. “Hồ sơ của chúng tôi cho thấy sáng nay Tiến sĩ Solomon đã in một bản cứng đầy đủ của bản thảo—tất cả bốn trăm tám mươi mốt trang—và rời khách sạn cùng với nó.”</w:t>
      </w:r>
    </w:p>
    <w:p>
      <w:pPr>
        <w:spacing w:after="80"/>
      </w:pPr>
      <w:r>
        <w:rPr>
          <w:b w:val="0"/>
          <w:i w:val="0"/>
        </w:rPr>
        <w:t xml:space="preserve">Trong một thoáng, Faukman giật mình vì lũ côn đồ này biết chính xác số trang, cho đến khi ông nhớ ra chúng vừa mới trộm bản biên tập của ông. </w:t>
      </w:r>
      <w:r>
        <w:rPr>
          <w:b w:val="0"/>
          <w:i/>
        </w:rPr>
        <w:t>Dễ đoán thôi.</w:t>
      </w:r>
      <w:r>
        <w:rPr>
          <w:b w:val="0"/>
          <w:i w:val="0"/>
        </w:rPr>
        <w:t xml:space="preserve"> “Tiến sĩ Solomon không hề in bản nào như thế, và các người biết rõ điều đó.”</w:t>
      </w:r>
    </w:p>
    <w:p>
      <w:pPr>
        <w:spacing w:after="80"/>
      </w:pPr>
      <w:r>
        <w:rPr>
          <w:b w:val="0"/>
          <w:i w:val="0"/>
        </w:rPr>
        <w:t>Gã lực lưỡng ngồi trên thùng sữa nhìn ông chằm chằm một lúc lâu, rồi ưỡn lưng để giãn gân, vô tình để lộ một bao súng đeo vai cùng một khẩu súng ngắn to đến đáng sợ. Faukman đã không thấy một động tác lộ liễu đến thế kể từ năm lớp bốn, khi ông cố vòng tay qua vai Laura Schwartz ở rạp chiếu phim IOKA. Dẫu vậy, ông vẫn hiểu được thông điệp.</w:t>
      </w:r>
    </w:p>
    <w:p>
      <w:pPr>
        <w:spacing w:after="80"/>
      </w:pPr>
      <w:r>
        <w:rPr>
          <w:b w:val="0"/>
          <w:i w:val="0"/>
        </w:rPr>
        <w:t>“Anh chắc là muốn chơi trò chơi với tôi chứ?” Gã Đầu Cua hỏi.</w:t>
      </w:r>
    </w:p>
    <w:p>
      <w:pPr>
        <w:spacing w:after="80"/>
      </w:pPr>
      <w:r>
        <w:rPr>
          <w:b w:val="0"/>
          <w:i w:val="0"/>
        </w:rPr>
        <w:t>“Khoan đã,” Laptop xen vào, mắt dán vào màn hình. “Avatar nói anh ta đang nói thật. Anh ta không biết việc Solomon đã in một bản sao.”</w:t>
      </w:r>
    </w:p>
    <w:p>
      <w:pPr>
        <w:spacing w:after="80"/>
      </w:pPr>
      <w:r>
        <w:rPr>
          <w:b w:val="0"/>
          <w:i w:val="0"/>
        </w:rPr>
        <w:t>Buzzcut tỏ vẻ ngạc nhiên. “Thú vị đấy. Vậy là… Tiến sĩ Solomon đã in bản thảo sau lưng ông à?”</w:t>
      </w:r>
    </w:p>
    <w:p>
      <w:pPr>
        <w:spacing w:after="80"/>
      </w:pPr>
      <w:r>
        <w:rPr>
          <w:b w:val="0"/>
          <w:i/>
        </w:rPr>
        <w:t>Hay lắm.</w:t>
      </w:r>
      <w:r>
        <w:rPr>
          <w:b w:val="0"/>
          <w:i w:val="0"/>
        </w:rPr>
        <w:t xml:space="preserve"> Faukman đã biên tập quá nhiều cảnh thẩm vấn của cảnh sát nên không thể mắc bẫy trò Cảnh sát Tốt – Cảnh sát Xấu—một chiến lược chia để trị nhằm khiến ông nghi ngờ Katherine. Đáng tiếc cho lũ hề này, sự nghiệp chuyên môn của Faukman được xây dựng trên việc phân tích cốt truyện và chỉ ra những điểm mâu thuẫn. Nếu những kẻ bắt giữ ông nói rằng Katherine đã cẩn thận in một bản sao để biên tập trong phòng khách sạn, có lẽ ông đã tin họ. Nhưng ma quỷ luôn nằm trong chi tiết, và mấy gã này khẳng định Katherine đã mang bản thảo ra khỏi khách sạn. </w:t>
      </w:r>
      <w:r>
        <w:rPr>
          <w:b w:val="0"/>
          <w:i/>
        </w:rPr>
        <w:t>Đó không phải việc cô ấy sẽ làm.</w:t>
      </w:r>
    </w:p>
    <w:p>
      <w:pPr>
        <w:spacing w:after="80"/>
      </w:pPr>
      <w:r>
        <w:rPr>
          <w:b w:val="0"/>
          <w:i w:val="0"/>
        </w:rPr>
        <w:t>“Chúng tôi muốn biết,” Buzzcut gặng hỏi, “tại sao Katherine lại in một bản thảo? Và cô ta đã đưa nó cho ai?”</w:t>
      </w:r>
    </w:p>
    <w:p>
      <w:pPr>
        <w:spacing w:after="80"/>
      </w:pPr>
      <w:r>
        <w:rPr>
          <w:b w:val="0"/>
          <w:i w:val="0"/>
        </w:rPr>
        <w:t xml:space="preserve">“Cô ta đã đưa nó cho </w:t>
      </w:r>
      <w:r>
        <w:rPr>
          <w:b w:val="0"/>
          <w:i/>
        </w:rPr>
        <w:t>ai</w:t>
      </w:r>
      <w:r>
        <w:rPr>
          <w:b w:val="0"/>
          <w:i w:val="0"/>
        </w:rPr>
        <w:t>,” Faukman theo phản xạ sửa lại.</w:t>
      </w:r>
    </w:p>
    <w:p>
      <w:pPr>
        <w:spacing w:after="80"/>
      </w:pPr>
      <w:r>
        <w:rPr>
          <w:b w:val="0"/>
          <w:i w:val="0"/>
        </w:rPr>
        <w:t>Buzzcut trừng mắt. “Tôi nói đúng mà.”</w:t>
      </w:r>
    </w:p>
    <w:p>
      <w:pPr>
        <w:spacing w:after="80"/>
      </w:pPr>
      <w:r>
        <w:rPr>
          <w:b w:val="0"/>
          <w:i w:val="0"/>
        </w:rPr>
        <w:t>“Không, không đúng. Anh cởi trói tay tôi được không? Tay tôi tê rồi.”</w:t>
      </w:r>
    </w:p>
    <w:p>
      <w:pPr>
        <w:spacing w:after="80"/>
      </w:pPr>
      <w:r>
        <w:rPr>
          <w:b w:val="0"/>
          <w:i w:val="0"/>
        </w:rPr>
        <w:t xml:space="preserve">“Cô ta đã đưa nó cho </w:t>
      </w:r>
      <w:r>
        <w:rPr>
          <w:b w:val="0"/>
          <w:i/>
        </w:rPr>
        <w:t>ai</w:t>
      </w:r>
      <w:r>
        <w:rPr>
          <w:b w:val="0"/>
          <w:i w:val="0"/>
        </w:rPr>
        <w:t>?”</w:t>
      </w:r>
    </w:p>
    <w:p>
      <w:pPr>
        <w:spacing w:after="80"/>
      </w:pPr>
      <w:r>
        <w:rPr>
          <w:b w:val="0"/>
          <w:i w:val="0"/>
        </w:rPr>
        <w:t>Faukman lắc đầu. “Vẫn sai. Tôi không biết gì cả.”</w:t>
      </w:r>
    </w:p>
    <w:p>
      <w:pPr>
        <w:spacing w:after="80"/>
      </w:pPr>
      <w:r>
        <w:rPr>
          <w:b w:val="0"/>
          <w:i w:val="0"/>
        </w:rPr>
        <w:t>“Ông ta không biết.” Laptop gọi từ phía trước.</w:t>
      </w:r>
    </w:p>
    <w:p>
      <w:pPr>
        <w:spacing w:after="80"/>
      </w:pPr>
      <w:r>
        <w:rPr>
          <w:b w:val="0"/>
          <w:i w:val="0"/>
        </w:rPr>
        <w:t>Buzzcut tỏ ra bối rối. “Katherine có liên lạc với ông không?”</w:t>
      </w:r>
    </w:p>
    <w:p>
      <w:pPr>
        <w:spacing w:after="80"/>
      </w:pPr>
      <w:r>
        <w:rPr>
          <w:b w:val="0"/>
          <w:i w:val="0"/>
        </w:rPr>
        <w:t>“Không.”</w:t>
      </w:r>
    </w:p>
    <w:p>
      <w:pPr>
        <w:spacing w:after="80"/>
      </w:pPr>
      <w:r>
        <w:rPr>
          <w:b w:val="0"/>
          <w:i w:val="0"/>
        </w:rPr>
        <w:t>“Còn Robert Langdon thì sao?”</w:t>
      </w:r>
    </w:p>
    <w:p>
      <w:pPr>
        <w:spacing w:after="80"/>
      </w:pPr>
      <w:r>
        <w:rPr>
          <w:b w:val="0"/>
          <w:i w:val="0"/>
        </w:rPr>
        <w:t>“Không.”</w:t>
      </w:r>
    </w:p>
    <w:p>
      <w:pPr>
        <w:spacing w:after="80"/>
      </w:pPr>
      <w:r>
        <w:rPr>
          <w:b w:val="0"/>
          <w:i w:val="0"/>
        </w:rPr>
        <w:t>Laptop gật đầu. “Cả hai đều đúng.”</w:t>
      </w:r>
    </w:p>
    <w:p>
      <w:pPr>
        <w:spacing w:after="80"/>
      </w:pPr>
      <w:r>
        <w:rPr>
          <w:b w:val="0"/>
          <w:i w:val="0"/>
        </w:rPr>
        <w:t>Buzzcut gãi đầu, rõ ràng đang cân nhắc câu hỏi tiếp theo.</w:t>
      </w:r>
    </w:p>
    <w:p>
      <w:pPr>
        <w:spacing w:after="80"/>
      </w:pPr>
      <w:r>
        <w:rPr>
          <w:b w:val="0"/>
          <w:i w:val="0"/>
        </w:rPr>
        <w:t>Faukman giờ run rẩy dữ dội hơn khi cái lạnh tăng lên. "Ít nhất anh có thể bật lò sưởi lên được không?"</w:t>
      </w:r>
    </w:p>
    <w:p>
      <w:pPr>
        <w:spacing w:after="80"/>
      </w:pPr>
      <w:r>
        <w:rPr>
          <w:b w:val="0"/>
          <w:i w:val="0"/>
        </w:rPr>
        <w:t>"Xin lỗi, anh thấy khó chịu à?" Buzzcut với tay qua ghế tài xế và nhấn một nút trên bảng điều khiển. Nhưng thay vì lò sưởi bật lên, cửa sổ bên phía tài xế lại hạ xuống. Một luồng khí lạnh ùa vào xoáy khắp trong xe. "Đỡ hơn chưa?"</w:t>
      </w:r>
    </w:p>
    <w:p>
      <w:pPr>
        <w:spacing w:after="80"/>
      </w:pPr>
      <w:r>
        <w:rPr>
          <w:b w:val="0"/>
          <w:i w:val="0"/>
        </w:rPr>
        <w:t>Faukman bắt đầu tin rằng đêm nay mình có thể thực sự gặp nguy hiểm nghiêm trọng.</w:t>
      </w:r>
    </w:p>
    <w:p>
      <w:pPr>
        <w:spacing w:after="80"/>
      </w:pPr>
      <w:r>
        <w:rPr>
          <w:b w:val="0"/>
          <w:i w:val="0"/>
        </w:rPr>
        <w:t>Qua ô cửa sổ mở, anh lại nghe thấy những âm thanh cơ khí từ bên ngoài, lần này to hơn, và anh nhận ra mình đang nghe thấy gì—tiếng gầm không thể nhầm lẫn của động cơ phản lực.</w:t>
      </w:r>
    </w:p>
    <w:p>
      <w:pPr>
        <w:spacing w:after="80"/>
      </w:pPr>
      <w:r>
        <w:rPr>
          <w:b w:val="0"/>
          <w:i w:val="0"/>
        </w:rPr>
        <w:t>Trời ơi…mình đang ở trong một căn cứ quân sự à?</w:t>
      </w:r>
    </w:p>
    <w:p>
      <w:pPr>
        <w:pStyle w:val="Heading1"/>
      </w:pPr>
      <w:r>
        <w:rPr>
          <w:rFonts w:ascii="Calibri" w:hAnsi="Calibri"/>
          <w:b/>
          <w:i w:val="0"/>
          <w:sz w:val="40"/>
        </w:rPr>
        <w:t>Chương 34</w:t>
      </w:r>
    </w:p>
    <w:p>
      <w:pPr>
        <w:spacing w:after="80"/>
      </w:pPr>
      <w:r>
        <w:rPr>
          <w:b w:val="0"/>
          <w:i w:val="0"/>
        </w:rPr>
        <w:t>Langdon nhẹ cả người khi thấy Sasha Vesna mở mắt. Đã vài phút trôi qua kể từ khi cơn co giật dữ dội ập đến, và giờ cô ấy có vẻ đang bắt đầu định thần lại.</w:t>
      </w:r>
    </w:p>
    <w:p>
      <w:pPr>
        <w:spacing w:after="80"/>
      </w:pPr>
      <w:r>
        <w:rPr>
          <w:b w:val="0"/>
          <w:i w:val="0"/>
        </w:rPr>
        <w:t>"Cảm ơn anh…" Sasha thì thầm, ngước lên nhìn anh.</w:t>
      </w:r>
    </w:p>
    <w:p>
      <w:pPr>
        <w:spacing w:after="80"/>
      </w:pPr>
      <w:r>
        <w:rPr>
          <w:b w:val="0"/>
          <w:i w:val="0"/>
        </w:rPr>
        <w:t>"Tôi rất xin lỗi," Langdon nói. "Tôi không tìm thấy thuốc của cô trong túi xách."</w:t>
      </w:r>
    </w:p>
    <w:p>
      <w:pPr>
        <w:spacing w:after="80"/>
      </w:pPr>
      <w:r>
        <w:rPr>
          <w:b w:val="0"/>
          <w:i w:val="0"/>
        </w:rPr>
        <w:t>"Không sao đâu," cô nói. "Thứ tôi cần…nó ở trong một ngăn giấu. Tôi ổn rồi."</w:t>
      </w:r>
    </w:p>
    <w:p>
      <w:pPr>
        <w:spacing w:after="80"/>
      </w:pPr>
      <w:r>
        <w:rPr>
          <w:b w:val="0"/>
          <w:i w:val="0"/>
        </w:rPr>
        <w:t>Langdon đỡ cô ngồi dậy, tựa lưng vào khoang thiết bị, và Sasha nhẹ nhàng cử động các ngón tay, ngón chân, như thể đang cố giành lại quyền kiểm soát cơ thể mình. Không gian làm việc giờ im phăng phắc, quạt tản nhiệt và tiếng bíp cảnh báo đã ngừng ngay khi quá trình EPR bị hủy bỏ.</w:t>
      </w:r>
    </w:p>
    <w:p>
      <w:pPr>
        <w:spacing w:after="80"/>
      </w:pPr>
      <w:r>
        <w:rPr>
          <w:b w:val="0"/>
          <w:i w:val="0"/>
        </w:rPr>
        <w:t>Sasha tựa vào khoang thiết bị và có vẻ lại thiếp đi, nhắm mắt và hít thở sâu, như thể cô vẫn cần thời gian để tái hòa nhập. Sau mười giây, mắt cô mở ra, và Langdon sững người trước sự khác biệt trong ánh nhìn của cô, đột nhiên mạnh mẽ và tập trung hơn, như thể cô đã buộc mình chôn sâu nỗi đau và tiếp tục bước tới.</w:t>
      </w:r>
    </w:p>
    <w:p>
      <w:pPr>
        <w:spacing w:after="80"/>
      </w:pPr>
      <w:r>
        <w:rPr>
          <w:b w:val="0"/>
          <w:i w:val="0"/>
        </w:rPr>
        <w:t>"Tôi cần nước, làm ơn," Sasha nói, giọng cô giờ cũng chắc chắn hơn.</w:t>
      </w:r>
    </w:p>
    <w:p>
      <w:pPr>
        <w:spacing w:after="80"/>
      </w:pPr>
      <w:r>
        <w:rPr>
          <w:b w:val="0"/>
          <w:i w:val="0"/>
        </w:rPr>
        <w:t>"Tất nhiên rồi." Langdon bật dậy, nhớ ra rằng khô miệng là một trong những triệu chứng phổ biến nhất sau cơn co giật.</w:t>
      </w:r>
    </w:p>
    <w:p>
      <w:pPr>
        <w:spacing w:after="80"/>
      </w:pPr>
      <w:r>
        <w:rPr>
          <w:b w:val="0"/>
          <w:i w:val="0"/>
        </w:rPr>
        <w:t>"Văn phòng của tôi…" Cô ra hiệu về phía cửa. "Bình…nước của tôi."</w:t>
      </w:r>
    </w:p>
    <w:p>
      <w:pPr>
        <w:spacing w:after="80"/>
      </w:pPr>
      <w:r>
        <w:rPr>
          <w:b w:val="0"/>
          <w:i w:val="0"/>
        </w:rPr>
        <w:t xml:space="preserve">Langdon quay người và vội vã đi ngang qua một bàn làm việc, để ý thấy một chiếc cặp da đặt trên mặt bàn. </w:t>
      </w:r>
      <w:r>
        <w:rPr>
          <w:b w:val="0"/>
          <w:i/>
        </w:rPr>
        <w:t>Cặp của Gessner từ quán bar đêm qua.</w:t>
      </w:r>
      <w:r>
        <w:rPr>
          <w:b w:val="0"/>
          <w:i w:val="0"/>
        </w:rPr>
        <w:t xml:space="preserve"> Anh tiếp tục đi dọc hành lang đến khu văn phòng, nơi anh lấy chiếc bình nước màu đỏ tươi có chữ Kirin mà anh đã thấy trước đó. Nó gần như cạn, và trên đường quay lại, Langdon dừng lại để rót đầy nó ở nhà vệ sinh của phòng thí nghiệm.</w:t>
      </w:r>
    </w:p>
    <w:p>
      <w:pPr>
        <w:spacing w:after="80"/>
      </w:pPr>
      <w:r>
        <w:rPr>
          <w:b w:val="0"/>
          <w:i w:val="0"/>
        </w:rPr>
        <w:t>Tại bồn rửa, giữ những ngón tay dưới dòng nước và chờ cho nó lạnh đi, anh nhìn chằm chằm vào hình ảnh phản chiếu mệt mỏi của mình trong gương, dành một chút thời gian để trấn tĩnh thần kinh. Việc tìm thấy thi thể của Gessner thật kinh hoàng, nhưng cái chết của cô cũng làm khuếch đại nỗi lo của Langdon về sự an toàn của Katherine.</w:t>
      </w:r>
    </w:p>
    <w:p>
      <w:pPr>
        <w:spacing w:after="80"/>
      </w:pPr>
      <w:r>
        <w:rPr>
          <w:b w:val="0"/>
          <w:i w:val="0"/>
        </w:rPr>
        <w:t>Cô ấy đang ở đâu bây giờ?</w:t>
      </w:r>
    </w:p>
    <w:p>
      <w:pPr>
        <w:spacing w:after="80"/>
      </w:pPr>
      <w:r>
        <w:rPr>
          <w:b w:val="0"/>
          <w:i w:val="0"/>
        </w:rPr>
        <w:t>Một loạt suy nghĩ bỗng nhiên ám ảnh anh. Anh đã thoáng thấy chiếc cặp của Gessner trên một bàn làm việc gần khoang và nhớ lại cô nói tối qua rằng cô cần quay lại phòng thí nghiệm vì lý do nào đó sau khi uống rượu. Rất có thể Gessner đã bị kẹt trong khoang ngay khi Katherine đến đây cho cuộc họp 8 giờ sáng của họ.</w:t>
      </w:r>
    </w:p>
    <w:p>
      <w:pPr>
        <w:spacing w:after="80"/>
      </w:pPr>
      <w:r>
        <w:rPr>
          <w:b w:val="0"/>
          <w:i w:val="0"/>
        </w:rPr>
        <w:t>Katherine có đối mặt với kẻ tấn công Gessner không?</w:t>
      </w:r>
    </w:p>
    <w:p>
      <w:pPr>
        <w:spacing w:after="80"/>
      </w:pPr>
      <w:r>
        <w:rPr>
          <w:b w:val="0"/>
          <w:i w:val="0"/>
        </w:rPr>
        <w:t>Khi nước ục ục chảy vào chai, một tia chuyển động phía sau Langdon thu hút sự chú ý của anh. Trước khi anh kịp quay khỏi bồn rửa, một bàn tay như gọng kìm sắt nắm lấy cẳng tay anh, vặn ngược ra sau, và ấn đầu anh vào tấm kính. Chai nước rơi xuống sàn.</w:t>
      </w:r>
    </w:p>
    <w:p>
      <w:pPr>
        <w:spacing w:after="80"/>
      </w:pPr>
      <w:r>
        <w:rPr>
          <w:b w:val="0"/>
          <w:i w:val="0"/>
        </w:rPr>
        <w:t>"Chúng ở đâu?!" người đàn ông gằn giọng, ấn vai vào lưng Langdon và giữ đầu anh áp vào gương.</w:t>
      </w:r>
    </w:p>
    <w:p>
      <w:pPr>
        <w:spacing w:after="80"/>
      </w:pPr>
      <w:r>
        <w:rPr>
          <w:b w:val="0"/>
          <w:i w:val="0"/>
        </w:rPr>
        <w:t>Langdon cảm thấy nòng súng chọc vào mạng sườn mình, và trong gương anh thoáng thấy khuôn mặt thô kệch của Trung úy Pavel.</w:t>
      </w:r>
    </w:p>
    <w:p>
      <w:pPr>
        <w:spacing w:after="80"/>
      </w:pPr>
      <w:r>
        <w:rPr>
          <w:b w:val="0"/>
          <w:i w:val="0"/>
        </w:rPr>
        <w:t>"Gessner và Solomon ở đâu?" viên sĩ quan ÚZSI lặp lại, vặn cánh tay Langdon mạnh hơn ra sau lưng. "Tôi biết chúng ở dưới này…cùng với một người vừa mới đến."</w:t>
      </w:r>
    </w:p>
    <w:p>
      <w:pPr>
        <w:spacing w:after="80"/>
      </w:pPr>
      <w:r>
        <w:rPr>
          <w:b w:val="0"/>
          <w:i w:val="0"/>
        </w:rPr>
        <w:t>"Katherine không…ở đây," Langdon nói được qua hàm răng nghiến chặt. "Và Gessner…đã chết."</w:t>
      </w:r>
    </w:p>
    <w:p>
      <w:pPr>
        <w:spacing w:after="80"/>
      </w:pPr>
      <w:r>
        <w:rPr>
          <w:b w:val="0"/>
          <w:i w:val="0"/>
        </w:rPr>
        <w:t>"Vớ vẩn!" Pavel hét lên, nghe rất giống ông sếp của hắn.</w:t>
      </w:r>
    </w:p>
    <w:p>
      <w:pPr>
        <w:spacing w:after="80"/>
      </w:pPr>
      <w:r>
        <w:rPr>
          <w:b w:val="0"/>
          <w:i w:val="0"/>
        </w:rPr>
        <w:t>Langdon tự hỏi liệu Janáček có đang trên đường xuống đây không. "Tại sao tôi lại nói dối?" anh rên lên, sợ rằng cánh tay mình sắp gãy.</w:t>
      </w:r>
    </w:p>
    <w:p>
      <w:pPr>
        <w:spacing w:after="80"/>
      </w:pPr>
      <w:r>
        <w:rPr>
          <w:b w:val="0"/>
          <w:i w:val="0"/>
        </w:rPr>
        <w:t>"Cơ hội cuối cùng," viên trung úy gầm gừ, siết khuỷu tay Langdon chặt đến mức không thể chặt hơn. "Nói cho tôi biết chúng ở đâ—"</w:t>
      </w:r>
    </w:p>
    <w:p>
      <w:pPr>
        <w:spacing w:after="80"/>
      </w:pPr>
      <w:r>
        <w:rPr>
          <w:b w:val="0"/>
          <w:i w:val="0"/>
        </w:rPr>
        <w:t>Có một tiếng "bịch" kim loại nặng nề, và tay nắm của Pavel lập tức lỏng ra khi hắn đổ sụp xuống sàn, khẩu súng của hắn văng ra lăn lóc. Langdon quay phắt lại và thấy Sasha Vesna đứng sau lưng, cầm chính chiếc bình chữa cháy mà cô đã từng đe dọa anh trước đó. Vẻ mặt cô đầy sợ hãi khi cô nhìn xuống viên trung úy ÚZSI đang nằm bất động dưới chân mình.</w:t>
      </w:r>
    </w:p>
    <w:p>
      <w:pPr>
        <w:spacing w:after="80"/>
      </w:pPr>
      <w:r>
        <w:rPr>
          <w:b w:val="0"/>
          <w:i w:val="0"/>
        </w:rPr>
        <w:t>"Tôi không biết phải làm gì khác…" cô nói. "Hắn đang làm đau anh!"</w:t>
      </w:r>
    </w:p>
    <w:p>
      <w:pPr>
        <w:spacing w:after="80"/>
      </w:pPr>
      <w:r>
        <w:rPr>
          <w:b w:val="0"/>
          <w:i w:val="0"/>
        </w:rPr>
        <w:t>Langdon nhìn xuống Pavel. Không có máu, nhưng người đàn ông này chắc chắn đã bất tỉnh. "Không…sao đâu," Langdon nói được, nhẹ nhàng lấy chiếc bình từ tay Sasha bằng cánh tay đau nhức của mình và đặt nó xuống sàn.</w:t>
      </w:r>
    </w:p>
    <w:p>
      <w:pPr>
        <w:spacing w:after="80"/>
      </w:pPr>
      <w:r>
        <w:rPr>
          <w:b w:val="0"/>
          <w:i w:val="0"/>
        </w:rPr>
        <w:t>"Hắn là ai?" cô hỏi dồn.</w:t>
      </w:r>
    </w:p>
    <w:p>
      <w:pPr>
        <w:spacing w:after="80"/>
      </w:pPr>
      <w:r>
        <w:rPr>
          <w:b w:val="0"/>
          <w:i w:val="0"/>
        </w:rPr>
        <w:t>“Một trung úy ÚZSI,” Langdon nói, nhặt khẩu súng của Pavel lên và đặt vào bồn rửa cho khuất tầm với. “Anh ta sẽ cần bác sĩ.”</w:t>
      </w:r>
    </w:p>
    <w:p>
      <w:pPr>
        <w:spacing w:after="80"/>
      </w:pPr>
      <w:r>
        <w:rPr>
          <w:b w:val="0"/>
          <w:i w:val="0"/>
        </w:rPr>
        <w:t>“Anh ta không sao đâu,” cô nói. “Chỉ là chấn thương vùng đỉnh sau — anh ta sẽ bất tỉnh vài phút, rồi sau đó sẽ đau đầu dữ dội.”</w:t>
      </w:r>
    </w:p>
    <w:p>
      <w:pPr>
        <w:spacing w:after="80"/>
      </w:pPr>
      <w:r>
        <w:rPr>
          <w:b w:val="0"/>
          <w:i w:val="0"/>
        </w:rPr>
        <w:t>Langdon tự nhắc mình rằng Sasha làm việc cho một nhà khoa học nghiên cứu não bộ.</w:t>
      </w:r>
    </w:p>
    <w:p>
      <w:pPr>
        <w:spacing w:after="80"/>
      </w:pPr>
      <w:r>
        <w:rPr>
          <w:b w:val="0"/>
          <w:i w:val="0"/>
        </w:rPr>
        <w:t>“Nhưng làm sao anh ta xuống được đây?” Sasha gặng hỏi.</w:t>
      </w:r>
    </w:p>
    <w:p>
      <w:pPr>
        <w:spacing w:after="80"/>
      </w:pPr>
      <w:r>
        <w:rPr>
          <w:b w:val="0"/>
          <w:i w:val="0"/>
        </w:rPr>
        <w:t xml:space="preserve">Langdon chẳng có manh mối nào — có lẽ đội phá dỡ của ÚZSI đã đến và phá cửa rồi. Chuông báo động trên các cỗ máy kêu rất to, và Langdon có thể đã không nghe thấy tiếng đột nhập. </w:t>
      </w:r>
      <w:r>
        <w:rPr>
          <w:b w:val="0"/>
          <w:i/>
        </w:rPr>
        <w:t>Và giờ mình dính trực tiếp vào một vụ tấn công một trung úy ÚZSI.</w:t>
      </w:r>
    </w:p>
    <w:p>
      <w:pPr>
        <w:spacing w:after="80"/>
      </w:pPr>
      <w:r>
        <w:rPr>
          <w:b w:val="0"/>
          <w:i w:val="0"/>
        </w:rPr>
        <w:t>“Sasha, tôi cần đến đại sứ quán Mỹ càng sớm càng tốt,” Langdon nói, đầu óc lướt nhanh qua các lựa chọn. “Ở đó có một người đang giúp tôi. Michael Harris.”</w:t>
      </w:r>
    </w:p>
    <w:p>
      <w:pPr>
        <w:spacing w:after="80"/>
      </w:pPr>
      <w:r>
        <w:rPr>
          <w:b w:val="0"/>
          <w:i w:val="0"/>
        </w:rPr>
        <w:t>Sasha có vẻ ngạc nhiên. “Tôi biết Michael. Anh ấy là bạn thân.”</w:t>
      </w:r>
    </w:p>
    <w:p>
      <w:pPr>
        <w:spacing w:after="80"/>
      </w:pPr>
      <w:r>
        <w:rPr>
          <w:b w:val="0"/>
          <w:i w:val="0"/>
        </w:rPr>
        <w:t xml:space="preserve">“Cô </w:t>
      </w:r>
      <w:r>
        <w:rPr>
          <w:b w:val="0"/>
          <w:i/>
        </w:rPr>
        <w:t>biết</w:t>
      </w:r>
      <w:r>
        <w:rPr>
          <w:b w:val="0"/>
          <w:i w:val="0"/>
        </w:rPr>
        <w:t xml:space="preserve"> anh ấy?!” Langdon sửng sốt vì Harris chưa từng nhắc rằng anh ta quen trợ lý phòng thí nghiệm của Brigita Gessner.</w:t>
      </w:r>
    </w:p>
    <w:p>
      <w:pPr>
        <w:spacing w:after="80"/>
      </w:pPr>
      <w:r>
        <w:rPr>
          <w:b w:val="0"/>
          <w:i w:val="0"/>
        </w:rPr>
        <w:t>“Đó không phải kiểu tình bạn mà chúng tôi hay khoe ra,” Sasha nói. “Nhân viên chính phủ Mỹ…người Nga thuần chủng…”</w:t>
      </w:r>
    </w:p>
    <w:p>
      <w:pPr>
        <w:spacing w:after="80"/>
      </w:pPr>
      <w:r>
        <w:rPr>
          <w:b w:val="0"/>
          <w:i/>
        </w:rPr>
        <w:t>Tất nhiên rồi,</w:t>
      </w:r>
      <w:r>
        <w:rPr>
          <w:b w:val="0"/>
          <w:i w:val="0"/>
        </w:rPr>
        <w:t xml:space="preserve"> Langdon nhận ra. </w:t>
      </w:r>
      <w:r>
        <w:rPr>
          <w:b w:val="0"/>
          <w:i/>
        </w:rPr>
        <w:t>Chính trị là chuyện cảm nhận.</w:t>
      </w:r>
      <w:r>
        <w:rPr>
          <w:b w:val="0"/>
          <w:i w:val="0"/>
        </w:rPr>
        <w:t xml:space="preserve"> Xét đến mối thù địch ngày càng tăng giữa Mỹ và Nga, một viên chức đại sứ quán dành thời gian với một trợ lý phòng thí nghiệm người Nga chắc chắn sẽ khiến người ta dòm ngó.</w:t>
      </w:r>
    </w:p>
    <w:p>
      <w:pPr>
        <w:spacing w:after="80"/>
      </w:pPr>
      <w:r>
        <w:rPr>
          <w:b w:val="0"/>
          <w:i w:val="0"/>
        </w:rPr>
        <w:t>“Dù sao đi nữa, chúng ta không thể đến đại sứ quán từ đây,” cô nói. “Quá nguy hiểm. ÚZSI sẽ cho người rình ở đó, kiểm tra từng chiếc xe lại gần. Chúng ta nên nhắn tin cho Michael và bảo anh ấy đón chúng ta ở căn hộ của tôi bằng một xe chính thức của đại sứ quán. Như vậy an toàn hơn nhiều.”</w:t>
      </w:r>
    </w:p>
    <w:p>
      <w:pPr>
        <w:spacing w:after="80"/>
      </w:pPr>
      <w:r>
        <w:rPr>
          <w:b w:val="0"/>
          <w:i w:val="0"/>
        </w:rPr>
        <w:t xml:space="preserve">Langdon chợt nhận ra rằng với một người phụ nữ vừa trải qua một cơn co giật lớn, Sasha Vesna đang suy nghĩ rõ ràng hơn cả anh. </w:t>
      </w:r>
      <w:r>
        <w:rPr>
          <w:b w:val="0"/>
          <w:i/>
        </w:rPr>
        <w:t>Vậy thì đến căn hộ của cô ấy,</w:t>
      </w:r>
      <w:r>
        <w:rPr>
          <w:b w:val="0"/>
          <w:i w:val="0"/>
        </w:rPr>
        <w:t xml:space="preserve"> anh nghĩ, biết ơn sự giúp đỡ của cô và hy vọng mình sẽ sớm liên lạc được với Katherine. “Có lối nào ra khỏi đây ngoài cửa trước không?”</w:t>
      </w:r>
    </w:p>
    <w:p>
      <w:pPr>
        <w:spacing w:after="80"/>
      </w:pPr>
      <w:r>
        <w:rPr>
          <w:b w:val="0"/>
          <w:i w:val="0"/>
        </w:rPr>
        <w:t>“Không, đó là lối ra duy nhất,” Sasha nói, giật khẩu súng của Pavel từ bồn rửa và bỏ vào túi xách.</w:t>
      </w:r>
    </w:p>
    <w:p>
      <w:pPr>
        <w:spacing w:after="80"/>
      </w:pPr>
      <w:r>
        <w:rPr>
          <w:b w:val="0"/>
          <w:i w:val="0"/>
        </w:rPr>
        <w:t>“Khoan đã,” Langdon nói, hoảng hốt. “Tôi không chắc việc ăn cắp vũ khí của ÚZSI—”</w:t>
      </w:r>
    </w:p>
    <w:p>
      <w:pPr>
        <w:spacing w:after="80"/>
      </w:pPr>
      <w:r>
        <w:rPr>
          <w:b w:val="0"/>
          <w:i w:val="0"/>
        </w:rPr>
        <w:t xml:space="preserve">“Tôi không định </w:t>
      </w:r>
      <w:r>
        <w:rPr>
          <w:b w:val="0"/>
          <w:i/>
        </w:rPr>
        <w:t>dùng</w:t>
      </w:r>
      <w:r>
        <w:rPr>
          <w:b w:val="0"/>
          <w:i w:val="0"/>
        </w:rPr>
        <w:t xml:space="preserve"> nó, nhưng viên đặc vụ này sẽ tỉnh lại trong một phút nữa, và nếu anh ta quyết định đuổi theo chúng ta, tôi thà rằng anh ta không có súng.”</w:t>
      </w:r>
    </w:p>
    <w:p>
      <w:pPr>
        <w:spacing w:after="80"/>
      </w:pPr>
      <w:r>
        <w:rPr>
          <w:b w:val="0"/>
          <w:i/>
        </w:rPr>
        <w:t>Khó mà phản đối điều đó,</w:t>
      </w:r>
      <w:r>
        <w:rPr>
          <w:b w:val="0"/>
          <w:i w:val="0"/>
        </w:rPr>
        <w:t xml:space="preserve"> Langdon nghĩ. Pavel đã bắt đầu rên rỉ và khẽ co giật.</w:t>
      </w:r>
    </w:p>
    <w:p>
      <w:pPr>
        <w:spacing w:after="80"/>
      </w:pPr>
      <w:r>
        <w:rPr>
          <w:b w:val="0"/>
          <w:i w:val="0"/>
        </w:rPr>
        <w:t xml:space="preserve">Sasha lấy lại chiếc bình nước màu đỏ tươi của mình, thứ đã bị ủng của Pavel giẫm bẹp trong lúc giằng co. Cô ngắm nghía dòng chữ viết tay bằng tiếng Nga với vẻ tiếc nuối. "Brigita tặng tôi cái này," cô nói khi cả hai bắt đầu bước xuống hành lang. "Để nhắc tôi uống đủ nước. Tôi lúc nào cũng quên. Nó ghi là, </w:t>
      </w:r>
      <w:r>
        <w:rPr>
          <w:b w:val="0"/>
          <w:i/>
        </w:rPr>
        <w:t>Uống Nước.</w:t>
      </w:r>
      <w:r>
        <w:rPr>
          <w:b w:val="0"/>
          <w:i w:val="0"/>
        </w:rPr>
        <w:t>"</w:t>
      </w:r>
    </w:p>
    <w:p>
      <w:pPr>
        <w:spacing w:after="80"/>
      </w:pPr>
      <w:r>
        <w:rPr>
          <w:b w:val="0"/>
          <w:i w:val="0"/>
        </w:rPr>
        <w:t>Sasha đặt chiếc bình ngay bên trong văn phòng rồi dẫn Langdon tới cầu thang, nơi họ lặng lẽ leo lên chiếu nghỉ phía trên. Anh thầm mong Janáček không đang đợi sẵn ở tiền sảnh. Lên tới đỉnh, họ đến cánh cửa an ninh, mà Langdon nửa ngờ rằng sẽ thấy nó bị bung khỏi bản lề.</w:t>
      </w:r>
    </w:p>
    <w:p>
      <w:pPr>
        <w:spacing w:after="80"/>
      </w:pPr>
      <w:r>
        <w:rPr>
          <w:b w:val="0"/>
          <w:i w:val="0"/>
        </w:rPr>
        <w:t>Nhưng không phải vậy.</w:t>
      </w:r>
    </w:p>
    <w:p>
      <w:pPr>
        <w:spacing w:after="80"/>
      </w:pPr>
      <w:r>
        <w:rPr>
          <w:b w:val="0"/>
          <w:i w:val="0"/>
        </w:rPr>
        <w:t>Sasha thận trọng nhìn ra qua ô cửa sổ nhỏ. Dường như không thấy gì, cô đẩy cửa mở và nhìn quanh. Rồi ra hiệu cho Langdon đi theo, cô dẫn đường bước ra tiền sảnh lạnh buốt, nơi vắng tanh không một bóng người. Khi cánh cửa buồng thang đóng lại sau lưng họ, bảng điều khiển an ninh kêu bíp một tiếng mãn nguyện và chuyển sang màu đỏ.</w:t>
      </w:r>
    </w:p>
    <w:p>
      <w:pPr>
        <w:spacing w:after="80"/>
      </w:pPr>
      <w:r>
        <w:rPr>
          <w:b w:val="0"/>
          <w:i w:val="0"/>
        </w:rPr>
        <w:t>Giẫm lạo xạo trên đống kính vỡ, Langdon và Sasha ra khỏi tòa nhà, bước lên lối đi. Mọi thứ đều yên tĩnh. Chiếc xe sedan của Janáček vẫn đỗ phía trước, nhưng chẳng thấy bóng dáng viên đội trưởng đâu cả.</w:t>
      </w:r>
    </w:p>
    <w:p>
      <w:pPr>
        <w:spacing w:after="80"/>
      </w:pPr>
      <w:r>
        <w:rPr>
          <w:b w:val="0"/>
          <w:i w:val="0"/>
        </w:rPr>
        <w:t>Sasha suy nghĩ một lát. "Đi theo tôi."</w:t>
      </w:r>
    </w:p>
    <w:p>
      <w:pPr>
        <w:spacing w:after="80"/>
      </w:pPr>
      <w:r>
        <w:rPr>
          <w:b w:val="0"/>
          <w:i w:val="0"/>
        </w:rPr>
        <w:t>Cô dẫn Langdon rẽ sang phải, rời xa pháo đài, tiến tới một khoảng hở trên bức tường chắn. Từ đó, họ xuống một cầu thang đá dẫn họ tới một sườn dốc phủ đầy cây cối. Đoạn này của rặng núi thoải hơn nhiều so với vách đá dựng quanh sân trong của pháo đài, thế nhưng tuyết dưới chân lại trơn trượt, và anh đã bắt đầu gặp khó khăn trong việc bám trụ với đôi giày đế trơn nhẵn của mình.</w:t>
      </w:r>
    </w:p>
    <w:p>
      <w:pPr>
        <w:spacing w:after="80"/>
      </w:pPr>
      <w:r>
        <w:rPr>
          <w:b w:val="0"/>
          <w:i w:val="0"/>
        </w:rPr>
        <w:t>Trang phục của Langdon sáng nay—một chiếc áo len Dale và đôi giày lười kiểu sinh viên—vốn được chuẩn bị cho chuyến thăm một phòng thí nghiệm khoa học…chứ không phải để chạy trốn xuống núi. Khi Langdon bắt đầu lần mò bước qua những hàng cây, anh đặt mục tiêu sao cho xuống tới chân dốc mà không bị thương. Giờ anh mới nhận ra, bờ dốc này chạy thẳng xuống Công viên Folimanka.</w:t>
      </w:r>
    </w:p>
    <w:p>
      <w:pPr>
        <w:spacing w:after="80"/>
      </w:pPr>
      <w:r>
        <w:rPr>
          <w:b w:val="0"/>
          <w:i/>
        </w:rPr>
        <w:t>Và từ đó,</w:t>
      </w:r>
      <w:r>
        <w:rPr>
          <w:b w:val="0"/>
          <w:i w:val="0"/>
        </w:rPr>
        <w:t xml:space="preserve"> anh thầm mong, </w:t>
      </w:r>
      <w:r>
        <w:rPr>
          <w:b w:val="0"/>
          <w:i/>
        </w:rPr>
        <w:t>một chiếc taxi đưa tới căn hộ của Sasha.</w:t>
      </w:r>
    </w:p>
    <w:p>
      <w:pPr>
        <w:jc w:val="center"/>
      </w:pPr>
      <w:r>
        <w:drawing>
          <wp:inline xmlns:a="http://schemas.openxmlformats.org/drawingml/2006/main" xmlns:pic="http://schemas.openxmlformats.org/drawingml/2006/picture">
            <wp:extent cx="5486400" cy="362122"/>
            <wp:docPr id="28" name="Picture 28"/>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Từ vị trí của The Golěm, hắn có một tầm nhìn hoàn hảo về vị giáo sư người Mỹ đang lúng túng trượt xuống sườn dốc phủ cây cối hướng về Công viên Folimanka. Sự xuất hiện bất ngờ của Robert Langdon tại pháo đài sáng nay, cùng với sự có mặt của ÚZSI, là một trong vô số trục trặc trong kế hoạch của The Golěm.</w:t>
      </w:r>
    </w:p>
    <w:p>
      <w:pPr>
        <w:spacing w:after="80"/>
      </w:pPr>
      <w:r>
        <w:rPr>
          <w:b w:val="0"/>
          <w:i w:val="0"/>
        </w:rPr>
        <w:t>Kế hoạch xâm nhập Threshold của hắn sẽ cần bị hoãn lại một chút, thế nhưng một cơ hội mới vừa mới xuất hiện.</w:t>
      </w:r>
    </w:p>
    <w:p>
      <w:pPr>
        <w:spacing w:after="80"/>
      </w:pPr>
      <w:r>
        <w:rPr>
          <w:b w:val="0"/>
          <w:i w:val="0"/>
        </w:rPr>
        <w:t>Một cơ hội mà ta không có ý định lãng phí.</w:t>
      </w:r>
    </w:p>
    <w:p>
      <w:pPr>
        <w:spacing w:after="80"/>
      </w:pPr>
      <w:r>
        <w:rPr>
          <w:b w:val="0"/>
          <w:i w:val="0"/>
        </w:rPr>
        <w:t>The Golěm cẩn thận tụt xuống sườn dốc trơn trượt, tin chắc rằng cả Langdon lẫn Sasha đều không hề hay biết hắn đang ở đó.</w:t>
      </w:r>
    </w:p>
    <w:p>
      <w:pPr>
        <w:pStyle w:val="Heading1"/>
      </w:pPr>
      <w:r>
        <w:rPr>
          <w:rFonts w:ascii="Calibri" w:hAnsi="Calibri"/>
          <w:b/>
          <w:i w:val="0"/>
          <w:sz w:val="40"/>
        </w:rPr>
        <w:t>Chương 35</w:t>
      </w:r>
    </w:p>
    <w:p>
      <w:pPr>
        <w:spacing w:after="80"/>
      </w:pPr>
      <w:r>
        <w:rPr>
          <w:b w:val="0"/>
          <w:i w:val="0"/>
        </w:rPr>
        <w:t>Sảnh chờ của khách sạn Four Seasons thơm mùi hoa hồng.</w:t>
      </w:r>
    </w:p>
    <w:p>
      <w:pPr>
        <w:spacing w:after="80"/>
      </w:pPr>
      <w:r>
        <w:rPr>
          <w:b w:val="0"/>
          <w:i/>
        </w:rPr>
        <w:t>Đúng như những bông hồng Michael từng mang tặng mình,</w:t>
      </w:r>
      <w:r>
        <w:rPr>
          <w:b w:val="0"/>
          <w:i w:val="0"/>
        </w:rPr>
        <w:t xml:space="preserve"> Dana Daněk thầm nghĩ khi sải bước về phía quầy lễ tân. Cô đã lục soát khắp sảnh khách sạn và nhà hàng, nhưng chẳng thấy Michael cùng cô bạn xinh xắn của anh ta đâu cả.</w:t>
      </w:r>
    </w:p>
    <w:p>
      <w:pPr>
        <w:spacing w:after="80"/>
      </w:pPr>
      <w:r>
        <w:rPr>
          <w:b w:val="0"/>
          <w:i w:val="0"/>
        </w:rPr>
        <w:t>Lên trên…</w:t>
      </w:r>
    </w:p>
    <w:p>
      <w:pPr>
        <w:spacing w:after="80"/>
      </w:pPr>
      <w:r>
        <w:rPr>
          <w:b w:val="0"/>
          <w:i w:val="0"/>
        </w:rPr>
        <w:t>Khi Dana tiến lại gần người đàn ông đứng sau quầy lễ tân, cô gắng gượng nở một nụ cười và đưa cho ông ta thẻ căn cước của đại sứ quán Hoa Kỳ. “Chào buổi sáng, thưa ông,” cô nói ngọt ngào. “Xin lỗi vì đã làm phiền ông. Tôi làm việc ở đại sứ quán Hoa Kỳ tại Prague và sếp tôi, Michael Harris, đang ở trong khách sạn của ông lúc này. Ông ấy bảo tôi mang gấp một thứ đến cho ông ấy. Có lẽ ông đã thấy ông ấy bước vào khoảng mười lăm phút trước? Ông ấy là một quý ông người Mỹ gốc Phi cao lớn với—”</w:t>
      </w:r>
    </w:p>
    <w:p>
      <w:pPr>
        <w:spacing w:after="80"/>
      </w:pPr>
      <w:r>
        <w:rPr>
          <w:b w:val="0"/>
          <w:i w:val="0"/>
        </w:rPr>
        <w:t>“Vâng, tất nhiên rồi,” người đàn ông nói, trả lại thẻ cho cô. “Ông Harris đang ở trên lầu trong Phòng Royal Suite. Cô có muốn tôi mang thứ gì đó lên cho ông ấy không?”</w:t>
      </w:r>
    </w:p>
    <w:p>
      <w:pPr>
        <w:spacing w:after="80"/>
      </w:pPr>
      <w:r>
        <w:rPr>
          <w:b w:val="0"/>
          <w:i w:val="0"/>
        </w:rPr>
        <w:t>“Không, cảm ơn ông,” cô nói. “Đó là một tài liệu ngoại giao nhạy cảm mà tôi bắt buộc phải đích thân trao tận tay. Nhắc tôi nhớ với, Phòng Royal Suite là số mấy?”</w:t>
      </w:r>
    </w:p>
    <w:p>
      <w:pPr>
        <w:spacing w:after="80"/>
      </w:pPr>
      <w:r>
        <w:rPr>
          <w:b w:val="0"/>
          <w:i w:val="0"/>
        </w:rPr>
        <w:t>Người lễ tân chỉ đường cho cô về phía cuối khách sạn, và một phút sau Dana đã leo lên một cầu thang riêng và đứng trong tiền sảnh bên ngoài căn phòng đắt nhất của khách sạn.</w:t>
      </w:r>
    </w:p>
    <w:p>
      <w:pPr>
        <w:spacing w:after="80"/>
      </w:pPr>
      <w:r>
        <w:rPr>
          <w:b w:val="0"/>
          <w:i w:val="0"/>
        </w:rPr>
        <w:t>Thật đấy hả, Michael? Phòng Royal Suite cơ á?!</w:t>
      </w:r>
    </w:p>
    <w:p>
      <w:pPr>
        <w:spacing w:after="80"/>
      </w:pPr>
      <w:r>
        <w:rPr>
          <w:b w:val="0"/>
          <w:i w:val="0"/>
        </w:rPr>
        <w:t>Dana gõ cửa nhẹ nhàng và gọi lớn, “</w:t>
      </w:r>
      <w:r>
        <w:rPr>
          <w:b w:val="0"/>
          <w:i/>
        </w:rPr>
        <w:t>Úklid!</w:t>
      </w:r>
      <w:r>
        <w:rPr>
          <w:b w:val="0"/>
          <w:i w:val="0"/>
        </w:rPr>
        <w:t xml:space="preserve"> Dọn phòng đây!”</w:t>
      </w:r>
    </w:p>
    <w:p>
      <w:pPr>
        <w:spacing w:after="80"/>
      </w:pPr>
      <w:r>
        <w:rPr>
          <w:b w:val="0"/>
          <w:i w:val="0"/>
        </w:rPr>
        <w:t>Cô nóng lòng muốn thấy vẻ mặt của Michael khi cô bước vào. Cô áp tai vào cửa và lắng nghe, chắc chắn nghe thấy có tiếng động bên trong.</w:t>
      </w:r>
    </w:p>
    <w:p>
      <w:pPr>
        <w:spacing w:after="80"/>
      </w:pPr>
      <w:r>
        <w:rPr>
          <w:b w:val="0"/>
          <w:i/>
        </w:rPr>
        <w:t>“Dọn phòng đây!”</w:t>
      </w:r>
      <w:r>
        <w:rPr>
          <w:b w:val="0"/>
          <w:i w:val="0"/>
        </w:rPr>
        <w:t xml:space="preserve"> cô gọi lần nữa, gõ cửa mạnh hơn.</w:t>
      </w:r>
    </w:p>
    <w:p>
      <w:pPr>
        <w:spacing w:after="80"/>
      </w:pPr>
      <w:r>
        <w:rPr>
          <w:b w:val="0"/>
          <w:i w:val="0"/>
        </w:rPr>
        <w:t>Tiếng bước chân tiến lại gần cửa, cánh cửa mở hé ra, và một đôi mắt nai quen thuộc nhìn ra. “Xin lỗi,” người phụ nữ từ trên cầu kia nói. “Cô có thể quay lại sa—”</w:t>
      </w:r>
    </w:p>
    <w:p>
      <w:pPr>
        <w:spacing w:after="80"/>
      </w:pPr>
      <w:r>
        <w:rPr>
          <w:b w:val="0"/>
          <w:i w:val="0"/>
        </w:rPr>
        <w:t>Dana lao người vào cánh cửa, đẩy người phụ nữ nhỏ nhắn ngã ngửa ra sàn. Dana xông qua cô ta vào trong phòng, đi thẳng qua phòng khách đến chỗ rõ ràng là phòng ngủ chính.</w:t>
      </w:r>
    </w:p>
    <w:p>
      <w:pPr>
        <w:spacing w:after="80"/>
      </w:pPr>
      <w:r>
        <w:rPr>
          <w:b w:val="0"/>
          <w:i w:val="0"/>
        </w:rPr>
        <w:t>Trống không.</w:t>
      </w:r>
    </w:p>
    <w:p>
      <w:pPr>
        <w:spacing w:after="80"/>
      </w:pPr>
      <w:r>
        <w:rPr>
          <w:b w:val="0"/>
          <w:i w:val="0"/>
        </w:rPr>
        <w:t>Dana kiểm tra phòng tắm chính.</w:t>
      </w:r>
    </w:p>
    <w:p>
      <w:pPr>
        <w:spacing w:after="80"/>
      </w:pPr>
      <w:r>
        <w:rPr>
          <w:b w:val="0"/>
          <w:i w:val="0"/>
        </w:rPr>
        <w:t>Trống không.</w:t>
      </w:r>
    </w:p>
    <w:p>
      <w:pPr>
        <w:spacing w:after="80"/>
      </w:pPr>
      <w:r>
        <w:rPr>
          <w:b w:val="0"/>
          <w:i w:val="0"/>
        </w:rPr>
        <w:t>Không có dấu vết của Michael ở bất cứ đâu.</w:t>
      </w:r>
    </w:p>
    <w:p>
      <w:pPr>
        <w:spacing w:after="80"/>
      </w:pPr>
      <w:r>
        <w:rPr>
          <w:b w:val="0"/>
          <w:i w:val="0"/>
        </w:rPr>
        <w:t>Căn phòng bừa bộn—ngăn kéo tủ mở toang, vali mở, thậm chí cả két sắt của khách sạn cũng hé mở—cứ như thể căn phòng đang bị…</w:t>
      </w:r>
      <w:r>
        <w:rPr>
          <w:b w:val="0"/>
          <w:i/>
        </w:rPr>
        <w:t>lục soát</w:t>
      </w:r>
      <w:r>
        <w:rPr>
          <w:b w:val="0"/>
          <w:i w:val="0"/>
        </w:rPr>
        <w:t>?</w:t>
      </w:r>
    </w:p>
    <w:p>
      <w:pPr>
        <w:spacing w:after="80"/>
      </w:pPr>
      <w:r>
        <w:rPr>
          <w:b w:val="0"/>
          <w:i w:val="0"/>
        </w:rPr>
        <w:t>Khi Dana bước ra lại phòng khách, người phụ nữ có má lúm đồng tiền đang đợi cô, nhìn chằm chằm qua nòng một khẩu súng ngắn màu đen nhám đáng sợ đang chĩa thẳng vào trán Dana.</w:t>
      </w:r>
    </w:p>
    <w:p>
      <w:pPr>
        <w:spacing w:after="80"/>
      </w:pPr>
      <w:r>
        <w:rPr>
          <w:b w:val="0"/>
          <w:i w:val="0"/>
        </w:rPr>
        <w:t>Trời ơi!</w:t>
      </w:r>
    </w:p>
    <w:p>
      <w:pPr>
        <w:spacing w:after="80"/>
      </w:pPr>
      <w:r>
        <w:rPr>
          <w:b w:val="0"/>
          <w:i w:val="0"/>
        </w:rPr>
        <w:t>“Tôi sẽ chỉ hỏi cô một lần thôi,” người phụ nữ nói với vẻ bình thản đến rợn người. “Cô đang làm gì ở đây?” Giọng cô ta mang âm sắc Mỹ.</w:t>
      </w:r>
    </w:p>
    <w:p>
      <w:pPr>
        <w:spacing w:after="80"/>
      </w:pPr>
      <w:r>
        <w:rPr>
          <w:b w:val="0"/>
          <w:i w:val="0"/>
        </w:rPr>
        <w:t>Sự vững vàng trong giọng nói của người phụ nữ, cũng như ở bàn tay cầm súng, cho thấy cô ta không lạ gì việc bắn súng. Dana chưa từng bị ai chĩa súng vào người, và trải nghiệm này khiến cô tỉnh ngộ.</w:t>
      </w:r>
    </w:p>
    <w:p>
      <w:pPr>
        <w:spacing w:after="80"/>
      </w:pPr>
      <w:r>
        <w:rPr>
          <w:b w:val="0"/>
          <w:i w:val="0"/>
        </w:rPr>
        <w:t>“Tôi…đang tìm…Michael Harris,” cô nghe chính mình nói.</w:t>
      </w:r>
    </w:p>
    <w:p>
      <w:pPr>
        <w:spacing w:after="80"/>
      </w:pPr>
      <w:r>
        <w:rPr>
          <w:b w:val="0"/>
          <w:i w:val="0"/>
        </w:rPr>
        <w:t>Khẩu súng vẫn giữ nguyên tư thế chĩa thẳng. “Anh ta không có ở đây.”</w:t>
      </w:r>
    </w:p>
    <w:p>
      <w:pPr>
        <w:spacing w:after="80"/>
      </w:pPr>
      <w:r>
        <w:rPr>
          <w:b w:val="0"/>
          <w:i w:val="0"/>
        </w:rPr>
        <w:t>Dana đã để ý thấy chiếc xe sedan của đại sứ quán không còn đậu trước khách sạn khi cô bước vào, nhưng cô cho rằng Michael đã bảo tài xế đỗ chỗ khác để khỏi gây chú ý.</w:t>
      </w:r>
    </w:p>
    <w:p>
      <w:pPr>
        <w:spacing w:after="80"/>
      </w:pPr>
      <w:r>
        <w:rPr>
          <w:b w:val="0"/>
          <w:i w:val="0"/>
        </w:rPr>
        <w:t>“Cô cần rời khỏi đây ngay lập tức,” người phụ nữ nói. “Đây không phải chuyện của cô.”</w:t>
      </w:r>
    </w:p>
    <w:p>
      <w:pPr>
        <w:spacing w:after="80"/>
      </w:pPr>
      <w:r>
        <w:rPr>
          <w:b w:val="0"/>
          <w:i w:val="0"/>
        </w:rPr>
        <w:t>“Đây rất đúng là chuyện của tôi,” Dana đáp, lấy lại được giọng mình. “Tôi là nhân viên của đại sứ quán Hoa Kỳ, và cô đang chĩa súng vào tôi. Hơn nữa, có vẻ như cô đang lục soát phòng khách sạn của hai công dân Mỹ.”</w:t>
      </w:r>
    </w:p>
    <w:p>
      <w:pPr>
        <w:spacing w:after="80"/>
      </w:pPr>
      <w:r>
        <w:rPr>
          <w:b w:val="0"/>
          <w:i w:val="0"/>
        </w:rPr>
        <w:t>“Như tôi đã nói,” cô ta lặp lại, bước tới một bước với khẩu súng vẫn chĩa thẳng. “Đây không phải chuyện của cô.”</w:t>
      </w:r>
    </w:p>
    <w:p>
      <w:pPr>
        <w:spacing w:after="80"/>
      </w:pPr>
      <w:r>
        <w:rPr>
          <w:b w:val="0"/>
          <w:i/>
        </w:rPr>
        <w:t>Rốt cuộc cô là ai chứ?!</w:t>
      </w:r>
      <w:r>
        <w:rPr>
          <w:b w:val="0"/>
          <w:i w:val="0"/>
        </w:rPr>
        <w:t xml:space="preserve"> Dana biết mình chỉ có một con bài để đánh. Cô liếc ra cửa sổ lồi hướng về Cầu Charles và nói: “Tôi biết chuyện gì đã xảy ra trên cây cầu đó sáng nay. Vòng hoa gai của cô đâu rồi?”</w:t>
      </w:r>
    </w:p>
    <w:p>
      <w:pPr>
        <w:spacing w:after="80"/>
      </w:pPr>
      <w:r>
        <w:rPr>
          <w:b w:val="0"/>
          <w:i w:val="0"/>
        </w:rPr>
        <w:t xml:space="preserve">Người phụ nữ cầm súng không hề nao núng dù chỉ một chút. Cô ta lại bước thêm một bước về phía Dana. “Dù cô là ai,” cô ta nói dứt khoát, “tôi rất khuyên cô nên quay về đại sứ quán và nói chuyện với đại sứ của cô trước khi cô nhắc đến chuyện này với </w:t>
      </w:r>
      <w:r>
        <w:rPr>
          <w:b w:val="0"/>
          <w:i/>
        </w:rPr>
        <w:t>bất kỳ ai</w:t>
      </w:r>
      <w:r>
        <w:rPr>
          <w:b w:val="0"/>
          <w:i w:val="0"/>
        </w:rPr>
        <w:t>.”</w:t>
      </w:r>
    </w:p>
    <w:p>
      <w:pPr>
        <w:spacing w:after="80"/>
      </w:pPr>
      <w:r>
        <w:rPr>
          <w:b w:val="0"/>
          <w:i w:val="0"/>
        </w:rPr>
        <w:t>“Trước tiên, hãy nói cho tôi biết Michael Harris đang ở đâu.”</w:t>
      </w:r>
    </w:p>
    <w:p>
      <w:pPr>
        <w:spacing w:after="80"/>
      </w:pPr>
      <w:r>
        <w:rPr>
          <w:b w:val="0"/>
          <w:i w:val="0"/>
        </w:rPr>
        <w:t xml:space="preserve">“Đại sứ của cô đã cử anh ta đến để cho tôi vào căn phòng này, và anh ta </w:t>
      </w:r>
      <w:r>
        <w:rPr>
          <w:b w:val="0"/>
          <w:i/>
        </w:rPr>
        <w:t>đã làm vậy,</w:t>
      </w:r>
      <w:r>
        <w:rPr>
          <w:b w:val="0"/>
          <w:i w:val="0"/>
        </w:rPr>
        <w:t xml:space="preserve"> rồi sau đó anh ta rời đi. Đó là tất cả những gì tôi biết về anh ta.” Cô ta ra hiệu về phía lối ra. “Giờ thì đi đi. Và đóng cửa lại khi ra ngoài.”</w:t>
      </w:r>
    </w:p>
    <w:p>
      <w:pPr>
        <w:jc w:val="center"/>
      </w:pPr>
      <w:r>
        <w:drawing>
          <wp:inline xmlns:a="http://schemas.openxmlformats.org/drawingml/2006/main" xmlns:pic="http://schemas.openxmlformats.org/drawingml/2006/picture">
            <wp:extent cx="5486400" cy="362122"/>
            <wp:docPr id="29" name="Picture 29"/>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Sĩ quan thực địa Susan Housemore đợi đến khi cánh cửa đóng sập lại mới hạ vũ khí xuống và đặt nó vào bao súng kín đáo ở sau lưng. Rồi cô rút điện thoại ra và gọi một cuộc gọi bảo mật cho ông Finch ở London.</w:t>
      </w:r>
    </w:p>
    <w:p>
      <w:pPr>
        <w:jc w:val="center"/>
      </w:pPr>
      <w:r>
        <w:drawing>
          <wp:inline xmlns:a="http://schemas.openxmlformats.org/drawingml/2006/main" xmlns:pic="http://schemas.openxmlformats.org/drawingml/2006/picture">
            <wp:extent cx="5486400" cy="362122"/>
            <wp:docPr id="30" name="Picture 30"/>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Ở phía bên kia thành phố, trên ghế sau chiếc xe của đại sứ quán đang lao nhanh về phía Pháo đài Thánh giá, Michael Harris nhẹ nhõm vì đã hoàn thành nhiệm vụ kỳ quặc của đại sứ tại khách sạn Four Seasons. Người liên lạc mà anh được lệnh “hỗ trợ” đã nhận chiếc chìa khóa phòng được trao kín đáo của Harris mà thậm chí không buồn giao mắt.</w:t>
      </w:r>
    </w:p>
    <w:p>
      <w:pPr>
        <w:spacing w:after="80"/>
      </w:pPr>
      <w:r>
        <w:rPr>
          <w:b w:val="0"/>
          <w:i w:val="0"/>
        </w:rPr>
        <w:t>Một chuyên gia nghiêm túc.</w:t>
      </w:r>
    </w:p>
    <w:p>
      <w:pPr>
        <w:spacing w:after="80"/>
      </w:pPr>
      <w:r>
        <w:rPr>
          <w:b w:val="0"/>
          <w:i w:val="0"/>
        </w:rPr>
        <w:t>Khi Pháo đài Thánh giá hiện ra phía trước, Harris vui mừng thấy không có dấu hiệu nào của đội trình diễn hay bất kỳ xe ÚZSI nào khác. Cuộc gọi của đại sứ cho Janáček rõ ràng đã khiến gã đàn ông ấy khựng lại, và Harris háo hức được gặp lại Robert Langdon như đã hứa.</w:t>
      </w:r>
    </w:p>
    <w:p>
      <w:pPr>
        <w:spacing w:after="80"/>
      </w:pPr>
      <w:r>
        <w:rPr>
          <w:b w:val="0"/>
          <w:i w:val="0"/>
        </w:rPr>
        <w:t xml:space="preserve">Tuy nhiên, khi Harris bước ra khỏi chiếc sedan, anh chần chừ. Cửa trước của phòng thí nghiệm dường như đã bị đập vỡ và mở toang. </w:t>
      </w:r>
      <w:r>
        <w:rPr>
          <w:b w:val="0"/>
          <w:i/>
        </w:rPr>
        <w:t>Chuyện quái gì đã xảy ra ở đây vậy?!</w:t>
      </w:r>
      <w:r>
        <w:rPr>
          <w:b w:val="0"/>
          <w:i w:val="0"/>
        </w:rPr>
        <w:t xml:space="preserve"> Khi Harris vội vã tiến về phía cửa, một đặc vụ ÚZSI loạng choạng bước qua khung cửa, ôm lấy đầu. Harris nhận ra anh ta là viên trung úy lực lưỡng đã lái xe của Janáček sáng nay tại Four Seasons.</w:t>
      </w:r>
    </w:p>
    <w:p>
      <w:pPr>
        <w:spacing w:after="80"/>
      </w:pPr>
      <w:r>
        <w:rPr>
          <w:b w:val="0"/>
          <w:i w:val="0"/>
        </w:rPr>
        <w:t xml:space="preserve">Harris chạy đến đỡ lấy người đàn ông. "Anh có sao không? Chuyện gì đã xảy ra?!" </w:t>
      </w:r>
      <w:r>
        <w:rPr>
          <w:b w:val="0"/>
          <w:i/>
        </w:rPr>
        <w:t>Và tại sao cửa trước lại bị phá hủy?</w:t>
      </w:r>
    </w:p>
    <w:p>
      <w:pPr>
        <w:spacing w:after="80"/>
      </w:pPr>
      <w:r>
        <w:rPr>
          <w:b w:val="0"/>
          <w:i w:val="0"/>
        </w:rPr>
        <w:t>"Katherine Solomon," người đàn ông lắp bắp. "Cô ta…đánh tôi…"</w:t>
      </w:r>
    </w:p>
    <w:p>
      <w:pPr>
        <w:spacing w:after="80"/>
      </w:pPr>
      <w:r>
        <w:rPr>
          <w:b w:val="0"/>
          <w:i w:val="0"/>
        </w:rPr>
        <w:t xml:space="preserve">Lời khai này chẳng có lý gì cả. "Anh chắc đó là Tiến sĩ </w:t>
      </w:r>
      <w:r>
        <w:rPr>
          <w:b w:val="0"/>
          <w:i/>
        </w:rPr>
        <w:t>Solomon</w:t>
      </w:r>
      <w:r>
        <w:rPr>
          <w:b w:val="0"/>
          <w:i w:val="0"/>
        </w:rPr>
        <w:t xml:space="preserve"> chứ?"</w:t>
      </w:r>
    </w:p>
    <w:p>
      <w:pPr>
        <w:spacing w:after="80"/>
      </w:pPr>
      <w:r>
        <w:rPr>
          <w:b w:val="0"/>
          <w:i w:val="0"/>
        </w:rPr>
        <w:t>"Tôi thấy cô ta trong gương…cao…tóc vàng…"</w:t>
      </w:r>
    </w:p>
    <w:p>
      <w:pPr>
        <w:spacing w:after="80"/>
      </w:pPr>
      <w:r>
        <w:rPr>
          <w:b w:val="0"/>
          <w:i/>
        </w:rPr>
        <w:t>Chắc chắn không phải Katherine Solomon.</w:t>
      </w:r>
      <w:r>
        <w:rPr>
          <w:b w:val="0"/>
          <w:i w:val="0"/>
        </w:rPr>
        <w:t xml:space="preserve"> Harris biết chỉ có một người phụ nữ cao, tóc vàng được ra vào phòng thí nghiệm này—trợ lý của Gessner, Sasha Vesna—và anh thấy khó hình dung Sasha lại có khả năng gây bạo lực. "Robert Langdon đâu?"</w:t>
      </w:r>
    </w:p>
    <w:p>
      <w:pPr>
        <w:spacing w:after="80"/>
      </w:pPr>
      <w:r>
        <w:rPr>
          <w:b w:val="0"/>
          <w:i w:val="0"/>
        </w:rPr>
        <w:t>"Anh ta chạy…cùng với cô ta."</w:t>
      </w:r>
    </w:p>
    <w:p>
      <w:pPr>
        <w:spacing w:after="80"/>
      </w:pPr>
      <w:r>
        <w:rPr>
          <w:b w:val="0"/>
          <w:i w:val="0"/>
        </w:rPr>
        <w:t xml:space="preserve">Câu chuyện nghe như hoang tưởng, vậy mà lúc này Harris nhận ra một chuỗi dấu chân rời khỏi lối đi trước cửa…như thể đang hướng vào rừng. </w:t>
      </w:r>
      <w:r>
        <w:rPr>
          <w:b w:val="0"/>
          <w:i/>
        </w:rPr>
        <w:t>Langdon đã bỏ chạy?!</w:t>
      </w:r>
    </w:p>
    <w:p>
      <w:pPr>
        <w:spacing w:after="80"/>
      </w:pPr>
      <w:r>
        <w:rPr>
          <w:b w:val="0"/>
          <w:i w:val="0"/>
        </w:rPr>
        <w:t xml:space="preserve">"Anh có thấy ai </w:t>
      </w:r>
      <w:r>
        <w:rPr>
          <w:b w:val="0"/>
          <w:i/>
        </w:rPr>
        <w:t>khác</w:t>
      </w:r>
      <w:r>
        <w:rPr>
          <w:b w:val="0"/>
          <w:i w:val="0"/>
        </w:rPr>
        <w:t xml:space="preserve"> bên trong không?" </w:t>
      </w:r>
      <w:r>
        <w:rPr>
          <w:b w:val="0"/>
          <w:i/>
        </w:rPr>
        <w:t>Tiến sĩ Gessner?</w:t>
      </w:r>
    </w:p>
    <w:p>
      <w:pPr>
        <w:spacing w:after="80"/>
      </w:pPr>
      <w:r>
        <w:rPr>
          <w:b w:val="0"/>
          <w:i w:val="0"/>
        </w:rPr>
        <w:t>"Không…tôi chạy thẳng lên đây để báo cáo với đội trưởng của tôi." Viên trung úy chỉ về phía xa cuối sân. "Ông ấy ở ngoài kia."</w:t>
      </w:r>
    </w:p>
    <w:p>
      <w:pPr>
        <w:spacing w:after="80"/>
      </w:pPr>
      <w:r>
        <w:rPr>
          <w:b w:val="0"/>
          <w:i w:val="0"/>
        </w:rPr>
        <w:t>Harris nhìn về phía rặng núi, nhưng chẳng thấy Janáček đâu cả. "Tôi không thấy ông ấy."</w:t>
      </w:r>
    </w:p>
    <w:p>
      <w:pPr>
        <w:spacing w:after="80"/>
      </w:pPr>
      <w:r>
        <w:rPr>
          <w:b w:val="0"/>
          <w:i w:val="0"/>
        </w:rPr>
        <w:t>"Ông ấy ra ngoài kia để gọi điện…"</w:t>
      </w:r>
    </w:p>
    <w:p>
      <w:pPr>
        <w:spacing w:after="80"/>
      </w:pPr>
      <w:r>
        <w:rPr>
          <w:b w:val="0"/>
          <w:i w:val="0"/>
        </w:rPr>
        <w:t xml:space="preserve">Harris không ngạc nhiên. </w:t>
      </w:r>
      <w:r>
        <w:rPr>
          <w:b w:val="0"/>
          <w:i/>
        </w:rPr>
        <w:t>Có lẽ ông ta đang xử lý hậu quả sau khi nói chuyện với đại sứ.</w:t>
      </w:r>
      <w:r>
        <w:rPr>
          <w:b w:val="0"/>
          <w:i w:val="0"/>
        </w:rPr>
        <w:t xml:space="preserve"> "Anh thật sự nên ngồi xuống đi, Trung úy."</w:t>
      </w:r>
    </w:p>
    <w:p>
      <w:pPr>
        <w:spacing w:after="80"/>
      </w:pPr>
      <w:r>
        <w:rPr>
          <w:b w:val="0"/>
          <w:i w:val="0"/>
        </w:rPr>
        <w:t>Người đàn ông đã lê bước về phía đường sống núi, và Harris vốc một nắm tuyết, vội vã đuổi theo. "Đây. Giữ cái này trên đầu anh."</w:t>
      </w:r>
    </w:p>
    <w:p>
      <w:pPr>
        <w:spacing w:after="80"/>
      </w:pPr>
      <w:r>
        <w:rPr>
          <w:b w:val="0"/>
          <w:i w:val="0"/>
        </w:rPr>
        <w:t>Người đàn ông nhặt quả cầu tuyết và áp nó vào sau gáy khi bước đi. “Anh ta ra đây nghe điện thoại…nhưng không bao giờ quay vào nữa.”</w:t>
      </w:r>
    </w:p>
    <w:p>
      <w:pPr>
        <w:spacing w:after="80"/>
      </w:pPr>
      <w:r>
        <w:rPr>
          <w:b w:val="0"/>
          <w:i w:val="0"/>
        </w:rPr>
        <w:t>Harris thấy một mớ dấu chân rối rắm trên sống núi, cứ như thể Janáček đã đi đi lại lại hoặc có lẽ đã có ai đó nhập bọn với ông ta, nhưng khu vực này giờ đã vắng tanh. Khi hai người tiến gần mép vực, viên trung úy dừng lại và nhặt một vật kim loại từ mặt đất. Anh phủi sạch nó, mắt mở to lo lắng. “Đây là điện thoại của ông ta!” anh thốt lên.</w:t>
      </w:r>
    </w:p>
    <w:p>
      <w:pPr>
        <w:spacing w:after="80"/>
      </w:pPr>
      <w:r>
        <w:rPr>
          <w:b w:val="0"/>
          <w:i w:val="0"/>
        </w:rPr>
        <w:t>Tại sao Janáček lại bỏ điện thoại của mình lại?</w:t>
      </w:r>
    </w:p>
    <w:p>
      <w:pPr>
        <w:spacing w:after="80"/>
      </w:pPr>
      <w:r>
        <w:rPr>
          <w:b w:val="0"/>
          <w:i w:val="0"/>
        </w:rPr>
        <w:t>Dè dặt, họ bước nốt vài thước cuối cùng đến mép khe núi và nhìn qua sống núi. Cảnh tượng bên dưới thật rùng rợn. Dưới đáy vực, một thi thể trong bộ vest tối màu nằm đó, tư thế kỳ dị, gãy vụn trên những tảng đá. Đầu người đàn ông được bao quanh bởi tuyết đỏ loang ra nhiều thước theo mọi hướng. Ngay cả từ độ cao này, Harris không chút nghi ngờ rằng ông ta đã chết…và cũng không nghi ngờ đó là ai.</w:t>
      </w:r>
    </w:p>
    <w:p>
      <w:pPr>
        <w:spacing w:after="80"/>
      </w:pPr>
      <w:r>
        <w:rPr>
          <w:b w:val="0"/>
          <w:i w:val="0"/>
        </w:rPr>
        <w:t>Trời ơi…Janáček đã nhảy xuống?</w:t>
      </w:r>
    </w:p>
    <w:p>
      <w:pPr>
        <w:spacing w:after="80"/>
      </w:pPr>
      <w:r>
        <w:rPr>
          <w:b w:val="0"/>
          <w:i w:val="0"/>
        </w:rPr>
        <w:t>Bên cạnh Harris, viên trung úy quay mặt đi và gầm lên như một con thú bị thương. Giọng anh vang vọng nỗi đau của một mất mát thật sự…và cơn thịnh nộ không thể kiềm chế.</w:t>
      </w:r>
    </w:p>
    <w:p>
      <w:pPr>
        <w:pStyle w:val="Heading1"/>
      </w:pPr>
      <w:r>
        <w:rPr>
          <w:rFonts w:ascii="Calibri" w:hAnsi="Calibri"/>
          <w:b/>
          <w:i w:val="0"/>
          <w:sz w:val="40"/>
        </w:rPr>
        <w:t>Chương 36</w:t>
      </w:r>
    </w:p>
    <w:p>
      <w:pPr>
        <w:spacing w:after="80"/>
      </w:pPr>
      <w:r>
        <w:rPr>
          <w:b w:val="0"/>
          <w:i w:val="0"/>
        </w:rPr>
        <w:t>Langdon cúi đầu tránh gió khi anh và Sasha Vesna xuống con dốc phủ cây rừng rời khỏi pháo đài. Tán cây rậm rạp che chắn đủ để có mặt đất khô ráo, giúp Langdon xuống dốc duyên dáng hơn anh tưởng, vài lần trượt trên tuyết trơn nhưng vẫn giữ được nhịp độ đều đặn.</w:t>
      </w:r>
    </w:p>
    <w:p>
      <w:pPr>
        <w:spacing w:after="80"/>
      </w:pPr>
      <w:r>
        <w:rPr>
          <w:b w:val="0"/>
          <w:i w:val="0"/>
        </w:rPr>
        <w:t>Khi họ ra khỏi rừng vào Công viên Folimanka, đôi giày lười của Langdon đã đóng đầy tuyết và đôi chân anh tê cứng. Lác đác vài người đi bộ rải rác trên các lối đi, cúi đầu, đang trên đường đến chỗ làm.</w:t>
      </w:r>
    </w:p>
    <w:p>
      <w:pPr>
        <w:spacing w:after="80"/>
      </w:pPr>
      <w:r>
        <w:rPr>
          <w:b w:val="0"/>
          <w:i w:val="0"/>
        </w:rPr>
        <w:t>Không nói một lời, Sasha dẫn họ nhanh chóng băng qua công viên, đi thẳng về hướng nam. Khi họ đi ngang Đài phun nước Folimanka, Sasha nói khẽ. “Tôi tin chắc Katherine không hề vào pháo đài sáng nay…màn hình trên khoang EPR cho thấy Brigita đã ở trong khoang đó từ đêm qua, lâu hơn nhiều so với mức ai đó có thể sống sót.”</w:t>
      </w:r>
    </w:p>
    <w:p>
      <w:pPr>
        <w:spacing w:after="80"/>
      </w:pPr>
      <w:r>
        <w:rPr>
          <w:b w:val="0"/>
          <w:i w:val="0"/>
        </w:rPr>
        <w:t xml:space="preserve">Langdon hy vọng điều này có nghĩa là Katherine đã đến phòng thí nghiệm, không có ai trả lời chuông, và đơn giản là quay về khách sạn. </w:t>
      </w:r>
      <w:r>
        <w:rPr>
          <w:b w:val="0"/>
          <w:i/>
        </w:rPr>
        <w:t>Cô ấy và mình có thể đã lướt qua nhau,</w:t>
      </w:r>
      <w:r>
        <w:rPr>
          <w:b w:val="0"/>
          <w:i w:val="0"/>
        </w:rPr>
        <w:t xml:space="preserve"> anh tự nhủ, cố gắng phớt lờ cảm giác dai dẳng rằng đúng là có điều gì đó rất không ổn với Katherine. Anh cảm thấy kinh hoàng trước viễn cảnh mất cô.</w:t>
      </w:r>
    </w:p>
    <w:p>
      <w:pPr>
        <w:spacing w:after="80"/>
      </w:pPr>
      <w:r>
        <w:rPr>
          <w:b w:val="0"/>
          <w:i w:val="0"/>
        </w:rPr>
        <w:t>Ba ngày qua, anh và Katherine không rời nhau một phút nào, và Langdon kinh ngạc rằng sau gần ba mươi lăm năm, tình bạn thân thiết của họ đã bùng lên thành một mối tình lãng mạn tự nhiên và nồng cháy đến vậy, khiến cả hai đều bất ngờ.</w:t>
      </w:r>
    </w:p>
    <w:p>
      <w:pPr>
        <w:spacing w:after="80"/>
      </w:pPr>
      <w:r>
        <w:rPr>
          <w:b w:val="0"/>
          <w:i w:val="0"/>
        </w:rPr>
        <w:t xml:space="preserve">Langdon đã tận hưởng những ngày bên nhau. Anh đưa Katherine đi xem bức tượng </w:t>
      </w:r>
      <w:r>
        <w:rPr>
          <w:b w:val="0"/>
          <w:i/>
        </w:rPr>
        <w:t>Chúa Hài Đồng thành Prague</w:t>
      </w:r>
      <w:r>
        <w:rPr>
          <w:b w:val="0"/>
          <w:i w:val="0"/>
        </w:rPr>
        <w:t xml:space="preserve"> kỳ quái đầy tính tôn sùng, được nghi thức cởi đồ và mặc những bộ trang phục khác nhau như một kiểu búp bê Barbie linh thiêng. Anh chỉ cho cô cuốn </w:t>
      </w:r>
      <w:r>
        <w:rPr>
          <w:b w:val="0"/>
          <w:i/>
        </w:rPr>
        <w:t>Kinh thánh của Quỷ</w:t>
      </w:r>
      <w:r>
        <w:rPr>
          <w:b w:val="0"/>
          <w:i w:val="0"/>
        </w:rPr>
        <w:t xml:space="preserve"> nặng 165 pound đầy bí ẩn, cuốn sách lớn nhất thế giới, với truyền thuyết rùng rợn liên quan đến một tu sĩ ngoại tình, da của 160 con lừa, và cái chết bằng cách “bị xây tường sống”…và còn dám thách Katherine nếm thử món </w:t>
      </w:r>
      <w:r>
        <w:rPr>
          <w:b w:val="0"/>
          <w:i/>
        </w:rPr>
        <w:t>tlačenka</w:t>
      </w:r>
      <w:r>
        <w:rPr>
          <w:b w:val="0"/>
          <w:i w:val="0"/>
        </w:rPr>
        <w:t xml:space="preserve"> địa phương—“thạch thịt”—mà cô đồng ý là ngon bất ngờ dù được làm từ đầu heo.</w:t>
      </w:r>
    </w:p>
    <w:p>
      <w:pPr>
        <w:spacing w:after="80"/>
      </w:pPr>
      <w:r>
        <w:rPr>
          <w:b w:val="0"/>
          <w:i w:val="0"/>
        </w:rPr>
        <w:t>Katherine cũng đã có những ngày tháng đầy adrenaline, vừa hoàn thành bản thảo của mình. Với sự pha trộn giữa nhiệt huyết và vẻ kín đáo e ấp, cô đã kể cho Langdon nghe về nó một cách chung chung, tinh nghịch khước từ những nỗ lực của anh muốn biết thêm chi tiết về cuốn sách để không làm hỏng những bất ngờ dành cho anh. Nhưng chủ yếu, Langdon nhớ lại, cô lo lắng về việc liệu độc giả và những người phê bình sách có cởi mở với những ý tưởng mới hay không.</w:t>
      </w:r>
    </w:p>
    <w:p>
      <w:pPr>
        <w:spacing w:after="80"/>
      </w:pPr>
      <w:r>
        <w:rPr>
          <w:b w:val="0"/>
          <w:i w:val="0"/>
        </w:rPr>
        <w:t xml:space="preserve">“Phải đối mặt thôi—tâm trí con người ghét sự thay đổi,” cô đã nói hôm qua khi nhấp espresso tại quán La Boheme Café sành điệu. “Và tâm trí khinh ghét việc từ bỏ những niềm tin </w:t>
      </w:r>
      <w:r>
        <w:rPr>
          <w:b w:val="0"/>
          <w:i/>
        </w:rPr>
        <w:t>hiện có</w:t>
      </w:r>
      <w:r>
        <w:rPr>
          <w:b w:val="0"/>
          <w:i w:val="0"/>
        </w:rPr>
        <w:t>.”</w:t>
      </w:r>
    </w:p>
    <w:p>
      <w:pPr>
        <w:spacing w:after="80"/>
      </w:pPr>
      <w:r>
        <w:rPr>
          <w:b w:val="0"/>
          <w:i w:val="0"/>
        </w:rPr>
        <w:t xml:space="preserve">Langdon mỉm cười. </w:t>
      </w:r>
      <w:r>
        <w:rPr>
          <w:b w:val="0"/>
          <w:i/>
        </w:rPr>
        <w:t>Đó là lý do các tôn giáo tồn tại qua hàng thiên niên kỷ bất chấp hàng núi bằng chứng mâu thuẫn với niềm tin của họ.</w:t>
      </w:r>
    </w:p>
    <w:p>
      <w:pPr>
        <w:spacing w:after="80"/>
      </w:pPr>
      <w:r>
        <w:rPr>
          <w:b w:val="0"/>
          <w:i w:val="0"/>
        </w:rPr>
        <w:t>“</w:t>
      </w:r>
      <w:r>
        <w:rPr>
          <w:b w:val="0"/>
          <w:i/>
        </w:rPr>
        <w:t>Ba mươi</w:t>
      </w:r>
      <w:r>
        <w:rPr>
          <w:b w:val="0"/>
          <w:i w:val="0"/>
        </w:rPr>
        <w:t xml:space="preserve"> năm trước,” Katherine phàn nàn, “các nhà vật lý đã chứng minh rằng sự liên lạc giữa hai hạt vướng víu là </w:t>
      </w:r>
      <w:r>
        <w:rPr>
          <w:b w:val="0"/>
          <w:i/>
        </w:rPr>
        <w:t>tức thời</w:t>
      </w:r>
      <w:r>
        <w:rPr>
          <w:b w:val="0"/>
          <w:i w:val="0"/>
        </w:rPr>
        <w:t xml:space="preserve">…vậy mà chúng ta </w:t>
      </w:r>
      <w:r>
        <w:rPr>
          <w:b w:val="0"/>
          <w:i/>
        </w:rPr>
        <w:t>vẫn</w:t>
      </w:r>
      <w:r>
        <w:rPr>
          <w:b w:val="0"/>
          <w:i w:val="0"/>
        </w:rPr>
        <w:t xml:space="preserve"> đang giảng dạy câu thần chú của Einstein rằng ‘không gì có thể di chuyển nhanh hơn tốc độ ánh sáng’!”</w:t>
      </w:r>
    </w:p>
    <w:p>
      <w:pPr>
        <w:spacing w:after="80"/>
      </w:pPr>
      <w:r>
        <w:rPr>
          <w:b w:val="0"/>
          <w:i w:val="0"/>
        </w:rPr>
        <w:t xml:space="preserve">Thí nghiệm ban đầu, theo Langdon nhớ lại, liên quan đến việc dùng nam châm để đảo ngược cực tính của một hạt vướng víu, khiến cực tính của hạt “song sinh” lập tức đảo ngược theo—dù nó ở cùng phòng hay cách xa hàng dặm. Nâng cao hơn nữa, các nhà khoa học Trung Quốc sau đó đã thực hiện thí nghiệm tương tự bằng vệ tinh để chứng minh rằng hai hạt vướng víu vẫn “kết nối tức thời” qua khoảng cách mười hai trăm kilômét. Tạp chí </w:t>
      </w:r>
      <w:r>
        <w:rPr>
          <w:b w:val="0"/>
          <w:i/>
        </w:rPr>
        <w:t>Science Magazine</w:t>
      </w:r>
      <w:r>
        <w:rPr>
          <w:b w:val="0"/>
          <w:i w:val="0"/>
        </w:rPr>
        <w:t xml:space="preserve"> đã đăng bài bìa “Trung Quốc phá kỷ lục ‘Hành động ma quái từ xa’,” nhắc đến cụm từ do Albert Einstein đặt ra vào giữa những năm 1930 để mô tả hiện tượng này.</w:t>
      </w:r>
    </w:p>
    <w:p>
      <w:pPr>
        <w:spacing w:after="80"/>
      </w:pPr>
      <w:r>
        <w:rPr>
          <w:b w:val="0"/>
          <w:i w:val="0"/>
        </w:rPr>
        <w:t>“Và đã mấy thập kỷ rồi,” Katherine tiếp tục, “kể từ khi chúng ta chứng minh đi chứng minh lại rằng suy nghĩ của con người, khi được tập trung, có thể thực sự thay đổi hóa học trong cơ thể mình. Vậy mà…khái niệm chữa bệnh từ xa vẫn bị các chuyên gia y tế hoài nghi bác bỏ như trò tà thuật.”</w:t>
      </w:r>
    </w:p>
    <w:p>
      <w:pPr>
        <w:spacing w:after="80"/>
      </w:pPr>
      <w:r>
        <w:rPr>
          <w:b w:val="0"/>
          <w:i/>
        </w:rPr>
        <w:t>Một tâm trí cố chấp có thể là một ngọn núi không thể lay chuyển,</w:t>
      </w:r>
      <w:r>
        <w:rPr>
          <w:b w:val="0"/>
          <w:i w:val="0"/>
        </w:rPr>
        <w:t xml:space="preserve"> Langdon nghĩ, luôn kinh ngạc trước việc bao nhiêu người vẫn nhiệt thành tin rằng loài người xuất phát từ Adam và Eve bất chấp bằng chứng khoa học áp đảo về sự tiến hóa.</w:t>
      </w:r>
    </w:p>
    <w:p>
      <w:pPr>
        <w:spacing w:after="80"/>
      </w:pPr>
      <w:r>
        <w:rPr>
          <w:b w:val="0"/>
          <w:i w:val="0"/>
        </w:rPr>
        <w:t>“Tôi có một sinh viên với chỉ số IQ một trăm bốn mươi tám,” Langdon kể lại, “nhất quyết cho rằng trái đất mới sáu ngàn năm tuổi. Thế là tôi dẫn cô ấy xuống hành lang đến khoa địa chất và cho cô ấy xem một hóa thạch ba triệu năm tuổi. Cô ấy chỉ nhún vai và nói, ‘Em tin Chúa đặt hóa thạch đó trên trái đất như một mánh khóe…để thử thách đức tin của em.’ ”</w:t>
      </w:r>
    </w:p>
    <w:p>
      <w:pPr>
        <w:spacing w:after="80"/>
      </w:pPr>
      <w:r>
        <w:rPr>
          <w:b w:val="0"/>
          <w:i w:val="0"/>
        </w:rPr>
        <w:t xml:space="preserve">Katherine bật cười. “Nếu anh nghĩ những kẻ cuồng tín </w:t>
      </w:r>
      <w:r>
        <w:rPr>
          <w:b w:val="0"/>
          <w:i/>
        </w:rPr>
        <w:t>tôn giáo</w:t>
      </w:r>
      <w:r>
        <w:rPr>
          <w:b w:val="0"/>
          <w:i w:val="0"/>
        </w:rPr>
        <w:t xml:space="preserve"> bám víu vào thế giới quan của họ một cách phi lý, thì anh nên gặp các học giả có biên chế của giáo dục đại học.”</w:t>
      </w:r>
    </w:p>
    <w:p>
      <w:pPr>
        <w:spacing w:after="80"/>
      </w:pPr>
      <w:r>
        <w:rPr>
          <w:b w:val="0"/>
          <w:i w:val="0"/>
        </w:rPr>
        <w:t>“</w:t>
      </w:r>
      <w:r>
        <w:rPr>
          <w:b w:val="0"/>
          <w:i/>
        </w:rPr>
        <w:t>Tôi</w:t>
      </w:r>
      <w:r>
        <w:rPr>
          <w:b w:val="0"/>
          <w:i w:val="0"/>
        </w:rPr>
        <w:t xml:space="preserve"> là một học giả có biên chế của giáo dục đại học đấy!”</w:t>
      </w:r>
    </w:p>
    <w:p>
      <w:pPr>
        <w:spacing w:after="80"/>
      </w:pPr>
      <w:r>
        <w:rPr>
          <w:b w:val="0"/>
          <w:i w:val="0"/>
        </w:rPr>
        <w:t>“Và anh luôn là một người hoài nghi, Robert. Cổ điển, nhưng dễ thương.”</w:t>
      </w:r>
    </w:p>
    <w:p>
      <w:pPr>
        <w:spacing w:after="80"/>
      </w:pPr>
      <w:r>
        <w:rPr>
          <w:b w:val="0"/>
          <w:i w:val="0"/>
        </w:rPr>
        <w:t>“Cổ điển?” Langdon nghiêng đầu. “Tôi trẻ hơn cô đấy…ghét phải nhắc cô điều đó.”</w:t>
      </w:r>
    </w:p>
    <w:p>
      <w:pPr>
        <w:spacing w:after="80"/>
      </w:pPr>
      <w:r>
        <w:rPr>
          <w:b w:val="0"/>
          <w:i w:val="0"/>
        </w:rPr>
        <w:t xml:space="preserve">“Cẩn thận đấy…” cô nói, nở một nụ cười chết người. “Anh đã học lại seminar đại học của tôi </w:t>
      </w:r>
      <w:r>
        <w:rPr>
          <w:b w:val="0"/>
          <w:i/>
        </w:rPr>
        <w:t>hai lần,</w:t>
      </w:r>
      <w:r>
        <w:rPr>
          <w:b w:val="0"/>
          <w:i w:val="0"/>
        </w:rPr>
        <w:t xml:space="preserve"> anh chàng si tình ạ, và tôi khá chắc thứ anh đang nhìn chằm chằm không phải là bài trình chiếu của tôi.”</w:t>
      </w:r>
    </w:p>
    <w:p>
      <w:pPr>
        <w:spacing w:after="80"/>
      </w:pPr>
      <w:r>
        <w:rPr>
          <w:b w:val="0"/>
          <w:i w:val="0"/>
        </w:rPr>
        <w:t>Langdon cười lớn. “Tôi nhận tội.”</w:t>
      </w:r>
    </w:p>
    <w:p>
      <w:pPr>
        <w:spacing w:after="80"/>
      </w:pPr>
      <w:r>
        <w:rPr>
          <w:b w:val="0"/>
          <w:i w:val="0"/>
        </w:rPr>
        <w:t xml:space="preserve">“Vấn đề là, </w:t>
      </w:r>
      <w:r>
        <w:rPr>
          <w:b w:val="0"/>
          <w:i/>
        </w:rPr>
        <w:t>không ai</w:t>
      </w:r>
      <w:r>
        <w:rPr>
          <w:b w:val="0"/>
          <w:i w:val="0"/>
        </w:rPr>
        <w:t xml:space="preserve"> thích thay đổi cả,” cô tiếp tục. “Và các học giả bảo thủ có xu hướng bám víu vào sự thoải mái của những niềm tin hiện có rất lâu sau khi mô hình của họ đã rõ ràng lỗi thời. Vì lý do này, việc thiết lập một hệ hình khoa học mới—như hệ hình về ý thức con người—trở thành một quá trình cực kỳ bực bội và chậm chạp.”</w:t>
      </w:r>
    </w:p>
    <w:p>
      <w:pPr>
        <w:spacing w:after="80"/>
      </w:pPr>
      <w:r>
        <w:rPr>
          <w:b w:val="0"/>
          <w:i w:val="0"/>
        </w:rPr>
        <w:t xml:space="preserve">Langdon nghĩ đến tác phẩm kinh điển năm 1962 của Thomas Kuhn, </w:t>
      </w:r>
      <w:r>
        <w:rPr>
          <w:b w:val="0"/>
          <w:i/>
        </w:rPr>
        <w:t>Cấu trúc các cuộc cách mạng khoa học,</w:t>
      </w:r>
      <w:r>
        <w:rPr>
          <w:b w:val="0"/>
          <w:i w:val="0"/>
        </w:rPr>
        <w:t xml:space="preserve"> mô tả cách các bước chuyển hệ hình chỉ xảy ra khi đạt đến một khối lượng tới hạn của những hiện tượng không tương thích. Katherine rõ ràng đang hy vọng cuốn sách của cô sẽ góp thêm trọng lượng đáng kể vào cuộc tìm kiếm khối lượng tới hạn đang diễn ra đó.</w:t>
      </w:r>
    </w:p>
    <w:p>
      <w:pPr>
        <w:spacing w:after="80"/>
      </w:pPr>
      <w:r>
        <w:rPr>
          <w:b w:val="0"/>
          <w:i w:val="0"/>
        </w:rPr>
        <w:t xml:space="preserve">“Bản thảo của cô…” Langdon nói. “Cô vẫn chưa nói cho tôi biết </w:t>
      </w:r>
      <w:r>
        <w:rPr>
          <w:b w:val="0"/>
          <w:i/>
        </w:rPr>
        <w:t>cụ thể</w:t>
      </w:r>
      <w:r>
        <w:rPr>
          <w:b w:val="0"/>
          <w:i w:val="0"/>
        </w:rPr>
        <w:t xml:space="preserve"> bước đột phá lớn của cô là gì.”</w:t>
      </w:r>
    </w:p>
    <w:p>
      <w:pPr>
        <w:spacing w:after="80"/>
      </w:pPr>
      <w:r>
        <w:rPr>
          <w:b w:val="0"/>
          <w:i w:val="0"/>
        </w:rPr>
        <w:t>Katherine mỉm cười. “Kiên nhẫn đi. Tôi nghĩ anh sẽ thấy tất cả khá hấp dẫn—nhưng tôi muốn anh đọc nó và cho tôi phản hồi.”</w:t>
      </w:r>
    </w:p>
    <w:p>
      <w:pPr>
        <w:spacing w:after="80"/>
      </w:pPr>
      <w:r>
        <w:rPr>
          <w:b w:val="0"/>
          <w:i w:val="0"/>
        </w:rPr>
        <w:t>Một tiếng còi xe vang lên, và những ký ức ấm áp về quán cà phê tan biến, đưa Langdon trở lại với cái lạnh của Công viên Folimanka. Rùng mình, anh theo Sasha ra khỏi công viên qua một cánh cổng sắt, vui mừng khi thấy một hàng xe sedan Škoda màu vàng đang đỗ chờ tại bến taxi.</w:t>
      </w:r>
    </w:p>
    <w:p>
      <w:pPr>
        <w:spacing w:after="80"/>
      </w:pPr>
      <w:r>
        <w:rPr>
          <w:b w:val="0"/>
          <w:i w:val="0"/>
        </w:rPr>
        <w:t>Họ leo lên chiếc taxi đầu tiên, Langdon vô cùng biết ơn vì bên trong ấm áp. Sasha đọc cho tài xế một địa chỉ, và chiếc taxi lăn bánh ra phố Sekaninova.</w:t>
      </w:r>
    </w:p>
    <w:p>
      <w:pPr>
        <w:spacing w:after="80"/>
      </w:pPr>
      <w:r>
        <w:rPr>
          <w:b w:val="0"/>
          <w:i w:val="0"/>
        </w:rPr>
        <w:t>Rồi cô rút điện thoại ra và gọi một cuộc với chế độ loa ngoài.</w:t>
      </w:r>
    </w:p>
    <w:p>
      <w:pPr>
        <w:spacing w:after="80"/>
      </w:pPr>
      <w:r>
        <w:rPr>
          <w:b w:val="0"/>
          <w:i w:val="0"/>
        </w:rPr>
        <w:t>Giọng nói quen thuộc của Michael Harris vang lên. "Sasha?!"</w:t>
      </w:r>
    </w:p>
    <w:p>
      <w:pPr>
        <w:spacing w:after="80"/>
      </w:pPr>
      <w:r>
        <w:rPr>
          <w:b w:val="0"/>
          <w:i w:val="0"/>
        </w:rPr>
        <w:t>"Michael!" cô thốt lên, giọng đầy đau khổ. "Có chuyện khủng khiếp xảy ra với Brigita rồi!" Sasha vừa khóc vừa kể lại phát hiện ảm đạm của họ.</w:t>
      </w:r>
    </w:p>
    <w:p>
      <w:pPr>
        <w:spacing w:after="80"/>
      </w:pPr>
      <w:r>
        <w:rPr>
          <w:b w:val="0"/>
          <w:i w:val="0"/>
        </w:rPr>
        <w:t>"Tôi rất xin lỗi," Harris nói, giọng sững sờ. "Tôi không hề biết. Tôi đang ở pháo đài đây."</w:t>
      </w:r>
    </w:p>
    <w:p>
      <w:pPr>
        <w:spacing w:after="80"/>
      </w:pPr>
      <w:r>
        <w:rPr>
          <w:b w:val="0"/>
          <w:i/>
        </w:rPr>
        <w:t>Chết tiệt, mình vừa lỡ mất anh ta rồi,</w:t>
      </w:r>
      <w:r>
        <w:rPr>
          <w:b w:val="0"/>
          <w:i w:val="0"/>
        </w:rPr>
        <w:t xml:space="preserve"> Langdon nhận ra.</w:t>
      </w:r>
    </w:p>
    <w:p>
      <w:pPr>
        <w:spacing w:after="80"/>
      </w:pPr>
      <w:r>
        <w:rPr>
          <w:b w:val="0"/>
          <w:i w:val="0"/>
        </w:rPr>
        <w:t>"ÚZSI cũng ở đây," Harris nói thêm. "Họ không hề biết Brigita đã chết."</w:t>
      </w:r>
    </w:p>
    <w:p>
      <w:pPr>
        <w:spacing w:after="80"/>
      </w:pPr>
      <w:r>
        <w:rPr>
          <w:b w:val="0"/>
          <w:i w:val="0"/>
        </w:rPr>
        <w:t>Chắc Pavel chưa nhìn thấy thi thể.</w:t>
      </w:r>
    </w:p>
    <w:p>
      <w:pPr>
        <w:spacing w:after="80"/>
      </w:pPr>
      <w:r>
        <w:rPr>
          <w:b w:val="0"/>
          <w:i w:val="0"/>
        </w:rPr>
        <w:t>"Sasha," Harris nói, "cô đã tấn công một sĩ quan ÚZSI à?!"</w:t>
      </w:r>
    </w:p>
    <w:p>
      <w:pPr>
        <w:spacing w:after="80"/>
      </w:pPr>
      <w:r>
        <w:rPr>
          <w:b w:val="0"/>
          <w:i w:val="0"/>
        </w:rPr>
        <w:t>Cô ngập ngừng, giật mình. "Anh ta tấn công Robert Langdon! Tôi không biết phải làm gì."</w:t>
      </w:r>
    </w:p>
    <w:p>
      <w:pPr>
        <w:spacing w:after="80"/>
      </w:pPr>
      <w:r>
        <w:rPr>
          <w:b w:val="0"/>
          <w:i w:val="0"/>
        </w:rPr>
        <w:t>"Langdon?" Harris hỏi dồn. "Anh ta đang ở với cô à?"</w:t>
      </w:r>
    </w:p>
    <w:p>
      <w:pPr>
        <w:spacing w:after="80"/>
      </w:pPr>
      <w:r>
        <w:rPr>
          <w:b w:val="0"/>
          <w:i w:val="0"/>
        </w:rPr>
        <w:t>"Vâng, anh ấy muốn bắt taxi đến đại sứ quán, nhưng—"</w:t>
      </w:r>
    </w:p>
    <w:p>
      <w:pPr>
        <w:spacing w:after="80"/>
      </w:pPr>
      <w:r>
        <w:rPr>
          <w:b w:val="0"/>
          <w:i w:val="0"/>
        </w:rPr>
        <w:t>"Ý tồi đấy. ÚZSI sẽ chặn lại."</w:t>
      </w:r>
    </w:p>
    <w:p>
      <w:pPr>
        <w:spacing w:after="80"/>
      </w:pPr>
      <w:r>
        <w:rPr>
          <w:b w:val="0"/>
          <w:i w:val="0"/>
        </w:rPr>
        <w:t>"Tôi biết. Nên tôi đang đưa anh ấy—"</w:t>
      </w:r>
    </w:p>
    <w:p>
      <w:pPr>
        <w:spacing w:after="80"/>
      </w:pPr>
      <w:r>
        <w:rPr>
          <w:b w:val="0"/>
          <w:i w:val="0"/>
        </w:rPr>
        <w:t>"Đừng nói ra qua điện thoại!" Harris ngắt lời. "Tôi biết cô đang đi đâu. Nói với Harry và Sally là tôi chào họ nhé. Tôi sẽ đến nhanh nhất có thể. Chắc khoảng hai mươi phút. Đừng gọi điện nữa."</w:t>
      </w:r>
    </w:p>
    <w:p>
      <w:pPr>
        <w:spacing w:after="80"/>
      </w:pPr>
      <w:r>
        <w:rPr>
          <w:b w:val="0"/>
          <w:i w:val="0"/>
        </w:rPr>
        <w:t>Cuộc gọi kết thúc.</w:t>
      </w:r>
    </w:p>
    <w:p>
      <w:pPr>
        <w:spacing w:after="80"/>
      </w:pPr>
      <w:r>
        <w:rPr>
          <w:b w:val="0"/>
          <w:i w:val="0"/>
        </w:rPr>
        <w:t>“Harry và Sally?” Langdon hỏi.</w:t>
      </w:r>
    </w:p>
    <w:p>
      <w:pPr>
        <w:spacing w:after="80"/>
      </w:pPr>
      <w:r>
        <w:rPr>
          <w:b w:val="0"/>
          <w:i w:val="0"/>
        </w:rPr>
        <w:t>“Mấy con mèo của tôi. Anh ấy không muốn tôi nói rằng chúng ta đang đến căn hộ của tôi.”</w:t>
      </w:r>
    </w:p>
    <w:p>
      <w:pPr>
        <w:spacing w:after="80"/>
      </w:pPr>
      <w:r>
        <w:rPr>
          <w:b w:val="0"/>
          <w:i/>
        </w:rPr>
        <w:t>Thông minh.</w:t>
      </w:r>
      <w:r>
        <w:rPr>
          <w:b w:val="0"/>
          <w:i w:val="0"/>
        </w:rPr>
        <w:t xml:space="preserve"> “Có vẻ như cô hiểu rõ về anh ấy.”</w:t>
      </w:r>
    </w:p>
    <w:p>
      <w:pPr>
        <w:spacing w:after="80"/>
      </w:pPr>
      <w:r>
        <w:rPr>
          <w:b w:val="0"/>
          <w:i w:val="0"/>
        </w:rPr>
        <w:t>Cô gật đầu, trông gần như bối rối. “Cũng được vài tháng rồi.”</w:t>
      </w:r>
    </w:p>
    <w:p>
      <w:pPr>
        <w:spacing w:after="80"/>
      </w:pPr>
      <w:r>
        <w:rPr>
          <w:b w:val="0"/>
          <w:i w:val="0"/>
        </w:rPr>
        <w:t>“Và rõ ràng là cô tin tưởng anh ấy,” Langdon nói.</w:t>
      </w:r>
    </w:p>
    <w:p>
      <w:pPr>
        <w:spacing w:after="80"/>
      </w:pPr>
      <w:r>
        <w:rPr>
          <w:b w:val="0"/>
          <w:i w:val="0"/>
        </w:rPr>
        <w:t>“Đúng vậy.” Mắt Sasha bỗng ngấn lệ. “Anh ấy sẽ biết cách giúp ông.”</w:t>
      </w:r>
    </w:p>
    <w:p>
      <w:pPr>
        <w:spacing w:after="80"/>
      </w:pPr>
      <w:r>
        <w:rPr>
          <w:b w:val="0"/>
          <w:i/>
        </w:rPr>
        <w:t>Còn việc giúp</w:t>
      </w:r>
      <w:r>
        <w:rPr>
          <w:b w:val="0"/>
          <w:i w:val="0"/>
        </w:rPr>
        <w:t xml:space="preserve"> cô</w:t>
      </w:r>
      <w:r>
        <w:rPr>
          <w:b w:val="0"/>
          <w:i/>
        </w:rPr>
        <w:t xml:space="preserve"> thì sao?</w:t>
      </w:r>
      <w:r>
        <w:rPr>
          <w:b w:val="0"/>
          <w:i w:val="0"/>
        </w:rPr>
        <w:t xml:space="preserve"> Langdon hy vọng đại sứ quán có thể bảo vệ người phụ nữ Nga này bất chấp việc cô đã tấn công một trung úy ÚZSI. Ông ước gì Sasha đã hỏi Harris xem có thông tin mới nào về Katherine không, nhưng viên tùy viên có vẻ cũng chẳng tin tưởng điện thoại hơn gì Sasha, và dù sao thì có lẽ anh ta cũng sẽ chẳng nói gì.</w:t>
      </w:r>
    </w:p>
    <w:p>
      <w:pPr>
        <w:spacing w:after="80"/>
      </w:pPr>
      <w:r>
        <w:rPr>
          <w:b w:val="0"/>
          <w:i w:val="0"/>
        </w:rPr>
        <w:t>Tôi sẽ nói chuyện với Harris ngay sau đây tại nhà Sasha.</w:t>
      </w:r>
    </w:p>
    <w:p>
      <w:pPr>
        <w:spacing w:after="80"/>
      </w:pPr>
      <w:r>
        <w:rPr>
          <w:b w:val="0"/>
          <w:i w:val="0"/>
        </w:rPr>
        <w:t xml:space="preserve">Bên cạnh ông, Sasha nhắm mắt và ngồi yên vào ghế. Cô bắt đầu đung đưa nhẹ nhàng, như thể đang cố tự an ủi mình. </w:t>
      </w:r>
      <w:r>
        <w:rPr>
          <w:b w:val="0"/>
          <w:i/>
        </w:rPr>
        <w:t>Cô ấy cần được bình tĩnh,</w:t>
      </w:r>
      <w:r>
        <w:rPr>
          <w:b w:val="0"/>
          <w:i w:val="0"/>
        </w:rPr>
        <w:t xml:space="preserve"> ông nghĩ. Cô vừa trải qua một cơn động kinh, cũng như một trận ẩu đả với một sĩ quan ÚZSI, và giờ đang liều mình để đưa Langdon đến nơi an toàn, tất cả sau khi chứng kiến cái chết thảm khốc của người thầy của mình.</w:t>
      </w:r>
    </w:p>
    <w:p>
      <w:pPr>
        <w:spacing w:after="80"/>
      </w:pPr>
      <w:r>
        <w:rPr>
          <w:b w:val="0"/>
          <w:i w:val="0"/>
        </w:rPr>
        <w:t>Langdon xem đồng hồ. Cánh tay dang rộng của chuột Mickey cho thấy đã hơn 9 giờ sáng một chút… chỉ mới vài giờ kể từ khi ông tỉnh dậy thanh thản với Katherine trong vòng tay.</w:t>
      </w:r>
    </w:p>
    <w:p>
      <w:pPr>
        <w:spacing w:after="80"/>
      </w:pPr>
      <w:r>
        <w:rPr>
          <w:b w:val="0"/>
          <w:i w:val="0"/>
        </w:rPr>
        <w:t>Cảm giác như đã một đời rồi.</w:t>
      </w:r>
    </w:p>
    <w:p>
      <w:pPr>
        <w:pStyle w:val="Heading1"/>
      </w:pPr>
      <w:r>
        <w:rPr>
          <w:rFonts w:ascii="Calibri" w:hAnsi="Calibri"/>
          <w:b/>
          <w:i w:val="0"/>
          <w:sz w:val="40"/>
        </w:rPr>
        <w:t>Chương 37</w:t>
      </w:r>
    </w:p>
    <w:p>
      <w:pPr>
        <w:spacing w:after="80"/>
      </w:pPr>
      <w:r>
        <w:rPr>
          <w:b w:val="0"/>
          <w:i w:val="0"/>
        </w:rPr>
        <w:t>Cơ thể Langdon háo hức đón nhận hơi ấm của chiếc taxi. Chuyến đi giá lạnh băng qua Công viên Folimanka đã khiến ông cóng người, và giờ ông cởi phăng đôi giày lười đóng đầy tuyết và xoa bóp những ngón chân tê cứng. Bên cạnh ông, Sasha vẫn im lặng, mắt vẫn nhắm.</w:t>
      </w:r>
    </w:p>
    <w:p>
      <w:pPr>
        <w:spacing w:after="80"/>
      </w:pPr>
      <w:r>
        <w:rPr>
          <w:b w:val="0"/>
          <w:i w:val="0"/>
        </w:rPr>
        <w:t>Người phụ nữ trên Cầu Charles vẫn ám ảnh ông. Mọi thứ về cuộc gặp gỡ ngắn ngủi ấy đều mang vẻ siêu nhiên… cách cô di chuyển như một bóng ma, ánh mắt trống rỗng, mùi tử khí, và cách cô dường như không nghe thấy ông… như thể cô sống trong một thực tại song song.</w:t>
      </w:r>
    </w:p>
    <w:p>
      <w:pPr>
        <w:spacing w:after="80"/>
      </w:pPr>
      <w:r>
        <w:rPr>
          <w:b w:val="0"/>
          <w:i w:val="0"/>
        </w:rPr>
        <w:t>Những vụ nhìn thấy ma được báo cáo gần như mỗi đêm ở thành phố gọi hồn này, thường nhất là những hồn ma nổi tiếng địa phương—Hiệp sĩ Dòng Đền cụt đầu ám ảnh Cầu Charles để tìm cách trả thù cho cái chết của mình… Quý bà Trắng của Lâu đài Prague đi dọc các bức tường thành để tìm cách trốn thoát khỏi cảnh giam cầm vì bị cáo buộc hành nghề phù thủy… con quái vật golem bằng đất vẫn lảng vảng trong những bóng tối gần Giáo đường Do Thái Cũ để bảo vệ kẻ yếu.</w:t>
      </w:r>
    </w:p>
    <w:p>
      <w:pPr>
        <w:spacing w:after="80"/>
      </w:pPr>
      <w:r>
        <w:rPr>
          <w:b w:val="0"/>
          <w:i/>
        </w:rPr>
        <w:t>Ma không có thật,</w:t>
      </w:r>
      <w:r>
        <w:rPr>
          <w:b w:val="0"/>
          <w:i w:val="0"/>
        </w:rPr>
        <w:t xml:space="preserve"> Langdon biết vậy. </w:t>
      </w:r>
      <w:r>
        <w:rPr>
          <w:b w:val="0"/>
          <w:i/>
        </w:rPr>
        <w:t>Và chắc chắn chúng không để lại dấu chân trên tuyết.</w:t>
      </w:r>
      <w:r>
        <w:rPr>
          <w:b w:val="0"/>
          <w:i w:val="0"/>
        </w:rPr>
        <w:t xml:space="preserve"> Bất cứ điều gì đã xảy ra trên Cầu Charles đều là xương thịt.</w:t>
      </w:r>
    </w:p>
    <w:p>
      <w:pPr>
        <w:spacing w:after="80"/>
      </w:pPr>
      <w:r>
        <w:rPr>
          <w:b w:val="0"/>
          <w:i w:val="0"/>
        </w:rPr>
        <w:t>Langdon luôn thích thú với những truyền thuyết siêu nhiên của Praha, dù trong thâm tâm vẫn theo phản xạ gạt chúng đi. Và sáng nay, lý trí của ông đã xuyên qua màn sương huyền bí, đi đến một kết luận rạch ròi đen trắng. Chỉ có đúng ba cách giải thích khả dĩ cho sự xuất hiện đáng kinh ngạc của người phụ nữ trên cầu Charles.</w:t>
      </w:r>
    </w:p>
    <w:p>
      <w:pPr>
        <w:spacing w:after="80"/>
      </w:pPr>
      <w:r>
        <w:rPr>
          <w:b w:val="0"/>
          <w:i w:val="0"/>
        </w:rPr>
        <w:t xml:space="preserve">Thứ nhất, khả năng giấc mơ của Katherine thực sự là một thị kiến tiên tri kỳ diệu về một sự kiện tương lai. Nếu đúng như vậy, Katherine vừa trải qua một trong những sự kiện thấu thị sống động và chính xác nhất mà bất kỳ ai từng báo cáo. </w:t>
      </w:r>
      <w:r>
        <w:rPr>
          <w:b w:val="0"/>
          <w:i/>
        </w:rPr>
        <w:t>Xác suất gần bằng không. Loại bỏ.</w:t>
      </w:r>
    </w:p>
    <w:p>
      <w:pPr>
        <w:spacing w:after="80"/>
      </w:pPr>
      <w:r>
        <w:rPr>
          <w:b w:val="0"/>
          <w:i w:val="0"/>
        </w:rPr>
        <w:t xml:space="preserve">Cách giải thích thứ hai cũng có vẻ khó xảy ra không kém. </w:t>
      </w:r>
      <w:r>
        <w:rPr>
          <w:b w:val="0"/>
          <w:i/>
        </w:rPr>
        <w:t>Trùng hợp ngẫu nhiên.</w:t>
      </w:r>
      <w:r>
        <w:rPr>
          <w:b w:val="0"/>
          <w:i w:val="0"/>
        </w:rPr>
        <w:t xml:space="preserve"> Một người phụ nữ mặc trang phục hào quang, cầm giáo, và tỏa mùi lưu huỳnh tình cờ băng qua cầu chỉ vài giờ sau giấc mơ của Katherine. </w:t>
      </w:r>
      <w:r>
        <w:rPr>
          <w:b w:val="0"/>
          <w:i/>
        </w:rPr>
        <w:t>Theo thống kê là bất khả thi đến mức vô lý.</w:t>
      </w:r>
    </w:p>
    <w:p>
      <w:pPr>
        <w:spacing w:after="80"/>
      </w:pPr>
      <w:r>
        <w:rPr>
          <w:b w:val="0"/>
          <w:i w:val="0"/>
        </w:rPr>
        <w:t xml:space="preserve">Kịch bản thứ ba—tuy đáng lo ngại—có vẻ là lời giải thích hợp lý duy nhất còn lại. Theo Sherlock Holmes: </w:t>
      </w:r>
      <w:r>
        <w:rPr>
          <w:b w:val="0"/>
          <w:i/>
        </w:rPr>
        <w:t>Khi bạn đã loại bỏ điều bất khả, thì bất cứ thứ gì còn lại, dù khó tin đến đâu, cũng phải là sự thật.</w:t>
      </w:r>
      <w:r>
        <w:rPr>
          <w:b w:val="0"/>
          <w:i w:val="0"/>
        </w:rPr>
        <w:t xml:space="preserve"> Sự thật khó tin trong trường hợp này là ai đó khác đã biết về giấc mơ của Katherine…và đã dàn dựng nên cảnh tượng đó.</w:t>
      </w:r>
    </w:p>
    <w:p>
      <w:pPr>
        <w:spacing w:after="80"/>
      </w:pPr>
      <w:r>
        <w:rPr>
          <w:b w:val="0"/>
          <w:i w:val="0"/>
        </w:rPr>
        <w:t>Một màn dàn dựng.</w:t>
      </w:r>
    </w:p>
    <w:p>
      <w:pPr>
        <w:spacing w:after="80"/>
      </w:pPr>
      <w:r>
        <w:rPr>
          <w:b w:val="0"/>
          <w:i w:val="0"/>
        </w:rPr>
        <w:t>Nhưng tại sao?</w:t>
      </w:r>
    </w:p>
    <w:p>
      <w:pPr>
        <w:spacing w:after="80"/>
      </w:pPr>
      <w:r>
        <w:rPr>
          <w:b w:val="0"/>
          <w:i w:val="0"/>
        </w:rPr>
        <w:t>Và bằng cách nào?</w:t>
      </w:r>
    </w:p>
    <w:p>
      <w:pPr>
        <w:spacing w:after="80"/>
      </w:pPr>
      <w:r>
        <w:rPr>
          <w:b w:val="0"/>
          <w:i w:val="0"/>
        </w:rPr>
        <w:t xml:space="preserve">Câu hỏi </w:t>
      </w:r>
      <w:r>
        <w:rPr>
          <w:b w:val="0"/>
          <w:i/>
        </w:rPr>
        <w:t>tại sao</w:t>
      </w:r>
      <w:r>
        <w:rPr>
          <w:b w:val="0"/>
          <w:i w:val="0"/>
        </w:rPr>
        <w:t xml:space="preserve"> vẫn còn là một bí ẩn, nhưng câu hỏi </w:t>
      </w:r>
      <w:r>
        <w:rPr>
          <w:b w:val="0"/>
          <w:i/>
        </w:rPr>
        <w:t>bằng cách nào</w:t>
      </w:r>
      <w:r>
        <w:rPr>
          <w:b w:val="0"/>
          <w:i w:val="0"/>
        </w:rPr>
        <w:t xml:space="preserve"> lại có vẻ hợp lý đến rợn người. Trong chuyến quảng bá sách ở Nga vài năm trước, Langdon đã được cảnh báo rằng hầu hết các phòng khách sạn sang trọng ở Moskva đều bị chính phủ gắn thiết bị nghe lén. </w:t>
      </w:r>
      <w:r>
        <w:rPr>
          <w:b w:val="0"/>
          <w:i/>
        </w:rPr>
        <w:t>Praha liệu có tương tự?</w:t>
      </w:r>
      <w:r>
        <w:rPr>
          <w:b w:val="0"/>
          <w:i w:val="0"/>
        </w:rPr>
        <w:t xml:space="preserve"> Thành phố này chẳng giống Moskva chút nào, vậy mà lịch sử vẫn phủ bóng dài. Cách đây không lâu, Praha đã trải qua bốn mươi lăm năm sau Bức màn Sắt, và ngoài “Mùa xuân Praha” quá ngắn ngủi, những người cứng rắn Xô Viết đã tạo nên không khí ở đây bằng sự giám sát của KGB khắp mọi nơi. Nếu có </w:t>
      </w:r>
      <w:r>
        <w:rPr>
          <w:b w:val="0"/>
          <w:i/>
        </w:rPr>
        <w:t>một</w:t>
      </w:r>
      <w:r>
        <w:rPr>
          <w:b w:val="0"/>
          <w:i w:val="0"/>
        </w:rPr>
        <w:t xml:space="preserve"> phòng suite nào ở Praha đáng bị theo dõi, thì đó là Four Seasons Royal Suite—lựa chọn hàng đầu của các tỷ phú, lãnh đạo thế giới và nhà ngoại giao.</w:t>
      </w:r>
    </w:p>
    <w:p>
      <w:pPr>
        <w:spacing w:after="80"/>
      </w:pPr>
      <w:r>
        <w:rPr>
          <w:b w:val="0"/>
          <w:i w:val="0"/>
        </w:rPr>
        <w:t>Có ai đó đã nghe lén khi Katherine kể cho tôi về giấc mơ của cô ấy không?</w:t>
      </w:r>
    </w:p>
    <w:p>
      <w:pPr>
        <w:spacing w:after="80"/>
      </w:pPr>
      <w:r>
        <w:rPr>
          <w:b w:val="0"/>
          <w:i w:val="0"/>
        </w:rPr>
        <w:t>Nếu phòng suite bị giám sát, Langdon rùng mình khi tưởng tượng những khoảnh khắc riêng tư nào có thể đã bị nghe lén, hoặc ghi âm, trong những ngày nồng nhiệt vừa qua bên cô.</w:t>
      </w:r>
    </w:p>
    <w:p>
      <w:pPr>
        <w:spacing w:after="80"/>
      </w:pPr>
      <w:r>
        <w:rPr>
          <w:b w:val="0"/>
          <w:i w:val="0"/>
        </w:rPr>
        <w:t>Nhưng ai sẽ là người nghe lén? Janáček? ÚZSI?</w:t>
      </w:r>
    </w:p>
    <w:p>
      <w:pPr>
        <w:spacing w:after="80"/>
      </w:pPr>
      <w:r>
        <w:rPr>
          <w:b w:val="0"/>
          <w:i w:val="0"/>
        </w:rPr>
        <w:t>Dù động cơ tái hiện giấc mơ đáng sợ đó là gì, Langdon đã chạy đúng lộ trình đó băng qua cầu Charles vào đúng khung giờ đó suốt ba ngày nay, và sáng nay ông đã nói với Katherine rằng ông sẽ quay lại lúc bảy giờ.</w:t>
      </w:r>
    </w:p>
    <w:p>
      <w:pPr>
        <w:spacing w:after="80"/>
      </w:pPr>
      <w:r>
        <w:rPr>
          <w:b w:val="0"/>
          <w:i w:val="0"/>
        </w:rPr>
        <w:t>Như một cỗ máy đồng hồ.</w:t>
      </w:r>
    </w:p>
    <w:p>
      <w:pPr>
        <w:spacing w:after="80"/>
      </w:pPr>
      <w:r>
        <w:rPr>
          <w:b w:val="0"/>
          <w:i w:val="0"/>
        </w:rPr>
        <w:t>Theo logic đó, ông càng tin chắc rằng tất cả đều là một màn dàn dựng.</w:t>
      </w:r>
    </w:p>
    <w:p>
      <w:pPr>
        <w:spacing w:after="80"/>
      </w:pPr>
      <w:r>
        <w:rPr>
          <w:b w:val="0"/>
          <w:i w:val="0"/>
        </w:rPr>
        <w:t>Và bằng cách nào đó, điều đó khiến ông thấy sợ hơn cả sự tồn tại của bất kỳ bóng ma nào.</w:t>
      </w:r>
    </w:p>
    <w:p>
      <w:pPr>
        <w:pStyle w:val="Heading1"/>
      </w:pPr>
      <w:r>
        <w:rPr>
          <w:rFonts w:ascii="Calibri" w:hAnsi="Calibri"/>
          <w:b/>
          <w:i w:val="0"/>
          <w:sz w:val="40"/>
        </w:rPr>
        <w:t>Chương 38</w:t>
      </w:r>
    </w:p>
    <w:p>
      <w:pPr>
        <w:spacing w:after="80"/>
      </w:pPr>
      <w:r>
        <w:rPr>
          <w:b w:val="0"/>
          <w:i w:val="0"/>
        </w:rPr>
        <w:t>Ông Finch đang cực kỳ giận dữ.</w:t>
      </w:r>
    </w:p>
    <w:p>
      <w:pPr>
        <w:spacing w:after="80"/>
      </w:pPr>
      <w:r>
        <w:rPr>
          <w:b w:val="0"/>
          <w:i w:val="0"/>
        </w:rPr>
        <w:t>Sĩ quan hiện trường của ông ở Prague vừa gọi điện báo cáo rằng nhiệm vụ dọn dẹp đơn giản của cô tại khách sạn Four Seasons đã đổ bể. Sĩ quan hiện trường Housemore là tai mắt và cánh tay phải của Finch trong mọi vấn đề địa phương liên quan đến Threshold, và dù hiểu biết về dự án chỉ ở mức phân mảnh, cô vẫn biết rằng bí mật là tối quan trọng.</w:t>
      </w:r>
    </w:p>
    <w:p>
      <w:pPr>
        <w:spacing w:after="80"/>
      </w:pPr>
      <w:r>
        <w:rPr>
          <w:b w:val="0"/>
          <w:i w:val="0"/>
        </w:rPr>
        <w:t>Vậy chuyện quái quỷ gì vừa xảy ra?!</w:t>
      </w:r>
    </w:p>
    <w:p>
      <w:pPr>
        <w:spacing w:after="80"/>
      </w:pPr>
      <w:r>
        <w:rPr>
          <w:b w:val="0"/>
          <w:i w:val="0"/>
        </w:rPr>
        <w:t>Với kỹ năng của cô, việc lặt vặt ở khách sạn lẽ ra phải là chuyện nhỏ, nhưng không hiểu sao nó lại dẫn đến một cuộc đối đầu có vũ trang với một nhân viên đại sứ quán.</w:t>
      </w:r>
    </w:p>
    <w:p>
      <w:pPr>
        <w:spacing w:after="80"/>
      </w:pPr>
      <w:r>
        <w:rPr>
          <w:b w:val="0"/>
          <w:i w:val="0"/>
        </w:rPr>
        <w:t>Lạy Chúa...</w:t>
      </w:r>
    </w:p>
    <w:p>
      <w:pPr>
        <w:spacing w:after="80"/>
      </w:pPr>
      <w:r>
        <w:rPr>
          <w:b w:val="0"/>
          <w:i w:val="0"/>
        </w:rPr>
        <w:t>Giận sôi máu, Finch gọi một cuộc điện thoại bảo mật cho đại sứ Hoa Kỳ tại Prague.</w:t>
      </w:r>
    </w:p>
    <w:p>
      <w:pPr>
        <w:jc w:val="center"/>
      </w:pPr>
      <w:r>
        <w:drawing>
          <wp:inline xmlns:a="http://schemas.openxmlformats.org/drawingml/2006/main" xmlns:pic="http://schemas.openxmlformats.org/drawingml/2006/picture">
            <wp:extent cx="5486400" cy="362122"/>
            <wp:docPr id="31" name="Picture 31"/>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Tại khách sạn Four Seasons, Susan Housemore nhìn quanh Phòng Suite Hoàng gia lần cuối, xác nhận mọi thứ cuối cùng đã ổn thỏa. Cô kiệt sức vì đêm không ngủ nhưng cảm thấy tự tin rằng nhiệm vụ ở đây giờ đã hoàn thành—bất chấp sự gián đoạn đáng tiếc.</w:t>
      </w:r>
    </w:p>
    <w:p>
      <w:pPr>
        <w:spacing w:after="80"/>
      </w:pPr>
      <w:r>
        <w:rPr>
          <w:b w:val="0"/>
          <w:i w:val="0"/>
        </w:rPr>
        <w:t>Điều kỳ lạ bắt đầu vào khoảng 4 giờ sáng, khi cô bị đánh thức bởi cuộc gọi từ ông Finch—người đã đưa ra chỉ thị kỳ lạ nhất mà Housemore từng nhận. Biết rõ không nên hỏi bất kỳ lời giải thích nào, cô bật khỏi giường, lấy gói hàng đã được để sẵn cho mình, và mở ra các "linh kiện" chuyên dụng cần thiết cho nhiệm vụ này.</w:t>
      </w:r>
    </w:p>
    <w:p>
      <w:pPr>
        <w:spacing w:after="80"/>
      </w:pPr>
      <w:r>
        <w:rPr>
          <w:b w:val="0"/>
          <w:i w:val="0"/>
        </w:rPr>
        <w:t>Ngay sau 6 giờ sáng, Housemore rời căn hộ của mình với cảm giác như đang đi đến phim trường chứ không phải thực hiện một nhiệm vụ. Cô mặc toàn đồ đen, mang theo một chiếc mũ đội đầu có gai cầu kỳ và một ngọn giáo bạc đáng sợ. Trong túi, cô mang một lọ chất lỏng mùi hôi nồng đến mức suýt làm cô nôn ọe khi mở nắp để ngửi. Dù mục đích đằng sau chiến dịch này là gì, Finch đã rất cụ thể về cách thực hiện nó.</w:t>
      </w:r>
    </w:p>
    <w:p>
      <w:pPr>
        <w:spacing w:after="80"/>
      </w:pPr>
      <w:r>
        <w:rPr>
          <w:b w:val="0"/>
          <w:i w:val="0"/>
        </w:rPr>
        <w:t>Sĩ quan hiện trường Housemore đã tuân theo chỉ dẫn của Finch một cách chính xác, thực hiện cuộc diễu hành như người mộng du băng qua cây cầu khi có lệnh. Và dù màn kịch này chẳng có ý nghĩa gì với cô, nó rõ ràng đã khiến Robert Langdon sợ chết khiếp.</w:t>
      </w:r>
    </w:p>
    <w:p>
      <w:pPr>
        <w:spacing w:after="80"/>
      </w:pPr>
      <w:r>
        <w:rPr>
          <w:b w:val="0"/>
          <w:i w:val="0"/>
        </w:rPr>
        <w:t>Và hỗn loạn ập đến.</w:t>
      </w:r>
    </w:p>
    <w:p>
      <w:pPr>
        <w:spacing w:after="80"/>
      </w:pPr>
      <w:r>
        <w:rPr>
          <w:b w:val="0"/>
          <w:i w:val="0"/>
        </w:rPr>
        <w:t xml:space="preserve">Housemore nghi ngờ rằng </w:t>
      </w:r>
      <w:r>
        <w:rPr>
          <w:b w:val="0"/>
          <w:i/>
        </w:rPr>
        <w:t>hỗn loạn</w:t>
      </w:r>
      <w:r>
        <w:rPr>
          <w:b w:val="0"/>
          <w:i w:val="0"/>
        </w:rPr>
        <w:t xml:space="preserve"> có lẽ chính là mục tiêu của Finch. Ông là một chiến lược gia dày dạn kinh nghiệm, nổi tiếng ngưỡng mộ chiến thuật của những nhân vật từ Tôn Tử đến Napoleon—nắm bắt mọi cơ hội để nâng cao hiệu quả của các hoạt động hiện trường bằng cách lồng ghép chiến tranh tâm lý bất cứ khi nào có thể. "Psyops" (chiến tranh tâm lý) là một cách không đổ máu, ít rủi ro và cực kỳ hiệu quả để làm suy yếu đối phương. </w:t>
      </w:r>
      <w:r>
        <w:rPr>
          <w:b w:val="0"/>
          <w:i/>
        </w:rPr>
        <w:t>Gây rối. Gây bất ổn. Gây mất phương hướng.</w:t>
      </w:r>
      <w:r>
        <w:rPr>
          <w:b w:val="0"/>
          <w:i w:val="0"/>
        </w:rPr>
        <w:t xml:space="preserve"> Kẻ thù bị phân tâm bởi hỗn loạn sẽ đưa ra những quyết định tồi tệ và dễ bị thao túng hơn.</w:t>
      </w:r>
    </w:p>
    <w:p>
      <w:pPr>
        <w:spacing w:after="80"/>
      </w:pPr>
      <w:r>
        <w:rPr>
          <w:b w:val="0"/>
          <w:i/>
        </w:rPr>
        <w:t>Nhiệm vụ hoàn thành,</w:t>
      </w:r>
      <w:r>
        <w:rPr>
          <w:b w:val="0"/>
          <w:i w:val="0"/>
        </w:rPr>
        <w:t xml:space="preserve"> Housemore nghĩ. Cô đã nhận được báo cáo rằng Robert Langdon đã kéo chuông báo cháy và sơ tán khách sạn này.</w:t>
      </w:r>
    </w:p>
    <w:p>
      <w:pPr>
        <w:spacing w:after="80"/>
      </w:pPr>
      <w:r>
        <w:rPr>
          <w:b w:val="0"/>
          <w:i w:val="0"/>
        </w:rPr>
        <w:t>Giờ cô đang xử lý những đầu mối cuối cùng. Sau khi lục soát kỹ lưỡng căn suite, cô đã xác nhận với ông Finch rằng không có bản thảo in nào được giấu ở bất cứ đâu, kể cả trong két an toàn của khách sạn, vốn đang mở và không được dùng đến. Giờ cô đã dọn dẹp xong, để căn suite y như khi cô đến.</w:t>
      </w:r>
    </w:p>
    <w:p>
      <w:pPr>
        <w:spacing w:after="80"/>
      </w:pPr>
      <w:r>
        <w:rPr>
          <w:b w:val="0"/>
          <w:i w:val="0"/>
        </w:rPr>
        <w:t>Tuy nhiên, trước khi rời đi, còn một việc cuối cùng cần giải quyết.</w:t>
      </w:r>
    </w:p>
    <w:p>
      <w:pPr>
        <w:spacing w:after="80"/>
      </w:pPr>
      <w:r>
        <w:rPr>
          <w:b w:val="0"/>
          <w:i w:val="0"/>
        </w:rPr>
        <w:t>Sĩ quan hiện trường Housemore bước đến cửa sổ lồi và nhìn chằm chằm vào bó hoa tulip đỏ, trắng, xanh được gửi đến cho Katherine Solomon từ đại sứ quán Hoa Kỳ ba ngày trước. Tấm thiệp chúc mừng viết tay của Đại sứ Heide Nagel nằm trên sàn.</w:t>
      </w:r>
    </w:p>
    <w:p>
      <w:pPr>
        <w:spacing w:after="80"/>
      </w:pPr>
      <w:r>
        <w:rPr>
          <w:b w:val="0"/>
          <w:i w:val="0"/>
        </w:rPr>
        <w:t>Bị luồng gió mùa đông băng giá táp vào, những bông hoa đã héo rũ sớm, những cọng mềm nhũn ngả ra mọi hướng, gần như không che giấu nổi thiết bị điện tử đã được giấu giữa chúng.</w:t>
      </w:r>
    </w:p>
    <w:p>
      <w:pPr>
        <w:spacing w:after="80"/>
      </w:pPr>
      <w:r>
        <w:rPr>
          <w:b w:val="0"/>
          <w:i w:val="0"/>
        </w:rPr>
        <w:t>Housemore thò tay vào và cẩn thận lấy ra chiếc micro giám sát hình parabol Sennheiser cùng bộ phát FM. Thiết bị nghe lén này đã được văn phòng đại sứ Mỹ đặt ở đó, theo yêu cầu của ông Finch.</w:t>
      </w:r>
    </w:p>
    <w:p>
      <w:pPr>
        <w:spacing w:after="80"/>
      </w:pPr>
      <w:r>
        <w:rPr>
          <w:b w:val="0"/>
          <w:i w:val="0"/>
        </w:rPr>
        <w:t>Cô trượt thiết bị vào túi áo khoác, phủi phồng đám hoa đang chết dần, và đưa mắt nhìn quanh căn phòng suite lần cuối.</w:t>
      </w:r>
    </w:p>
    <w:p>
      <w:pPr>
        <w:spacing w:after="80"/>
      </w:pPr>
      <w:r>
        <w:rPr>
          <w:b w:val="0"/>
          <w:i w:val="0"/>
        </w:rPr>
        <w:t>Rồi, hoàn toàn kiệt sức, Housemore lê về nhà để ngủ một giấc.</w:t>
      </w:r>
    </w:p>
    <w:p>
      <w:pPr>
        <w:pStyle w:val="Heading1"/>
      </w:pPr>
      <w:r>
        <w:rPr>
          <w:rFonts w:ascii="Calibri" w:hAnsi="Calibri"/>
          <w:b/>
          <w:i w:val="0"/>
          <w:sz w:val="40"/>
        </w:rPr>
        <w:t>Chương 39</w:t>
      </w:r>
    </w:p>
    <w:p>
      <w:pPr>
        <w:spacing w:after="80"/>
      </w:pPr>
      <w:r>
        <w:rPr>
          <w:b w:val="0"/>
          <w:i w:val="0"/>
        </w:rPr>
        <w:t>Qua cửa sổ mở của chiếc xe van, Jonas Faukman có thể nghe thấy tiếng rít chói tai của động cơ phản lực. Anh biết Brooklyn có một căn cứ quân sự Mỹ ít người biết đến nằm gần Manhattan một cách đáng ngạc nhiên, nhưng anh không nhớ nổi liệu Fort Hamilton có sân bay hay không. Dù bọn họ đã đưa anh đến đâu, những kẻ bắt giữ anh rõ ràng có vẻ đang dính líu đến một chuyện nghiêm trọng hơn nhiều so với việc ăn cắp bản quyền sách.</w:t>
      </w:r>
    </w:p>
    <w:p>
      <w:pPr>
        <w:spacing w:after="80"/>
      </w:pPr>
      <w:r>
        <w:rPr>
          <w:b w:val="0"/>
          <w:i w:val="0"/>
        </w:rPr>
        <w:t>Có một kẻ quyền lực nào đó muốn ngăn chặn việc xuất bản bản thảo của Katherine Solomon. Nhưng là ai—biết đâu là một nhà khoa học đối thủ?</w:t>
      </w:r>
    </w:p>
    <w:p>
      <w:pPr>
        <w:spacing w:after="80"/>
      </w:pPr>
      <w:r>
        <w:rPr>
          <w:b w:val="0"/>
          <w:i w:val="0"/>
        </w:rPr>
        <w:t>Run rẩy trên sàn kim loại lạnh buốt của chiếc xe van, Faukman lục lọi ký ức để tìm manh mối, nhớ lại khoảnh khắc lần đầu anh biết đến sự tồn tại của bản thảo. Robert Langdon đã gọi điện hỏi liệu Faukman có sẵn lòng ăn trưa với người bạn lỗi lạc của anh ta là Katherine Solomon và nghe cô ấy trình bày đề xuất sách đáng kinh ngạc của mình không. Faukman đồng ý ngay lập tức, vì anh biết rằng "lỗi lạc" và "đáng kinh ngạc" không phải là những từ mà vị giáo sư Harvard kia thốt ra một cách dễ dãi.</w:t>
      </w:r>
    </w:p>
    <w:p>
      <w:pPr>
        <w:spacing w:after="80"/>
      </w:pPr>
      <w:r>
        <w:rPr>
          <w:b w:val="0"/>
          <w:i w:val="0"/>
        </w:rPr>
        <w:t>Họ gặp nhau ở chiếc bàn yêu thích của Faukman tại Manhattan—chiếc ghế booth phía trong quán Trattoria Dell'Arte—nơi phục vụ món Ý chính gốc trong một căn phòng được trang trí như xưởng vẽ của một nghệ sĩ, điểm xuyết khá đặc biệt bằng những bức tranh và tác phẩm điêu khắc khắc họa những chiếc mũi nổi tiếng của người Ý. Anh đã đọc thông tin tiểu sử mà Katherine Solomon gửi cho mình, và anh hoàn toàn ấn tượng với danh sách thành tựu khoa học của cô, những bài báo đã xuất bản, bằng tiến sĩ khoa học nhận thức, và vị thế nổi bật trong lĩnh vực của cô.</w:t>
      </w:r>
    </w:p>
    <w:p>
      <w:pPr>
        <w:spacing w:after="80"/>
      </w:pPr>
      <w:r>
        <w:rPr>
          <w:b w:val="0"/>
          <w:i w:val="0"/>
        </w:rPr>
        <w:t>Khi họ ngồi xuống gặp mặt trực tiếp, chỉ trong vài phút Faukman đã thấy Katherine Solomon còn ấn tượng hơn cả trên giấy tờ. Không khác gì bản thân Langdon, cô thân thiện, khiêm tốn và cực kỳ sắc sảo. Cô còn có tố chất dễ quảng bá một cách tự nhiên—sở hữu sự kết hợp hiếm có giữa sức hút và vẻ đẹp nổi bật, một sự phù hợp lý tưởng cho thế giới xuất bản mới mẻ đầy táo bạo của thế kỷ hai mươi mốt, nơi phụ thuộc rất nhiều vào mạng xã hội. Sau vài câu chuyện phiếm và mở một chai Solaia 2016—loại Super Tuscan yêu thích của Langdon—cuộc trò chuyện tự nhiên trôi về ý tưởng sách của cô.</w:t>
      </w:r>
    </w:p>
    <w:p>
      <w:pPr>
        <w:spacing w:after="80"/>
      </w:pPr>
      <w:r>
        <w:rPr>
          <w:b w:val="0"/>
          <w:i w:val="0"/>
        </w:rPr>
        <w:t xml:space="preserve">"Hiểu theo cách đơn giản nhất," Katherine bắt đầu, "cuốn sách sẽ là một hành trình khám phá ý thức con người. Nó dựa trên nghiên cứu của tôi trong hai mươi năm qua…cùng với một vài đột phá khoa học gần đây của tôi." Cô ngừng lại, nhấp một ngụm rượu, suy nghĩ. "Như anh có lẽ đã biết, từ lâu người ta vẫn tin rằng ý thức con người là sản phẩm của các quá trình hóa học trong não. Điều này có nghĩa là ý thức con người không thể tồn tại </w:t>
      </w:r>
      <w:r>
        <w:rPr>
          <w:b w:val="0"/>
          <w:i/>
        </w:rPr>
        <w:t>nếu không có</w:t>
      </w:r>
      <w:r>
        <w:rPr>
          <w:b w:val="0"/>
          <w:i w:val="0"/>
        </w:rPr>
        <w:t xml:space="preserve"> não."</w:t>
      </w:r>
    </w:p>
    <w:p>
      <w:pPr>
        <w:spacing w:after="80"/>
      </w:pPr>
      <w:r>
        <w:rPr>
          <w:b w:val="0"/>
          <w:i/>
        </w:rPr>
        <w:t>Thú vị đấy, nhưng khá hiển nhiên,</w:t>
      </w:r>
      <w:r>
        <w:rPr>
          <w:b w:val="0"/>
          <w:i w:val="0"/>
        </w:rPr>
        <w:t xml:space="preserve"> Faukman nghĩ. Công việc của anh là phải giữ thái độ hoài nghi cho đến khi bị một ý tưởng nào đó làm choáng ngợp.</w:t>
      </w:r>
    </w:p>
    <w:p>
      <w:pPr>
        <w:spacing w:after="80"/>
      </w:pPr>
      <w:r>
        <w:rPr>
          <w:b w:val="0"/>
          <w:i w:val="0"/>
        </w:rPr>
        <w:t>"Vấn đề là," Katherine nói, một nụ cười bí ẩn hé mở trên môi, "mô hình chuẩn này về ý thức là không chính xác."</w:t>
      </w:r>
    </w:p>
    <w:p>
      <w:pPr>
        <w:spacing w:after="80"/>
      </w:pPr>
      <w:r>
        <w:rPr>
          <w:b w:val="0"/>
          <w:i w:val="0"/>
        </w:rPr>
        <w:t>Cả hai người đàn ông đều trở nên chăm chú hơn.</w:t>
      </w:r>
    </w:p>
    <w:p>
      <w:pPr>
        <w:spacing w:after="80"/>
      </w:pPr>
      <w:r>
        <w:rPr>
          <w:b w:val="0"/>
          <w:i w:val="0"/>
        </w:rPr>
        <w:t xml:space="preserve">"Tôi dự định viết một cuốn sách làm sáng tỏ một mô hình ý thức mới mang tính cách mạng, thứ sẽ tác động đến </w:t>
      </w:r>
      <w:r>
        <w:rPr>
          <w:b w:val="0"/>
          <w:i/>
        </w:rPr>
        <w:t>mọi thứ</w:t>
      </w:r>
      <w:r>
        <w:rPr>
          <w:b w:val="0"/>
          <w:i w:val="0"/>
        </w:rPr>
        <w:t xml:space="preserve"> chúng ta biết về sự sống…kể cả chính bản chất của 'thực tại'."</w:t>
      </w:r>
    </w:p>
    <w:p>
      <w:pPr>
        <w:spacing w:after="80"/>
      </w:pPr>
      <w:r>
        <w:rPr>
          <w:b w:val="0"/>
          <w:i w:val="0"/>
        </w:rPr>
        <w:t>Faukman nhướng mày đầy tán thưởng và mỉm cười. "Từ góc độ xuất bản, không gì bằng việc nhắm cao." Anh quan sát Katherine. "Nhưng tôi có một câu hỏi. Nhiều người đề xuất sách với những lý thuyết mới mẻ đầy hứng khởi…cô có—"</w:t>
      </w:r>
    </w:p>
    <w:p>
      <w:pPr>
        <w:spacing w:after="80"/>
      </w:pPr>
      <w:r>
        <w:rPr>
          <w:b w:val="0"/>
          <w:i w:val="0"/>
        </w:rPr>
        <w:t>“Tất nhiên rồi,” cô nói. “Công trình của tôi được chống lưng bằng cả một nền khoa học vững chắc.”</w:t>
      </w:r>
    </w:p>
    <w:p>
      <w:pPr>
        <w:spacing w:after="80"/>
      </w:pPr>
      <w:r>
        <w:rPr>
          <w:b w:val="0"/>
          <w:i w:val="0"/>
        </w:rPr>
        <w:t>“Cô đọc được suy nghĩ của tôi đấy,” Faukman nói, đầy ấn tượng.</w:t>
      </w:r>
    </w:p>
    <w:p>
      <w:pPr>
        <w:spacing w:after="80"/>
      </w:pPr>
      <w:r>
        <w:rPr>
          <w:b w:val="0"/>
          <w:i w:val="0"/>
        </w:rPr>
        <w:t>“Tôi sẽ không làm mất thời gian của ông nếu không có bằng chứng,” cô đáp lại.</w:t>
      </w:r>
    </w:p>
    <w:p>
      <w:pPr>
        <w:spacing w:after="80"/>
      </w:pPr>
      <w:r>
        <w:rPr>
          <w:b w:val="0"/>
          <w:i w:val="0"/>
        </w:rPr>
        <w:t>Langdon trông có vẻ thích thú khi thấy Katherine tự bảo vệ quan điểm của mình một cách dễ dàng đến vậy.</w:t>
      </w:r>
    </w:p>
    <w:p>
      <w:pPr>
        <w:spacing w:after="80"/>
      </w:pPr>
      <w:r>
        <w:rPr>
          <w:b w:val="0"/>
          <w:i w:val="0"/>
        </w:rPr>
        <w:t>“Chà, cô chắc chắn đã khiến tôi chú ý rồi,” Faukman nói. “Mô hình ý thức con người mang tính cách mạng này là gì vậy?”</w:t>
      </w:r>
    </w:p>
    <w:p>
      <w:pPr>
        <w:spacing w:after="80"/>
      </w:pPr>
      <w:r>
        <w:rPr>
          <w:b w:val="0"/>
          <w:i w:val="0"/>
        </w:rPr>
        <w:t>“Thoạt đầu nó sẽ có vẻ bất khả thi,” Katherine đáp. “Vậy nên để chuẩn bị tâm trí cho các ông đón nhận điều đó và thiết lập một mốc cơ sở…” Cô thò tay vào chiếc túi Cuyana và lấy ra một chiếc iPad. “Trước tiên tôi sẽ cho các ông xem một ví dụ về thứ mà tôi nghĩ tất cả chúng ta đều đồng ý là…</w:t>
      </w:r>
      <w:r>
        <w:rPr>
          <w:b w:val="0"/>
          <w:i/>
        </w:rPr>
        <w:t>bất khả thi.</w:t>
      </w:r>
      <w:r>
        <w:rPr>
          <w:b w:val="0"/>
          <w:i w:val="0"/>
        </w:rPr>
        <w:t>”</w:t>
      </w:r>
    </w:p>
    <w:p>
      <w:pPr>
        <w:spacing w:after="80"/>
      </w:pPr>
      <w:r>
        <w:rPr>
          <w:b w:val="0"/>
          <w:i w:val="0"/>
        </w:rPr>
        <w:t>Faukman liếc nhìn Langdon, người trông cũng bối rối không kém.</w:t>
      </w:r>
    </w:p>
    <w:p>
      <w:pPr>
        <w:spacing w:after="80"/>
      </w:pPr>
      <w:r>
        <w:rPr>
          <w:b w:val="0"/>
          <w:i w:val="0"/>
        </w:rPr>
        <w:t>Katherine gõ vào máy tính bảng vài lần rồi dựng nó trên bàn, hướng về phía Faukman và Langdon, những người bỗng thấy mình đang nhìn vào một cặp video đặt cạnh nhau—một màn hình chia đôi hiển thị hai bể cá khác nhau, mỗi bể có một con cá vàng đơn độc đang bơi những vòng lười biếng.</w:t>
      </w:r>
    </w:p>
    <w:p>
      <w:pPr>
        <w:spacing w:after="80"/>
      </w:pPr>
      <w:r>
        <w:rPr>
          <w:b w:val="0"/>
          <w:i w:val="0"/>
        </w:rPr>
        <w:t>Cá vàng mà bất khả thi?</w:t>
      </w:r>
    </w:p>
    <w:p>
      <w:pPr>
        <w:spacing w:after="80"/>
      </w:pPr>
      <w:r>
        <w:rPr>
          <w:b w:val="0"/>
          <w:i w:val="0"/>
        </w:rPr>
        <w:t>“Đây là hai luồng video trực tiếp,” Katherine nói. “Các luồng này đến từ hai camera cố định riêng biệt trong phòng thí nghiệm của tôi ở California.”</w:t>
      </w:r>
    </w:p>
    <w:p>
      <w:pPr>
        <w:spacing w:after="80"/>
      </w:pPr>
      <w:r>
        <w:rPr>
          <w:b w:val="0"/>
          <w:i w:val="0"/>
        </w:rPr>
        <w:t xml:space="preserve">Họ quan sát hai con cá, chúng bơi trong hai bể cá giống nhau với những viên sỏi xanh dưới đáy và một bức tượng nhỏ chìm trong nước. Khác biệt duy nhất giữa hai bể dường như nằm ở bức tượng bên trong mỗi bể. Một bức là chữ </w:t>
      </w:r>
      <w:r>
        <w:rPr>
          <w:b w:val="0"/>
          <w:i/>
        </w:rPr>
        <w:t>Yes</w:t>
      </w:r>
      <w:r>
        <w:rPr>
          <w:b w:val="0"/>
          <w:i w:val="0"/>
        </w:rPr>
        <w:t xml:space="preserve"> được điêu khắc, bức kia là chữ </w:t>
      </w:r>
      <w:r>
        <w:rPr>
          <w:b w:val="0"/>
          <w:i/>
        </w:rPr>
        <w:t>No</w:t>
      </w:r>
      <w:r>
        <w:rPr>
          <w:b w:val="0"/>
          <w:i w:val="0"/>
        </w:rPr>
        <w:t>.</w:t>
      </w:r>
    </w:p>
    <w:p>
      <w:pPr>
        <w:spacing w:after="80"/>
      </w:pPr>
      <w:r>
        <w:rPr>
          <w:b w:val="0"/>
          <w:i/>
        </w:rPr>
        <w:t>Kỳ lạ thật.</w:t>
      </w:r>
      <w:r>
        <w:rPr>
          <w:b w:val="0"/>
          <w:i w:val="0"/>
        </w:rPr>
        <w:t xml:space="preserve"> Faukman ngước nhìn Katherine Solomon, chờ cô giải thích, nhưng cô chỉ gật đầu ra hiệu cho ông tiếp tục xem. Lịch sự, Faukman quay lại nhìn hai luồng camera. </w:t>
      </w:r>
      <w:r>
        <w:rPr>
          <w:b w:val="0"/>
          <w:i/>
        </w:rPr>
        <w:t>Hai con cá bơi vòng tròn…Mình đáng lẽ phải thấy được điều gì ở đây chứ?</w:t>
      </w:r>
    </w:p>
    <w:p>
      <w:pPr>
        <w:spacing w:after="80"/>
      </w:pPr>
      <w:r>
        <w:rPr>
          <w:b w:val="0"/>
          <w:i w:val="0"/>
        </w:rPr>
        <w:t>“Không thể tin nổi…” Langdon thì thầm bên cạnh ông.</w:t>
      </w:r>
    </w:p>
    <w:p>
      <w:pPr>
        <w:spacing w:after="80"/>
      </w:pPr>
      <w:r>
        <w:rPr>
          <w:b w:val="0"/>
          <w:i w:val="0"/>
        </w:rPr>
        <w:t xml:space="preserve">Ngay khoảnh khắc đó, Faukman cũng nhìn ra. Lạ thay, hai con cá vàng đang bơi hoàn toàn đồng bộ. Khi một con dừng lại, phóng vụt đi, hay bơi lên mặt nước, con kia làm </w:t>
      </w:r>
      <w:r>
        <w:rPr>
          <w:b w:val="0"/>
          <w:i/>
        </w:rPr>
        <w:t>đúng y hệt</w:t>
      </w:r>
      <w:r>
        <w:rPr>
          <w:b w:val="0"/>
          <w:i w:val="0"/>
        </w:rPr>
        <w:t xml:space="preserve"> điều đó trong bể bên kia…vào đúng cùng một khoảnh khắc! Hai con cá đồng bộ hoàn hảo, đến từng cử động nhỏ nhất.</w:t>
      </w:r>
    </w:p>
    <w:p>
      <w:pPr>
        <w:spacing w:after="80"/>
      </w:pPr>
      <w:r>
        <w:rPr>
          <w:b w:val="0"/>
          <w:i w:val="0"/>
        </w:rPr>
        <w:t>Sững sờ, Faukman quan sát hai con cá vàng bơi đồng bộ không chê vào đâu được ít nhất mười lăm giây trước khi cuối cùng lắc đầu và ngước lên. “Được rồi, đó là…bất khả thi.”</w:t>
      </w:r>
    </w:p>
    <w:p>
      <w:pPr>
        <w:spacing w:after="80"/>
      </w:pPr>
      <w:r>
        <w:rPr>
          <w:b w:val="0"/>
          <w:i w:val="0"/>
        </w:rPr>
        <w:t>“Tôi mừng là ông thấy vậy,” Katherine nói.</w:t>
      </w:r>
    </w:p>
    <w:p>
      <w:pPr>
        <w:spacing w:after="80"/>
      </w:pPr>
      <w:r>
        <w:rPr>
          <w:b w:val="0"/>
          <w:i w:val="0"/>
        </w:rPr>
        <w:t>“Làm sao lũ cá làm được vậy chứ?!” anh hỏi dồn.</w:t>
      </w:r>
    </w:p>
    <w:p>
      <w:pPr>
        <w:spacing w:after="80"/>
      </w:pPr>
      <w:r>
        <w:rPr>
          <w:b w:val="0"/>
          <w:i w:val="0"/>
        </w:rPr>
        <w:t>“Đáng kinh ngạc lắm đúng không?” cô nói. “Thật ra câu trả lời khá đơn giản.”</w:t>
      </w:r>
    </w:p>
    <w:p>
      <w:pPr>
        <w:spacing w:after="80"/>
      </w:pPr>
      <w:r>
        <w:rPr>
          <w:b w:val="0"/>
          <w:i w:val="0"/>
        </w:rPr>
        <w:t>Langdon và Faukman ngồi chết lặng, chờ lời giải thích của cô.</w:t>
      </w:r>
    </w:p>
    <w:p>
      <w:pPr>
        <w:spacing w:after="80"/>
      </w:pPr>
      <w:r>
        <w:rPr>
          <w:b w:val="0"/>
          <w:i w:val="0"/>
        </w:rPr>
        <w:t>“Bắt đầu nhé,” cô nói. “Các anh thấy tổng cộng bao nhiêu con cá ở đây?”</w:t>
      </w:r>
    </w:p>
    <w:p>
      <w:pPr>
        <w:spacing w:after="80"/>
      </w:pPr>
      <w:r>
        <w:rPr>
          <w:b w:val="0"/>
          <w:i w:val="0"/>
        </w:rPr>
        <w:t>Faukman nhìn thẳng vào mắt cả hai người. “Hai,” anh đáp.</w:t>
      </w:r>
    </w:p>
    <w:p>
      <w:pPr>
        <w:spacing w:after="80"/>
      </w:pPr>
      <w:r>
        <w:rPr>
          <w:b w:val="0"/>
          <w:i w:val="0"/>
        </w:rPr>
        <w:t>“Còn anh, Robert?”</w:t>
      </w:r>
    </w:p>
    <w:p>
      <w:pPr>
        <w:spacing w:after="80"/>
      </w:pPr>
      <w:r>
        <w:rPr>
          <w:b w:val="0"/>
          <w:i w:val="0"/>
        </w:rPr>
        <w:t>“Hai,” Langdon đồng tình.</w:t>
      </w:r>
    </w:p>
    <w:p>
      <w:pPr>
        <w:spacing w:after="80"/>
      </w:pPr>
      <w:r>
        <w:rPr>
          <w:b w:val="0"/>
          <w:i w:val="0"/>
        </w:rPr>
        <w:t>“Hoàn hảo, cả hai anh đều thấy điều mà hầu hết mọi người thấy, và điều được bày ra trước mắt các anh: hai con cá riêng biệt trong hai cái bể riêng biệt.”</w:t>
      </w:r>
    </w:p>
    <w:p>
      <w:pPr>
        <w:spacing w:after="80"/>
      </w:pPr>
      <w:r>
        <w:rPr>
          <w:b w:val="0"/>
          <w:i/>
        </w:rPr>
        <w:t>Còn thấy kiểu gì khác được nữa?</w:t>
      </w:r>
      <w:r>
        <w:rPr>
          <w:b w:val="0"/>
          <w:i w:val="0"/>
        </w:rPr>
        <w:t xml:space="preserve"> Faukman thầm nghĩ. </w:t>
      </w:r>
      <w:r>
        <w:rPr>
          <w:b w:val="0"/>
          <w:i/>
        </w:rPr>
        <w:t>Một bể ghi Có, một bể ghi Không, nhưng hai con cá lại đồng bộ chính xác.</w:t>
      </w:r>
    </w:p>
    <w:p>
      <w:pPr>
        <w:spacing w:after="80"/>
      </w:pPr>
      <w:r>
        <w:rPr>
          <w:b w:val="0"/>
          <w:i w:val="0"/>
        </w:rPr>
        <w:t xml:space="preserve">“Giờ thì, nếu tôi nói với các anh,” Katherine nói, “rằng sự tách biệt của chúng chỉ là một </w:t>
      </w:r>
      <w:r>
        <w:rPr>
          <w:b w:val="0"/>
          <w:i/>
        </w:rPr>
        <w:t>ảo ảnh</w:t>
      </w:r>
      <w:r>
        <w:rPr>
          <w:b w:val="0"/>
          <w:i w:val="0"/>
        </w:rPr>
        <w:t xml:space="preserve"> thì sao? Nếu tôi nói với các anh rằng hai con cá này thật ra là </w:t>
      </w:r>
      <w:r>
        <w:rPr>
          <w:b w:val="0"/>
          <w:i/>
        </w:rPr>
        <w:t>một</w:t>
      </w:r>
      <w:r>
        <w:rPr>
          <w:b w:val="0"/>
          <w:i w:val="0"/>
        </w:rPr>
        <w:t xml:space="preserve"> thực thể…một sinh vật thống nhất duy nhất kết nối với cùng một ý thức, cùng chuyển động như một?”</w:t>
      </w:r>
    </w:p>
    <w:p>
      <w:pPr>
        <w:spacing w:after="80"/>
      </w:pPr>
      <w:r>
        <w:rPr>
          <w:b w:val="0"/>
          <w:i w:val="0"/>
        </w:rPr>
        <w:t xml:space="preserve">Faukman linh cảm mình sắp phải nghe một tràng lý thuyết Thời đại Mới (New Age) nào đó về việc mọi sinh vật đều liên kết với nhau. Anh chẳng hiểu lũ cá đã phối hợp chuyển động với nhau bằng cách nào, nhưng anh khá chắc đó không phải vì chúng cùng kết nối với một ý thức vũ trụ chung nào cả. </w:t>
      </w:r>
      <w:r>
        <w:rPr>
          <w:b w:val="0"/>
          <w:i/>
        </w:rPr>
        <w:t>Anh còn mong đợi gì nữa, Jonas? Cô ta là nhà noetic học (noeticist) đến từ California mà!</w:t>
      </w:r>
    </w:p>
    <w:p>
      <w:pPr>
        <w:spacing w:after="80"/>
      </w:pPr>
      <w:r>
        <w:rPr>
          <w:b w:val="0"/>
          <w:i w:val="0"/>
        </w:rPr>
        <w:t xml:space="preserve">“Góc nhìn là một lựa chọn,” Katherine tiếp tục, “và góc nhìn là chìa khóa khi nói đến việc tìm hiểu ý thức. Cả hai anh đều đã </w:t>
      </w:r>
      <w:r>
        <w:rPr>
          <w:b w:val="0"/>
          <w:i/>
        </w:rPr>
        <w:t>chọn</w:t>
      </w:r>
      <w:r>
        <w:rPr>
          <w:b w:val="0"/>
          <w:i w:val="0"/>
        </w:rPr>
        <w:t xml:space="preserve"> nhìn đây là hai con cá bơi đồng bộ hoàn hảo. Tuy nhiên, nếu các anh có thể thay đổi góc nhìn và xem chúng là </w:t>
      </w:r>
      <w:r>
        <w:rPr>
          <w:b w:val="0"/>
          <w:i/>
        </w:rPr>
        <w:t>một</w:t>
      </w:r>
      <w:r>
        <w:rPr>
          <w:b w:val="0"/>
          <w:i w:val="0"/>
        </w:rPr>
        <w:t xml:space="preserve"> con cá, </w:t>
      </w:r>
      <w:r>
        <w:rPr>
          <w:b w:val="0"/>
          <w:i/>
        </w:rPr>
        <w:t>một</w:t>
      </w:r>
      <w:r>
        <w:rPr>
          <w:b w:val="0"/>
          <w:i w:val="0"/>
        </w:rPr>
        <w:t xml:space="preserve"> khối óc, </w:t>
      </w:r>
      <w:r>
        <w:rPr>
          <w:b w:val="0"/>
          <w:i/>
        </w:rPr>
        <w:t>một</w:t>
      </w:r>
      <w:r>
        <w:rPr>
          <w:b w:val="0"/>
          <w:i w:val="0"/>
        </w:rPr>
        <w:t xml:space="preserve"> sinh vật thống nhất, chỉ đơn giản là đang bơi…thì điều đó hoàn toàn bình thường.”</w:t>
      </w:r>
    </w:p>
    <w:p>
      <w:pPr>
        <w:spacing w:after="80"/>
      </w:pPr>
      <w:r>
        <w:rPr>
          <w:b w:val="0"/>
          <w:i w:val="0"/>
        </w:rPr>
        <w:t xml:space="preserve">Langdon bỗng tỏ vẻ lo lắng rằng bài thuyết trình của cô sắp trật đường ray. “Đâu thực sự là một </w:t>
      </w:r>
      <w:r>
        <w:rPr>
          <w:b w:val="0"/>
          <w:i/>
        </w:rPr>
        <w:t>lựa chọn</w:t>
      </w:r>
      <w:r>
        <w:rPr>
          <w:b w:val="0"/>
          <w:i w:val="0"/>
        </w:rPr>
        <w:t xml:space="preserve"> đâu, phải không Katherine? </w:t>
      </w:r>
      <w:r>
        <w:rPr>
          <w:b w:val="0"/>
          <w:i/>
        </w:rPr>
        <w:t>Hai</w:t>
      </w:r>
      <w:r>
        <w:rPr>
          <w:b w:val="0"/>
          <w:i w:val="0"/>
        </w:rPr>
        <w:t xml:space="preserve"> con cá vàng riêng biệt, không liên quan gì đến nhau thì không thể được xem là một sinh vật duy nhất.”</w:t>
      </w:r>
    </w:p>
    <w:p>
      <w:pPr>
        <w:spacing w:after="80"/>
      </w:pPr>
      <w:r>
        <w:rPr>
          <w:b w:val="0"/>
          <w:i w:val="0"/>
        </w:rPr>
        <w:t xml:space="preserve">“Đúng là vậy. Nhưng chúng </w:t>
      </w:r>
      <w:r>
        <w:rPr>
          <w:b w:val="0"/>
          <w:i/>
        </w:rPr>
        <w:t>không phải</w:t>
      </w:r>
      <w:r>
        <w:rPr>
          <w:b w:val="0"/>
          <w:i w:val="0"/>
        </w:rPr>
        <w:t xml:space="preserve"> hai sinh vật riêng biệt đâu, Giáo sư ạ,” cô đáp. “Chúng là </w:t>
      </w:r>
      <w:r>
        <w:rPr>
          <w:b w:val="0"/>
          <w:i/>
        </w:rPr>
        <w:t>một.</w:t>
      </w:r>
      <w:r>
        <w:rPr>
          <w:b w:val="0"/>
          <w:i w:val="0"/>
        </w:rPr>
        <w:t xml:space="preserve"> Và tôi cá với anh bằng cái đồng hồ Mickey Mouse của anh rằng tôi có thể chứng minh điều đó ngay bây giờ. Một cách khoa học. Không còn chút nghi ngờ nào.”</w:t>
      </w:r>
    </w:p>
    <w:p>
      <w:pPr>
        <w:spacing w:after="80"/>
      </w:pPr>
      <w:r>
        <w:rPr>
          <w:b w:val="0"/>
          <w:i w:val="0"/>
        </w:rPr>
        <w:t xml:space="preserve">Langdon lại chăm chú nhìn hai đoạn video trực tiếp: </w:t>
      </w:r>
      <w:r>
        <w:rPr>
          <w:b w:val="0"/>
          <w:i/>
        </w:rPr>
        <w:t>Hai cái bể riêng biệt. Hai con cá riêng biệt.</w:t>
      </w:r>
      <w:r>
        <w:rPr>
          <w:b w:val="0"/>
          <w:i w:val="0"/>
        </w:rPr>
        <w:t xml:space="preserve"> “Tôi nhận lời cá cược,” cuối cùng Langdon nói. “Thuyết phục tôi rằng đó là một sinh vật đi.”</w:t>
      </w:r>
    </w:p>
    <w:p>
      <w:pPr>
        <w:spacing w:after="80"/>
      </w:pPr>
      <w:r>
        <w:rPr>
          <w:b w:val="0"/>
          <w:i w:val="0"/>
        </w:rPr>
        <w:t>“Được thôi.” Katherine mỉm cười. “Và để tôi trích lời nhà biểu tượng học (symbologist) yêu thích của tôi—</w:t>
      </w:r>
      <w:r>
        <w:rPr>
          <w:b w:val="0"/>
          <w:i/>
        </w:rPr>
        <w:t>đôi khi chỉ cần một sự thay đổi góc nhìn là đủ để hé lộ Sự Thật.</w:t>
      </w:r>
      <w:r>
        <w:rPr>
          <w:b w:val="0"/>
          <w:i w:val="0"/>
        </w:rPr>
        <w:t>”</w:t>
      </w:r>
    </w:p>
    <w:p>
      <w:pPr>
        <w:spacing w:after="80"/>
      </w:pPr>
      <w:r>
        <w:rPr>
          <w:b w:val="0"/>
          <w:i w:val="0"/>
        </w:rPr>
        <w:t>Cô chạm vào màn hình iPad. “Đây là nguồn camera trực tiếp thứ ba từ cùng một phòng thí nghiệm. Và đây là sự thay đổi góc nhìn của các anh, các quý ông ạ.”</w:t>
      </w:r>
    </w:p>
    <w:p>
      <w:pPr>
        <w:spacing w:after="80"/>
      </w:pPr>
      <w:r>
        <w:rPr>
          <w:b w:val="0"/>
          <w:i w:val="0"/>
        </w:rPr>
        <w:t xml:space="preserve">Góc camera mới là một góc nhìn từ trên cao, nhìn </w:t>
      </w:r>
      <w:r>
        <w:rPr>
          <w:b w:val="0"/>
          <w:i/>
        </w:rPr>
        <w:t>xuống</w:t>
      </w:r>
      <w:r>
        <w:rPr>
          <w:b w:val="0"/>
          <w:i w:val="0"/>
        </w:rPr>
        <w:t xml:space="preserve"> một bể cá duy nhất giống những bể khác—sỏi xanh, một loại tượng nhỏ nào đó, và một chú cá vàng đơn độc bơi vòng tròn. Điều đáng tò mò là góc nhìn từ trên cao này cũng cho thấy hai chiếc camera video được đặt cạnh bể, hướng vào nó từ những vị trí khác nhau.</w:t>
      </w:r>
    </w:p>
    <w:p>
      <w:pPr>
        <w:spacing w:after="80"/>
      </w:pPr>
      <w:r>
        <w:rPr>
          <w:b w:val="0"/>
          <w:i w:val="0"/>
        </w:rPr>
        <w:t>“Tôi không hiểu,” Faukman nói.</w:t>
      </w:r>
    </w:p>
    <w:p>
      <w:pPr>
        <w:spacing w:after="80"/>
      </w:pPr>
      <w:r>
        <w:rPr>
          <w:b w:val="0"/>
          <w:i w:val="0"/>
        </w:rPr>
        <w:t>“Anh đã xem hai video về cùng một cái bể,” Katherine nói. “Một cái bể. Một con cá. Nhìn từ hai góc nhìn khác nhau. Sự tách biệt của chúng là một ảo ảnh. Chúng là một sinh thể duy nhất.”</w:t>
      </w:r>
    </w:p>
    <w:p>
      <w:pPr>
        <w:spacing w:after="80"/>
      </w:pPr>
      <w:r>
        <w:rPr>
          <w:b w:val="0"/>
          <w:i w:val="0"/>
        </w:rPr>
        <w:t xml:space="preserve">“Nhưng rõ ràng chúng ở trong hai cái bể khác nhau,” Faukman phản đối. “Còn những bức tượng </w:t>
      </w:r>
      <w:r>
        <w:rPr>
          <w:b w:val="0"/>
          <w:i/>
        </w:rPr>
        <w:t>Có</w:t>
      </w:r>
      <w:r>
        <w:rPr>
          <w:b w:val="0"/>
          <w:i w:val="0"/>
        </w:rPr>
        <w:t>/</w:t>
      </w:r>
      <w:r>
        <w:rPr>
          <w:b w:val="0"/>
          <w:i/>
        </w:rPr>
        <w:t>Không</w:t>
      </w:r>
      <w:r>
        <w:rPr>
          <w:b w:val="0"/>
          <w:i w:val="0"/>
        </w:rPr>
        <w:t xml:space="preserve"> thì sao? Chúng </w:t>
      </w:r>
      <w:r>
        <w:rPr>
          <w:b w:val="0"/>
          <w:i/>
        </w:rPr>
        <w:t>khác nhau</w:t>
      </w:r>
      <w:r>
        <w:rPr>
          <w:b w:val="0"/>
          <w:i w:val="0"/>
        </w:rPr>
        <w:t xml:space="preserve">…sao có thể là </w:t>
      </w:r>
      <w:r>
        <w:rPr>
          <w:b w:val="0"/>
          <w:i/>
        </w:rPr>
        <w:t>một</w:t>
      </w:r>
      <w:r>
        <w:rPr>
          <w:b w:val="0"/>
          <w:i w:val="0"/>
        </w:rPr>
        <w:t xml:space="preserve"> cái bể được?!”</w:t>
      </w:r>
    </w:p>
    <w:p>
      <w:pPr>
        <w:spacing w:after="80"/>
      </w:pPr>
      <w:r>
        <w:rPr>
          <w:b w:val="0"/>
          <w:i w:val="0"/>
        </w:rPr>
        <w:t>Langdon cúi gằm đầu. “Markus Raetz,” anh thì thầm. “Lẽ ra tôi phải nhận ra điều đó.”</w:t>
      </w:r>
    </w:p>
    <w:p>
      <w:pPr>
        <w:spacing w:after="80"/>
      </w:pPr>
      <w:r>
        <w:rPr>
          <w:b w:val="0"/>
          <w:i w:val="0"/>
        </w:rPr>
        <w:t xml:space="preserve">Katherine thò tay vào túi xách và lấy ra một bức tượng quen thuộc—một bản sao của bức tượng </w:t>
      </w:r>
      <w:r>
        <w:rPr>
          <w:b w:val="0"/>
          <w:i/>
        </w:rPr>
        <w:t>Có</w:t>
      </w:r>
      <w:r>
        <w:rPr>
          <w:b w:val="0"/>
          <w:i w:val="0"/>
        </w:rPr>
        <w:t xml:space="preserve"> từ cái bể đầu tiên. Cô giơ nó lên, để Faukman đọc được chữ. Rồi cô xoay bức tượng chín mươi độ, và Faukman nghe thấy chính mình nín thở. Từ góc mới này, bức tượng trông hoàn toàn khác. Từ hướng này…nó đọc là </w:t>
      </w:r>
      <w:r>
        <w:rPr>
          <w:b w:val="0"/>
          <w:i/>
        </w:rPr>
        <w:t>Không</w:t>
      </w:r>
      <w:r>
        <w:rPr>
          <w:b w:val="0"/>
          <w:i w:val="0"/>
        </w:rPr>
        <w:t>.</w:t>
      </w:r>
    </w:p>
    <w:p>
      <w:pPr>
        <w:spacing w:after="80"/>
      </w:pPr>
      <w:r>
        <w:rPr>
          <w:b w:val="0"/>
          <w:i w:val="0"/>
        </w:rPr>
        <w:t>“Tác phẩm nghệ thuật này,” Katherine nói, “là công trình của nhà điêu khắc Markus Raetz, người—cũng giống như vũ trụ mà chúng ta đang sống—là một bậc thầy về ảo ảnh.”</w:t>
      </w:r>
    </w:p>
    <w:p>
      <w:pPr>
        <w:spacing w:after="80"/>
      </w:pPr>
      <w:r>
        <w:rPr>
          <w:b w:val="0"/>
          <w:i w:val="0"/>
        </w:rPr>
        <w:t>Langdon đã tháo khóa chiếc đồng hồ Mickey Mouse của mình.</w:t>
      </w:r>
    </w:p>
    <w:p>
      <w:pPr>
        <w:spacing w:after="80"/>
      </w:pPr>
      <w:r>
        <w:rPr>
          <w:b w:val="0"/>
          <w:i w:val="0"/>
        </w:rPr>
        <w:t xml:space="preserve">“Anh biết em không có con mà, Robert.” Cô cười. “Giữ lại chiếc đồng hồ Mickey của anh đi. Em làm vậy chỉ để minh họa một luận điểm về sự bất khả thi. Và luận điểm đó là thế này: điều em sắp nói với anh về ý thức con người thoạt đầu sẽ </w:t>
      </w:r>
      <w:r>
        <w:rPr>
          <w:b w:val="0"/>
          <w:i/>
        </w:rPr>
        <w:t>có vẻ</w:t>
      </w:r>
      <w:r>
        <w:rPr>
          <w:b w:val="0"/>
          <w:i w:val="0"/>
        </w:rPr>
        <w:t xml:space="preserve"> bất khả thi—bất khả thi như hai con cá vàng đồng bộ với nhau—nhưng nếu anh cho phép mình thay đổi góc nhìn, mọi thứ sẽ đột nhiên trở nên rõ ràng…và những điều anh từng thấy bí ẩn sẽ hiện ra rõ như ban ngày.”</w:t>
      </w:r>
    </w:p>
    <w:p>
      <w:pPr>
        <w:spacing w:after="80"/>
      </w:pPr>
      <w:r>
        <w:rPr>
          <w:b w:val="0"/>
          <w:i w:val="0"/>
        </w:rPr>
        <w:t>Từ giây phút đó, Faukman thấy mình chăm chú lắng nghe từng lời cô nói. Bữa trưa biến thành một hành trình khám phá kéo dài ba tiếng đồng hồ, xoay chuyển tâm trí…bao gồm cả việc Katherine kín đáo hứa với ông rằng cuốn sách của cô sẽ phác thảo một loạt thí nghiệm tiên tiến mà cô đã thực hiện, và những kết quả của chúng không chỉ ủng hộ mô hình mới này mà còn cho thấy trải nghiệm hiện tại của con người chúng ta thật đáng buồn là quá hạn chế so với những gì nó thực sự có thể là.</w:t>
      </w:r>
    </w:p>
    <w:p>
      <w:pPr>
        <w:spacing w:after="80"/>
      </w:pPr>
      <w:r>
        <w:rPr>
          <w:b w:val="0"/>
          <w:i w:val="0"/>
        </w:rPr>
        <w:t>Đến cuối bữa trưa, Faukman không chắc cái đầu quay cuồng của mình là do những ý tưởng của Katherine Solomon hay do uống quá nhiều rượu, nhưng ông biết chắc một điều:</w:t>
      </w:r>
    </w:p>
    <w:p>
      <w:pPr>
        <w:spacing w:after="80"/>
      </w:pPr>
      <w:r>
        <w:rPr>
          <w:b w:val="0"/>
          <w:i w:val="0"/>
        </w:rPr>
        <w:t>Mình nhất định sẽ xuất bản cuốn sách này.</w:t>
      </w:r>
    </w:p>
    <w:p>
      <w:pPr>
        <w:spacing w:after="80"/>
      </w:pPr>
      <w:r>
        <w:rPr>
          <w:b w:val="0"/>
          <w:i w:val="0"/>
        </w:rPr>
        <w:t>Ông ngờ rằng bữa trưa này rốt cuộc sẽ là khoản đầu tư xuất bản tốt nhất mà ông từng thực hiện.</w:t>
      </w:r>
    </w:p>
    <w:p>
      <w:pPr>
        <w:spacing w:after="80"/>
      </w:pPr>
      <w:r>
        <w:rPr>
          <w:b w:val="0"/>
          <w:i w:val="0"/>
        </w:rPr>
        <w:t>Thế nhưng giờ đây, một năm sau, bị trói chặt trên sàn một chiếc xe tải lạnh cóng, ông đang nghiêm túc nghĩ lại về quyết định của mình. Ông vẫn chưa đọc một chữ nào của bản thảo và chẳng biết gì về những thí nghiệm bí ẩn của cô, nhưng ông vẫn thấy bối rối rằng có ai đó lại muốn phá hủy nó.</w:t>
      </w:r>
    </w:p>
    <w:p>
      <w:pPr>
        <w:spacing w:after="80"/>
      </w:pPr>
      <w:r>
        <w:rPr>
          <w:b w:val="0"/>
          <w:i w:val="0"/>
        </w:rPr>
        <w:t>Vì Chúa, đây là một cuốn sách về ý thức con người mà!</w:t>
      </w:r>
    </w:p>
    <w:p>
      <w:pPr>
        <w:spacing w:after="80"/>
      </w:pPr>
      <w:r>
        <w:rPr>
          <w:b w:val="0"/>
          <w:i w:val="0"/>
        </w:rPr>
        <w:t>Những kẻ bắt cóc Faukman ngồi gần đó, chăm chú vào các thiết bị của chúng.</w:t>
      </w:r>
    </w:p>
    <w:p>
      <w:pPr>
        <w:spacing w:after="80"/>
      </w:pPr>
      <w:r>
        <w:rPr>
          <w:b w:val="0"/>
          <w:i w:val="0"/>
        </w:rPr>
        <w:t xml:space="preserve">"Này, các anh?" Faukman liều lĩnh lên tiếng, răng va lập cập. Ông muốn giữ cho chúng tiếp tục nói chuyện. "Cuốn sách này có gì đặc biệt thế? Các anh biết nó viết về </w:t>
      </w:r>
      <w:r>
        <w:rPr>
          <w:b w:val="0"/>
          <w:i/>
        </w:rPr>
        <w:t>khoa học</w:t>
      </w:r>
      <w:r>
        <w:rPr>
          <w:b w:val="0"/>
          <w:i w:val="0"/>
        </w:rPr>
        <w:t xml:space="preserve"> mà, đúng không? Chẳng có hình ảnh nào cả."</w:t>
      </w:r>
    </w:p>
    <w:p>
      <w:pPr>
        <w:spacing w:after="80"/>
      </w:pPr>
      <w:r>
        <w:rPr>
          <w:b w:val="0"/>
          <w:i w:val="0"/>
        </w:rPr>
        <w:t>Không có hồi âm.</w:t>
      </w:r>
    </w:p>
    <w:p>
      <w:pPr>
        <w:spacing w:after="80"/>
      </w:pPr>
      <w:r>
        <w:rPr>
          <w:b w:val="0"/>
          <w:i w:val="0"/>
        </w:rPr>
        <w:t xml:space="preserve">"Này, tôi đang chết cóng đây. Thật điên rồ. Nếu các anh có thể nói cho tôi biết </w:t>
      </w:r>
      <w:r>
        <w:rPr>
          <w:b w:val="0"/>
          <w:i/>
        </w:rPr>
        <w:t>tại sao</w:t>
      </w:r>
      <w:r>
        <w:rPr>
          <w:b w:val="0"/>
          <w:i w:val="0"/>
        </w:rPr>
        <w:t xml:space="preserve"> các anh lại quan tâm đến bản thảo này đến thế, có lẽ tôi có thể—"</w:t>
      </w:r>
    </w:p>
    <w:p>
      <w:pPr>
        <w:spacing w:after="80"/>
      </w:pPr>
      <w:r>
        <w:rPr>
          <w:b w:val="0"/>
          <w:i w:val="0"/>
        </w:rPr>
        <w:t>"Chúng tôi chẳng quan tâm gì cả," Buzzcut nói. "</w:t>
      </w:r>
      <w:r>
        <w:rPr>
          <w:b w:val="0"/>
          <w:i/>
        </w:rPr>
        <w:t>Ông chủ</w:t>
      </w:r>
      <w:r>
        <w:rPr>
          <w:b w:val="0"/>
          <w:i w:val="0"/>
        </w:rPr>
        <w:t xml:space="preserve"> của chúng tôi mới quan tâm."</w:t>
      </w:r>
    </w:p>
    <w:p>
      <w:pPr>
        <w:spacing w:after="80"/>
      </w:pPr>
      <w:r>
        <w:rPr>
          <w:b w:val="0"/>
          <w:i w:val="0"/>
        </w:rPr>
        <w:t>"Darth Vader biết đọc à?"</w:t>
      </w:r>
    </w:p>
    <w:p>
      <w:pPr>
        <w:spacing w:after="80"/>
      </w:pPr>
      <w:r>
        <w:rPr>
          <w:b w:val="0"/>
          <w:i w:val="0"/>
        </w:rPr>
        <w:t>Buzzcut thực sự khúc khích cười. "Đúng vậy, và ông ấy muốn nói chuyện với ông. Chúng tôi có một chiếc máy bay đang được tiếp nhiên liệu. Chúng ta sẽ sớm khởi hành đến Prague."</w:t>
      </w:r>
    </w:p>
    <w:p>
      <w:pPr>
        <w:spacing w:after="80"/>
      </w:pPr>
      <w:r>
        <w:rPr>
          <w:b w:val="0"/>
          <w:i w:val="0"/>
        </w:rPr>
        <w:t>Faukman cảm thấy cơ thể mình căng cứng. "Khoan đã! Không đời nào tôi đến Prague! Tôi không mang theo hộ chiếu! Tôi còn phải cho mèo ăn!"</w:t>
      </w:r>
    </w:p>
    <w:p>
      <w:pPr>
        <w:spacing w:after="80"/>
      </w:pPr>
      <w:r>
        <w:rPr>
          <w:b w:val="0"/>
          <w:i w:val="0"/>
        </w:rPr>
        <w:t>"Tôi đã lấy trộm hộ chiếu của ông từ căn hộ rồi," Buzzcut nói. "Và tôi đã bắn con mèo của ông."</w:t>
      </w:r>
    </w:p>
    <w:p>
      <w:pPr>
        <w:spacing w:after="80"/>
      </w:pPr>
      <w:r>
        <w:rPr>
          <w:b w:val="0"/>
          <w:i w:val="0"/>
        </w:rPr>
        <w:t>Faukman lúc này thực sự sợ hãi. "Chuyện đó không buồn cười chút nào…tôi thậm chí còn chẳng có con mèo nào. Mình có thể nói chuyện về việc này không?"</w:t>
      </w:r>
    </w:p>
    <w:p>
      <w:pPr>
        <w:spacing w:after="80"/>
      </w:pPr>
      <w:r>
        <w:rPr>
          <w:b w:val="0"/>
          <w:i w:val="0"/>
        </w:rPr>
        <w:t>"Được thôi." Buzzcut nở một nụ cười tự mãn. "Còn khối thời gian để tán gẫu trên máy bay."</w:t>
      </w:r>
    </w:p>
    <w:p>
      <w:pPr>
        <w:pStyle w:val="Heading1"/>
      </w:pPr>
      <w:r>
        <w:rPr>
          <w:rFonts w:ascii="Calibri" w:hAnsi="Calibri"/>
          <w:b/>
          <w:i w:val="0"/>
          <w:sz w:val="40"/>
        </w:rPr>
        <w:t>Chương 40</w:t>
      </w:r>
    </w:p>
    <w:p>
      <w:pPr>
        <w:spacing w:after="80"/>
      </w:pPr>
      <w:r>
        <w:rPr>
          <w:b w:val="0"/>
          <w:i w:val="0"/>
        </w:rPr>
        <w:t>Chợ Havelský chật kín xe cộ di chuyển chậm như rùa bò. Cách điểm đến vài dãy nhà, Langdon và Sasha bỏ chiếc taxi và đi bộ xuyên qua mớ đường sá và ngõ hẻm chằng chịt tạo nên khu dân cư của Phố Cổ. Khi theo Sasha về căn hộ của cô, Langdon ngạc nhiên khi biết rằng nhà của cô thực ra thuộc sở hữu của Brigita Gessner, người đã cho phép Sasha ở đó mà không phải trả tiền thuê.</w:t>
      </w:r>
    </w:p>
    <w:p>
      <w:pPr>
        <w:spacing w:after="80"/>
      </w:pPr>
      <w:r>
        <w:rPr>
          <w:b w:val="0"/>
          <w:i/>
        </w:rPr>
        <w:t>Lại một hành động tử tế khác thường,</w:t>
      </w:r>
      <w:r>
        <w:rPr>
          <w:b w:val="0"/>
          <w:i w:val="0"/>
        </w:rPr>
        <w:t xml:space="preserve"> Langdon nghĩ, tò mò không hiểu vì sao Gessner lại có vẻ tha thiết giúp đỡ cô gái trẻ này đến vậy.</w:t>
      </w:r>
    </w:p>
    <w:p>
      <w:pPr>
        <w:spacing w:after="80"/>
      </w:pPr>
      <w:r>
        <w:rPr>
          <w:b w:val="0"/>
          <w:i w:val="0"/>
        </w:rPr>
        <w:t>Brigita Gessner là một ẩn số. Dù có vẻ hào phóng và giàu lòng trắc ẩn với Sasha, đêm qua trong bữa cocktail bà ta lại là người không thể chịu đựng nổi. Có một lúc, khi Langdon đang thẫn thờ nhấm nháp ly cocktail vị thịt xông khói kinh khủng của mình, Gessner quay sang và bất ngờ đẩy ông vào thế khó.</w:t>
      </w:r>
    </w:p>
    <w:p>
      <w:pPr>
        <w:spacing w:after="80"/>
      </w:pPr>
      <w:r>
        <w:rPr>
          <w:b w:val="0"/>
          <w:i w:val="0"/>
        </w:rPr>
        <w:t>"Giáo sư Langford," bà ta nói, chắc chắn là cố tình nói sai tên ông. "Katherine và tôi bất đồng về một chuyện, và chúng tôi muốn ông phân xử giúp chúng tôi."</w:t>
      </w:r>
    </w:p>
    <w:p>
      <w:pPr>
        <w:spacing w:after="80"/>
      </w:pPr>
      <w:r>
        <w:rPr>
          <w:b w:val="0"/>
          <w:i w:val="0"/>
        </w:rPr>
        <w:t>Katherine nhăn mặt, rõ ràng không muốn lôi Langdon vào chuyện này.</w:t>
      </w:r>
    </w:p>
    <w:p>
      <w:pPr>
        <w:spacing w:after="80"/>
      </w:pPr>
      <w:r>
        <w:rPr>
          <w:b w:val="0"/>
          <w:i w:val="0"/>
        </w:rPr>
        <w:t>"Anh là người có học thức," Gessner nói, "và góc nhìn của anh về vấn đề này sẽ rất đáng quan tâm. Katherine và tôi bất đồng về một vấn đề nằm ở cốt lõi của cuộc tranh luận giữa chủ nghĩa duy vật và thuyết trí tuệ (materialist-noetic). Đó là…sự sống sau cái chết."</w:t>
      </w:r>
    </w:p>
    <w:p>
      <w:pPr>
        <w:spacing w:after="80"/>
      </w:pPr>
      <w:r>
        <w:rPr>
          <w:b w:val="0"/>
          <w:i w:val="0"/>
        </w:rPr>
        <w:t>Trời ơi…</w:t>
      </w:r>
    </w:p>
    <w:p>
      <w:pPr>
        <w:spacing w:after="80"/>
      </w:pPr>
      <w:r>
        <w:rPr>
          <w:b w:val="0"/>
          <w:i w:val="0"/>
        </w:rPr>
        <w:t>"Vậy hãy nói cho chúng tôi biết," Gessner thúc giục, "</w:t>
      </w:r>
      <w:r>
        <w:rPr>
          <w:b w:val="0"/>
          <w:i/>
        </w:rPr>
        <w:t>anh</w:t>
      </w:r>
      <w:r>
        <w:rPr>
          <w:b w:val="0"/>
          <w:i w:val="0"/>
        </w:rPr>
        <w:t xml:space="preserve"> tin điều gì? Khi anh chết, đó là hết? Hay có một thứ gì đó…khác?"</w:t>
      </w:r>
    </w:p>
    <w:p>
      <w:pPr>
        <w:spacing w:after="80"/>
      </w:pPr>
      <w:r>
        <w:rPr>
          <w:b w:val="0"/>
          <w:i w:val="0"/>
        </w:rPr>
        <w:t>Langdon ngập ngừng, cố tìm cách xoay xở trong khoảnh khắc này.</w:t>
      </w:r>
    </w:p>
    <w:p>
      <w:pPr>
        <w:spacing w:after="80"/>
      </w:pPr>
      <w:r>
        <w:rPr>
          <w:b w:val="0"/>
          <w:i w:val="0"/>
        </w:rPr>
        <w:t>"Như tôi đã nói nhiều lần," Gessner chen vào, "tôi coi sự sống sau cái chết là một ảo tưởng rỗng tuếch—một ảo ảnh do tôn giáo bán ra để chiêu mộ những kẻ yếu lòng và non trí."</w:t>
      </w:r>
    </w:p>
    <w:p>
      <w:pPr>
        <w:spacing w:after="80"/>
      </w:pPr>
      <w:r>
        <w:rPr>
          <w:b w:val="0"/>
          <w:i w:val="0"/>
        </w:rPr>
        <w:t>Trời đất, tôi không dính vào chuyện đó đâu…</w:t>
      </w:r>
    </w:p>
    <w:p>
      <w:pPr>
        <w:spacing w:after="80"/>
      </w:pPr>
      <w:r>
        <w:rPr>
          <w:b w:val="0"/>
          <w:i w:val="0"/>
        </w:rPr>
        <w:t xml:space="preserve">"Và chắc anh cũng biết," Gessner tiếp tục, "Katherine đã công khai tuyên bố rằng cô ấy tin những trải nghiệm xuất hồn (out-of-body experiences) là bằng chứng mạnh mẽ cho thấy ý thức nằm </w:t>
      </w:r>
      <w:r>
        <w:rPr>
          <w:b w:val="0"/>
          <w:i/>
        </w:rPr>
        <w:t>bên ngoài</w:t>
      </w:r>
      <w:r>
        <w:rPr>
          <w:b w:val="0"/>
          <w:i w:val="0"/>
        </w:rPr>
        <w:t xml:space="preserve"> não bộ và do đó có thể </w:t>
      </w:r>
      <w:r>
        <w:rPr>
          <w:b w:val="0"/>
          <w:i/>
        </w:rPr>
        <w:t>sống sót</w:t>
      </w:r>
      <w:r>
        <w:rPr>
          <w:b w:val="0"/>
          <w:i w:val="0"/>
        </w:rPr>
        <w:t xml:space="preserve"> sau cái chết. Nói cách khác…thế giới bên kia là có thật." Nhà thần kinh học thản nhiên nhấp một ngụm cocktail. "Vậy là cái nào, Giáo sư?"</w:t>
      </w:r>
    </w:p>
    <w:p>
      <w:pPr>
        <w:spacing w:after="80"/>
      </w:pPr>
      <w:r>
        <w:rPr>
          <w:b w:val="0"/>
          <w:i w:val="0"/>
        </w:rPr>
        <w:t>"Tôi không có câu trả lời dứt khoát," anh đáp. "Tôi từng dạy môn tử học (thanatology), nhưng đó thật ra không phải lĩnh vực của tôi—"</w:t>
      </w:r>
    </w:p>
    <w:p>
      <w:pPr>
        <w:spacing w:after="80"/>
      </w:pPr>
      <w:r>
        <w:rPr>
          <w:b w:val="0"/>
          <w:i w:val="0"/>
        </w:rPr>
        <w:t>"Câu hỏi đơn giản thôi," người phụ nữ khịt mũi, ngắt lời anh. "Nếu anh đang hấp hối, và anh thấy mình đang nhìn xuống thân thể mình trên bàn mổ, anh sẽ coi đó là bằng chứng của thế giới bên kia? Hay là một ảo giác do thiếu oxy (hypoxic hallucination)?"</w:t>
      </w:r>
    </w:p>
    <w:p>
      <w:pPr>
        <w:spacing w:after="80"/>
      </w:pPr>
      <w:r>
        <w:rPr>
          <w:b w:val="0"/>
          <w:i w:val="0"/>
        </w:rPr>
        <w:t>Tôi chưa từng trải qua trải nghiệm cận tử…tôi không biết mình sẽ nghĩ gì.</w:t>
      </w:r>
    </w:p>
    <w:p>
      <w:pPr>
        <w:spacing w:after="80"/>
      </w:pPr>
      <w:r>
        <w:rPr>
          <w:b w:val="0"/>
          <w:i w:val="0"/>
        </w:rPr>
        <w:t xml:space="preserve">Lần duy nhất Langdon tiếp xúc với những trải nghiệm cận tử là qua những trang sách bán chạy nhất năm 1975 của Raymond Moody, </w:t>
      </w:r>
      <w:r>
        <w:rPr>
          <w:b w:val="0"/>
          <w:i/>
        </w:rPr>
        <w:t>Life After Life</w:t>
      </w:r>
      <w:r>
        <w:rPr>
          <w:b w:val="0"/>
          <w:i w:val="0"/>
        </w:rPr>
        <w:t xml:space="preserve"> (Sự sống sau sự sống), cuốn sách được ghi nhận đã thuyết phục các nhà khoa học nhìn nhận nghiêm túc hơn khả năng rằng cái chết không phải là điểm kết thúc của một hành trình…mà chỉ là khởi đầu.</w:t>
      </w:r>
    </w:p>
    <w:p>
      <w:pPr>
        <w:spacing w:after="80"/>
      </w:pPr>
      <w:r>
        <w:rPr>
          <w:b w:val="0"/>
          <w:i w:val="0"/>
        </w:rPr>
        <w:t>Cuốn sách bao gồm hàng trăm ca bệnh được ghi chép y khoa về những người chết lâm sàng đã tỉnh lại và kể về những trải nghiệm xuất hồn rất giống nhau—một góc nhìn lìa khỏi thân xác, lơ lửng, bay lên vào một đường hầm tối, tiến đến một ánh sáng rực rỡ, và đáng chú ý nhất là cảm giác tuyệt đối bình yên và hiểu biết vô biên.</w:t>
      </w:r>
    </w:p>
    <w:p>
      <w:pPr>
        <w:spacing w:after="80"/>
      </w:pPr>
      <w:r>
        <w:rPr>
          <w:b w:val="0"/>
          <w:i w:val="0"/>
        </w:rPr>
        <w:t xml:space="preserve">Sau cuốn sách của Moody, câu hỏi không còn là </w:t>
      </w:r>
      <w:r>
        <w:rPr>
          <w:b w:val="0"/>
          <w:i/>
        </w:rPr>
        <w:t>liệu</w:t>
      </w:r>
      <w:r>
        <w:rPr>
          <w:b w:val="0"/>
          <w:i w:val="0"/>
        </w:rPr>
        <w:t xml:space="preserve"> người ta có trải nghiệm xuất hồn hay không…mà là </w:t>
      </w:r>
      <w:r>
        <w:rPr>
          <w:b w:val="0"/>
          <w:i/>
        </w:rPr>
        <w:t>điều gì</w:t>
      </w:r>
      <w:r>
        <w:rPr>
          <w:b w:val="0"/>
          <w:i w:val="0"/>
        </w:rPr>
        <w:t xml:space="preserve"> gây ra chúng, và chúng có ý nghĩa gì?</w:t>
      </w:r>
    </w:p>
    <w:p>
      <w:pPr>
        <w:spacing w:after="80"/>
      </w:pPr>
      <w:r>
        <w:rPr>
          <w:b w:val="0"/>
          <w:i w:val="0"/>
        </w:rPr>
        <w:t xml:space="preserve">Langdon dĩ nhiên biết rằng sự sống sau cái chết là nền tảng của đúng nghĩa mọi tôn giáo tâm linh trường tồn: người Cơ đốc có thiên đường; người Do Thái có </w:t>
      </w:r>
      <w:r>
        <w:rPr>
          <w:b w:val="0"/>
          <w:i/>
        </w:rPr>
        <w:t>gilgul;</w:t>
      </w:r>
      <w:r>
        <w:rPr>
          <w:b w:val="0"/>
          <w:i w:val="0"/>
        </w:rPr>
        <w:t xml:space="preserve"> người Hồi giáo có </w:t>
      </w:r>
      <w:r>
        <w:rPr>
          <w:b w:val="0"/>
          <w:i/>
        </w:rPr>
        <w:t>Jannah;</w:t>
      </w:r>
      <w:r>
        <w:rPr>
          <w:b w:val="0"/>
          <w:i w:val="0"/>
        </w:rPr>
        <w:t xml:space="preserve"> người Hindu và Phật giáo có </w:t>
      </w:r>
      <w:r>
        <w:rPr>
          <w:b w:val="0"/>
          <w:i/>
        </w:rPr>
        <w:t>devaloka;</w:t>
      </w:r>
      <w:r>
        <w:rPr>
          <w:b w:val="0"/>
          <w:i w:val="0"/>
        </w:rPr>
        <w:t xml:space="preserve"> các triết gia Thời đại Mới có tiền kiếp; Plato có thuyết luân hồi (metempsychosis). Một điểm bất biến trong mọi triết lý tâm linh là linh hồn…</w:t>
      </w:r>
      <w:r>
        <w:rPr>
          <w:b w:val="0"/>
          <w:i/>
        </w:rPr>
        <w:t>vĩnh cửu.</w:t>
      </w:r>
    </w:p>
    <w:p>
      <w:pPr>
        <w:spacing w:after="80"/>
      </w:pPr>
      <w:r>
        <w:rPr>
          <w:b w:val="0"/>
          <w:i w:val="0"/>
        </w:rPr>
        <w:t>Dẫu vậy, khi nói đến việc tin vào sự sống sau cái chết, Langdon chưa bao giờ có thể tách mình khỏi phe những người duy vật. Quan niệm về thế giới bên kia, theo anh, chỉ là một câu chuyện an ủi, một cơ chế đối phó, và nếu anh phải trả lời câu hỏi của Gessner một cách trung thực…</w:t>
      </w:r>
    </w:p>
    <w:p>
      <w:pPr>
        <w:spacing w:after="80"/>
      </w:pPr>
      <w:r>
        <w:rPr>
          <w:b w:val="0"/>
          <w:i w:val="0"/>
        </w:rPr>
        <w:t>Trải nghiệm cận tử là…ảo giác.</w:t>
      </w:r>
    </w:p>
    <w:p>
      <w:pPr>
        <w:spacing w:after="80"/>
      </w:pPr>
      <w:r>
        <w:rPr>
          <w:b w:val="0"/>
          <w:i w:val="0"/>
        </w:rPr>
        <w:t xml:space="preserve">Một học giả về nghệ thuật lấy cảm hứng từ tôn giáo, Langdon vô cùng quen thuộc với những kiệt tác khắc họa khải tượng về một thế giới bên kia—những mặc khải thiêng liêng, khải tượng tâm linh, sự hiển linh của thần linh (theophany), những ngây ngất tôn giáo, những lần thiên thần hiện đến. Các tín đồ coi những trải nghiệm ấy là những cuộc gặp gỡ </w:t>
      </w:r>
      <w:r>
        <w:rPr>
          <w:b w:val="0"/>
          <w:i/>
        </w:rPr>
        <w:t>thật sự</w:t>
      </w:r>
      <w:r>
        <w:rPr>
          <w:b w:val="0"/>
          <w:i w:val="0"/>
        </w:rPr>
        <w:t xml:space="preserve"> với các cõi khác, nhưng Langdon thầm tin chúng là một thứ gì khác—những khải tượng sống động đầy sức thuyết phục, nảy sinh từ một khát khao tâm linh sâu thẳm.</w:t>
      </w:r>
    </w:p>
    <w:p>
      <w:pPr>
        <w:spacing w:after="80"/>
      </w:pPr>
      <w:r>
        <w:rPr>
          <w:b w:val="0"/>
          <w:i/>
        </w:rPr>
        <w:t>Có một lý do,</w:t>
      </w:r>
      <w:r>
        <w:rPr>
          <w:b w:val="0"/>
          <w:i w:val="0"/>
        </w:rPr>
        <w:t xml:space="preserve"> Langdon thường nhắc học trò của mình, </w:t>
      </w:r>
      <w:r>
        <w:rPr>
          <w:b w:val="0"/>
          <w:i/>
        </w:rPr>
        <w:t>khiến ảo ảnh ốc đảo chỉ được nhìn thấy bởi những lữ khách khát khô giữa sa mạc—và chẳng bao giờ bởi sinh viên đại học đang đi dạo trên sân trường. Chúng ta thấy điều mình</w:t>
      </w:r>
      <w:r>
        <w:rPr>
          <w:b w:val="0"/>
          <w:i w:val="0"/>
        </w:rPr>
        <w:t xml:space="preserve"> muốn </w:t>
      </w:r>
      <w:r>
        <w:rPr>
          <w:b w:val="0"/>
          <w:i/>
        </w:rPr>
        <w:t>thấy.</w:t>
      </w:r>
    </w:p>
    <w:p>
      <w:pPr>
        <w:spacing w:after="80"/>
      </w:pPr>
      <w:r>
        <w:rPr>
          <w:b w:val="0"/>
          <w:i w:val="0"/>
        </w:rPr>
        <w:t xml:space="preserve">Và xét về mặt </w:t>
      </w:r>
      <w:r>
        <w:rPr>
          <w:b w:val="0"/>
          <w:i/>
        </w:rPr>
        <w:t>muốn,</w:t>
      </w:r>
      <w:r>
        <w:rPr>
          <w:b w:val="0"/>
          <w:i w:val="0"/>
        </w:rPr>
        <w:t xml:space="preserve"> Langdon hình dung rằng hầu hết những người đang hấp hối đều muốn cùng một điều cơ bản: </w:t>
      </w:r>
      <w:r>
        <w:rPr>
          <w:b w:val="0"/>
          <w:i/>
        </w:rPr>
        <w:t>không</w:t>
      </w:r>
      <w:r>
        <w:rPr>
          <w:b w:val="0"/>
          <w:i w:val="0"/>
        </w:rPr>
        <w:t xml:space="preserve"> phải chết. Và nỗi sợ cái chết, dĩ nhiên, không dành riêng cho người sắp chết. Đó là một nỗi sợ phổ quát…có lẽ là </w:t>
      </w:r>
      <w:r>
        <w:rPr>
          <w:b w:val="0"/>
          <w:i/>
        </w:rPr>
        <w:t>nỗi</w:t>
      </w:r>
      <w:r>
        <w:rPr>
          <w:b w:val="0"/>
          <w:i w:val="0"/>
        </w:rPr>
        <w:t xml:space="preserve"> sợ phổ quát.</w:t>
      </w:r>
    </w:p>
    <w:p>
      <w:pPr>
        <w:spacing w:after="80"/>
      </w:pPr>
      <w:r>
        <w:rPr>
          <w:b w:val="0"/>
          <w:i w:val="0"/>
        </w:rPr>
        <w:t xml:space="preserve">Hiện tượng ý thức về cái chết (mortality salience), như người ta gọi—sự nhận biết rằng mình sẽ chết—đáng sợ không phải vì ta sợ mất đi thân xác, mà vì ta sợ mất đi ký ức, ước mơ, những kết nối cảm xúc…nói cho cùng, là </w:t>
      </w:r>
      <w:r>
        <w:rPr>
          <w:b w:val="0"/>
          <w:i/>
        </w:rPr>
        <w:t>linh hồn</w:t>
      </w:r>
      <w:r>
        <w:rPr>
          <w:b w:val="0"/>
          <w:i w:val="0"/>
        </w:rPr>
        <w:t xml:space="preserve"> của ta.</w:t>
      </w:r>
    </w:p>
    <w:p>
      <w:pPr>
        <w:spacing w:after="80"/>
      </w:pPr>
      <w:r>
        <w:rPr>
          <w:b w:val="0"/>
          <w:i w:val="0"/>
        </w:rPr>
        <w:t xml:space="preserve">Tôn giáo từ lâu đã hiểu rằng một tâm trí con người đối diện với viễn cảnh kinh hoàng về sự hư vô vĩnh cửu sẽ tin gần như bất cứ điều gì. </w:t>
      </w:r>
      <w:r>
        <w:rPr>
          <w:b w:val="0"/>
          <w:i/>
        </w:rPr>
        <w:t>Timor mortis est pater religionis,</w:t>
      </w:r>
      <w:r>
        <w:rPr>
          <w:b w:val="0"/>
          <w:i w:val="0"/>
        </w:rPr>
        <w:t xml:space="preserve"> Langdon ngẫm nghĩ, nhớ lại câu nói cổ xưa được Upton Sinclair làm nổi tiếng. </w:t>
      </w:r>
      <w:r>
        <w:rPr>
          <w:b w:val="0"/>
          <w:i/>
        </w:rPr>
        <w:t>Nỗi sợ cái chết là cha đẻ của tôn giáo.</w:t>
      </w:r>
    </w:p>
    <w:p>
      <w:pPr>
        <w:spacing w:after="80"/>
      </w:pPr>
      <w:r>
        <w:rPr>
          <w:b w:val="0"/>
          <w:i w:val="0"/>
        </w:rPr>
        <w:t>Quả nhiên, mọi tôn giáo trên thế giới đều sản sinh vô số tác phẩm gợi ý về một thế giới bên kia—Sách của người chết của Ai Cập, các Kinh (Sutra), Upanishad, Veda, Kinh Thánh, Quran, Kabbalah. Mỗi tôn giáo đều có thuyết mạt thế (eschatology) riêng, có cấu trúc riêng về cuộc sống sau cõi này, và có hệ thống thứ bậc các linh hồn hầu cận được phân loại tỉ mỉ riêng.</w:t>
      </w:r>
    </w:p>
    <w:p>
      <w:pPr>
        <w:spacing w:after="80"/>
      </w:pPr>
      <w:r>
        <w:rPr>
          <w:b w:val="0"/>
          <w:i w:val="0"/>
        </w:rPr>
        <w:t xml:space="preserve">Những tuyên bố tôn giáo này bị giới nghiên cứu cái chết (thanatologist) hiện đại—những người nghiên cứu </w:t>
      </w:r>
      <w:r>
        <w:rPr>
          <w:b w:val="0"/>
          <w:i/>
        </w:rPr>
        <w:t>khoa học</w:t>
      </w:r>
      <w:r>
        <w:rPr>
          <w:b w:val="0"/>
          <w:i w:val="0"/>
        </w:rPr>
        <w:t xml:space="preserve"> về cái chết—phớt lờ rộng rãi. Thế nhưng, đáng kinh ngạc thay, các nhà khoa học ngày nay thẳng thắn thừa nhận rằng họ đã đạt được rất ít tiến bộ trong việc trả lời câu hỏi nền tảng của lĩnh vực mình:</w:t>
      </w:r>
    </w:p>
    <w:p>
      <w:pPr>
        <w:spacing w:after="80"/>
      </w:pPr>
      <w:r>
        <w:rPr>
          <w:b w:val="0"/>
          <w:i w:val="0"/>
        </w:rPr>
        <w:t>Điều gì xảy ra khi chúng ta chết?</w:t>
      </w:r>
    </w:p>
    <w:p>
      <w:pPr>
        <w:spacing w:after="80"/>
      </w:pPr>
      <w:r>
        <w:rPr>
          <w:b w:val="0"/>
          <w:i w:val="0"/>
        </w:rPr>
        <w:t xml:space="preserve">Câu hỏi ấy, không gì sánh bằng, là bí ẩn lớn nhất của cuộc sống…bí mật mà </w:t>
      </w:r>
      <w:r>
        <w:rPr>
          <w:b w:val="0"/>
          <w:i/>
        </w:rPr>
        <w:t>tất cả</w:t>
      </w:r>
      <w:r>
        <w:rPr>
          <w:b w:val="0"/>
          <w:i w:val="0"/>
        </w:rPr>
        <w:t xml:space="preserve"> chúng ta đều khao khát được biết. Trớ trêu thay, câu trả lời khó nắm bắt ấy cuối cùng lại được hé lộ cho mỗi người chúng ta…nhưng không có đường quay lại để chia sẻ.</w:t>
      </w:r>
    </w:p>
    <w:p>
      <w:pPr>
        <w:spacing w:after="80"/>
      </w:pPr>
      <w:r>
        <w:rPr>
          <w:b w:val="0"/>
          <w:i w:val="0"/>
        </w:rPr>
        <w:t>“Mèo tha mất lưỡi rồi à?” Gessner hỏi, cười khẩy.</w:t>
      </w:r>
    </w:p>
    <w:p>
      <w:pPr>
        <w:spacing w:after="80"/>
      </w:pPr>
      <w:r>
        <w:rPr>
          <w:b w:val="0"/>
          <w:i w:val="0"/>
        </w:rPr>
        <w:t xml:space="preserve">“Không hẳn,” Langdon đáp, vẻ bực bội. “Tôi chỉ thấy lạ là cô chấp nhận như sự thật tuyệt đối một tiền đề mà cô không thể chứng minh. Trong thế giới của tôi, chúng tôi gọi đó là </w:t>
      </w:r>
      <w:r>
        <w:rPr>
          <w:b w:val="0"/>
          <w:i/>
        </w:rPr>
        <w:t>đức tin</w:t>
      </w:r>
      <w:r>
        <w:rPr>
          <w:b w:val="0"/>
          <w:i w:val="0"/>
        </w:rPr>
        <w:t>…chứ không phải khoa học.”</w:t>
      </w:r>
    </w:p>
    <w:p>
      <w:pPr>
        <w:spacing w:after="80"/>
      </w:pPr>
      <w:r>
        <w:rPr>
          <w:b w:val="0"/>
          <w:i/>
        </w:rPr>
        <w:t>“Zbabělče,”</w:t>
      </w:r>
      <w:r>
        <w:rPr>
          <w:b w:val="0"/>
          <w:i w:val="0"/>
        </w:rPr>
        <w:t xml:space="preserve"> Gessner hừ một tiếng. “Tôi biết ông là một </w:t>
      </w:r>
      <w:r>
        <w:rPr>
          <w:b w:val="0"/>
          <w:i/>
        </w:rPr>
        <w:t>người duy vật,</w:t>
      </w:r>
      <w:r>
        <w:rPr>
          <w:b w:val="0"/>
          <w:i w:val="0"/>
        </w:rPr>
        <w:t xml:space="preserve"> thưa Giáo sư, và nếu may mắn một chút, ngày mai khi Katherine đến phòng thí nghiệm, tôi có thể thuyết phục cô ấy cùng tham gia với chúng ta trong thế giới lý trí.”</w:t>
      </w:r>
    </w:p>
    <w:p>
      <w:pPr>
        <w:spacing w:after="80"/>
      </w:pPr>
      <w:r>
        <w:rPr>
          <w:b w:val="0"/>
          <w:i w:val="0"/>
        </w:rPr>
        <w:t>Nói rồi, Gessner mở khóa chiếc cặp da của mình, rút ra một tấm danh thiếp và đặt trước mặt Katherine.</w:t>
      </w:r>
    </w:p>
    <w:p>
      <w:pPr>
        <w:spacing w:after="80"/>
      </w:pPr>
      <w:r>
        <w:rPr>
          <w:b w:val="0"/>
          <w:i w:val="0"/>
        </w:rPr>
        <w:t>Langdon nhìn tấm thiếp.</w:t>
      </w:r>
    </w:p>
    <w:p>
      <w:pPr>
        <w:spacing w:after="80"/>
      </w:pPr>
      <w:r>
        <w:rPr>
          <w:b w:val="0"/>
          <w:i w:val="0"/>
        </w:rPr>
        <w:t>Tiến sĩ Brigita Gessner</w:t>
      </w:r>
    </w:p>
    <w:p>
      <w:pPr>
        <w:spacing w:after="80"/>
      </w:pPr>
      <w:r>
        <w:rPr>
          <w:b w:val="0"/>
          <w:i w:val="0"/>
        </w:rPr>
        <w:t>Viện Gessner</w:t>
      </w:r>
    </w:p>
    <w:p>
      <w:pPr>
        <w:spacing w:after="80"/>
      </w:pPr>
      <w:r>
        <w:rPr>
          <w:b w:val="0"/>
          <w:i w:val="0"/>
        </w:rPr>
        <w:t>Pháo đài Thánh giá, 1</w:t>
      </w:r>
    </w:p>
    <w:p>
      <w:pPr>
        <w:spacing w:after="80"/>
      </w:pPr>
      <w:r>
        <w:rPr>
          <w:b w:val="0"/>
          <w:i w:val="0"/>
        </w:rPr>
        <w:t>Prague</w:t>
      </w:r>
    </w:p>
    <w:p>
      <w:pPr>
        <w:spacing w:after="80"/>
      </w:pPr>
      <w:r>
        <w:rPr>
          <w:b w:val="0"/>
          <w:i w:val="0"/>
        </w:rPr>
        <w:t xml:space="preserve">“Sáng mai đưa tấm thẻ này cho tài xế của anh nhé,” Gessner nói. “Phòng thí nghiệm của tôi là riêng tư, nhưng vị trí thì ai cũng biết. Cái pháo đài này thật ra khá </w:t>
      </w:r>
      <w:r>
        <w:rPr>
          <w:b w:val="0"/>
          <w:i/>
        </w:rPr>
        <w:t>nổi tiếng</w:t>
      </w:r>
      <w:r>
        <w:rPr>
          <w:b w:val="0"/>
          <w:i w:val="0"/>
        </w:rPr>
        <w:t xml:space="preserve"> đấy.”</w:t>
      </w:r>
    </w:p>
    <w:p>
      <w:pPr>
        <w:spacing w:after="80"/>
      </w:pPr>
      <w:r>
        <w:rPr>
          <w:b w:val="0"/>
          <w:i w:val="0"/>
        </w:rPr>
        <w:t xml:space="preserve">Langdon thầm rên rỉ trong lòng. </w:t>
      </w:r>
      <w:r>
        <w:rPr>
          <w:b w:val="0"/>
          <w:i/>
        </w:rPr>
        <w:t>Nổi tiếng vào những năm 1300 thì có lẽ…</w:t>
      </w:r>
    </w:p>
    <w:p>
      <w:pPr>
        <w:spacing w:after="80"/>
      </w:pPr>
      <w:r>
        <w:rPr>
          <w:b w:val="0"/>
          <w:i w:val="0"/>
        </w:rPr>
        <w:t>Khi Gessner cúi xuống đóng chiếc cặp, Langdon thoáng thấy bên trong được sắp xếp cực kỳ ngăn nắp—đủ loại tài liệu trong các thư mục, một cây bút trong ống giữ, một chiếc điện thoại thông minh được cố định bằng dây da, và một bộ thẻ tín dụng, giấy tờ tùy thân cùng thẻ ra vào được xếp thẳng tắp trong từng túi trong suốt riêng biệt. Trong đám đó, một biểu tượng khiến anh chú ý.</w:t>
      </w:r>
    </w:p>
    <w:p>
      <w:pPr>
        <w:spacing w:after="80"/>
      </w:pPr>
      <w:r>
        <w:rPr>
          <w:b w:val="0"/>
          <w:i w:val="0"/>
        </w:rPr>
        <w:t>“Tấm thẻ đó là gì vậy?” anh hỏi, chỉ vào một tấm thẻ đen thò ra từ một vỏ bọc chuyên dụng có lót chì, thiết kế để bảo vệ những loại thẻ dùng công nghệ nhận dạng tần số vô tuyến (radio frequency identification). Anh chỉ nhìn thấy nửa inch trên cùng của tấm thẻ nhưng bị thu hút bởi sáu ký tự in đậm nổi bật trên đó.</w:t>
      </w:r>
    </w:p>
    <w:p>
      <w:pPr>
        <w:jc w:val="center"/>
      </w:pPr>
      <w:r>
        <w:drawing>
          <wp:inline xmlns:a="http://schemas.openxmlformats.org/drawingml/2006/main" xmlns:pic="http://schemas.openxmlformats.org/drawingml/2006/picture">
            <wp:extent cx="5486400" cy="522922"/>
            <wp:docPr id="32" name="Picture 32"/>
            <wp:cNvGraphicFramePr>
              <a:graphicFrameLocks noChangeAspect="1"/>
            </wp:cNvGraphicFramePr>
            <a:graphic>
              <a:graphicData uri="http://schemas.openxmlformats.org/drawingml/2006/picture">
                <pic:pic>
                  <pic:nvPicPr>
                    <pic:cNvPr id="0" name="image_rsrc8XT.jpg"/>
                    <pic:cNvPicPr/>
                  </pic:nvPicPr>
                  <pic:blipFill>
                    <a:blip r:embed="rId21"/>
                    <a:stretch>
                      <a:fillRect/>
                    </a:stretch>
                  </pic:blipFill>
                  <pic:spPr>
                    <a:xfrm>
                      <a:off x="0" y="0"/>
                      <a:ext cx="5486400" cy="522922"/>
                    </a:xfrm>
                    <a:prstGeom prst="rect"/>
                  </pic:spPr>
                </pic:pic>
              </a:graphicData>
            </a:graphic>
          </wp:inline>
        </w:drawing>
      </w:r>
    </w:p>
    <w:p>
      <w:pPr>
        <w:spacing w:after="80"/>
      </w:pPr>
      <w:r>
        <w:rPr>
          <w:b w:val="0"/>
          <w:i w:val="0"/>
        </w:rPr>
        <w:t>Gessner liếc xuống tấm thẻ, khựng lại một chút. “Ồ, không có gì đâu.” Cô đóng cặp lại. “Đó là thẻ câu lạc bộ sức khỏe của tôi.”</w:t>
      </w:r>
    </w:p>
    <w:p>
      <w:pPr>
        <w:spacing w:after="80"/>
      </w:pPr>
      <w:r>
        <w:rPr>
          <w:b w:val="0"/>
          <w:i w:val="0"/>
        </w:rPr>
        <w:t>“Vậy à?” Langdon nói. “Tôi tò mò quá. Ký tự thứ ba—nó là gì vậy?”</w:t>
      </w:r>
    </w:p>
    <w:p>
      <w:pPr>
        <w:spacing w:after="80"/>
      </w:pPr>
      <w:r>
        <w:rPr>
          <w:b w:val="0"/>
          <w:i w:val="0"/>
        </w:rPr>
        <w:t xml:space="preserve">Cô nhìn anh với vẻ kỳ lạ. “Ý anh là chữ </w:t>
      </w:r>
      <w:r>
        <w:rPr>
          <w:b w:val="0"/>
          <w:i/>
        </w:rPr>
        <w:t>A</w:t>
      </w:r>
      <w:r>
        <w:rPr>
          <w:b w:val="0"/>
          <w:i w:val="0"/>
        </w:rPr>
        <w:t xml:space="preserve"> đó hả?”</w:t>
      </w:r>
    </w:p>
    <w:p>
      <w:pPr>
        <w:spacing w:after="80"/>
      </w:pPr>
      <w:r>
        <w:rPr>
          <w:b w:val="0"/>
          <w:i w:val="0"/>
        </w:rPr>
        <w:t xml:space="preserve">“Đó không phải chữ </w:t>
      </w:r>
      <w:r>
        <w:rPr>
          <w:b w:val="0"/>
          <w:i/>
        </w:rPr>
        <w:t>A</w:t>
      </w:r>
      <w:r>
        <w:rPr>
          <w:b w:val="0"/>
          <w:i w:val="0"/>
        </w:rPr>
        <w:t>,” Langdon nói, vì anh đã nhìn rõ. “Đó là một ngọn giáo Vel.”</w:t>
      </w:r>
    </w:p>
    <w:p>
      <w:pPr>
        <w:spacing w:after="80"/>
      </w:pPr>
      <w:r>
        <w:rPr>
          <w:b w:val="0"/>
          <w:i w:val="0"/>
        </w:rPr>
        <w:t>Cả hai người phụ nữ đều tỏ ra bối rối.</w:t>
      </w:r>
    </w:p>
    <w:p>
      <w:pPr>
        <w:spacing w:after="80"/>
      </w:pPr>
      <w:r>
        <w:rPr>
          <w:b w:val="0"/>
          <w:i w:val="0"/>
        </w:rPr>
        <w:t>“Xin lỗi, anh nói gì cơ?” Gessner hỏi.</w:t>
      </w:r>
    </w:p>
    <w:p>
      <w:pPr>
        <w:spacing w:after="80"/>
      </w:pPr>
      <w:r>
        <w:rPr>
          <w:b w:val="0"/>
          <w:i w:val="0"/>
        </w:rPr>
        <w:t xml:space="preserve">“Khác nhau ở cái thanh ngang,” Langdon nói. “Chữ </w:t>
      </w:r>
      <w:r>
        <w:rPr>
          <w:b w:val="0"/>
          <w:i/>
        </w:rPr>
        <w:t>A</w:t>
      </w:r>
      <w:r>
        <w:rPr>
          <w:b w:val="0"/>
          <w:i w:val="0"/>
        </w:rPr>
        <w:t xml:space="preserve"> chỉ có một nét ngang. Còn biểu tượng đó có ba nét ngang và một chấm. Hễ khi nào bạn thấy một lưỡi dao hướng lên—tức là hình dạng giống chữ </w:t>
      </w:r>
      <w:r>
        <w:rPr>
          <w:b w:val="0"/>
          <w:i/>
        </w:rPr>
        <w:t>A</w:t>
      </w:r>
      <w:r>
        <w:rPr>
          <w:b w:val="0"/>
          <w:i w:val="0"/>
        </w:rPr>
        <w:t xml:space="preserve"> viết hoa—với ba thanh ngang và một chấm, thì đó là một biểu tượng chuyên biệt mang ý nghĩa rất cụ thể.”</w:t>
      </w:r>
    </w:p>
    <w:p>
      <w:pPr>
        <w:spacing w:after="80"/>
      </w:pPr>
      <w:r>
        <w:rPr>
          <w:b w:val="0"/>
          <w:i w:val="0"/>
        </w:rPr>
        <w:t xml:space="preserve">“Nó có nghĩa là </w:t>
      </w:r>
      <w:r>
        <w:rPr>
          <w:b w:val="0"/>
          <w:i/>
        </w:rPr>
        <w:t>sức khỏe</w:t>
      </w:r>
      <w:r>
        <w:rPr>
          <w:b w:val="0"/>
          <w:i w:val="0"/>
        </w:rPr>
        <w:t xml:space="preserve"> không?” Katherine đoán, giọng có vẻ hơi ngà ngà.</w:t>
      </w:r>
    </w:p>
    <w:p>
      <w:pPr>
        <w:spacing w:after="80"/>
      </w:pPr>
      <w:r>
        <w:rPr>
          <w:b w:val="0"/>
          <w:i/>
        </w:rPr>
        <w:t>Còn lâu mới đúng,</w:t>
      </w:r>
      <w:r>
        <w:rPr>
          <w:b w:val="0"/>
          <w:i w:val="0"/>
        </w:rPr>
        <w:t xml:space="preserve"> Langdon nghĩ. “Ngọn giáo Vel là biểu tượng quyền lực của Ấn Độ giáo. Mũi giáo tượng trưng cho sự giác ngộ, một trí tuệ sắc bén, cái nhìn thấu suốt siêu việt dùng để xuyên qua bóng tối của vô minh và chinh phục kẻ thù. Thần chiến tranh của Ấn Độ giáo, Murugan, luôn mang theo ngọn giáo bên mình mọi nơi.”</w:t>
      </w:r>
    </w:p>
    <w:p>
      <w:pPr>
        <w:spacing w:after="80"/>
      </w:pPr>
      <w:r>
        <w:rPr>
          <w:b w:val="0"/>
          <w:i w:val="0"/>
        </w:rPr>
        <w:t>Gessner trông thật sự ngạc nhiên.</w:t>
      </w:r>
    </w:p>
    <w:p>
      <w:pPr>
        <w:spacing w:after="80"/>
      </w:pPr>
      <w:r>
        <w:rPr>
          <w:b w:val="0"/>
          <w:i w:val="0"/>
        </w:rPr>
        <w:t>“Giết kẻ thù bằng sự thấu hiểu à?” Katherine nói. “Một thông điệp kỳ lạ cho một câu lạc bộ sức khỏe đấy.”</w:t>
      </w:r>
    </w:p>
    <w:p>
      <w:pPr>
        <w:spacing w:after="80"/>
      </w:pPr>
      <w:r>
        <w:rPr>
          <w:b w:val="0"/>
          <w:i w:val="0"/>
        </w:rPr>
        <w:t>Tôi đồng ý.</w:t>
      </w:r>
    </w:p>
    <w:p>
      <w:pPr>
        <w:spacing w:after="80"/>
      </w:pPr>
      <w:r>
        <w:rPr>
          <w:b w:val="0"/>
          <w:i w:val="0"/>
        </w:rPr>
        <w:t>“Rõ ràng là chuyện ngẫu nhiên thôi,” Gessner khịt mũi. “Tôi chắc câu lạc bộ chẳng biết gì đâu và chỉ đơn giản là thích thiết kế đó.”</w:t>
      </w:r>
    </w:p>
    <w:p>
      <w:pPr>
        <w:spacing w:after="80"/>
      </w:pPr>
      <w:r>
        <w:rPr>
          <w:b w:val="0"/>
          <w:i w:val="0"/>
        </w:rPr>
        <w:t>Langdon để cho qua, nhưng anh cảm thấy khá chắc chắn rằng Gessner đang giấu điều gì đó. Một thẻ RFID có lớp che chắn có vẻ là một chìa khóa ra vào công nghệ cao bất thường đối với một câu lạc bộ sức khỏe, và Gessner khó có vẻ là người sẽ chịu đựng việc tập luyện cùng đám đông không được sạch sẽ. Bên cạnh đó, một câu lạc bộ sức khỏe địa phương rất có thể sẽ dùng cách viết tiếng Séc, “PRAHA,” thay vì tiếng Anh.</w:t>
      </w:r>
    </w:p>
    <w:p>
      <w:pPr>
        <w:spacing w:after="80"/>
      </w:pPr>
      <w:r>
        <w:rPr>
          <w:b w:val="0"/>
          <w:i w:val="0"/>
        </w:rPr>
        <w:t>“Rõ ràng là,” Gessner nói, giọng có vẻ bực bội, “các nhà ký hiệu học và các nhà tư duy học đúng là một cặp trời sinh dành cho nhau.” Cô nhấp một ngụm đồ uống. “Cả hai đều nhìn thấy ý nghĩa ở nơi chẳng có ý nghĩa gì cả.”</w:t>
      </w:r>
    </w:p>
    <w:p>
      <w:pPr>
        <w:pStyle w:val="Heading1"/>
      </w:pPr>
      <w:r>
        <w:rPr>
          <w:rFonts w:ascii="Calibri" w:hAnsi="Calibri"/>
          <w:b/>
          <w:i w:val="0"/>
          <w:sz w:val="40"/>
        </w:rPr>
        <w:t>Chương 41</w:t>
      </w:r>
    </w:p>
    <w:p>
      <w:pPr>
        <w:spacing w:after="80"/>
      </w:pPr>
      <w:r>
        <w:rPr>
          <w:b w:val="0"/>
          <w:i w:val="0"/>
        </w:rPr>
        <w:t>Căn hộ ở tầng một của Sasha Vesna tuy nhỏ nhưng ấm cúng—được bài trí trang nhã, sắp xếp gọn gàng, và tràn ngập ánh sáng tự nhiên. Khi Langdon bước vào trong, anh hít vào mùi mạch nha thoang thoảng khói lửng lơ trong không khí.</w:t>
      </w:r>
    </w:p>
    <w:p>
      <w:pPr>
        <w:spacing w:after="80"/>
      </w:pPr>
      <w:r>
        <w:rPr>
          <w:b w:val="0"/>
          <w:i w:val="0"/>
        </w:rPr>
        <w:t>“Trà Russian Caravan đấy,” Sasha nói, giọng có vẻ ngượng ngùng về mùi hương dễ nhận thấy. “Và tôi còn nuôi mèo nữa…”</w:t>
      </w:r>
    </w:p>
    <w:p>
      <w:pPr>
        <w:spacing w:after="80"/>
      </w:pPr>
      <w:r>
        <w:rPr>
          <w:b w:val="0"/>
          <w:i w:val="0"/>
        </w:rPr>
        <w:t>Như thể đúng lúc, một cặp mèo Xiêm mảnh khảnh hiện ra ở cuối hành lang và rảo bước về phía họ. Langdon ngồi xuống vuốt ve chúng, và chúng vội vã chạy đến để được âu yếm.</w:t>
      </w:r>
    </w:p>
    <w:p>
      <w:pPr>
        <w:spacing w:after="80"/>
      </w:pPr>
      <w:r>
        <w:rPr>
          <w:b w:val="0"/>
          <w:i w:val="0"/>
        </w:rPr>
        <w:t>“Chúng thích đàn ông lắm,” Sasha nói, rồi thêm vào một cách ngượng nghịu, “Không phải là chúng đã gặp nhiều đâu!”</w:t>
      </w:r>
    </w:p>
    <w:p>
      <w:pPr>
        <w:spacing w:after="80"/>
      </w:pPr>
      <w:r>
        <w:rPr>
          <w:b w:val="0"/>
          <w:i w:val="0"/>
        </w:rPr>
        <w:t>Langdon mỉm cười lịch sự. “Chà, chúng là những con vật xinh đẹp.”</w:t>
      </w:r>
    </w:p>
    <w:p>
      <w:pPr>
        <w:spacing w:after="80"/>
      </w:pPr>
      <w:r>
        <w:rPr>
          <w:b w:val="0"/>
          <w:i w:val="0"/>
        </w:rPr>
        <w:t>“Con đó là Sally. Còn nó là Harry. Tôi đặt tên chúng theo bộ phim yêu thích của mình.” Sasha chỉ vào một tấm áp phích phim cũ treo gần đó. “Tiến sĩ Gessner tặng tôi đấy.”</w:t>
      </w:r>
    </w:p>
    <w:p>
      <w:pPr>
        <w:spacing w:after="80"/>
      </w:pPr>
      <w:r>
        <w:rPr>
          <w:b w:val="0"/>
          <w:i w:val="0"/>
        </w:rPr>
        <w:t xml:space="preserve">Tựa phim viết bằng tiếng Nga, nhưng Langdon nhận ra Meg Ryan và Billy Crystal đang đứng đối mặt nhau trên nền đường chân trời New York. Anh chưa từng xem bộ phim kinh điển </w:t>
      </w:r>
      <w:r>
        <w:rPr>
          <w:b w:val="0"/>
          <w:i/>
        </w:rPr>
        <w:t>When Harry Met Sally,</w:t>
      </w:r>
      <w:r>
        <w:rPr>
          <w:b w:val="0"/>
          <w:i w:val="0"/>
        </w:rPr>
        <w:t xml:space="preserve"> nhưng anh đã nghe nói về “cảnh sex” nổi tiếng trong một quán ăn nguội ở New York.</w:t>
      </w:r>
    </w:p>
    <w:p>
      <w:pPr>
        <w:spacing w:after="80"/>
      </w:pPr>
      <w:r>
        <w:rPr>
          <w:b w:val="0"/>
          <w:i w:val="0"/>
        </w:rPr>
        <w:t>“Tôi luôn yêu thích phim hài lãng mạn của Mỹ,” Sasha nói. “Đó là cách tôi học tiếng Anh.” Cô ngắm tấm áp phích một lúc, đôi mắt mờ đi vì buồn. “Mèo của tôi cũng là quà của Tiến sĩ Gessner…để tôi không phải cô đơn.”</w:t>
      </w:r>
    </w:p>
    <w:p>
      <w:pPr>
        <w:spacing w:after="80"/>
      </w:pPr>
      <w:r>
        <w:rPr>
          <w:b w:val="0"/>
          <w:i w:val="0"/>
        </w:rPr>
        <w:t>“Cô ấy thật chu đáo,” Langdon nói.</w:t>
      </w:r>
    </w:p>
    <w:p>
      <w:pPr>
        <w:spacing w:after="80"/>
      </w:pPr>
      <w:r>
        <w:rPr>
          <w:b w:val="0"/>
          <w:i w:val="0"/>
        </w:rPr>
        <w:t>Sasha cởi đôi giày nặng trịch của mình ra và đặt chúng lên tấm thảm cao su ngay bên trong ngưỡng cửa. Langdon cũng làm theo, lại thấy nhẹ nhõm vì được thoát khỏi đôi giày lười ẩm ướt.</w:t>
      </w:r>
    </w:p>
    <w:p>
      <w:pPr>
        <w:spacing w:after="80"/>
      </w:pPr>
      <w:r>
        <w:rPr>
          <w:b w:val="0"/>
          <w:i w:val="0"/>
        </w:rPr>
        <w:t>“Phòng tắm ở đằng kia nếu anh cần,” cô nói, chỉ về phía một hốc tường nằm giữa hành lang.</w:t>
      </w:r>
    </w:p>
    <w:p>
      <w:pPr>
        <w:spacing w:after="80"/>
      </w:pPr>
      <w:r>
        <w:rPr>
          <w:b w:val="0"/>
          <w:i w:val="0"/>
        </w:rPr>
        <w:t>“Cảm ơn cô,” Langdon đáp. “Tôi sẽ nhận lời đấy.”</w:t>
      </w:r>
    </w:p>
    <w:p>
      <w:pPr>
        <w:spacing w:after="80"/>
      </w:pPr>
      <w:r>
        <w:rPr>
          <w:b w:val="0"/>
          <w:i w:val="0"/>
        </w:rPr>
        <w:t>“Tôi sẽ pha chút trà,” cô nói, bỏ anh lại và biến mất dọc theo hành lang.</w:t>
      </w:r>
    </w:p>
    <w:p>
      <w:pPr>
        <w:spacing w:after="80"/>
      </w:pPr>
      <w:r>
        <w:rPr>
          <w:b w:val="0"/>
          <w:i w:val="0"/>
        </w:rPr>
        <w:t>Langdon đứng lại một lát, mắt nhìn tấm áp phích, trong đầu lại nghĩ đến Katherine. Đường chân trời New York và biểu tượng Columbia Pictures—một người phụ nữ mặc áo choàng giơ cao ngọn đuốc—gợi lên hình ảnh Tượng Nữ thần Tự do…và bài giảng của Katherine tối qua.</w:t>
      </w:r>
    </w:p>
    <w:p>
      <w:pPr>
        <w:spacing w:after="80"/>
      </w:pPr>
      <w:r>
        <w:rPr>
          <w:b w:val="0"/>
          <w:i/>
        </w:rPr>
        <w:t>Bây giờ em đang ở đâu?</w:t>
      </w:r>
      <w:r>
        <w:rPr>
          <w:b w:val="0"/>
          <w:i w:val="0"/>
        </w:rPr>
        <w:t xml:space="preserve"> anh tự hỏi khi bước về phía phòng tắm. Anh nóng lòng muốn gọi cho khách sạn Four Seasons để xem Katherine đã về khách sạn chưa, nhưng như Harris đã ngụ ý, ÚZSI sẽ truy lùng Langdon và Sasha vì tội tấn công một sĩ quan và bỏ trốn khỏi hiện trường. Anh sẽ phải đợi viên tùy viên đến.</w:t>
      </w:r>
    </w:p>
    <w:p>
      <w:pPr>
        <w:spacing w:after="80"/>
      </w:pPr>
      <w:r>
        <w:rPr>
          <w:b w:val="0"/>
          <w:i w:val="0"/>
        </w:rPr>
        <w:t xml:space="preserve">Phòng tắm chật chội nhưng ngăn nắp, và Langdon thấy ngượng ngùng khi dùng không gian riêng của Sasha. Sau khi rửa tay, anh lau khô tay trên chính chiếc quần của mình để khỏi phải dùng đến những chiếc khăn tay được sắp xếp hoàn hảo của Sasha. Khi liếc vào gương, khuôn mặt nhìn lại anh trông như của một người xa lạ. Mắt anh đỏ ngầu, tóc tai bù xù, và những nếp nhăn căng thẳng sâu hằn trên trán. </w:t>
      </w:r>
      <w:r>
        <w:rPr>
          <w:b w:val="0"/>
          <w:i/>
        </w:rPr>
        <w:t>Trông anh tệ thật đấy, Robert.</w:t>
      </w:r>
      <w:r>
        <w:rPr>
          <w:b w:val="0"/>
          <w:i w:val="0"/>
        </w:rPr>
        <w:t xml:space="preserve"> Xét đến buổi sáng anh vừa trải qua, điều đó cũng chẳng có gì lạ. </w:t>
      </w:r>
      <w:r>
        <w:rPr>
          <w:b w:val="0"/>
          <w:i/>
        </w:rPr>
        <w:t>Cứ đến đại sứ quán và tìm Katherine thôi.</w:t>
      </w:r>
    </w:p>
    <w:p>
      <w:pPr>
        <w:spacing w:after="80"/>
      </w:pPr>
      <w:r>
        <w:rPr>
          <w:b w:val="0"/>
          <w:i w:val="0"/>
        </w:rPr>
        <w:t>Khi Langdon quay lại bếp, Sasha đang đổ thức ăn khô cho mèo vào hai cái bát trên quầy. Harry và Sally nhảy phốc lên một cách nhẹ nhàng và bắt đầu ngấu nghiến ăn.</w:t>
      </w:r>
    </w:p>
    <w:p>
      <w:pPr>
        <w:spacing w:after="80"/>
      </w:pPr>
      <w:r>
        <w:rPr>
          <w:b w:val="0"/>
          <w:i w:val="0"/>
        </w:rPr>
        <w:t>Sasha bước đến bếp lò, nơi một chiếc ấm đang sôi lăn tăn. “Anh uống trà thế nào?”</w:t>
      </w:r>
    </w:p>
    <w:p>
      <w:pPr>
        <w:spacing w:after="80"/>
      </w:pPr>
      <w:r>
        <w:rPr>
          <w:b w:val="0"/>
          <w:i/>
        </w:rPr>
        <w:t>Kèm cà phê,</w:t>
      </w:r>
      <w:r>
        <w:rPr>
          <w:b w:val="0"/>
          <w:i w:val="0"/>
        </w:rPr>
        <w:t xml:space="preserve"> anh muốn nói vậy. “Để nguyên là tuyệt nhất. Cảm ơn cô.”</w:t>
      </w:r>
    </w:p>
    <w:p>
      <w:pPr>
        <w:spacing w:after="80"/>
      </w:pPr>
      <w:r>
        <w:rPr>
          <w:b w:val="0"/>
          <w:i w:val="0"/>
        </w:rPr>
        <w:t>Cô bày ra ba tách trà, ba đĩa lót và ba chiếc thìa. “Tôi vào phòng tắm một chút,” cô nói, bước về phía cửa. “Rồi tôi sẽ rót trà cho chúng ta. Michael chắc khoảng mười lăm phút nữa sẽ đến.”</w:t>
      </w:r>
    </w:p>
    <w:p>
      <w:pPr>
        <w:spacing w:after="80"/>
      </w:pPr>
      <w:r>
        <w:rPr>
          <w:b w:val="0"/>
          <w:i w:val="0"/>
        </w:rPr>
        <w:t>Langdon nghe thấy tiếng cô bước nhẹ dọc hành lang và đóng cửa phòng tắm.</w:t>
      </w:r>
    </w:p>
    <w:p>
      <w:pPr>
        <w:spacing w:after="80"/>
      </w:pPr>
      <w:r>
        <w:rPr>
          <w:b w:val="0"/>
          <w:i w:val="0"/>
        </w:rPr>
        <w:t>Căn hộ chìm vào im lặng, chỉ còn tiếng nước sôi lăn tăn. Một mình trong bếp, Langdon nhìn chiếc điện thoại di động của Sasha trên quầy và lại thấy thôi thúc gọi cho khách sạn Four Seasons. Nhưng nghĩ lại, chắc giờ này Janáček đã cho người theo dõi khách sạn rồi, nên chẳng ai đoán được Katherine đang ở đâu vào lúc này.</w:t>
      </w:r>
    </w:p>
    <w:p>
      <w:pPr>
        <w:spacing w:after="80"/>
      </w:pPr>
      <w:r>
        <w:rPr>
          <w:b w:val="0"/>
          <w:i w:val="0"/>
        </w:rPr>
        <w:t xml:space="preserve">Nước vừa bắt đầu sôi thì Langdon nghe thấy một tiếng gõ mạnh ở cửa căn hộ. </w:t>
      </w:r>
      <w:r>
        <w:rPr>
          <w:b w:val="0"/>
          <w:i/>
        </w:rPr>
        <w:t>Lạ thật,</w:t>
      </w:r>
      <w:r>
        <w:rPr>
          <w:b w:val="0"/>
          <w:i w:val="0"/>
        </w:rPr>
        <w:t xml:space="preserve"> anh nghĩ, khó tin rằng Harris đã đến nhanh vậy. Langdon bỗng thấy sợ rằng Janáček hoặc Pavel có thể đã bám theo họ đến đây…hoặc đoán ra một cách hợp lý mà đến kiểm tra căn hộ của Sasha.</w:t>
      </w:r>
    </w:p>
    <w:p>
      <w:pPr>
        <w:spacing w:after="80"/>
      </w:pPr>
      <w:r>
        <w:rPr>
          <w:b w:val="0"/>
          <w:i w:val="0"/>
        </w:rPr>
        <w:t>Anh vội vã rẽ qua góc tường vào hành lang đúng lúc Sasha đang bước ra khỏi phòng tắm, lau khô tay. Cô trông có vẻ lo lắng và lặng lẽ mấp máy môi hỏi Langdon: “Có ai gõ cửa à?”</w:t>
      </w:r>
    </w:p>
    <w:p>
      <w:pPr>
        <w:spacing w:after="80"/>
      </w:pPr>
      <w:r>
        <w:rPr>
          <w:b w:val="0"/>
          <w:i w:val="0"/>
        </w:rPr>
        <w:t>Langdon gật đầu.</w:t>
      </w:r>
    </w:p>
    <w:p>
      <w:pPr>
        <w:spacing w:after="80"/>
      </w:pPr>
      <w:r>
        <w:rPr>
          <w:b w:val="0"/>
          <w:i w:val="0"/>
        </w:rPr>
        <w:t>Nhìn vẻ mặt của Sasha, có thể thấy vị khách này đến thật bất ngờ. Họ chờ đúng mười lăm giây trong im lặng hoàn toàn, nhưng không có tiếng gõ cửa thứ hai. Sasha rón rén bước ra cửa và nhìn qua lỗ nhòm. Sau một lúc lâu, cô quay lại phía Langdon và nhún vai. Không có ai cả.</w:t>
      </w:r>
    </w:p>
    <w:p>
      <w:pPr>
        <w:spacing w:after="80"/>
      </w:pPr>
      <w:r>
        <w:rPr>
          <w:b w:val="0"/>
          <w:i w:val="0"/>
        </w:rPr>
        <w:t>Langdon lúc này mới thấy một mẩu giấy trắng nhỏ nằm trên sàn, thò ra từ dưới khe cửa. "Ai đó để lại thứ gì cho cô kìa," anh thì thầm, chỉ tay.</w:t>
      </w:r>
    </w:p>
    <w:p>
      <w:pPr>
        <w:spacing w:after="80"/>
      </w:pPr>
      <w:r>
        <w:rPr>
          <w:b w:val="0"/>
          <w:i w:val="0"/>
        </w:rPr>
        <w:t>Sasha liếc xuống và phát hiện ra tờ giấy. Vẻ mặt bối rối, cô cúi xuống và kéo nó ra từ dưới khe cửa. Theo những gì Langdon có thể thấy, đó dường như là một mẩu giấy viết tay.</w:t>
      </w:r>
    </w:p>
    <w:p>
      <w:pPr>
        <w:spacing w:after="80"/>
      </w:pPr>
      <w:r>
        <w:rPr>
          <w:b w:val="0"/>
          <w:i w:val="0"/>
        </w:rPr>
        <w:t xml:space="preserve">Sasha đứng dậy và nhìn vào mẩu tin nhắn, ngay lập tức hít một hơi giật mình. Với những ngón tay run rẩy, cô đưa mẩu giấy cho Langdon. "Nó dành cho </w:t>
      </w:r>
      <w:r>
        <w:rPr>
          <w:b w:val="0"/>
          <w:i/>
        </w:rPr>
        <w:t>anh</w:t>
      </w:r>
      <w:r>
        <w:rPr>
          <w:b w:val="0"/>
          <w:i w:val="0"/>
        </w:rPr>
        <w:t xml:space="preserve"> đấy."</w:t>
      </w:r>
    </w:p>
    <w:p>
      <w:pPr>
        <w:spacing w:after="80"/>
      </w:pPr>
      <w:r>
        <w:rPr>
          <w:b w:val="0"/>
          <w:i/>
        </w:rPr>
        <w:t>Tôi ư?</w:t>
      </w:r>
      <w:r>
        <w:rPr>
          <w:b w:val="0"/>
          <w:i w:val="0"/>
        </w:rPr>
        <w:t xml:space="preserve"> Langdon cầm lấy mẩu giấy và đọc, lồng ngực anh thắt lại ngay tức khắc.</w:t>
      </w:r>
    </w:p>
    <w:p>
      <w:pPr>
        <w:spacing w:after="80"/>
      </w:pPr>
      <w:r>
        <w:rPr>
          <w:b w:val="0"/>
          <w:i w:val="0"/>
        </w:rPr>
        <w:t xml:space="preserve">Đầy sợ hãi, anh giật mạnh mở cửa căn hộ, lao ra hành lang vắng tanh, và chạy ra khỏi tòa nhà vào trong tuyết, chỉ mang vớ chân. Xoay người vòng vòng trong đống tuyết tan, anh hét vào khoảng không trống rỗng, </w:t>
      </w:r>
      <w:r>
        <w:rPr>
          <w:b w:val="0"/>
          <w:i/>
        </w:rPr>
        <w:t>"Ngươi là ai?! Ngươi đã làm gì cô ấy rồi?!"</w:t>
      </w:r>
    </w:p>
    <w:p>
      <w:pPr>
        <w:jc w:val="center"/>
      </w:pPr>
      <w:r>
        <w:drawing>
          <wp:inline xmlns:a="http://schemas.openxmlformats.org/drawingml/2006/main" xmlns:pic="http://schemas.openxmlformats.org/drawingml/2006/picture">
            <wp:extent cx="5486400" cy="362122"/>
            <wp:docPr id="33" name="Picture 33"/>
            <wp:cNvGraphicFramePr>
              <a:graphicFrameLocks noChangeAspect="1"/>
            </wp:cNvGraphicFramePr>
            <a:graphic>
              <a:graphicData uri="http://schemas.openxmlformats.org/drawingml/2006/picture">
                <pic:pic>
                  <pic:nvPicPr>
                    <pic:cNvPr id="0" name="image_rsrc8XU.jpg"/>
                    <pic:cNvPicPr/>
                  </pic:nvPicPr>
                  <pic:blipFill>
                    <a:blip r:embed="rId22"/>
                    <a:stretch>
                      <a:fillRect/>
                    </a:stretch>
                  </pic:blipFill>
                  <pic:spPr>
                    <a:xfrm>
                      <a:off x="0" y="0"/>
                      <a:ext cx="5486400" cy="362122"/>
                    </a:xfrm>
                    <a:prstGeom prst="rect"/>
                  </pic:spPr>
                </pic:pic>
              </a:graphicData>
            </a:graphic>
          </wp:inline>
        </w:drawing>
      </w:r>
    </w:p>
    <w:p>
      <w:pPr>
        <w:spacing w:after="80"/>
      </w:pPr>
      <w:r>
        <w:rPr>
          <w:b w:val="0"/>
          <w:i w:val="0"/>
        </w:rPr>
        <w:t>Cách chỗ Langdon đang hét hai mươi thước, The Golěm quan sát từ trong bóng tối.</w:t>
      </w:r>
    </w:p>
    <w:p>
      <w:pPr>
        <w:spacing w:after="80"/>
      </w:pPr>
      <w:r>
        <w:rPr>
          <w:b w:val="0"/>
          <w:i w:val="0"/>
        </w:rPr>
        <w:t>Mẩu giấy mà The Golěm vừa đặt trước cửa nhà Sasha Vesna đã tạo ra phản ứng đúng như mong muốn. Nếu mọi việc diễn ra theo kế hoạch, Robert Langdon sẽ sớm lao đi một mình đến một nơi vắng vẻ.</w:t>
      </w:r>
    </w:p>
    <w:p>
      <w:pPr>
        <w:spacing w:after="80"/>
      </w:pPr>
      <w:r>
        <w:rPr>
          <w:b w:val="0"/>
          <w:i w:val="0"/>
        </w:rPr>
        <w:t>Nỗi sợ là động lực.</w:t>
      </w:r>
    </w:p>
    <w:p>
      <w:pPr>
        <w:pStyle w:val="Heading1"/>
      </w:pPr>
      <w:r>
        <w:rPr>
          <w:rFonts w:ascii="Calibri" w:hAnsi="Calibri"/>
          <w:b/>
          <w:i w:val="0"/>
          <w:sz w:val="40"/>
        </w:rPr>
        <w:t>Chương 42</w:t>
      </w:r>
    </w:p>
    <w:p>
      <w:pPr>
        <w:spacing w:after="80"/>
      </w:pPr>
      <w:r>
        <w:rPr>
          <w:b w:val="0"/>
          <w:i w:val="0"/>
        </w:rPr>
        <w:t>Michael Harris vẫn còn nghe thấy cuộc gọi tuyệt vọng của Sasha khi anh phóng xe dọc con đường rời khỏi Pháo đài Thánh giá.</w:t>
      </w:r>
    </w:p>
    <w:p>
      <w:pPr>
        <w:spacing w:after="80"/>
      </w:pPr>
      <w:r>
        <w:rPr>
          <w:b w:val="0"/>
          <w:i w:val="0"/>
        </w:rPr>
        <w:t>Tôi đang ở cùng Robert Langdon! Chúng tôi cần anh giúp!</w:t>
      </w:r>
    </w:p>
    <w:p>
      <w:pPr>
        <w:spacing w:after="80"/>
      </w:pPr>
      <w:r>
        <w:rPr>
          <w:b w:val="0"/>
          <w:i w:val="0"/>
        </w:rPr>
        <w:t xml:space="preserve">Khi đến con đường chính, Harris rẽ phải, phóng về phía bắc hướng tới căn hộ của Sasha. </w:t>
      </w:r>
      <w:r>
        <w:rPr>
          <w:b w:val="0"/>
          <w:i/>
        </w:rPr>
        <w:t>Một nơi tôi biết quá rõ,</w:t>
      </w:r>
      <w:r>
        <w:rPr>
          <w:b w:val="0"/>
          <w:i w:val="0"/>
        </w:rPr>
        <w:t xml:space="preserve"> anh than thở, vì đã ghé thăm nhiều lần, lần nào cũng trái với lẽ phải của mình.</w:t>
      </w:r>
    </w:p>
    <w:p>
      <w:pPr>
        <w:spacing w:after="80"/>
      </w:pPr>
      <w:r>
        <w:rPr>
          <w:b w:val="0"/>
          <w:i w:val="0"/>
        </w:rPr>
        <w:t>Harris lần đầu gặp Sasha hai tháng trước tại David Rio Chai Latte, nơi Sasha ghé qua mỗi sáng trên đường đi làm. Sasha đang đứng một mình ở bàn đứng, và Harris tiến đến chỗ cô với một nụ cười.</w:t>
      </w:r>
    </w:p>
    <w:p>
      <w:pPr>
        <w:spacing w:after="80"/>
      </w:pPr>
      <w:r>
        <w:rPr>
          <w:b w:val="0"/>
          <w:i/>
        </w:rPr>
        <w:t>"Privet, Sasha,"</w:t>
      </w:r>
      <w:r>
        <w:rPr>
          <w:b w:val="0"/>
          <w:i w:val="0"/>
        </w:rPr>
        <w:t xml:space="preserve"> anh nói bằng tiếng Nga. </w:t>
      </w:r>
      <w:r>
        <w:rPr>
          <w:b w:val="0"/>
          <w:i/>
        </w:rPr>
        <w:t>Xin chào, Sasha.</w:t>
      </w:r>
    </w:p>
    <w:p>
      <w:pPr>
        <w:spacing w:after="80"/>
      </w:pPr>
      <w:r>
        <w:rPr>
          <w:b w:val="0"/>
          <w:i w:val="0"/>
        </w:rPr>
        <w:t>Cô gái tóc vàng cao lớn ngước lên, trông có vẻ hoảng hốt. "Sao anh biết tên tôi?"</w:t>
      </w:r>
    </w:p>
    <w:p>
      <w:pPr>
        <w:spacing w:after="80"/>
      </w:pPr>
      <w:r>
        <w:rPr>
          <w:b w:val="0"/>
          <w:i w:val="0"/>
        </w:rPr>
        <w:t>Harris mỉm cười và chỉ vào chiếc cốc giấy của cô, trên đó anh pha chế đã viết: Saša.</w:t>
      </w:r>
    </w:p>
    <w:p>
      <w:pPr>
        <w:spacing w:after="80"/>
      </w:pPr>
      <w:r>
        <w:rPr>
          <w:b w:val="0"/>
          <w:i w:val="0"/>
        </w:rPr>
        <w:t>“Ồ,” Sasha nói, trông ngượng ngùng nhưng vẫn còn chút do dự. “Nhưng… anh nói tiếng Nga mà.”</w:t>
      </w:r>
    </w:p>
    <w:p>
      <w:pPr>
        <w:spacing w:after="80"/>
      </w:pPr>
      <w:r>
        <w:rPr>
          <w:b w:val="0"/>
          <w:i w:val="0"/>
        </w:rPr>
        <w:t>“Đoán may thôi,” Harris đáp. “Tôi nghe ra giọng của em khi em gọi đồ.”</w:t>
      </w:r>
    </w:p>
    <w:p>
      <w:pPr>
        <w:spacing w:after="80"/>
      </w:pPr>
      <w:r>
        <w:rPr>
          <w:b w:val="0"/>
          <w:i w:val="0"/>
        </w:rPr>
        <w:t>Lúc này Sasha trông có vẻ bối rối. “Tất nhiên rồi. Xin lỗi vì đã nhảy dựng lên. Người Nga đâu phải nhóm người được yêu mến nhất ở Prague.”</w:t>
      </w:r>
    </w:p>
    <w:p>
      <w:pPr>
        <w:spacing w:after="80"/>
      </w:pPr>
      <w:r>
        <w:rPr>
          <w:b w:val="0"/>
          <w:i w:val="0"/>
        </w:rPr>
        <w:t xml:space="preserve">“Thử làm người </w:t>
      </w:r>
      <w:r>
        <w:rPr>
          <w:b w:val="0"/>
          <w:i/>
        </w:rPr>
        <w:t>Mỹ</w:t>
      </w:r>
      <w:r>
        <w:rPr>
          <w:b w:val="0"/>
          <w:i w:val="0"/>
        </w:rPr>
        <w:t xml:space="preserve"> xem!” anh đáp, giơ chiếc cốc Mickale của mình ra cho cô xem. “Tôi chắc chắn là anh pha chế cố tình viết sai tên tôi.” Anh mỉm cười và nhập vai Bogart giỏi nhất của mình. “Trong tất cả các quán cà phê ở tất cả các thị trấn trên khắp thế giới, tôi lại bước vào </w:t>
      </w:r>
      <w:r>
        <w:rPr>
          <w:b w:val="0"/>
          <w:i/>
        </w:rPr>
        <w:t>đúng</w:t>
      </w:r>
      <w:r>
        <w:rPr>
          <w:b w:val="0"/>
          <w:i w:val="0"/>
        </w:rPr>
        <w:t xml:space="preserve"> quán này.”</w:t>
      </w:r>
    </w:p>
    <w:p>
      <w:pPr>
        <w:spacing w:after="80"/>
      </w:pPr>
      <w:r>
        <w:rPr>
          <w:b w:val="0"/>
          <w:i w:val="0"/>
        </w:rPr>
        <w:t>“</w:t>
      </w:r>
      <w:r>
        <w:rPr>
          <w:b w:val="0"/>
          <w:i/>
        </w:rPr>
        <w:t>Casablanca</w:t>
      </w:r>
      <w:r>
        <w:rPr>
          <w:b w:val="0"/>
          <w:i w:val="0"/>
        </w:rPr>
        <w:t>!” Cô bừng sáng. “Tôi yêu bộ phim đó!”</w:t>
      </w:r>
    </w:p>
    <w:p>
      <w:pPr>
        <w:spacing w:after="80"/>
      </w:pPr>
      <w:r>
        <w:rPr>
          <w:b w:val="0"/>
          <w:i w:val="0"/>
        </w:rPr>
        <w:t>Trong nửa giờ tiếp theo, họ trao đổi câu chuyện, và Sasha kể một câu chuyện đau lòng về chứng động kinh suy nhược và tuổi thơ bị bỏ rơi trong một bệnh viện tâm thần ở Nga…cho đến khi một bác sĩ phẫu thuật thần kinh cứu cô và đưa cô đến Prague.</w:t>
      </w:r>
    </w:p>
    <w:p>
      <w:pPr>
        <w:spacing w:after="80"/>
      </w:pPr>
      <w:r>
        <w:rPr>
          <w:b w:val="0"/>
          <w:i w:val="0"/>
        </w:rPr>
        <w:t xml:space="preserve">“Và bác sĩ Gessner này đã </w:t>
      </w:r>
      <w:r>
        <w:rPr>
          <w:b w:val="0"/>
          <w:i/>
        </w:rPr>
        <w:t>chữa khỏi</w:t>
      </w:r>
      <w:r>
        <w:rPr>
          <w:b w:val="0"/>
          <w:i w:val="0"/>
        </w:rPr>
        <w:t xml:space="preserve"> cho em à?” Harris hỏi.</w:t>
      </w:r>
    </w:p>
    <w:p>
      <w:pPr>
        <w:spacing w:after="80"/>
      </w:pPr>
      <w:r>
        <w:rPr>
          <w:b w:val="0"/>
          <w:i w:val="0"/>
        </w:rPr>
        <w:t>“Hoàn toàn,” Sasha nói, lòng biết ơn ánh lên trong mắt. “Cô ấy đã phát minh ra một thiết bị cấy ghép não mà tôi có thể kích hoạt bằng cách xoa một cây gậy từ tính lên hộp sọ mỗi khi tôi cảm thấy sương mù.”</w:t>
      </w:r>
    </w:p>
    <w:p>
      <w:pPr>
        <w:spacing w:after="80"/>
      </w:pPr>
      <w:r>
        <w:rPr>
          <w:b w:val="0"/>
          <w:i w:val="0"/>
        </w:rPr>
        <w:t>“Sương mù?”</w:t>
      </w:r>
    </w:p>
    <w:p>
      <w:pPr>
        <w:spacing w:after="80"/>
      </w:pPr>
      <w:r>
        <w:rPr>
          <w:b w:val="0"/>
          <w:i w:val="0"/>
        </w:rPr>
        <w:t>“Vâng, xin lỗi, trước cơn động kinh, người bị động kinh có một dấu hiệu cảnh báo mơ hồ, tê rần…kiểu như cảm giác râm ran trước khi hắt hơi. Khi điều đó xảy ra, tôi xoa cây gậy lên đỉnh đầu, và nam châm kích hoạt con chip bên trong hộp sọ.” Cô ngập ngừng, bỗng trông có vẻ tự ý thức. “Xin lỗi, nói về chuyện này thật chẳng hấp dẫn gì.”</w:t>
      </w:r>
    </w:p>
    <w:p>
      <w:pPr>
        <w:spacing w:after="80"/>
      </w:pPr>
      <w:r>
        <w:rPr>
          <w:b w:val="0"/>
          <w:i w:val="0"/>
        </w:rPr>
        <w:t>“Không hề—tôi có thấy gì đâu,” Harris nói thật lòng. “Nếu có sẹo, chúng hoàn toàn bị giấu dưới mái tóc vàng tuyệt đẹp đó!”</w:t>
      </w:r>
    </w:p>
    <w:p>
      <w:pPr>
        <w:spacing w:after="80"/>
      </w:pPr>
      <w:r>
        <w:rPr>
          <w:b w:val="0"/>
          <w:i w:val="0"/>
        </w:rPr>
        <w:t>Lời khen chân thành, nhưng Sasha quay mắt đi, bỗng trông khó chịu. “Không thể tin nổi là tôi đã kể hết chuyện này cho anh. Ngượng quá. Tôi không nói chuyện với nhiều người, nên…dù sao, tôi phải đi làm rồi.” Cô đột ngột uống cạn phần chai còn lại và nhanh chóng thu dọn đồ đạc.</w:t>
      </w:r>
    </w:p>
    <w:p>
      <w:pPr>
        <w:spacing w:after="80"/>
      </w:pPr>
      <w:r>
        <w:rPr>
          <w:b w:val="0"/>
          <w:i w:val="0"/>
        </w:rPr>
        <w:t>“Tôi cũng phải đi đây,” Harris nói, “nhưng nói chuyện thật vui, và nếu lúc nào em muốn ăn trưa, tôi rất muốn nói chuyện thêm.”</w:t>
      </w:r>
    </w:p>
    <w:p>
      <w:pPr>
        <w:spacing w:after="80"/>
      </w:pPr>
      <w:r>
        <w:rPr>
          <w:b w:val="0"/>
          <w:i w:val="0"/>
        </w:rPr>
        <w:t>Sasha trông giật mình trước lời đề nghị. “Không, tôi không nghĩ đó là ý hay.”</w:t>
      </w:r>
    </w:p>
    <w:p>
      <w:pPr>
        <w:spacing w:after="80"/>
      </w:pPr>
      <w:r>
        <w:rPr>
          <w:b w:val="0"/>
          <w:i w:val="0"/>
        </w:rPr>
        <w:t xml:space="preserve">“Tất nhiên rồi, xin lỗi,” Harris nói, lúng túng. “Tôi không có ý nói một buổi </w:t>
      </w:r>
      <w:r>
        <w:rPr>
          <w:b w:val="0"/>
          <w:i/>
        </w:rPr>
        <w:t>hẹn hò</w:t>
      </w:r>
      <w:r>
        <w:rPr>
          <w:b w:val="0"/>
          <w:i w:val="0"/>
        </w:rPr>
        <w:t xml:space="preserve"> đâu. Tôi chỉ…dù sao, chắc em đang có người yêu rồi, nên—”</w:t>
      </w:r>
    </w:p>
    <w:p>
      <w:pPr>
        <w:spacing w:after="80"/>
      </w:pPr>
      <w:r>
        <w:rPr>
          <w:b w:val="0"/>
          <w:i w:val="0"/>
        </w:rPr>
        <w:t xml:space="preserve">“Tôi á? Không, tôi đâu có </w:t>
      </w:r>
      <w:r>
        <w:rPr>
          <w:b w:val="0"/>
          <w:i/>
        </w:rPr>
        <w:t>hẹn hò</w:t>
      </w:r>
      <w:r>
        <w:rPr>
          <w:b w:val="0"/>
          <w:i w:val="0"/>
        </w:rPr>
        <w:t xml:space="preserve"> với ai đâu,” cô buột miệng một cách vụng về. “Chỉ là…” Mắt cô bỗng rưng rưng, như thể sắp sụp đổ.</w:t>
      </w:r>
    </w:p>
    <w:p>
      <w:pPr>
        <w:spacing w:after="80"/>
      </w:pPr>
      <w:r>
        <w:rPr>
          <w:b w:val="0"/>
          <w:i w:val="0"/>
        </w:rPr>
        <w:t>“Ôi không!” Harris bối rối nói. “Tôi không có ý làm em buồn.”</w:t>
      </w:r>
    </w:p>
    <w:p>
      <w:pPr>
        <w:spacing w:after="80"/>
      </w:pPr>
      <w:r>
        <w:rPr>
          <w:b w:val="0"/>
          <w:i w:val="0"/>
        </w:rPr>
        <w:t>“Lỗi tại em…” cô nói, giọng mong manh. “Em xin lỗi… em chỉ sợ rằng nếu anh hiểu về em… anh sẽ thất vọng lắm.”</w:t>
      </w:r>
    </w:p>
    <w:p>
      <w:pPr>
        <w:spacing w:after="80"/>
      </w:pPr>
      <w:r>
        <w:rPr>
          <w:b w:val="0"/>
          <w:i w:val="0"/>
        </w:rPr>
        <w:t>“Sao em lại nói vậy chứ?”</w:t>
      </w:r>
    </w:p>
    <w:p>
      <w:pPr>
        <w:spacing w:after="80"/>
      </w:pPr>
      <w:r>
        <w:rPr>
          <w:b w:val="0"/>
          <w:i w:val="0"/>
        </w:rPr>
        <w:t>Cô lau mắt và nhìn anh. “Michael, em không giỏi lắm trong… anh biết đấy, các mối quan hệ. Em đã dành phần lớn cuộc đời mình một mình và với đủ thứ thuốc mạnh. Em có vấn đề trí nhớ nghiêm trọng, nhiều vết sẹo xấu xí do những cơn co giật—”</w:t>
      </w:r>
    </w:p>
    <w:p>
      <w:pPr>
        <w:spacing w:after="80"/>
      </w:pPr>
      <w:r>
        <w:rPr>
          <w:b w:val="0"/>
          <w:i w:val="0"/>
        </w:rPr>
        <w:t>“Dừng lại ngay,” Harris nói. “Anh thấy em khá là duyên dáng. Và xét những gì em đã trải qua, em dễ trò chuyện đến lạ kỳ.”</w:t>
      </w:r>
    </w:p>
    <w:p>
      <w:pPr>
        <w:spacing w:after="80"/>
      </w:pPr>
      <w:r>
        <w:rPr>
          <w:b w:val="0"/>
          <w:i w:val="0"/>
        </w:rPr>
        <w:t>“Thật sao?” Cô đỏ mặt. “Vậy chắc là nhờ người đối diện.”</w:t>
      </w:r>
    </w:p>
    <w:p>
      <w:pPr>
        <w:spacing w:after="80"/>
      </w:pPr>
      <w:r>
        <w:rPr>
          <w:b w:val="0"/>
          <w:i w:val="0"/>
        </w:rPr>
        <w:t>Họ nói chuyện thêm một chút, và cuối cùng Sasha đồng ý gặp lại anh.</w:t>
      </w:r>
    </w:p>
    <w:p>
      <w:pPr>
        <w:spacing w:after="80"/>
      </w:pPr>
      <w:r>
        <w:rPr>
          <w:b w:val="0"/>
          <w:i w:val="0"/>
        </w:rPr>
        <w:t xml:space="preserve">Hai tuần sau, sau một bữa trưa, một bữa tối, và một buổi tối dạo bộ trong Vườn Wallenstein, Harris cảm thấy mình đã biết hết những gì có thể biết về Sasha Vesna. Cô là một người phụ nữ giản dị không có bạn bè, dành toàn bộ thời gian hoặc làm việc ở phòng thí nghiệm của Gessner hoặc ở nhà xem phim cũ cùng lũ mèo. </w:t>
      </w:r>
      <w:r>
        <w:rPr>
          <w:b w:val="0"/>
          <w:i/>
        </w:rPr>
        <w:t>Sasha là một người cô độc… và cô đơn.</w:t>
      </w:r>
    </w:p>
    <w:p>
      <w:pPr>
        <w:spacing w:after="80"/>
      </w:pPr>
      <w:r>
        <w:rPr>
          <w:b w:val="0"/>
          <w:i w:val="0"/>
        </w:rPr>
        <w:t xml:space="preserve">Đáng tiếc thay, Harris ngày càng thấy khó chịu về mối quan hệ đang sâu đậm dần của họ. </w:t>
      </w:r>
      <w:r>
        <w:rPr>
          <w:b w:val="0"/>
          <w:i/>
        </w:rPr>
        <w:t>Nếu cô ấy phát hiện ra lý do thật sự khiến mình gặp cô ấy, điều đó sẽ hủy hoại cô ấy.</w:t>
      </w:r>
      <w:r>
        <w:rPr>
          <w:b w:val="0"/>
          <w:i w:val="0"/>
        </w:rPr>
        <w:t xml:space="preserve"> Bị giày vò bởi mặc cảm tội lỗi, Harris tự trách mình vì đã đồng ý làm việc này. </w:t>
      </w:r>
      <w:r>
        <w:rPr>
          <w:b w:val="0"/>
          <w:i/>
        </w:rPr>
        <w:t>Đã đến lúc mình phải chấm dứt màn kịch này.</w:t>
      </w:r>
    </w:p>
    <w:p>
      <w:pPr>
        <w:spacing w:after="80"/>
      </w:pPr>
      <w:r>
        <w:rPr>
          <w:b w:val="0"/>
          <w:i w:val="0"/>
        </w:rPr>
        <w:t>Lấy hết can đảm, Harris bước lên cầu thang đá cẩm thạch đến văn phòng của đại sứ. Anh gõ cửa đang mở, và bà ra hiệu cho anh vào.</w:t>
      </w:r>
    </w:p>
    <w:p>
      <w:pPr>
        <w:spacing w:after="80"/>
      </w:pPr>
      <w:r>
        <w:rPr>
          <w:b w:val="0"/>
          <w:i w:val="0"/>
        </w:rPr>
        <w:t>Đại sứ Heide Nagel là một người tốt nghiệp Trường Luật Columbia, sáu mươi sáu tuổi. Là con của những người nhập cư Đức, bà đến Mỹ năm bốn tuổi và vươn lên đỉnh cao trong lĩnh vực của mình. Họ của bà, như từng được công khai nhắc đến, theo nghĩa đen có nghĩa là “những chiếc đinh”—như trong câu “cứng như đinh.”</w:t>
      </w:r>
    </w:p>
    <w:p>
      <w:pPr>
        <w:spacing w:after="80"/>
      </w:pPr>
      <w:r>
        <w:rPr>
          <w:b w:val="0"/>
          <w:i w:val="0"/>
        </w:rPr>
        <w:t>Với đôi mắt khó dò và phong thái ngoại giao lịch thiệp, bà thường ru ngủ đối thủ vào cảm giác an toàn giả tạo trước khi hạ gục họ. Ngay cả trang phục thường ngày của Nagel dường như cũng được tính toán để giảm bớt ảnh hưởng của bà—những bộ vest đen đơn giản, giày thoải mái, và kính đọc sách đeo dây chuyền trông hợp với một thủ thư hơn là một nhà ngoại giao. Bà để mái tóc đen với phần tóc mái bằng cắt thẳng tắp và trang điểm rất nhẹ.</w:t>
      </w:r>
    </w:p>
    <w:p>
      <w:pPr>
        <w:spacing w:after="80"/>
      </w:pPr>
      <w:r>
        <w:rPr>
          <w:b w:val="0"/>
          <w:i w:val="0"/>
        </w:rPr>
        <w:t>“Michael,” bà nói, gấp laptop lại. “Tôi có thể giúp gì cho cậu?”</w:t>
      </w:r>
    </w:p>
    <w:p>
      <w:pPr>
        <w:spacing w:after="80"/>
      </w:pPr>
      <w:r>
        <w:rPr>
          <w:b w:val="0"/>
          <w:i w:val="0"/>
        </w:rPr>
        <w:t>Harris bước vào và đứng trước bàn làm việc của bà. “Thưa bà, tôi e rằng tôi không còn thấy thoải mái với dự án ngoài danh nghĩa mà bà đã giao cho tôi.”</w:t>
      </w:r>
    </w:p>
    <w:p>
      <w:pPr>
        <w:spacing w:after="80"/>
      </w:pPr>
      <w:r>
        <w:rPr>
          <w:b w:val="0"/>
          <w:i w:val="0"/>
        </w:rPr>
        <w:t>“Ồ?” Nagel tháo kính và ra hiệu cho anh ngồi. “Có vấn đề gì vậy?”</w:t>
      </w:r>
    </w:p>
    <w:p>
      <w:pPr>
        <w:spacing w:after="80"/>
      </w:pPr>
      <w:r>
        <w:rPr>
          <w:b w:val="0"/>
          <w:i w:val="0"/>
        </w:rPr>
        <w:t>Harris hắng giọng rồi ngồi xuống. “Như tôi đã báo cáo, thưa bà, Sasha Vesna là một cô gái trẻ ngây thơ, từng bị đối xử tàn tệ khủng khiếp khi còn nhỏ và cô ấy chỉ đang cố gắng hết sức để sống một cuộc đời bình thường. Tôi không còn gì để tìm hiểu thêm nữa. Đến lúc này, tôi chỉ cảm thấy rằng tiếp tục lừa dối cô ấy thì, ừm… là sai trái về mặt đạo đức.” Anh đã không để mối quan hệ của họ trở nên quá thân mật về thể xác, nhưng Harris vẫn cảm nhận được trái tim Sasha đang mở lòng với mình.</w:t>
      </w:r>
    </w:p>
    <w:p>
      <w:pPr>
        <w:spacing w:after="80"/>
      </w:pPr>
      <w:r>
        <w:rPr>
          <w:b w:val="0"/>
          <w:i w:val="0"/>
        </w:rPr>
        <w:t xml:space="preserve">“Tôi hiểu rồi,” Nagel nói. “Có một thoáng tôi tưởng anh định nói </w:t>
      </w:r>
      <w:r>
        <w:rPr>
          <w:b w:val="0"/>
          <w:i/>
        </w:rPr>
        <w:t>nguy hiểm.</w:t>
      </w:r>
      <w:r>
        <w:rPr>
          <w:b w:val="0"/>
          <w:i w:val="0"/>
        </w:rPr>
        <w:t xml:space="preserve"> Tôi hy vọng anh biết rằng nếu nó nguy hiểm, tôi sẽ rút anh ra ngay lập tức.”</w:t>
      </w:r>
    </w:p>
    <w:p>
      <w:pPr>
        <w:spacing w:after="80"/>
      </w:pPr>
      <w:r>
        <w:rPr>
          <w:b w:val="0"/>
          <w:i w:val="0"/>
        </w:rPr>
        <w:t xml:space="preserve">Harris tin bà. Nagel điều hành đại sứ quán này bằng bàn tay sắt, nhưng bà cũng hết lòng quan tâm đến nhân viên của mình. “Không, thưa bà,” anh trấn an bà, “tôi không thấy có nguy hiểm gì. Vấn đề là Sasha </w:t>
      </w:r>
      <w:r>
        <w:rPr>
          <w:b w:val="0"/>
          <w:i/>
        </w:rPr>
        <w:t>đang</w:t>
      </w:r>
      <w:r>
        <w:rPr>
          <w:b w:val="0"/>
          <w:i w:val="0"/>
        </w:rPr>
        <w:t xml:space="preserve"> trở nên gắn bó. </w:t>
      </w:r>
      <w:r>
        <w:rPr>
          <w:b w:val="0"/>
          <w:i/>
        </w:rPr>
        <w:t>Về mặt đạo đức,</w:t>
      </w:r>
      <w:r>
        <w:rPr>
          <w:b w:val="0"/>
          <w:i w:val="0"/>
        </w:rPr>
        <w:t xml:space="preserve"> điều đó có cảm giác…”</w:t>
      </w:r>
    </w:p>
    <w:p>
      <w:pPr>
        <w:spacing w:after="80"/>
      </w:pPr>
      <w:r>
        <w:rPr>
          <w:b w:val="0"/>
          <w:i w:val="0"/>
        </w:rPr>
        <w:t xml:space="preserve">“Không trung thực ư?” Vị đại sứ trông gần như thích thú. “Tôi phải nói rằng, Michael, tôi thấy thật mỉa mai khi anh viện dẫn </w:t>
      </w:r>
      <w:r>
        <w:rPr>
          <w:b w:val="0"/>
          <w:i/>
        </w:rPr>
        <w:t>đạo đức</w:t>
      </w:r>
      <w:r>
        <w:rPr>
          <w:b w:val="0"/>
          <w:i w:val="0"/>
        </w:rPr>
        <w:t xml:space="preserve"> làm lý do để muốn ngừng gặp Sasha.”</w:t>
      </w:r>
    </w:p>
    <w:p>
      <w:pPr>
        <w:spacing w:after="80"/>
      </w:pPr>
      <w:r>
        <w:rPr>
          <w:b w:val="0"/>
          <w:i w:val="0"/>
        </w:rPr>
        <w:t>“Xin lỗi, bà nói gì ạ?”</w:t>
      </w:r>
    </w:p>
    <w:p>
      <w:pPr>
        <w:spacing w:after="80"/>
      </w:pPr>
      <w:r>
        <w:rPr>
          <w:b w:val="0"/>
          <w:i w:val="0"/>
        </w:rPr>
        <w:t>Vị đại sứ đứng dậy và bước đến quầy rượu nhỏ ở góc phòng làm việc. Không nói một lời, bà rót một cốc nước khoáng Vincentka rồi quay lại, đưa cho anh. Sau đó bà ngồi xuống sau bàn làm việc, ngước mắt nhìn anh.</w:t>
      </w:r>
    </w:p>
    <w:p>
      <w:pPr>
        <w:spacing w:after="80"/>
      </w:pPr>
      <w:r>
        <w:rPr>
          <w:b w:val="0"/>
          <w:i w:val="0"/>
        </w:rPr>
        <w:t xml:space="preserve">“Tôi nghi ngờ,” bà nói, “rằng lý do </w:t>
      </w:r>
      <w:r>
        <w:rPr>
          <w:b w:val="0"/>
          <w:i/>
        </w:rPr>
        <w:t>thật sự</w:t>
      </w:r>
      <w:r>
        <w:rPr>
          <w:b w:val="0"/>
          <w:i w:val="0"/>
        </w:rPr>
        <w:t xml:space="preserve"> khiến anh muốn ngừng gặp Sasha Vesna là vì anh sợ cô liên lạc viên PR của tôi, cô Daněk, sẽ bắt gặp anh đang dành thời gian với một người phụ nữ khác.”</w:t>
      </w:r>
    </w:p>
    <w:p>
      <w:pPr>
        <w:spacing w:after="80"/>
      </w:pPr>
      <w:r>
        <w:rPr>
          <w:b w:val="0"/>
          <w:i w:val="0"/>
        </w:rPr>
        <w:t xml:space="preserve">Harris cố giữ vẻ mặt lạnh như tiền, nhưng anh có thể cảm thấy mình đang sụp đổ. </w:t>
      </w:r>
      <w:r>
        <w:rPr>
          <w:b w:val="0"/>
          <w:i/>
        </w:rPr>
        <w:t>Vị đại sứ biết mình đang gặp Dana?!</w:t>
      </w:r>
      <w:r>
        <w:rPr>
          <w:b w:val="0"/>
          <w:i w:val="0"/>
        </w:rPr>
        <w:t xml:space="preserve"> Mọi vị thế đạo đức mà Harris hy vọng có được bỗng chốc tan biến.</w:t>
      </w:r>
    </w:p>
    <w:p>
      <w:pPr>
        <w:spacing w:after="80"/>
      </w:pPr>
      <w:r>
        <w:rPr>
          <w:b w:val="0"/>
          <w:i w:val="0"/>
        </w:rPr>
        <w:t xml:space="preserve">“Tôi hy vọng anh biết rằng,” Nagel nói, “đại sứ quán này có chính sách không khoan nhượng đối với các mối quan hệ giữa nhân viên với nhau.” Bà ngừng lại, như thể chợt nhớ ra. “Ồ, tất nhiên rồi, anh biết rõ chính sách này mà… Chính anh đã giúp </w:t>
      </w:r>
      <w:r>
        <w:rPr>
          <w:b w:val="0"/>
          <w:i/>
        </w:rPr>
        <w:t>soạn thảo</w:t>
      </w:r>
      <w:r>
        <w:rPr>
          <w:b w:val="0"/>
          <w:i w:val="0"/>
        </w:rPr>
        <w:t xml:space="preserve"> nó.”</w:t>
      </w:r>
    </w:p>
    <w:p>
      <w:pPr>
        <w:spacing w:after="80"/>
      </w:pPr>
      <w:r>
        <w:rPr>
          <w:b w:val="0"/>
          <w:i w:val="0"/>
        </w:rPr>
        <w:t>Chết tiệt.</w:t>
      </w:r>
    </w:p>
    <w:p>
      <w:pPr>
        <w:spacing w:after="80"/>
      </w:pPr>
      <w:r>
        <w:rPr>
          <w:b w:val="0"/>
          <w:i w:val="0"/>
        </w:rPr>
        <w:t>“Thư giãn đi,” Nagel bình thản nói, “tôi không định để anh bị sa thải. Tôi chỉ đơn thuần đang khai thác một điểm yếu để phục vụ đất nước tôi.”</w:t>
      </w:r>
    </w:p>
    <w:p>
      <w:pPr>
        <w:spacing w:after="80"/>
      </w:pPr>
      <w:r>
        <w:rPr>
          <w:b w:val="0"/>
          <w:i w:val="0"/>
        </w:rPr>
        <w:t>“Đó quả là một cách nói giảm nói tránh cho từ ‘ép buộc’,” anh gắng gượng nói.</w:t>
      </w:r>
    </w:p>
    <w:p>
      <w:pPr>
        <w:spacing w:after="80"/>
      </w:pPr>
      <w:r>
        <w:rPr>
          <w:b w:val="0"/>
          <w:i w:val="0"/>
        </w:rPr>
        <w:t>“Anh là luật sư mà, Michael, nên cứ coi đó như một cuộc đàm phán hiệu quả đi. Và tin tôi đi, tôi sẽ không gây áp lực kiểu này nếu cấp trên của tôi không gây áp lực tương tự lên tôi.”</w:t>
      </w:r>
    </w:p>
    <w:p>
      <w:pPr>
        <w:spacing w:after="80"/>
      </w:pPr>
      <w:r>
        <w:rPr>
          <w:b w:val="0"/>
          <w:i w:val="0"/>
        </w:rPr>
        <w:t>“Thưa bà, cho tôi thất lễ, nhưng tôi khó tin rằng tổng thống của chúng ta lại quan tâm đến một người Nga mắc chứng động kinh với hai con mèo tên Harry và Sally.”</w:t>
      </w:r>
    </w:p>
    <w:p>
      <w:pPr>
        <w:spacing w:after="80"/>
      </w:pPr>
      <w:r>
        <w:rPr>
          <w:b w:val="0"/>
          <w:i w:val="0"/>
        </w:rPr>
        <w:t>“Thứ nhất, Nhà Trắng không phải là thế lực quyền lực duy nhất mà tôi phải báo cáo. Thứ hai, cấp trên của tôi chưa nói rõ với tôi chính xác họ quan tâm điều gì ở Sasha Vesna, chỉ bảo rằng họ muốn được thông báo về những bí mật mà cô ấy đang kể cho những người cô ấy tin tưởng.”</w:t>
      </w:r>
    </w:p>
    <w:p>
      <w:pPr>
        <w:spacing w:after="80"/>
      </w:pPr>
      <w:r>
        <w:rPr>
          <w:b w:val="0"/>
          <w:i w:val="0"/>
        </w:rPr>
        <w:t>“Sasha không có bí mật gì cả!” Harris khăng khăng. “Cô ấy như một cuốn sách mở, và cô ấy chỉ thấy vui vì có người để trò chuyện.”</w:t>
      </w:r>
    </w:p>
    <w:p>
      <w:pPr>
        <w:spacing w:after="80"/>
      </w:pPr>
      <w:r>
        <w:rPr>
          <w:b w:val="0"/>
          <w:i w:val="0"/>
        </w:rPr>
        <w:t xml:space="preserve">“Chính xác. Và </w:t>
      </w:r>
      <w:r>
        <w:rPr>
          <w:b w:val="0"/>
          <w:i/>
        </w:rPr>
        <w:t>em</w:t>
      </w:r>
      <w:r>
        <w:rPr>
          <w:b w:val="0"/>
          <w:i w:val="0"/>
        </w:rPr>
        <w:t xml:space="preserve"> giờ đã tạo được chỗ đứng của mình ở vị trí đó, điều này rất có giá trị. Em cần tiếp tục để cô ta nói chuyện. Trong lúc đó, tôi sẽ bỏ qua chuyện của em với Dana, và tôi sẽ bảo cấp trên trả cho em gấp đôi những gì họ đang trả cho em cho dự án đặc biệt này.”</w:t>
      </w:r>
    </w:p>
    <w:p>
      <w:pPr>
        <w:spacing w:after="80"/>
      </w:pPr>
      <w:r>
        <w:rPr>
          <w:b w:val="0"/>
          <w:i w:val="0"/>
        </w:rPr>
        <w:t xml:space="preserve">Harris sững sờ. Khoản thù lao tài chính bổ sung của anh vốn đã cực kỳ hào phóng. </w:t>
      </w:r>
      <w:r>
        <w:rPr>
          <w:b w:val="0"/>
          <w:i/>
        </w:rPr>
        <w:t>Ai lại háo hức theo dõi Sasha Vesna đến vậy? Và tại sao?</w:t>
      </w:r>
    </w:p>
    <w:p>
      <w:pPr>
        <w:spacing w:after="80"/>
      </w:pPr>
      <w:r>
        <w:rPr>
          <w:b w:val="0"/>
          <w:i w:val="0"/>
        </w:rPr>
        <w:t xml:space="preserve">“Và Michael này,” cô nói, “nếu dự án này có lúc nào khiến anh cảm thấy </w:t>
      </w:r>
      <w:r>
        <w:rPr>
          <w:b w:val="0"/>
          <w:i/>
        </w:rPr>
        <w:t>dù chỉ hơi hơi</w:t>
      </w:r>
      <w:r>
        <w:rPr>
          <w:b w:val="0"/>
          <w:i w:val="0"/>
        </w:rPr>
        <w:t xml:space="preserve"> nguy hiểm thôi, anh nói với tôi, và tôi sẽ rút phích cắm.” Cô nhìn thẳng vào mắt anh. “Thỏa thuận chứ?”</w:t>
      </w:r>
    </w:p>
    <w:p>
      <w:pPr>
        <w:spacing w:after="80"/>
      </w:pPr>
      <w:r>
        <w:rPr>
          <w:b w:val="0"/>
          <w:i w:val="0"/>
        </w:rPr>
        <w:t xml:space="preserve">Harris nhìn xuống bàn tay đang chìa ra của cô, sững sờ vì cô đã đạt được thế chiếu tướng một cách dễ dàng đến thế. Bất chấp những e ngại trong lòng, anh nghi ngờ rằng nếu chính anh không làm việc này, ai đó </w:t>
      </w:r>
      <w:r>
        <w:rPr>
          <w:b w:val="0"/>
          <w:i/>
        </w:rPr>
        <w:t>khác</w:t>
      </w:r>
      <w:r>
        <w:rPr>
          <w:b w:val="0"/>
          <w:i w:val="0"/>
        </w:rPr>
        <w:t xml:space="preserve"> có thể sẽ dùng những biện pháp quyết liệt hơn. </w:t>
      </w:r>
      <w:r>
        <w:rPr>
          <w:b w:val="0"/>
          <w:i/>
        </w:rPr>
        <w:t>Sasha không đáng phải chịu điều đó.</w:t>
      </w:r>
      <w:r>
        <w:rPr>
          <w:b w:val="0"/>
          <w:i w:val="0"/>
        </w:rPr>
        <w:t xml:space="preserve"> Anh bắt tay vị đại sứ.</w:t>
      </w:r>
    </w:p>
    <w:p>
      <w:pPr>
        <w:spacing w:after="80"/>
      </w:pPr>
      <w:r>
        <w:rPr>
          <w:b w:val="0"/>
          <w:i w:val="0"/>
        </w:rPr>
        <w:t>Trong những tuần sau đó, mối quan hệ của Harris với Sasha tự nhiên tiến triển thành một mối tình lãng mạn thể xác đầy ngượng ngùng. May mắn thay, Sasha cực kỳ thiếu kinh nghiệm, và Harris khăng khăng rằng họ phải tiến triển chậm đến khó tin. Cho đến nay, điều thân mật nhất họ từng chia sẻ là nằm trong vòng tay nhau trên giường cô, phần lớn vẫn mặc quần áo, xem những bộ phim hài lãng mạn cổ điển của Mỹ cho đến khi cả hai ngủ thiếp đi.</w:t>
      </w:r>
    </w:p>
    <w:p>
      <w:pPr>
        <w:spacing w:after="80"/>
      </w:pPr>
      <w:r>
        <w:rPr>
          <w:b w:val="0"/>
          <w:i w:val="0"/>
        </w:rPr>
        <w:t>Giờ đây, khi Harris phóng xe về phía bắc để gặp Sasha và Langdon, anh ngẫm lại mọi điều mình đã học được từ vị đại sứ vào sáng nay. Quy mô của chiến dịch đang diễn ra ở Prague vượt xa trí tưởng tượng điên rồ nhất của anh. Dù không biết chi tiết cụ thể, Harris biết mình đang lún quá sâu, vượt xa tầm kiểm soát.</w:t>
      </w:r>
    </w:p>
    <w:p>
      <w:pPr>
        <w:spacing w:after="80"/>
      </w:pPr>
      <w:r>
        <w:rPr>
          <w:b w:val="0"/>
          <w:i w:val="0"/>
        </w:rPr>
        <w:t>Đã đến lúc phải rút ra.</w:t>
      </w:r>
    </w:p>
    <w:p>
      <w:pPr>
        <w:spacing w:after="80"/>
      </w:pPr>
      <w:r>
        <w:rPr>
          <w:b w:val="0"/>
          <w:i w:val="0"/>
        </w:rPr>
        <w:t>Khi đến gần Old Town, Harris tự thề với lòng mình một lời long trọng.</w:t>
      </w:r>
    </w:p>
    <w:p>
      <w:pPr>
        <w:spacing w:after="80"/>
      </w:pPr>
      <w:r>
        <w:rPr>
          <w:b w:val="0"/>
          <w:i w:val="0"/>
        </w:rPr>
        <w:t>Dù hậu quả có ra sao, đây sẽ là lần gặp cuối cùng của tôi với Sasha Vesna…mãi mãi.</w:t>
      </w:r>
    </w:p>
    <w:p>
      <w:pPr>
        <w:pStyle w:val="Heading1"/>
      </w:pPr>
      <w:r>
        <w:rPr>
          <w:rFonts w:ascii="Calibri" w:hAnsi="Calibri"/>
          <w:b/>
          <w:i w:val="0"/>
          <w:sz w:val="40"/>
        </w:rPr>
        <w:t>Chương 43</w:t>
      </w:r>
    </w:p>
    <w:p>
      <w:pPr>
        <w:spacing w:after="80"/>
      </w:pPr>
      <w:r>
        <w:rPr>
          <w:b w:val="0"/>
          <w:i w:val="0"/>
        </w:rPr>
        <w:t>Robert Langdon đi đi lại lại đầy lo lắng quanh căn bếp nhỏ của Sasha Vesna, đôi tất ướt sũng của anh để lại những dấu chân trên sàn gạch của cô.</w:t>
      </w:r>
    </w:p>
    <w:p>
      <w:pPr>
        <w:spacing w:after="80"/>
      </w:pPr>
      <w:r>
        <w:rPr>
          <w:b w:val="0"/>
          <w:i w:val="0"/>
        </w:rPr>
        <w:t>Chuyện này không thể xảy ra được.</w:t>
      </w:r>
    </w:p>
    <w:p>
      <w:pPr>
        <w:spacing w:after="80"/>
      </w:pPr>
      <w:r>
        <w:rPr>
          <w:b w:val="0"/>
          <w:i w:val="0"/>
        </w:rPr>
        <w:t>Anh lại nhìn chằm chằm vào mẩu giấy đã xuất hiện vài phút trước dưới cửa nhà Sasha.</w:t>
      </w:r>
    </w:p>
    <w:p>
      <w:pPr>
        <w:spacing w:after="80"/>
      </w:pPr>
      <w:r>
        <w:rPr>
          <w:b w:val="0"/>
          <w:i w:val="0"/>
        </w:rPr>
        <w:t>Mẩu giấy viết tay ấy đã làm thế giới của anh chệch khỏi quỹ đạo.</w:t>
      </w:r>
    </w:p>
    <w:p>
      <w:pPr>
        <w:spacing w:after="80"/>
      </w:pPr>
      <w:r>
        <w:rPr>
          <w:b w:val="0"/>
          <w:i w:val="0"/>
        </w:rPr>
        <w:t>Tôi đang giữ Katherine.</w:t>
      </w:r>
    </w:p>
    <w:p>
      <w:pPr>
        <w:spacing w:after="80"/>
      </w:pPr>
      <w:r>
        <w:rPr>
          <w:b w:val="0"/>
          <w:i w:val="0"/>
        </w:rPr>
        <w:t>Hãy đến tháp Petřín.</w:t>
      </w:r>
    </w:p>
    <w:p>
      <w:pPr>
        <w:spacing w:after="80"/>
      </w:pPr>
      <w:r>
        <w:rPr>
          <w:b w:val="0"/>
          <w:i w:val="0"/>
        </w:rPr>
        <w:t>Đầu óc anh quay cuồng với những câu hỏi đau đớn.</w:t>
      </w:r>
    </w:p>
    <w:p>
      <w:pPr>
        <w:spacing w:after="80"/>
      </w:pPr>
      <w:r>
        <w:rPr>
          <w:b w:val="0"/>
          <w:i w:val="0"/>
        </w:rPr>
        <w:t>Anh là ai? Anh đã làm gì cô ấy? Tại sao lại là Tháp Petřín?</w:t>
      </w:r>
    </w:p>
    <w:p>
      <w:pPr>
        <w:spacing w:after="80"/>
      </w:pPr>
      <w:r>
        <w:rPr>
          <w:b w:val="0"/>
          <w:i w:val="0"/>
        </w:rPr>
        <w:t>Tháp Petřín cao hai trăm feet của Prague không xa trung tâm thành phố, nằm trên đỉnh một ngọn đồi rậm rạp cây cối. Lịch sử đầy truyền thuyết về những lễ hiến tế trinh nữ của khu rừng này chẳng giúp anh bớt căng thẳng chút nào.</w:t>
      </w:r>
    </w:p>
    <w:p>
      <w:pPr>
        <w:spacing w:after="80"/>
      </w:pPr>
      <w:r>
        <w:rPr>
          <w:b w:val="0"/>
          <w:i w:val="0"/>
        </w:rPr>
        <w:t xml:space="preserve">Langdon không thể tưởng tượng nổi động cơ nào khiến ai đó bắt cóc Katherine Solomon. </w:t>
      </w:r>
      <w:r>
        <w:rPr>
          <w:b w:val="0"/>
          <w:i/>
        </w:rPr>
        <w:t>Đến Tháp Petřín…để làm gì?</w:t>
      </w:r>
    </w:p>
    <w:p>
      <w:pPr>
        <w:spacing w:after="80"/>
      </w:pPr>
      <w:r>
        <w:rPr>
          <w:b w:val="0"/>
          <w:i w:val="0"/>
        </w:rPr>
        <w:t>“Chắc hẳn chúng ta đã bị theo dõi đến đây,” Sasha nói, giọng đầy sợ hãi. “Có thể từ bến taxi? Có thể đây là ÚZSI, nhưng—”</w:t>
      </w:r>
    </w:p>
    <w:p>
      <w:pPr>
        <w:spacing w:after="80"/>
      </w:pPr>
      <w:r>
        <w:rPr>
          <w:b w:val="0"/>
          <w:i w:val="0"/>
        </w:rPr>
        <w:t xml:space="preserve">“Sao quái nào ÚZSI lại </w:t>
      </w:r>
      <w:r>
        <w:rPr>
          <w:b w:val="0"/>
          <w:i/>
        </w:rPr>
        <w:t>bắt cóc</w:t>
      </w:r>
      <w:r>
        <w:rPr>
          <w:b w:val="0"/>
          <w:i w:val="0"/>
        </w:rPr>
        <w:t xml:space="preserve"> Katherine chứ?!”</w:t>
      </w:r>
    </w:p>
    <w:p>
      <w:pPr>
        <w:spacing w:after="80"/>
      </w:pPr>
      <w:r>
        <w:rPr>
          <w:b w:val="0"/>
          <w:i w:val="0"/>
        </w:rPr>
        <w:t>“Tôi không biết.” Sasha trông vô cùng hoảng loạn. “Michael sẽ biết phải làm gì để—”</w:t>
      </w:r>
    </w:p>
    <w:p>
      <w:pPr>
        <w:spacing w:after="80"/>
      </w:pPr>
      <w:r>
        <w:rPr>
          <w:b w:val="0"/>
          <w:i w:val="0"/>
        </w:rPr>
        <w:t xml:space="preserve">“Tôi không thể chờ Michael được,” Langdon ngắt lời, vội vã đi dọc hành lang để tìm đôi giày. “Tôi phải đi ngay </w:t>
      </w:r>
      <w:r>
        <w:rPr>
          <w:b w:val="0"/>
          <w:i/>
        </w:rPr>
        <w:t>bây giờ.</w:t>
      </w:r>
      <w:r>
        <w:rPr>
          <w:b w:val="0"/>
          <w:i w:val="0"/>
        </w:rPr>
        <w:t xml:space="preserve">” </w:t>
      </w:r>
      <w:r>
        <w:rPr>
          <w:b w:val="0"/>
          <w:i/>
        </w:rPr>
        <w:t>Katherine đang gặp nguy hiểm. Mình cần đến đó càng sớm càng tốt.</w:t>
      </w:r>
      <w:r>
        <w:rPr>
          <w:b w:val="0"/>
          <w:i w:val="0"/>
        </w:rPr>
        <w:t xml:space="preserve"> Khi anh xỏ đôi tất ướt vào đôi giày lười, Sasha mở tủ áo trong hành lang và với lấy chiếc áo khoác.</w:t>
      </w:r>
    </w:p>
    <w:p>
      <w:pPr>
        <w:spacing w:after="80"/>
      </w:pPr>
      <w:r>
        <w:rPr>
          <w:b w:val="0"/>
          <w:i w:val="0"/>
        </w:rPr>
        <w:t xml:space="preserve">“Không, Sasha,” anh chen vào, “điều tốt nhất cô có thể làm là ở lại đây, gặp Michael, để anh ấy đưa cô đến đại sứ quán Mỹ, và kể cho họ mọi thứ cô biết. </w:t>
      </w:r>
      <w:r>
        <w:rPr>
          <w:b w:val="0"/>
          <w:i/>
        </w:rPr>
        <w:t>Mọi thứ.</w:t>
      </w:r>
      <w:r>
        <w:rPr>
          <w:b w:val="0"/>
          <w:i w:val="0"/>
        </w:rPr>
        <w:t xml:space="preserve"> Kể cả chuyện đã xảy ra với Brigita, nhân viên ÚZSI, mẩu giấy này, việc tôi đến Tháp Petřín, tất cả.”</w:t>
      </w:r>
    </w:p>
    <w:p>
      <w:pPr>
        <w:spacing w:after="80"/>
      </w:pPr>
      <w:r>
        <w:rPr>
          <w:b w:val="0"/>
          <w:i w:val="0"/>
        </w:rPr>
        <w:t>Langdon đã từng chứng kiến khả năng bộc phát bạo lực đột ngột của Sasha, và anh không thể mạo hiểm xuất hiện ở Tháp Petřín cùng với một ẩn số nguy hiểm.</w:t>
      </w:r>
    </w:p>
    <w:p>
      <w:pPr>
        <w:spacing w:after="80"/>
      </w:pPr>
      <w:r>
        <w:rPr>
          <w:b w:val="0"/>
          <w:i w:val="0"/>
        </w:rPr>
        <w:t xml:space="preserve">“Được rồi,” cô nói, thò tay vào túi xách, “nhưng nếu anh đi một mình, ít nhất hãy mang </w:t>
      </w:r>
      <w:r>
        <w:rPr>
          <w:b w:val="0"/>
          <w:i/>
        </w:rPr>
        <w:t>cái này.</w:t>
      </w:r>
      <w:r>
        <w:rPr>
          <w:b w:val="0"/>
          <w:i w:val="0"/>
        </w:rPr>
        <w:t>” Cô rút ra khẩu vũ khí của Pavel.</w:t>
      </w:r>
    </w:p>
    <w:p>
      <w:pPr>
        <w:spacing w:after="80"/>
      </w:pPr>
      <w:r>
        <w:rPr>
          <w:b w:val="0"/>
          <w:i w:val="0"/>
        </w:rPr>
        <w:t>Langdon theo phản xạ lùi lại. Anh luôn thấy bất an với vũ khí và biết đủ về đối đầu để hiểu rằng không nên thêm một khẩu súng vào tình huống nếu không cần thiết. Anh không hề muốn mang một khẩu vũ khí ăn cắp của ÚZSI đi khắp các con phố Prague, nhất là khi anh không có cách nào cất giấu nó ngoài việc nhét vào cạp quần, một chiêu mà mỗi lần thấy trên phim, anh đều thấy đó là một rủi ro điên rồ.</w:t>
      </w:r>
    </w:p>
    <w:p>
      <w:pPr>
        <w:spacing w:after="80"/>
      </w:pPr>
      <w:r>
        <w:rPr>
          <w:b w:val="0"/>
          <w:i w:val="0"/>
        </w:rPr>
        <w:t xml:space="preserve">“Tôi sẽ thấy an tâm hơn nếu </w:t>
      </w:r>
      <w:r>
        <w:rPr>
          <w:b w:val="0"/>
          <w:i/>
        </w:rPr>
        <w:t>cô</w:t>
      </w:r>
      <w:r>
        <w:rPr>
          <w:b w:val="0"/>
          <w:i w:val="0"/>
        </w:rPr>
        <w:t xml:space="preserve"> giữ nó,” anh nói. “Rõ ràng, kẻ để lại mẩu giấy đó biết cô sống ở đâu. Hãy giấu nó trong một cái tủ bếp…và nếu cô thực sự cần gấp, cô sẽ biết nó ở đâu.”</w:t>
      </w:r>
    </w:p>
    <w:p>
      <w:pPr>
        <w:spacing w:after="80"/>
      </w:pPr>
      <w:r>
        <w:rPr>
          <w:b w:val="0"/>
          <w:i w:val="0"/>
        </w:rPr>
        <w:t xml:space="preserve">Sasha suy nghĩ một lát rồi gật đầu. “Được, nhưng </w:t>
      </w:r>
      <w:r>
        <w:rPr>
          <w:b w:val="0"/>
          <w:i/>
        </w:rPr>
        <w:t>cái này</w:t>
      </w:r>
      <w:r>
        <w:rPr>
          <w:b w:val="0"/>
          <w:i w:val="0"/>
        </w:rPr>
        <w:t xml:space="preserve"> thì anh nên mang theo.” Cô bước đến một cái móc trên tường và gỡ xuống một chùm chìa khóa nhựa với một chiếc chìa duy nhất. “Chìa khóa dự phòng của tôi. Nếu anh và Katherine cần một nơi an toàn để đến hoặc trốn, hãy đến </w:t>
      </w:r>
      <w:r>
        <w:rPr>
          <w:b w:val="0"/>
          <w:i/>
        </w:rPr>
        <w:t>đây.</w:t>
      </w:r>
      <w:r>
        <w:rPr>
          <w:b w:val="0"/>
          <w:i w:val="0"/>
        </w:rPr>
        <w:t xml:space="preserve"> Tôi không biết Michael sẽ đề nghị chúng ta làm gì, nên có thể chúng tôi sẽ không có ở đây khi anh đến, nhưng ít nhất anh sẽ có cách vào.”</w:t>
      </w:r>
    </w:p>
    <w:p>
      <w:pPr>
        <w:spacing w:after="80"/>
      </w:pPr>
      <w:r>
        <w:rPr>
          <w:b w:val="0"/>
          <w:i w:val="0"/>
        </w:rPr>
        <w:t>“Cảm ơn cô,” Langdon nói, trong lòng nghi ngờ rằng mình sẽ không quay lại. Tuy vậy, anh vẫn nhận lấy tấm lòng hào phóng của cô, để ý rằng chùm chìa khóa của cô là một miếng nhựa cắt hình một con mèo con đang dang rộng chân, với dòng chữ “Krazy Kitten.” Anh nhét nó vào túi. “Tôi sẽ tìm một cái điện thoại và gọi cho cô ngay khi tôi biết chuyện gì đang xảy ra.”</w:t>
      </w:r>
    </w:p>
    <w:p>
      <w:pPr>
        <w:spacing w:after="80"/>
      </w:pPr>
      <w:r>
        <w:rPr>
          <w:b w:val="0"/>
          <w:i w:val="0"/>
        </w:rPr>
        <w:t>“Anh sẽ cần số của tôi.”</w:t>
      </w:r>
    </w:p>
    <w:p>
      <w:pPr>
        <w:spacing w:after="80"/>
      </w:pPr>
      <w:r>
        <w:rPr>
          <w:b w:val="0"/>
          <w:i w:val="0"/>
        </w:rPr>
        <w:t>“Tôi có số di động của Michael.”</w:t>
      </w:r>
    </w:p>
    <w:p>
      <w:pPr>
        <w:spacing w:after="80"/>
      </w:pPr>
      <w:r>
        <w:rPr>
          <w:b w:val="0"/>
          <w:i w:val="0"/>
        </w:rPr>
        <w:t>Cô tỏ vẻ ngạc nhiên. “Ông ấy cho anh số riêng của ông ấy à?”</w:t>
      </w:r>
    </w:p>
    <w:p>
      <w:pPr>
        <w:spacing w:after="80"/>
      </w:pPr>
      <w:r>
        <w:rPr>
          <w:b w:val="0"/>
          <w:i w:val="0"/>
        </w:rPr>
        <w:t>“Tôi thấy cô bấm số đó trong xe,” Langdon nói.</w:t>
      </w:r>
    </w:p>
    <w:p>
      <w:pPr>
        <w:spacing w:after="80"/>
      </w:pPr>
      <w:r>
        <w:rPr>
          <w:b w:val="0"/>
          <w:i w:val="0"/>
        </w:rPr>
        <w:t>“Và anh nhớ được nó?”</w:t>
      </w:r>
    </w:p>
    <w:p>
      <w:pPr>
        <w:spacing w:after="80"/>
      </w:pPr>
      <w:r>
        <w:rPr>
          <w:b w:val="0"/>
          <w:i w:val="0"/>
        </w:rPr>
        <w:t>“Bộ não kỳ quặc mà,” Langdon nói. “Tôi không quên thứ gì đâu.”</w:t>
      </w:r>
    </w:p>
    <w:p>
      <w:pPr>
        <w:spacing w:after="80"/>
      </w:pPr>
      <w:r>
        <w:rPr>
          <w:b w:val="0"/>
          <w:i w:val="0"/>
        </w:rPr>
        <w:t>“Thật tuyệt,” cô nói. “Tôi thì ngược lại. Tôi không nhớ được mọi thứ. Ký ức cứ lộn xộn…nhiều khoảng trống lắm.”</w:t>
      </w:r>
    </w:p>
    <w:p>
      <w:pPr>
        <w:spacing w:after="80"/>
      </w:pPr>
      <w:r>
        <w:rPr>
          <w:b w:val="0"/>
          <w:i w:val="0"/>
        </w:rPr>
        <w:t>“Do chứng động kinh à?”</w:t>
      </w:r>
    </w:p>
    <w:p>
      <w:pPr>
        <w:spacing w:after="80"/>
      </w:pPr>
      <w:r>
        <w:rPr>
          <w:b w:val="0"/>
          <w:i w:val="0"/>
        </w:rPr>
        <w:t>“Đúng vậy, nhưng Brigita đang cùng tôi luyện tập về chuyện đó…”</w:t>
      </w:r>
    </w:p>
    <w:p>
      <w:pPr>
        <w:spacing w:after="80"/>
      </w:pPr>
      <w:r>
        <w:rPr>
          <w:b w:val="0"/>
          <w:i w:val="0"/>
        </w:rPr>
        <w:t>Langdon mỉm cười an ủi. “Có vẻ bác sĩ Gessner đã rất tốt với cô.”</w:t>
      </w:r>
    </w:p>
    <w:p>
      <w:pPr>
        <w:spacing w:after="80"/>
      </w:pPr>
      <w:r>
        <w:rPr>
          <w:b w:val="0"/>
          <w:i w:val="0"/>
        </w:rPr>
        <w:t xml:space="preserve">“Cô ấy đã cứu mạng tôi.” Sasha trông u buồn. “Tôi hy vọng mình cũng không quên </w:t>
      </w:r>
      <w:r>
        <w:rPr>
          <w:b w:val="0"/>
          <w:i/>
        </w:rPr>
        <w:t>cô ấy</w:t>
      </w:r>
      <w:r>
        <w:rPr>
          <w:b w:val="0"/>
          <w:i w:val="0"/>
        </w:rPr>
        <w:t>.”</w:t>
      </w:r>
    </w:p>
    <w:p>
      <w:pPr>
        <w:spacing w:after="80"/>
      </w:pPr>
      <w:r>
        <w:rPr>
          <w:b w:val="0"/>
          <w:i w:val="0"/>
        </w:rPr>
        <w:t xml:space="preserve">“Cô sẽ không quên đâu,” Langdon trấn an, với tay mở cửa. “Và tin tôi đi, nhớ </w:t>
      </w:r>
      <w:r>
        <w:rPr>
          <w:b w:val="0"/>
          <w:i/>
        </w:rPr>
        <w:t>mọi thứ</w:t>
      </w:r>
      <w:r>
        <w:rPr>
          <w:b w:val="0"/>
          <w:i w:val="0"/>
        </w:rPr>
        <w:t xml:space="preserve"> không phải lúc nào cũng là điều may mắn.”</w:t>
      </w:r>
    </w:p>
    <w:p>
      <w:pPr>
        <w:pStyle w:val="Heading1"/>
      </w:pPr>
      <w:r>
        <w:rPr>
          <w:rFonts w:ascii="Calibri" w:hAnsi="Calibri"/>
          <w:b/>
          <w:i w:val="0"/>
          <w:sz w:val="40"/>
        </w:rPr>
        <w:t>Chương 44</w:t>
      </w:r>
    </w:p>
    <w:p>
      <w:pPr>
        <w:spacing w:after="80"/>
      </w:pPr>
      <w:r>
        <w:rPr>
          <w:b w:val="0"/>
          <w:i w:val="0"/>
        </w:rPr>
        <w:t>Từ khoảnh khắc Jonas Faukman bị ném vào chiếc xe tải này, ông đã cố gắng kiểm soát nỗi sợ của mình bằng vẻ bông đùa giả tạo, nhưng càng lúc càng khó duy trì khi đối mặt với cảm giác chẳng lành rằng mình sắp bị bắt cóc đến Prague. Tiếng động cơ phản lực gầm rú gần đó, cộng với việc đôi tay đã hoàn toàn mất cảm giác, khiến ông đứng bên bờ vực của sự hoảng loạn.</w:t>
      </w:r>
    </w:p>
    <w:p>
      <w:pPr>
        <w:spacing w:after="80"/>
      </w:pPr>
      <w:r>
        <w:rPr>
          <w:b w:val="0"/>
          <w:i w:val="0"/>
        </w:rPr>
        <w:t>“Tôi sẽ báo với các phi công là chúng ta sẵn sàng,” Đầu Cua nói với đồng bọn. “Rồi chúng ta sẽ đưa ông ta lên.” Hắn mở cửa trượt và bước ra, để cửa mở toang khi rời đi, rõ ràng là để trừng phạt Faukman vì sự hỗn láo của ông.</w:t>
      </w:r>
    </w:p>
    <w:p>
      <w:pPr>
        <w:spacing w:after="80"/>
      </w:pPr>
      <w:r>
        <w:rPr>
          <w:b w:val="0"/>
          <w:i w:val="0"/>
        </w:rPr>
        <w:t>“Lạnh cóng cả người…” Faukman nói với người đàn ông còn lại.</w:t>
      </w:r>
    </w:p>
    <w:p>
      <w:pPr>
        <w:spacing w:after="80"/>
      </w:pPr>
      <w:r>
        <w:rPr>
          <w:b w:val="0"/>
          <w:i w:val="0"/>
        </w:rPr>
        <w:t>Không có hồi âm.</w:t>
      </w:r>
    </w:p>
    <w:p>
      <w:pPr>
        <w:spacing w:after="80"/>
      </w:pPr>
      <w:r>
        <w:rPr>
          <w:b w:val="0"/>
          <w:i w:val="0"/>
        </w:rPr>
        <w:t>Tiếng rít của động cơ phản lực giờ đã to hơn nhiều, và Faukman cuối cùng cũng nhìn được khung cảnh xung quanh. Chiếc xe van đỗ trên một con đường mòn rợp cây cối nào đó, phía sau một tòa nhà màu trắng chỉ cách chừng vài trăm thước. Faukman từng tưởng tượng mình đang ở một căn cứ không quân bí mật, sắp sửa lên một chuyến vận tải quân sự, nhưng tấm biển hiệu sáng đèn trên tòa nhà lại kể một câu chuyện hoàn toàn khác.</w:t>
      </w:r>
    </w:p>
    <w:p>
      <w:pPr>
        <w:spacing w:after="80"/>
      </w:pPr>
      <w:r>
        <w:rPr>
          <w:b w:val="0"/>
          <w:i w:val="0"/>
        </w:rPr>
        <w:t>Signature Aviation / Teterboro</w:t>
      </w:r>
    </w:p>
    <w:p>
      <w:pPr>
        <w:spacing w:after="80"/>
      </w:pPr>
      <w:r>
        <w:rPr>
          <w:b w:val="0"/>
          <w:i w:val="0"/>
        </w:rPr>
        <w:t>Trời đất ơi. Mình đang ở Jersey à?!</w:t>
      </w:r>
    </w:p>
    <w:p>
      <w:pPr>
        <w:spacing w:after="80"/>
      </w:pPr>
      <w:r>
        <w:rPr>
          <w:b w:val="0"/>
          <w:i w:val="0"/>
        </w:rPr>
        <w:t>Signature là một nhà ga máy bay phản lực tư nhân nổi tiếng ở sân bay Teterboro của bang New Jersey. Chỉ cách Manhattan hai mươi phút, cơ sở FBO (cơ sở điều hành cố định) xa hoa này là điểm trung chuyển cho những người giàu ở Manhattan nhảy lên máy bay riêng của họ để đi công tác hoặc đến những ngôi nhà nghỉ hẻo lánh trên các sườn dốc Aspen hay những bãi biển ở West Palm.</w:t>
      </w:r>
    </w:p>
    <w:p>
      <w:pPr>
        <w:spacing w:after="80"/>
      </w:pPr>
      <w:r>
        <w:rPr>
          <w:b w:val="0"/>
          <w:i w:val="0"/>
        </w:rPr>
        <w:t>Trong một khoảnh khắc, Faukman thấy nhẹ nhõm vì mình không ở trên một căn cứ quân sự, nhưng rồi, khi sự thật bắt đầu đọng lại, ông tự hỏi liệu điều này có khi còn tệ hơn. Ít ra quân đội cũng có những quy tắc nhất định, và Faukman là một thường dân Mỹ. Nếu bọn côn đồ này thực sự là lính đánh thuê làm việc cho một kẻ giàu có, quốc tế, ai-mà-biết-là-ai đó, thì chẳng có quy tắc giao chiến nào cả.</w:t>
      </w:r>
    </w:p>
    <w:p>
      <w:pPr>
        <w:spacing w:after="80"/>
      </w:pPr>
      <w:r>
        <w:rPr>
          <w:b w:val="0"/>
          <w:i w:val="0"/>
        </w:rPr>
        <w:t>Chúng có thể đưa mình ra khỏi đất nước…và chẳng ai thậm chí biết là mình đã biến mất!</w:t>
      </w:r>
    </w:p>
    <w:p>
      <w:pPr>
        <w:spacing w:after="80"/>
      </w:pPr>
      <w:r>
        <w:rPr>
          <w:b w:val="0"/>
          <w:i w:val="0"/>
        </w:rPr>
        <w:t>Khi một luồng gió mùa đông mới ùa qua chiếc xe van, gã đàn ông ngồi phía trước đặt chiếc laptop xuống, leo trở lại giữa các ghế, rồi kéo cửa trượt đóng lại. "Cậu nói đúng đấy, anh bạn, lạnh thật."</w:t>
      </w:r>
    </w:p>
    <w:p>
      <w:pPr>
        <w:spacing w:after="80"/>
      </w:pPr>
      <w:r>
        <w:rPr>
          <w:b w:val="0"/>
          <w:i w:val="0"/>
        </w:rPr>
        <w:t>Người đàn ông này có nét mặt mềm mỏng hơn Buzzcut, mang dòng máu châu Á pha trộn, và giống như đồng bọn, anh ta toát lên vẻ quân nhân gọn gàng, chỉn chu. "Đôi tay thế nào rồi?" anh ta hỏi.</w:t>
      </w:r>
    </w:p>
    <w:p>
      <w:pPr>
        <w:spacing w:after="80"/>
      </w:pPr>
      <w:r>
        <w:rPr>
          <w:b w:val="0"/>
          <w:i w:val="0"/>
        </w:rPr>
        <w:t>"Thành thật mà nói, nếu cứ thế này lâu hơn nữa, tôi nghĩ mình có thể sẽ mất chúng."</w:t>
      </w:r>
    </w:p>
    <w:p>
      <w:pPr>
        <w:spacing w:after="80"/>
      </w:pPr>
      <w:r>
        <w:rPr>
          <w:b w:val="0"/>
          <w:i w:val="0"/>
        </w:rPr>
        <w:t>"Để tôi xem nào." Người đàn ông luồn ra phía sau Faukman và kiểm tra đôi tay ông. "Ừ. Không ổn chút nào." Anh ta rút ra một con dao quân dụng. "Cứ đứng yên. Tôi sẽ cắt trói cho anh và buộc lại một sợi dây lỏng hơn một chút, được chứ?"</w:t>
      </w:r>
    </w:p>
    <w:p>
      <w:pPr>
        <w:spacing w:after="80"/>
      </w:pPr>
      <w:r>
        <w:rPr>
          <w:b w:val="0"/>
          <w:i w:val="0"/>
        </w:rPr>
        <w:t>Faukman gật đầu, đầu óc vẫn quay cuồng với những gì ông vừa nhìn thấy bên ngoài.</w:t>
      </w:r>
    </w:p>
    <w:p>
      <w:pPr>
        <w:spacing w:after="80"/>
      </w:pPr>
      <w:r>
        <w:rPr>
          <w:b w:val="0"/>
          <w:i w:val="0"/>
        </w:rPr>
        <w:t>"Đừng có giở trò ngu ngốc và đừng có giỡn mặt với tôi," người đàn ông nói. "Nhớ đấy, người cầm dao là tôi."</w:t>
      </w:r>
    </w:p>
    <w:p>
      <w:pPr>
        <w:spacing w:after="80"/>
      </w:pPr>
      <w:r>
        <w:rPr>
          <w:b w:val="0"/>
          <w:i w:val="0"/>
        </w:rPr>
        <w:t>"Hiểu rồi."</w:t>
      </w:r>
    </w:p>
    <w:p>
      <w:pPr>
        <w:spacing w:after="80"/>
      </w:pPr>
      <w:r>
        <w:rPr>
          <w:b w:val="0"/>
          <w:i w:val="0"/>
        </w:rPr>
        <w:t>Một khoảnh khắc sau, đôi tay của Faukman đã được giải phóng. Ông dè dặt đưa hai cánh tay ra trước mặt và ngọ nguậy các ngón tay để máu lưu thông trở lại.</w:t>
      </w:r>
    </w:p>
    <w:p>
      <w:pPr>
        <w:spacing w:after="80"/>
      </w:pPr>
      <w:r>
        <w:rPr>
          <w:b w:val="0"/>
          <w:i w:val="0"/>
        </w:rPr>
        <w:t>Người đàn ông phía sau ông vòng lại và ngồi lên chiếc thùng gỗ, dao sẵn sàng trong tay.</w:t>
      </w:r>
    </w:p>
    <w:p>
      <w:pPr>
        <w:spacing w:after="80"/>
      </w:pPr>
      <w:r>
        <w:rPr>
          <w:b w:val="0"/>
          <w:i w:val="0"/>
        </w:rPr>
        <w:t>"Tôi cho anh sáu mươi giây," anh ta nói.</w:t>
      </w:r>
    </w:p>
    <w:p>
      <w:pPr>
        <w:spacing w:after="80"/>
      </w:pPr>
      <w:r>
        <w:rPr>
          <w:b w:val="0"/>
          <w:i w:val="0"/>
        </w:rPr>
        <w:t>“Cảm ơn.” Faukman nhăn mặt khi những mũi kim cảm giác đau buốt trở lại nơi cổ tay và ngón tay.</w:t>
      </w:r>
    </w:p>
    <w:p>
      <w:pPr>
        <w:spacing w:after="80"/>
      </w:pPr>
      <w:r>
        <w:rPr>
          <w:b w:val="0"/>
          <w:i w:val="0"/>
        </w:rPr>
        <w:t>“Xin lỗi về đồng nghiệp của tôi,” người đàn ông nói. “Auger đôi khi hơi…</w:t>
      </w:r>
      <w:r>
        <w:rPr>
          <w:b w:val="0"/>
          <w:i/>
        </w:rPr>
        <w:t>dữ dội.</w:t>
      </w:r>
      <w:r>
        <w:rPr>
          <w:b w:val="0"/>
          <w:i w:val="0"/>
        </w:rPr>
        <w:t>”</w:t>
      </w:r>
    </w:p>
    <w:p>
      <w:pPr>
        <w:spacing w:after="80"/>
      </w:pPr>
      <w:r>
        <w:rPr>
          <w:b w:val="0"/>
          <w:i w:val="0"/>
        </w:rPr>
        <w:t>“Thuật ngữ văn học thích hợp là ‘đồ khốn,’” Faukman đáp.</w:t>
      </w:r>
    </w:p>
    <w:p>
      <w:pPr>
        <w:spacing w:after="80"/>
      </w:pPr>
      <w:r>
        <w:rPr>
          <w:b w:val="0"/>
          <w:i w:val="0"/>
        </w:rPr>
        <w:t>Người đàn ông bật cười thành tiếng.</w:t>
      </w:r>
    </w:p>
    <w:p>
      <w:pPr>
        <w:spacing w:after="80"/>
      </w:pPr>
      <w:r>
        <w:rPr>
          <w:b w:val="0"/>
          <w:i w:val="0"/>
        </w:rPr>
        <w:t>Hai người ngồi im lặng trong khi Faukman tiếp tục xoa bóp đôi tay. Các ngón chân của anh cũng có cảm giác đông cứng; đôi giày thể thao anh mang khi rời văn phòng đâu có cách nhiệt gì cho cam.</w:t>
      </w:r>
    </w:p>
    <w:p>
      <w:pPr>
        <w:spacing w:after="80"/>
      </w:pPr>
      <w:r>
        <w:rPr>
          <w:b w:val="0"/>
          <w:i w:val="0"/>
        </w:rPr>
        <w:t>“Anh có muốn khoác lại áo không,” người đàn ông hỏi, “trước khi tôi buộc một chiếc cà vạt mới lên cổ tay anh?”</w:t>
      </w:r>
    </w:p>
    <w:p>
      <w:pPr>
        <w:spacing w:after="80"/>
      </w:pPr>
      <w:r>
        <w:rPr>
          <w:b w:val="0"/>
          <w:i w:val="0"/>
        </w:rPr>
        <w:t xml:space="preserve">Faukman liếc nhìn chiếc áo khoác trên sàn. </w:t>
      </w:r>
      <w:r>
        <w:rPr>
          <w:b w:val="0"/>
          <w:i/>
        </w:rPr>
        <w:t>Dĩ nhiên là có rồi!</w:t>
      </w:r>
    </w:p>
    <w:p>
      <w:pPr>
        <w:spacing w:after="80"/>
      </w:pPr>
      <w:r>
        <w:rPr>
          <w:b w:val="0"/>
          <w:i w:val="0"/>
        </w:rPr>
        <w:t>Nửa đứng nửa ngồi xổm, Faukman lúng túng luồn đôi tay đau nhức vào áo khoác và tận hưởng hơi ấm. Anh cố cài các nút áo, nhưng những ngón tay mới tan giá một phần không chịu nghe lời. “Giúp chút được không?” anh nói, nhìn về phía kẻ bắt giữ mình, người đang ngồi trên thùng sữa với con dao trong tay.</w:t>
      </w:r>
    </w:p>
    <w:p>
      <w:pPr>
        <w:spacing w:after="80"/>
      </w:pPr>
      <w:r>
        <w:rPr>
          <w:b w:val="0"/>
          <w:i w:val="0"/>
        </w:rPr>
        <w:t>Người đàn ông lắc đầu. “Rồi đặt vũ khí của tôi xuống à? Xin lỗi, anh bạn. Tôi không tin anh.”</w:t>
      </w:r>
    </w:p>
    <w:p>
      <w:pPr>
        <w:spacing w:after="80"/>
      </w:pPr>
      <w:r>
        <w:rPr>
          <w:b w:val="0"/>
          <w:i w:val="0"/>
        </w:rPr>
        <w:t>“Tôi nghĩ anh đánh giá quá cao tiềm năng anh hùng của tôi rồi,” Faukman nói, quấn áo khoác quanh người hết mức có thể, hài lòng khi cảm thấy chiếc điện thoại di động trong túi áo, đúng chỗ anh đã để nó.</w:t>
      </w:r>
    </w:p>
    <w:p>
      <w:pPr>
        <w:spacing w:after="80"/>
      </w:pPr>
      <w:r>
        <w:rPr>
          <w:b w:val="0"/>
          <w:i w:val="0"/>
        </w:rPr>
        <w:t>“Được rồi,” người đàn ông nói. “Để tôi cố định anh lại lần nữa.”</w:t>
      </w:r>
    </w:p>
    <w:p>
      <w:pPr>
        <w:spacing w:after="80"/>
      </w:pPr>
      <w:r>
        <w:rPr>
          <w:b w:val="0"/>
          <w:i w:val="0"/>
        </w:rPr>
        <w:t>“Cho tôi thêm một phút nữa thôi được không? Tay tôi đau muốn chết.”</w:t>
      </w:r>
    </w:p>
    <w:p>
      <w:pPr>
        <w:spacing w:after="80"/>
      </w:pPr>
      <w:r>
        <w:rPr>
          <w:b w:val="0"/>
          <w:i w:val="0"/>
        </w:rPr>
        <w:t>“Ngay bây giờ,” người đàn ông ra lệnh. “Quay lại.”</w:t>
      </w:r>
    </w:p>
    <w:p>
      <w:pPr>
        <w:spacing w:after="80"/>
      </w:pPr>
      <w:r>
        <w:rPr>
          <w:b w:val="0"/>
          <w:i w:val="0"/>
        </w:rPr>
        <w:t>Faukman làm theo, xoay 180 độ và quay mặt về phía sau trong xe van. Khi làm vậy, anh nhận ra mình có tầm nhìn rõ ràng qua cửa sổ ở cửa sau xe van. Qua đó, anh có thể thấy tòa nhà Signature Aviation. Anh cũng có thể thấy bãi đỗ xe, nơi một chiếc SUV đang nổ máy chờ, khói xả cuồn cuộn vào không khí lạnh buổi sáng. Cửa ghế lái của chiếc SUV mở toang, nhưng ghế trống không, tài xế nhiều khả năng đang ở trong nhà ga nhỏ.</w:t>
      </w:r>
    </w:p>
    <w:p>
      <w:pPr>
        <w:spacing w:after="80"/>
      </w:pPr>
      <w:r>
        <w:rPr>
          <w:b w:val="0"/>
          <w:i w:val="0"/>
        </w:rPr>
        <w:t>“Tôi sẽ để lỏng lúc này,” người đàn ông nói, buộc lại cổ tay Faukman. “Nhưng chúng ta sẽ phải thắt chặt lại khi đồng nghiệp tôi quay về.”</w:t>
      </w:r>
    </w:p>
    <w:p>
      <w:pPr>
        <w:spacing w:after="80"/>
      </w:pPr>
      <w:r>
        <w:rPr>
          <w:b w:val="0"/>
          <w:i w:val="0"/>
        </w:rPr>
        <w:t>“Cảm ơn.”</w:t>
      </w:r>
    </w:p>
    <w:p>
      <w:pPr>
        <w:spacing w:after="80"/>
      </w:pPr>
      <w:r>
        <w:rPr>
          <w:b w:val="0"/>
          <w:i w:val="0"/>
        </w:rPr>
        <w:t>Người đàn ông đã trói xong tay anh, và Faukman khẽ vặn cổ tay mình, ngạc nhiên nhận ra sợi dây trói lỏng đến mức có lẽ anh có thể tuột ra khỏi nó một cách dễ dàng.</w:t>
      </w:r>
    </w:p>
    <w:p>
      <w:pPr>
        <w:spacing w:after="80"/>
      </w:pPr>
      <w:r>
        <w:rPr>
          <w:b w:val="0"/>
          <w:i w:val="0"/>
        </w:rPr>
        <w:t>"Quay lại ngay đây—có việc riêng," người đàn ông nói, bước ra khỏi xe qua cửa bên hông và kéo cửa đóng lại. Faukman quay người lại và nhìn qua kính chắn gió khi người đàn ông đi ngang qua trước đầu xe, bước vài thước vào trong rừng, và tháo khóa thắt lưng.</w:t>
      </w:r>
    </w:p>
    <w:p>
      <w:pPr>
        <w:spacing w:after="80"/>
      </w:pPr>
      <w:r>
        <w:rPr>
          <w:b w:val="0"/>
          <w:i w:val="0"/>
        </w:rPr>
        <w:t>Rồi hắn bắt đầu đứng tiểu vào một cái cây.</w:t>
      </w:r>
    </w:p>
    <w:p>
      <w:pPr>
        <w:spacing w:after="80"/>
      </w:pPr>
      <w:r>
        <w:rPr>
          <w:b w:val="0"/>
          <w:i w:val="0"/>
        </w:rPr>
        <w:t>Vì đã biên tập tất cả các cuốn sách của Langdon về biểu tượng, dấu hiệu và ý nghĩa ẩn giấu, Faukman không chút nghi ngờ về cách vị giáo sư sẽ phân loại khoảnh khắc này.</w:t>
      </w:r>
    </w:p>
    <w:p>
      <w:pPr>
        <w:spacing w:after="80"/>
      </w:pPr>
      <w:r>
        <w:rPr>
          <w:b w:val="0"/>
          <w:i w:val="0"/>
        </w:rPr>
        <w:t>Một dấu hiệu huy hiệu.</w:t>
      </w:r>
    </w:p>
    <w:p>
      <w:pPr>
        <w:spacing w:after="80"/>
      </w:pPr>
      <w:r>
        <w:rPr>
          <w:b w:val="0"/>
          <w:i w:val="0"/>
        </w:rPr>
        <w:t>Faukman sẽ gọi nó bằng một cái tên bớt thi vị hơn một chút.</w:t>
      </w:r>
    </w:p>
    <w:p>
      <w:pPr>
        <w:spacing w:after="80"/>
      </w:pPr>
      <w:r>
        <w:rPr>
          <w:b w:val="0"/>
          <w:i w:val="0"/>
        </w:rPr>
        <w:t>Cơ hội chết tiệt cuối cùng của mình.</w:t>
      </w:r>
    </w:p>
    <w:p>
      <w:pPr>
        <w:spacing w:after="80"/>
      </w:pPr>
      <w:r>
        <w:rPr>
          <w:b w:val="0"/>
          <w:i w:val="0"/>
        </w:rPr>
        <w:t>Cố gắng trốn thoát khỏi những kẻ có súng thì gần như điên rồ…nhưng không điên bằng việc để chúng bắt cóc mình sang một đất nước xa lạ mà không phản kháng. Trường hợp xấu nhất, chúng sẽ bắt được anh lần nữa và ném anh lên máy bay.</w:t>
      </w:r>
    </w:p>
    <w:p>
      <w:pPr>
        <w:spacing w:after="80"/>
      </w:pPr>
      <w:r>
        <w:rPr>
          <w:b w:val="0"/>
          <w:i w:val="0"/>
        </w:rPr>
        <w:t>Qua kính chắn gió, Faukman có thể thấy gã đàn ông vẫn đang tiểu.</w:t>
      </w:r>
    </w:p>
    <w:p>
      <w:pPr>
        <w:spacing w:after="80"/>
      </w:pPr>
      <w:r>
        <w:rPr>
          <w:b w:val="0"/>
          <w:i w:val="0"/>
        </w:rPr>
        <w:t>Một khi đã bắt đầu, thật khó dừng lại.</w:t>
      </w:r>
    </w:p>
    <w:p>
      <w:pPr>
        <w:spacing w:after="80"/>
      </w:pPr>
      <w:r>
        <w:rPr>
          <w:b w:val="0"/>
          <w:i w:val="0"/>
        </w:rPr>
        <w:t>Và cho đến khi bạn dừng lại, thật khó mà chạy.</w:t>
      </w:r>
    </w:p>
    <w:p>
      <w:pPr>
        <w:spacing w:after="80"/>
      </w:pPr>
      <w:r>
        <w:rPr>
          <w:b w:val="0"/>
          <w:i w:val="0"/>
        </w:rPr>
        <w:t xml:space="preserve">Faukman quyết định trong tích tắc, biết ơn vô số giờ anh đã dành để chạy bộ ở Central Park. </w:t>
      </w:r>
      <w:r>
        <w:rPr>
          <w:b w:val="0"/>
          <w:i/>
        </w:rPr>
        <w:t>Nếu chúng định bắn…mình sẽ là một mục tiêu di động.</w:t>
      </w:r>
      <w:r>
        <w:rPr>
          <w:b w:val="0"/>
          <w:i w:val="0"/>
        </w:rPr>
        <w:t xml:space="preserve"> Anh nhanh chóng vặn vẹo để tuột tay ra khỏi sợi dây trói và kiểm tra lại xem gã đàn ông có đang nhìn không.</w:t>
      </w:r>
    </w:p>
    <w:p>
      <w:pPr>
        <w:spacing w:after="80"/>
      </w:pPr>
      <w:r>
        <w:rPr>
          <w:b w:val="0"/>
          <w:i w:val="0"/>
        </w:rPr>
        <w:t>Bắt đầu thôi…</w:t>
      </w:r>
    </w:p>
    <w:p>
      <w:pPr>
        <w:spacing w:after="80"/>
      </w:pPr>
      <w:r>
        <w:rPr>
          <w:b w:val="0"/>
          <w:i w:val="0"/>
        </w:rPr>
        <w:t>Anh nắm lấy tay nắm cửa sau của chiếc xe van, ấn xuống, và nhẹ nhàng mở cửa ra. Rồi anh cúi người và nhảy ra ngoài. Ngay khoảnh khắc bàn chân anh chạm xuống mặt đất vững chắc, anh bùng nổ thành một cú chạy nước rút hết tốc lực xuống con đường dẫn vào, cố vượt qua cơn đau ở đôi chân tê cứng. Anh là một người chạy bộ có kinh nghiệm, và đôi chân anh đáp lại nỗ lực đột ngột ấy một cách dễ dàng. Chiếc áo khoác len của anh phấp phới phía sau khi anh tăng tốc và nhắm mắt vào chiếc SUV đang nổ máy chờ sẵn ở đằng xa.</w:t>
      </w:r>
    </w:p>
    <w:p>
      <w:pPr>
        <w:spacing w:after="80"/>
      </w:pPr>
      <w:r>
        <w:rPr>
          <w:b w:val="0"/>
          <w:i w:val="0"/>
        </w:rPr>
        <w:t xml:space="preserve">Faukman liếc qua vai và thấy kẻ bắt cóc mình đang lúng túng kéo khóa quần và cố đuổi theo. </w:t>
      </w:r>
      <w:r>
        <w:rPr>
          <w:b w:val="0"/>
          <w:i/>
        </w:rPr>
        <w:t>Không có cửa đâu,</w:t>
      </w:r>
      <w:r>
        <w:rPr>
          <w:b w:val="0"/>
          <w:i w:val="0"/>
        </w:rPr>
        <w:t xml:space="preserve"> anh nghĩ, cảm nhận làn gió trên mặt.</w:t>
      </w:r>
    </w:p>
    <w:p>
      <w:pPr>
        <w:spacing w:after="80"/>
      </w:pPr>
      <w:r>
        <w:rPr>
          <w:b w:val="0"/>
          <w:i w:val="0"/>
        </w:rPr>
        <w:t>Gã đàn ông đuổi theo đang hét lên khi Faukman tiến đến gần chiếc SUV. Một tiếng súng vang lên, và một viên đạn rít qua đầu Faukman.</w:t>
      </w:r>
    </w:p>
    <w:p>
      <w:pPr>
        <w:spacing w:after="80"/>
      </w:pPr>
      <w:r>
        <w:rPr>
          <w:b w:val="0"/>
          <w:i w:val="0"/>
        </w:rPr>
        <w:t>Vãi thật!</w:t>
      </w:r>
    </w:p>
    <w:p>
      <w:pPr>
        <w:spacing w:after="80"/>
      </w:pPr>
      <w:r>
        <w:rPr>
          <w:b w:val="0"/>
          <w:i w:val="0"/>
        </w:rPr>
        <w:t>Faukman lao tới chiếc SUV đang nổ máy chờ sẵn, nhảy phắt vào ghế lái, đóng sầm cửa lại, và gồng sức cài số. Anh ta đạp ga lút sàn, chiếc SUV lao vút đi, lốp xe rít lên khi nó nảy lên và vọt qua dải phân cách, đuôi xe lạng sang hai bên khi phóng khỏi bãi đỗ ra Đại lộ Industrial.</w:t>
      </w:r>
    </w:p>
    <w:p>
      <w:pPr>
        <w:spacing w:after="80"/>
      </w:pPr>
      <w:r>
        <w:rPr>
          <w:b w:val="0"/>
          <w:i w:val="0"/>
        </w:rPr>
        <w:t>Khi Faukman phóng đi, bỏ lại Signature Aviation và những kẻ bắt giữ mình phía sau, anh ta móc điện thoại từ túi áo khoác, giơ lên sát mặt và hét lớn: "Này, Siri! Gọi Robert Langdon!"</w:t>
      </w:r>
    </w:p>
    <w:p>
      <w:pPr>
        <w:jc w:val="center"/>
      </w:pPr>
      <w:r>
        <w:drawing>
          <wp:inline xmlns:a="http://schemas.openxmlformats.org/drawingml/2006/main" xmlns:pic="http://schemas.openxmlformats.org/drawingml/2006/picture">
            <wp:extent cx="5486400" cy="362122"/>
            <wp:docPr id="34" name="Picture 34"/>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Cách đó một trăm thước, tên đặc vụ tên Chinburg dừng chạy, kéo khóa quần xong xuôi, và bình thản nhìn chiếc SUV biến mất vào màn đêm. Khi chiếc xe đã khuất khỏi tầm mắt, hắn quay lại chiếc van.</w:t>
      </w:r>
    </w:p>
    <w:p>
      <w:pPr>
        <w:spacing w:after="80"/>
      </w:pPr>
      <w:r>
        <w:rPr>
          <w:b w:val="0"/>
          <w:i w:val="0"/>
        </w:rPr>
        <w:t>"An toàn cả rồi," hắn thông báo.</w:t>
      </w:r>
    </w:p>
    <w:p>
      <w:pPr>
        <w:spacing w:after="80"/>
      </w:pPr>
      <w:r>
        <w:rPr>
          <w:b w:val="0"/>
          <w:i w:val="0"/>
        </w:rPr>
        <w:t>Đồng bọn của hắn, Auger, đầu cắt sát, bước ra khỏi chỗ nấp. "Điện thoại?"</w:t>
      </w:r>
    </w:p>
    <w:p>
      <w:pPr>
        <w:spacing w:after="80"/>
      </w:pPr>
      <w:r>
        <w:rPr>
          <w:b w:val="0"/>
          <w:i w:val="0"/>
        </w:rPr>
        <w:t>"Ổn cả. Hắn lấy rồi."</w:t>
      </w:r>
    </w:p>
    <w:p>
      <w:pPr>
        <w:spacing w:after="80"/>
      </w:pPr>
      <w:r>
        <w:rPr>
          <w:b w:val="0"/>
          <w:i w:val="0"/>
        </w:rPr>
        <w:t>"Làm tốt lắm."</w:t>
      </w:r>
    </w:p>
    <w:p>
      <w:pPr>
        <w:spacing w:after="80"/>
      </w:pPr>
      <w:r>
        <w:rPr>
          <w:b w:val="0"/>
          <w:i w:val="0"/>
        </w:rPr>
        <w:t>Dù con tin của họ có kinh nghiệm dày dặn trong việc biên tập tiểu thuyết ly kỳ, gã đàn ông này vừa mới sập bẫy chiêu thẩm vấn sơ đẳng nhất—chiêu Kẻ Đào Tẩu.</w:t>
      </w:r>
    </w:p>
    <w:p>
      <w:pPr>
        <w:spacing w:after="80"/>
      </w:pPr>
      <w:r>
        <w:rPr>
          <w:b w:val="0"/>
          <w:i w:val="0"/>
        </w:rPr>
        <w:t>Đe dọa mạng sống của ai đó, và hắn ta sẽ luôn làm điều không thể tránh khỏi nếu bạn cho hắn cơ hội—chạy trốn.</w:t>
      </w:r>
    </w:p>
    <w:p>
      <w:pPr>
        <w:spacing w:after="80"/>
      </w:pPr>
      <w:r>
        <w:rPr>
          <w:b w:val="0"/>
          <w:i w:val="0"/>
        </w:rPr>
        <w:t>Chẳng có chiếc máy bay nào chờ sẵn, chẳng có chuyến bay nào đến Prague. Họ chỉ đơn giản đỗ chiếc van trên con đường nhánh sát bên dịch vụ Signature Aviation của Teterboro, gọi thêm một đặc vụ thứ ba đóng giả tài xế riêng, rồi tạo ra ảo giác về một khoảnh khắc trốn thoát hoàn hảo.</w:t>
      </w:r>
    </w:p>
    <w:p>
      <w:pPr>
        <w:spacing w:after="80"/>
      </w:pPr>
      <w:r>
        <w:rPr>
          <w:b w:val="0"/>
          <w:i w:val="0"/>
        </w:rPr>
        <w:t>Faukman đã cắn câu…và chiếc xe chạy trốn của hắn có gắn thiết bị theo dõi.</w:t>
      </w:r>
    </w:p>
    <w:p>
      <w:pPr>
        <w:spacing w:after="80"/>
      </w:pPr>
      <w:r>
        <w:rPr>
          <w:b w:val="0"/>
          <w:i w:val="0"/>
        </w:rPr>
        <w:t>Đôi khi, trước khi để một kẻ đào tẩu chạy thoát, họ sẽ gài một thiết bị nghe lén lên con mồi, nhưng với trường hợp của Faukman thì không cần; hắn vốn đã mang theo một bộ thu phát hai chiều mạnh mẽ tích hợp GPS—chính là chiếc điện thoại thông minh của hắn.</w:t>
      </w:r>
    </w:p>
    <w:p>
      <w:pPr>
        <w:spacing w:after="80"/>
      </w:pPr>
      <w:r>
        <w:rPr>
          <w:b w:val="0"/>
          <w:i w:val="0"/>
        </w:rPr>
        <w:t>Trong lúc Faukman bị bịt mắt, các đặc vụ đã lặng lẽ lấy điện thoại của hắn khỏi áo khoác, cắm vào laptop, vượt qua mật khẩu, và tải lên đủ loại phần mềm độc quyền trước khi đặt lại điện thoại vào túi hắn.</w:t>
      </w:r>
    </w:p>
    <w:p>
      <w:pPr>
        <w:spacing w:after="80"/>
      </w:pPr>
      <w:r>
        <w:rPr>
          <w:b w:val="0"/>
          <w:i w:val="0"/>
        </w:rPr>
        <w:t>"Có tín hiệu rồi," Chinburg thông báo, khuôn mặt hắn được chiếu sáng bởi màn hình iPad, đang hiển thị giao diện giám sát đầy đủ với điện thoại của Faukman—vị trí, tin nhắn, giọng nói và dữ liệu nhận gửi.</w:t>
      </w:r>
    </w:p>
    <w:p>
      <w:pPr>
        <w:spacing w:after="80"/>
      </w:pPr>
      <w:r>
        <w:rPr>
          <w:b w:val="0"/>
          <w:i w:val="0"/>
        </w:rPr>
        <w:t>Loa iPad rè rè vang lên giọng Faukman, người dường như đang để lại tin nhắn thoại.</w:t>
      </w:r>
    </w:p>
    <w:p>
      <w:pPr>
        <w:spacing w:after="80"/>
      </w:pPr>
      <w:r>
        <w:rPr>
          <w:b w:val="0"/>
          <w:i w:val="0"/>
        </w:rPr>
        <w:t>“Robert, là Jonas đây…gọi lại cho tôi ngay! Cậu đang gặp nguy hiểm—Katherine cũng vậy. Nghe có vẻ điên rồ, nhưng có kẻ đã xâm nhập vào máy chủ của chúng ta và xóa bản thảo của cô ấy…tôi chưa biết tại sao. Tôi vừa bị bắt cóc ngay trên phố gần văn phòng. Tôi đang gọi cho Katherine đây, nhưng cậu phải ở yên chỗ cậu đang ở. Đừng nói chuyện với ai!”</w:t>
      </w:r>
    </w:p>
    <w:p>
      <w:pPr>
        <w:spacing w:after="80"/>
      </w:pPr>
      <w:r>
        <w:rPr>
          <w:b w:val="0"/>
          <w:i w:val="0"/>
        </w:rPr>
        <w:t>Cuộc gọi bị cắt, và một cuộc gọi khác lập tức được thực hiện.</w:t>
      </w:r>
    </w:p>
    <w:p>
      <w:pPr>
        <w:spacing w:after="80"/>
      </w:pPr>
      <w:r>
        <w:rPr>
          <w:b w:val="0"/>
          <w:i w:val="0"/>
        </w:rPr>
        <w:t>Cuộc gọi thứ hai cũng chuyển vào hộp thư thoại, lần này là của Katherine. Faukman để lại một tin nhắn khác cũng hớt hải không kém, giống tin đầu tiên, chỉ khác một điều bổ sung.</w:t>
      </w:r>
    </w:p>
    <w:p>
      <w:pPr>
        <w:spacing w:after="80"/>
      </w:pPr>
      <w:r>
        <w:rPr>
          <w:b w:val="0"/>
          <w:i w:val="0"/>
        </w:rPr>
        <w:t>“Katherine,” Faukman nói, “mấy gã này nói em đã in bản thảo sáng nay? Nếu đúng vậy thì khóa nó lại ở một nơi an toàn—đó là bản sao duy nhất còn lại của chúng ta! Tất cả những bản khác đều biến mất…đúng nghĩa là từng bản một. Gọi cho anh khi em nhận được tin này.”</w:t>
      </w:r>
    </w:p>
    <w:p>
      <w:pPr>
        <w:spacing w:after="80"/>
      </w:pPr>
      <w:r>
        <w:rPr>
          <w:b w:val="0"/>
          <w:i w:val="0"/>
        </w:rPr>
        <w:t>Cuộc gọi kết thúc.</w:t>
      </w:r>
    </w:p>
    <w:p>
      <w:pPr>
        <w:spacing w:after="80"/>
      </w:pPr>
      <w:r>
        <w:rPr>
          <w:b w:val="0"/>
          <w:i w:val="0"/>
        </w:rPr>
        <w:t xml:space="preserve">“Thêm chút thông tin thưởng,” Auger nói, giọng đắc thắng. “Xác nhận rằng bản thảo ở Prague là bản </w:t>
      </w:r>
      <w:r>
        <w:rPr>
          <w:b w:val="0"/>
          <w:i/>
        </w:rPr>
        <w:t>duy nhất</w:t>
      </w:r>
      <w:r>
        <w:rPr>
          <w:b w:val="0"/>
          <w:i w:val="0"/>
        </w:rPr>
        <w:t xml:space="preserve"> còn lại.”</w:t>
      </w:r>
    </w:p>
    <w:p>
      <w:pPr>
        <w:spacing w:after="80"/>
      </w:pPr>
      <w:r>
        <w:rPr>
          <w:b w:val="0"/>
          <w:i w:val="0"/>
        </w:rPr>
        <w:t>“Finch sẽ hài lòng,” Chinburg nói, rút điện thoại ra. “Tôi sẽ báo cho ông ấy.”</w:t>
      </w:r>
    </w:p>
    <w:p>
      <w:pPr>
        <w:pStyle w:val="Heading1"/>
      </w:pPr>
      <w:r>
        <w:rPr>
          <w:rFonts w:ascii="Calibri" w:hAnsi="Calibri"/>
          <w:b/>
          <w:i w:val="0"/>
          <w:sz w:val="40"/>
        </w:rPr>
        <w:t>Chương 45</w:t>
      </w:r>
    </w:p>
    <w:p>
      <w:pPr>
        <w:spacing w:after="80"/>
      </w:pPr>
      <w:r>
        <w:rPr>
          <w:b w:val="0"/>
          <w:i w:val="0"/>
        </w:rPr>
        <w:t>Đầu Trung úy Pavel vẫn còn nhức nhối vì cú đánh bằng bình chữa cháy, nhưng chẳng thấm vào đâu so với nỗi đau khi nhìn thấy thi thể bất động của chú mình dưới đáy khe núi. Tùy viên đại sứ quán Michael Harris tin rằng vị đại úy đã nhảy xuống, nhưng Pavel biết rõ hơn.</w:t>
      </w:r>
    </w:p>
    <w:p>
      <w:pPr>
        <w:spacing w:after="80"/>
      </w:pPr>
      <w:r>
        <w:rPr>
          <w:b w:val="0"/>
          <w:i w:val="0"/>
        </w:rPr>
        <w:t>Janáček không biết sợ…không phải kẻ bỏ cuộc. Ông ấy bị sát hại…và tôi biết ai đã giết ông ấy.</w:t>
      </w:r>
    </w:p>
    <w:p>
      <w:pPr>
        <w:spacing w:after="80"/>
      </w:pPr>
      <w:r>
        <w:rPr>
          <w:b w:val="0"/>
          <w:i w:val="0"/>
        </w:rPr>
        <w:t>Danh sách tội ác của Robert Langdon chống lại ÚZSI ngày càng dài kể từ màn náo loạn ở khách sạn—chống người thi hành công vụ, tấn công một sĩ quan, trộm vũ khí của ÚZSI, và giờ đây, nếu tin vào đám dấu chân lộn xộn trên sườn núi, thì là giết Đại úy Janáček và bỏ trốn khỏi hiện trường vụ án.</w:t>
      </w:r>
    </w:p>
    <w:p>
      <w:pPr>
        <w:spacing w:after="80"/>
      </w:pPr>
      <w:r>
        <w:rPr>
          <w:b w:val="0"/>
          <w:i w:val="0"/>
        </w:rPr>
        <w:t>Giờ chỉ còn một mình ở pháo đài, Pavel đang dưỡng thương trên chiếc ghế sofa êm ái trong phòng tiếp khách của Gessner. Harris đã đưa cho anh một túi đá, bảo anh đừng cử động, rồi rời đi đến đại sứ quán Mỹ, hứa sẽ gọi ngay cho trụ sở ÚZSI về Janáček.</w:t>
      </w:r>
    </w:p>
    <w:p>
      <w:pPr>
        <w:spacing w:after="80"/>
      </w:pPr>
      <w:r>
        <w:rPr>
          <w:b w:val="0"/>
          <w:i/>
        </w:rPr>
        <w:t>Cú ngã đó không phải tai nạn,</w:t>
      </w:r>
      <w:r>
        <w:rPr>
          <w:b w:val="0"/>
          <w:i w:val="0"/>
        </w:rPr>
        <w:t xml:space="preserve"> Pavel biết vậy.</w:t>
      </w:r>
    </w:p>
    <w:p>
      <w:pPr>
        <w:spacing w:after="80"/>
      </w:pPr>
      <w:r>
        <w:rPr>
          <w:b w:val="0"/>
          <w:i w:val="0"/>
        </w:rPr>
        <w:t>Anh cũng biết Harris nói toàn chuyện nhảm; viên tùy viên chẳng có ý định gọi cuộc điện thoại đó. Ông ta chỉ đang câu giờ để đại sứ quán kịp bịa ra những lời dối trá trước khi ÚZSI kịp nghe tin về cái chết của Janáček.</w:t>
      </w:r>
    </w:p>
    <w:p>
      <w:pPr>
        <w:spacing w:after="80"/>
      </w:pPr>
      <w:r>
        <w:rPr>
          <w:b w:val="0"/>
          <w:i w:val="0"/>
        </w:rPr>
        <w:t>Pavel đã rút điện thoại ra để tự gọi về trụ sở, nhưng sau khi nghĩ một lát, anh dừng lại. Anh không nghi ngờ gì rằng việc bắt giữ một người Mỹ nổi tiếng sẽ kết thúc như mọi khi—một cách đầy bực bội—với việc đại sứ quán Mỹ can thiệp, tiếp quản, và tìm ra kẽ hở nào đó để mặc ÚZSI ngoài rìa.</w:t>
      </w:r>
    </w:p>
    <w:p>
      <w:pPr>
        <w:spacing w:after="80"/>
      </w:pPr>
      <w:r>
        <w:rPr>
          <w:b w:val="0"/>
          <w:i/>
        </w:rPr>
        <w:t>“Oko za oko,”</w:t>
      </w:r>
      <w:r>
        <w:rPr>
          <w:b w:val="0"/>
          <w:i w:val="0"/>
        </w:rPr>
        <w:t xml:space="preserve"> Pavel nói thành tiếng, biết vị đại úy quá cố của mình sẽ xử lý tình huống này thế nào. </w:t>
      </w:r>
      <w:r>
        <w:rPr>
          <w:b w:val="0"/>
          <w:i/>
        </w:rPr>
        <w:t>Một mắt đền một mắt.</w:t>
      </w:r>
    </w:p>
    <w:p>
      <w:pPr>
        <w:spacing w:after="80"/>
      </w:pPr>
      <w:r>
        <w:rPr>
          <w:b w:val="0"/>
          <w:i w:val="0"/>
        </w:rPr>
        <w:t xml:space="preserve">Chưa ai biết về cái chết của Janáček, nghĩa là Pavel có một khoảng thời gian ngắn để tự mình xử lý Langdon. </w:t>
      </w:r>
      <w:r>
        <w:rPr>
          <w:b w:val="0"/>
          <w:i/>
        </w:rPr>
        <w:t>Nhưng trước tiên mình phải tìm được hắn đã.</w:t>
      </w:r>
      <w:r>
        <w:rPr>
          <w:b w:val="0"/>
          <w:i w:val="0"/>
        </w:rPr>
        <w:t xml:space="preserve"> Truy lùng một kẻ chạy trốn trong một thành phố cỡ này gần như là bất khả thi, nếu không nhờ một con át chủ bài trong tay áo Pavel… thứ sẽ lật ngược thế cờ với gã người Mỹ trong chớp mắt.</w:t>
      </w:r>
    </w:p>
    <w:p>
      <w:pPr>
        <w:spacing w:after="80"/>
      </w:pPr>
      <w:r>
        <w:rPr>
          <w:b w:val="0"/>
          <w:i w:val="0"/>
        </w:rPr>
        <w:t>Janáček đã dạy tôi cách bẻ cong luật lệ… cách ứng biến vì lợi ích lớn hơn.</w:t>
      </w:r>
    </w:p>
    <w:p>
      <w:pPr>
        <w:spacing w:after="80"/>
      </w:pPr>
      <w:r>
        <w:rPr>
          <w:b w:val="0"/>
          <w:i w:val="0"/>
        </w:rPr>
        <w:t>Về mặt chức vụ, Pavel không đủ cấp bậc để làm điều anh ta đang định làm, nhưng anh ta lại đang giữ điện thoại cá nhân của Đại úy Janáček, thứ anh ta đã tìm thấy trên sườn núi tuyết.</w:t>
      </w:r>
    </w:p>
    <w:p>
      <w:pPr>
        <w:spacing w:after="80"/>
      </w:pPr>
      <w:r>
        <w:rPr>
          <w:b w:val="0"/>
          <w:i w:val="0"/>
        </w:rPr>
        <w:t>Chỉ với một lời nói dối nhỏ, Pavel có thể thay đổi mọi thứ.</w:t>
      </w:r>
    </w:p>
    <w:p>
      <w:pPr>
        <w:spacing w:after="80"/>
      </w:pPr>
      <w:r>
        <w:rPr>
          <w:b w:val="0"/>
          <w:i w:val="0"/>
        </w:rPr>
        <w:t>Langdon sẽ không còn chỗ nào để trốn.</w:t>
      </w:r>
    </w:p>
    <w:p>
      <w:pPr>
        <w:jc w:val="center"/>
      </w:pPr>
      <w:r>
        <w:drawing>
          <wp:inline xmlns:a="http://schemas.openxmlformats.org/drawingml/2006/main" xmlns:pic="http://schemas.openxmlformats.org/drawingml/2006/picture">
            <wp:extent cx="5486400" cy="362122"/>
            <wp:docPr id="35" name="Picture 35"/>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Dana Daněk sải bước trở lại văn phòng tại đại sứ quán, vẫn còn sôi sục vì cuộc đối đầu ở Four Seasons. Người phụ nữ ma quái từ Cầu Charles đã khiến Dana sợ chết khiếp, mà điều đó đâu dễ xảy ra.</w:t>
      </w:r>
    </w:p>
    <w:p>
      <w:pPr>
        <w:spacing w:after="80"/>
      </w:pPr>
      <w:r>
        <w:rPr>
          <w:b w:val="0"/>
          <w:i w:val="0"/>
        </w:rPr>
        <w:t>Cô ta chĩa súng vào mặt tôi đấy!</w:t>
      </w:r>
    </w:p>
    <w:p>
      <w:pPr>
        <w:spacing w:after="80"/>
      </w:pPr>
      <w:r>
        <w:rPr>
          <w:b w:val="0"/>
          <w:i w:val="0"/>
        </w:rPr>
        <w:t>Sự ghen tị của Dana đã biến thành cơn thịnh nộ sôi sục.</w:t>
      </w:r>
    </w:p>
    <w:p>
      <w:pPr>
        <w:spacing w:after="80"/>
      </w:pPr>
      <w:r>
        <w:rPr>
          <w:b w:val="0"/>
          <w:i/>
        </w:rPr>
        <w:t>Rốt cuộc cô ta</w:t>
      </w:r>
      <w:r>
        <w:rPr>
          <w:b w:val="0"/>
          <w:i w:val="0"/>
        </w:rPr>
        <w:t xml:space="preserve"> là </w:t>
      </w:r>
      <w:r>
        <w:rPr>
          <w:b w:val="0"/>
          <w:i/>
        </w:rPr>
        <w:t>ai?</w:t>
      </w:r>
    </w:p>
    <w:p>
      <w:pPr>
        <w:spacing w:after="80"/>
      </w:pPr>
      <w:r>
        <w:rPr>
          <w:b w:val="0"/>
          <w:i w:val="0"/>
        </w:rPr>
        <w:t>Dana biết câu trả lời đang chờ sẵn trên máy tính của mình—kết quả của cuộc tìm kiếm nhận diện khuôn mặt mà Dana đã khởi chạy gần một giờ trước bằng ảnh chụp màn hình từ Cầu Charles.</w:t>
      </w:r>
    </w:p>
    <w:p>
      <w:pPr>
        <w:spacing w:after="80"/>
      </w:pPr>
      <w:r>
        <w:rPr>
          <w:b w:val="0"/>
          <w:i w:val="0"/>
        </w:rPr>
        <w:t>Dana vội vã đến máy tính và ngồi xuống. Đúng như dự đoán, chương trình đã chạy xong toàn bộ chu trình.</w:t>
      </w:r>
    </w:p>
    <w:p>
      <w:pPr>
        <w:spacing w:after="80"/>
      </w:pPr>
      <w:r>
        <w:rPr>
          <w:b w:val="0"/>
          <w:i w:val="0"/>
        </w:rPr>
        <w:t>Dana sững sờ nhìn kết quả.</w:t>
      </w:r>
    </w:p>
    <w:p>
      <w:pPr>
        <w:spacing w:after="80"/>
      </w:pPr>
      <w:r>
        <w:rPr>
          <w:b w:val="0"/>
          <w:i w:val="0"/>
        </w:rPr>
        <w:t>Chắc chắn có nhầm lẫn gì đó…</w:t>
      </w:r>
    </w:p>
    <w:p>
      <w:pPr>
        <w:spacing w:after="80"/>
      </w:pPr>
      <w:r>
        <w:rPr>
          <w:b w:val="0"/>
          <w:i w:val="0"/>
        </w:rPr>
        <w:t>Tìm kiếm hoàn tất</w:t>
      </w:r>
    </w:p>
    <w:p>
      <w:pPr>
        <w:spacing w:after="80"/>
      </w:pPr>
      <w:r>
        <w:rPr>
          <w:b w:val="0"/>
          <w:i w:val="0"/>
        </w:rPr>
        <w:t>Kết quả khớp: 0</w:t>
      </w:r>
    </w:p>
    <w:p>
      <w:pPr>
        <w:spacing w:after="80"/>
      </w:pPr>
      <w:r>
        <w:rPr>
          <w:b w:val="0"/>
          <w:i w:val="0"/>
        </w:rPr>
        <w:t xml:space="preserve">Dana chưa từng thấy một cuộc tìm kiếm cơ sở dữ liệu nào trả về không có kết quả khớp nào cả. Trong thế giới hiện đại, tồn tại mà không để lại một dấu vết kỹ thuật số nào </w:t>
      </w:r>
      <w:r>
        <w:rPr>
          <w:b w:val="0"/>
          <w:i/>
        </w:rPr>
        <w:t>ở bất cứ đâu</w:t>
      </w:r>
      <w:r>
        <w:rPr>
          <w:b w:val="0"/>
          <w:i w:val="0"/>
        </w:rPr>
        <w:t xml:space="preserve"> là điều bất khả thi về mặt vật lý.</w:t>
      </w:r>
    </w:p>
    <w:p>
      <w:pPr>
        <w:spacing w:after="80"/>
      </w:pPr>
      <w:r>
        <w:rPr>
          <w:b w:val="0"/>
          <w:i w:val="0"/>
        </w:rPr>
        <w:t xml:space="preserve">Cách duy nhất để một người có thể nằm ngoài cơ sở dữ liệu Echelon này chính là "tẩy trắng" kỹ thuật số. Mạng lưới này do Mỹ sở hữu và vận hành, nghĩa là chính phủ Mỹ có thể tạo ra những "người vô hình" chỉ đơn giản bằng cách giới hạn kết quả tìm kiếm để </w:t>
      </w:r>
      <w:r>
        <w:rPr>
          <w:b w:val="0"/>
          <w:i/>
        </w:rPr>
        <w:t>loại trừ</w:t>
      </w:r>
      <w:r>
        <w:rPr>
          <w:b w:val="0"/>
          <w:i w:val="0"/>
        </w:rPr>
        <w:t xml:space="preserve"> bất kỳ gương mặt nào họ muốn không bị truy vết. Kỹ thuật này thường được áp dụng để đảm bảo quyền riêng tư và an ninh cho các quan chức chính phủ, những doanh nhân Mỹ nổi tiếng, và các nhân viên quân đội hoặc tình báo hoạt động bí mật.</w:t>
      </w:r>
    </w:p>
    <w:p>
      <w:pPr>
        <w:spacing w:after="80"/>
      </w:pPr>
      <w:r>
        <w:rPr>
          <w:b w:val="0"/>
          <w:i w:val="0"/>
        </w:rPr>
        <w:t xml:space="preserve">Dana trăn trở về bó hoa tulip đỏ, trắng và xanh kỳ lạ mà cô đã thấy trong Royal Suite. Đây là món quà chào mừng tiêu chuẩn từ đại sứ Mỹ dành cho các VIP người Mỹ đến thăm Prague, và với vai trò liên lạc viên quan hệ công chúng, Dana chịu trách nhiệm giao chúng. Vấn đề là </w:t>
      </w:r>
      <w:r>
        <w:rPr>
          <w:b w:val="0"/>
          <w:i/>
        </w:rPr>
        <w:t>những</w:t>
      </w:r>
      <w:r>
        <w:rPr>
          <w:b w:val="0"/>
          <w:i w:val="0"/>
        </w:rPr>
        <w:t xml:space="preserve"> bông tulip này, Dana chưa từng nghe nói đến bao giờ.</w:t>
      </w:r>
    </w:p>
    <w:p>
      <w:pPr>
        <w:spacing w:after="80"/>
      </w:pPr>
      <w:r>
        <w:rPr>
          <w:b w:val="0"/>
          <w:i w:val="0"/>
        </w:rPr>
        <w:t>Có phải chính đại sứ đã tự sắp xếp những thứ này?</w:t>
      </w:r>
    </w:p>
    <w:p>
      <w:pPr>
        <w:spacing w:after="80"/>
      </w:pPr>
      <w:r>
        <w:rPr>
          <w:b w:val="0"/>
          <w:i w:val="0"/>
        </w:rPr>
        <w:t>"Cô Daněk!" một người phụ nữ gầm lên từ ngưỡng cửa.</w:t>
      </w:r>
    </w:p>
    <w:p>
      <w:pPr>
        <w:spacing w:after="80"/>
      </w:pPr>
      <w:r>
        <w:rPr>
          <w:b w:val="0"/>
          <w:i w:val="0"/>
        </w:rPr>
        <w:t>Dana quay phắt lại, nhận ra ngay giọng nói ấy. "Thưa bà Đại sứ?! Tôi chỉ đang—"</w:t>
      </w:r>
    </w:p>
    <w:p>
      <w:pPr>
        <w:spacing w:after="80"/>
      </w:pPr>
      <w:r>
        <w:rPr>
          <w:b w:val="0"/>
          <w:i w:val="0"/>
        </w:rPr>
        <w:t>"Cô có ở Four Seasons không?!"</w:t>
      </w:r>
    </w:p>
    <w:p>
      <w:pPr>
        <w:spacing w:after="80"/>
      </w:pPr>
      <w:r>
        <w:rPr>
          <w:b w:val="0"/>
          <w:i w:val="0"/>
        </w:rPr>
        <w:t>Dana mở miệng, nhưng không thốt ra được lời nào.</w:t>
      </w:r>
    </w:p>
    <w:p>
      <w:pPr>
        <w:spacing w:after="80"/>
      </w:pPr>
      <w:r>
        <w:rPr>
          <w:b w:val="0"/>
          <w:i w:val="0"/>
        </w:rPr>
        <w:t>"Cô có đi theo ông Harris đến đó không?"</w:t>
      </w:r>
    </w:p>
    <w:p>
      <w:pPr>
        <w:spacing w:after="80"/>
      </w:pPr>
      <w:r>
        <w:rPr>
          <w:b w:val="0"/>
          <w:i w:val="0"/>
        </w:rPr>
        <w:t>"Không!" Dana buột miệng. "À, kiểu như… tôi nghĩ…"</w:t>
      </w:r>
    </w:p>
    <w:p>
      <w:pPr>
        <w:spacing w:after="80"/>
      </w:pPr>
      <w:r>
        <w:rPr>
          <w:b w:val="0"/>
          <w:i w:val="0"/>
        </w:rPr>
        <w:t xml:space="preserve">"Cô nghĩ… </w:t>
      </w:r>
      <w:r>
        <w:rPr>
          <w:b w:val="0"/>
          <w:i/>
        </w:rPr>
        <w:t>cái gì</w:t>
      </w:r>
      <w:r>
        <w:rPr>
          <w:b w:val="0"/>
          <w:i w:val="0"/>
        </w:rPr>
        <w:t>?" Ánh mắt sắc lạnh của đại sứ xuyên thẳng qua cô.</w:t>
      </w:r>
    </w:p>
    <w:p>
      <w:pPr>
        <w:spacing w:after="80"/>
      </w:pPr>
      <w:r>
        <w:rPr>
          <w:b w:val="0"/>
          <w:i w:val="0"/>
        </w:rPr>
        <w:t xml:space="preserve">Dana nhìn chằm chằm xuống sàn. </w:t>
      </w:r>
      <w:r>
        <w:rPr>
          <w:b w:val="0"/>
          <w:i/>
        </w:rPr>
        <w:t>Chết tiệt.</w:t>
      </w:r>
    </w:p>
    <w:p>
      <w:pPr>
        <w:spacing w:after="80"/>
      </w:pPr>
      <w:r>
        <w:rPr>
          <w:b w:val="0"/>
          <w:i w:val="0"/>
        </w:rPr>
        <w:t xml:space="preserve">"Cô Daněk, </w:t>
      </w:r>
      <w:r>
        <w:rPr>
          <w:b w:val="0"/>
          <w:i/>
        </w:rPr>
        <w:t>đây</w:t>
      </w:r>
      <w:r>
        <w:rPr>
          <w:b w:val="0"/>
          <w:i w:val="0"/>
        </w:rPr>
        <w:t xml:space="preserve"> chính xác là lý do vì sao chúng ta không ngủ với đồng nghiệp."</w:t>
      </w:r>
    </w:p>
    <w:p>
      <w:pPr>
        <w:pStyle w:val="Heading1"/>
      </w:pPr>
      <w:r>
        <w:rPr>
          <w:rFonts w:ascii="Calibri" w:hAnsi="Calibri"/>
          <w:b/>
          <w:i w:val="0"/>
          <w:sz w:val="40"/>
        </w:rPr>
        <w:t>Chương 46</w:t>
      </w:r>
    </w:p>
    <w:p>
      <w:pPr>
        <w:spacing w:after="80"/>
      </w:pPr>
      <w:r>
        <w:rPr>
          <w:b w:val="0"/>
          <w:i w:val="0"/>
        </w:rPr>
        <w:t>Khi chiếc taxi của Langdon leo lên ngọn đồi rợp cây hướng về Tháp Petřín, anh nhận ra mình vẫn đang nắm chặt mẩu giấy đã được luồn dưới cửa phòng Sasha.</w:t>
      </w:r>
    </w:p>
    <w:p>
      <w:pPr>
        <w:spacing w:after="80"/>
      </w:pPr>
      <w:r>
        <w:rPr>
          <w:b w:val="0"/>
          <w:i w:val="0"/>
        </w:rPr>
        <w:t>Tôi đang giữ Katherine.</w:t>
      </w:r>
    </w:p>
    <w:p>
      <w:pPr>
        <w:spacing w:after="80"/>
      </w:pPr>
      <w:r>
        <w:rPr>
          <w:b w:val="0"/>
          <w:i w:val="0"/>
        </w:rPr>
        <w:t>Hãy đến Tháp Petřín.</w:t>
      </w:r>
    </w:p>
    <w:p>
      <w:pPr>
        <w:spacing w:after="80"/>
      </w:pPr>
      <w:r>
        <w:rPr>
          <w:b w:val="0"/>
          <w:i w:val="0"/>
        </w:rPr>
        <w:t>Kẻ nào đã để lại nó hẳn có một khiếu tượng trưng đầy rùng rợn; tòa tháp đứng trên một đỉnh đồi nổi tiếng với lịch sử chết chóc và tế người đầy rợn tóc gáy.</w:t>
      </w:r>
    </w:p>
    <w:p>
      <w:pPr>
        <w:spacing w:after="80"/>
      </w:pPr>
      <w:r>
        <w:rPr>
          <w:b w:val="0"/>
          <w:i w:val="0"/>
        </w:rPr>
        <w:t>Cụ thể là, cái chết của những người phụ nữ…dưới bàn tay của những kẻ cuồng tín.</w:t>
      </w:r>
    </w:p>
    <w:p>
      <w:pPr>
        <w:spacing w:after="80"/>
      </w:pPr>
      <w:r>
        <w:rPr>
          <w:b w:val="0"/>
          <w:i w:val="0"/>
        </w:rPr>
        <w:t>Theo truyền thuyết, xưa kia có một bàn thờ tế lễ nằm trên đỉnh đồi Petřín, nơi các thầy tế ngoại giáo thiêu sống những trinh nữ trẻ để làm vui lòng các vị thần ngoại giáo. Những cuộc tế lễ ấy kéo dài suốt nhiều thế kỷ cho đến khi người Cơ đốc tiếp quản, phá dỡ bàn thờ và xây Nhà thờ Thánh Lawrence ngay trên chính chỗ đó. Thế nhưng cho đến tận ngày nay, những đám cháy bí ẩn vẫn thường xuyên bùng lên trên đồi Petřín, và một số người tin rằng đó là bàn tay của những hồn ma các trinh nữ bị tế, vẫn còn ám ảnh khu rừng này với số lượng hàng trăm.</w:t>
      </w:r>
    </w:p>
    <w:p>
      <w:pPr>
        <w:jc w:val="center"/>
      </w:pPr>
      <w:r>
        <w:drawing>
          <wp:inline xmlns:a="http://schemas.openxmlformats.org/drawingml/2006/main" xmlns:pic="http://schemas.openxmlformats.org/drawingml/2006/picture">
            <wp:extent cx="5486400" cy="362122"/>
            <wp:docPr id="36" name="Picture 36"/>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Người tài xế taxi ngoài bốn mươi, tóc đuôi ngựa, lái xe len lỏi qua con đường quanh co lên đồi Petřín, liếc nhìn qua gương chiếu hậu về phía hành khách. Người đàn ông ngồi phía sau có vẻ căng thẳng, vươn cổ và nheo mắt lo lắng nhìn lên đỉnh Tháp Petřín.</w:t>
      </w:r>
    </w:p>
    <w:p>
      <w:pPr>
        <w:spacing w:after="80"/>
      </w:pPr>
      <w:r>
        <w:rPr>
          <w:b w:val="0"/>
          <w:i w:val="0"/>
        </w:rPr>
        <w:t>Nếu ông sợ độ cao, anh bạn ạ, thì đừng lên đó.</w:t>
      </w:r>
    </w:p>
    <w:p>
      <w:pPr>
        <w:spacing w:after="80"/>
      </w:pPr>
      <w:r>
        <w:rPr>
          <w:b w:val="0"/>
          <w:i w:val="0"/>
        </w:rPr>
        <w:t xml:space="preserve">Vị hành khách cao lớn, tóc đen, và dù giọng Mỹ cùng chiếc áo len đắt tiền của anh ta hét toáng lên hai chữ </w:t>
      </w:r>
      <w:r>
        <w:rPr>
          <w:b w:val="0"/>
          <w:i/>
        </w:rPr>
        <w:t>khách du lịch,</w:t>
      </w:r>
      <w:r>
        <w:rPr>
          <w:b w:val="0"/>
          <w:i w:val="0"/>
        </w:rPr>
        <w:t xml:space="preserve"> anh ta vẫn nhảy vào xe với vẻ gấp gáp như một kẻ đang chạy trốn cháy rừng. Người tài xế đã cảnh báo anh rằng Tháp Petřín có thể không mở cửa vào giờ này, và rằng anh ăn mặc phong phanh quá so với gió lạnh, nhưng người đàn ông vẫn khăng khăng.</w:t>
      </w:r>
    </w:p>
    <w:p>
      <w:pPr>
        <w:spacing w:after="80"/>
      </w:pPr>
      <w:r>
        <w:rPr>
          <w:b w:val="0"/>
          <w:i w:val="0"/>
        </w:rPr>
        <w:t>Tùy ông thôi…khách là khách.</w:t>
      </w:r>
    </w:p>
    <w:p>
      <w:pPr>
        <w:spacing w:after="80"/>
      </w:pPr>
      <w:r>
        <w:rPr>
          <w:b w:val="0"/>
          <w:i w:val="0"/>
        </w:rPr>
        <w:t xml:space="preserve">Khi chiếc taxi leo lên đồi, người tài xế vui vẻ gõ nhịp lên vô lăng, giữ nhịp theo bài hát đang phát trên điện thoại. Bài hát cũ yêu thích của ông, </w:t>
      </w:r>
      <w:r>
        <w:rPr>
          <w:b w:val="0"/>
          <w:i/>
        </w:rPr>
        <w:t>"Klokočí",</w:t>
      </w:r>
      <w:r>
        <w:rPr>
          <w:b w:val="0"/>
          <w:i w:val="0"/>
        </w:rPr>
        <w:t xml:space="preserve"> đang vang lên, nhưng khi bài hát đến đoạn solo kèn clarinet du dương, âm nhạc đột ngột tắt ngấm, thay vào đó là một chuỗi âm thanh the thé.</w:t>
      </w:r>
    </w:p>
    <w:p>
      <w:pPr>
        <w:spacing w:after="80"/>
      </w:pPr>
      <w:r>
        <w:rPr>
          <w:b w:val="0"/>
          <w:i/>
        </w:rPr>
        <w:t>"Sakra!!"</w:t>
      </w:r>
      <w:r>
        <w:rPr>
          <w:b w:val="0"/>
          <w:i w:val="0"/>
        </w:rPr>
        <w:t xml:space="preserve"> người tài xế chửi thề, bực bội vì sự gián đoạn.</w:t>
      </w:r>
    </w:p>
    <w:p>
      <w:pPr>
        <w:spacing w:after="80"/>
      </w:pPr>
      <w:r>
        <w:rPr>
          <w:b w:val="0"/>
          <w:i w:val="0"/>
        </w:rPr>
        <w:t>Cơ quan thực thi pháp luật Séc đã bắt đầu phát những "cảnh báo công cộng" khó chịu này với hy vọng tranh thủ sự giúp đỡ của công chúng cho công việc của cảnh sát địa phương. Đợt cảnh báo đầu tiên luôn được gửi đến nhân viên giao thông, nhân viên sân bay và các bệnh viện địa phương.</w:t>
      </w:r>
    </w:p>
    <w:p>
      <w:pPr>
        <w:spacing w:after="80"/>
      </w:pPr>
      <w:r>
        <w:rPr>
          <w:b w:val="0"/>
          <w:i/>
        </w:rPr>
        <w:t>Tôi có việc của tôi chứ,</w:t>
      </w:r>
      <w:r>
        <w:rPr>
          <w:b w:val="0"/>
          <w:i w:val="0"/>
        </w:rPr>
        <w:t xml:space="preserve"> ông ta lẩm bẩm. </w:t>
      </w:r>
      <w:r>
        <w:rPr>
          <w:b w:val="0"/>
          <w:i/>
        </w:rPr>
        <w:t>Sao tôi phải làm việc của người khác chứ?!</w:t>
      </w:r>
    </w:p>
    <w:p>
      <w:pPr>
        <w:spacing w:after="80"/>
      </w:pPr>
      <w:r>
        <w:rPr>
          <w:b w:val="0"/>
          <w:i w:val="0"/>
        </w:rPr>
        <w:t>Điều đáng bực mình là phần lớn châu Âu đã áp dụng hệ thống "AMBER Alerts" của Mỹ, bất chấp ý nghĩa nguyên văn của từ viết tắt: America's Missing: Broadcast Emergency Response (Người mất tích ở Mỹ: Phát sóng ứng phó khẩn cấp).</w:t>
      </w:r>
    </w:p>
    <w:p>
      <w:pPr>
        <w:spacing w:after="80"/>
      </w:pPr>
      <w:r>
        <w:rPr>
          <w:b w:val="0"/>
          <w:i w:val="0"/>
        </w:rPr>
        <w:t>Người tài xế với tay xuống để tắt cảnh báo và quay lại với bài hát của mình, nhưng dải băng nhấp nháy trên màn hình điện thoại khiến ông khựng lại. Cảnh báo này được mã hóa màu xanh dương, điều cực kỳ hiếm gặp ở Prague. Thông thường cảnh báo được mã hóa màu hổ phách hoặc màu bạc, yêu cầu công chúng giúp tìm một đứa trẻ mất tích hoặc một người già lú lẫn. Màu xanh dương nghiêm trọng hơn nhiều. Nó có nghĩa là một nhân viên thực thi pháp luật đã bị giết và tội phạm vẫn còn nhởn nhơ ngoài vòng pháp luật.</w:t>
      </w:r>
    </w:p>
    <w:p>
      <w:pPr>
        <w:spacing w:after="80"/>
      </w:pPr>
      <w:r>
        <w:rPr>
          <w:b w:val="0"/>
          <w:i w:val="0"/>
        </w:rPr>
        <w:t>Có kẻ giết một nhân viên cảnh sát ở Prague ư?!</w:t>
      </w:r>
    </w:p>
    <w:p>
      <w:pPr>
        <w:spacing w:after="80"/>
      </w:pPr>
      <w:r>
        <w:rPr>
          <w:b w:val="0"/>
          <w:i w:val="0"/>
        </w:rPr>
        <w:t>Rồi người tài xế nhìn thấy ảnh của nghi phạm.</w:t>
      </w:r>
    </w:p>
    <w:p>
      <w:pPr>
        <w:spacing w:after="80"/>
      </w:pPr>
      <w:r>
        <w:rPr>
          <w:b w:val="0"/>
          <w:i w:val="0"/>
        </w:rPr>
        <w:t>Gã đó…chính là hành khách của mình!</w:t>
      </w:r>
    </w:p>
    <w:p>
      <w:pPr>
        <w:spacing w:after="80"/>
      </w:pPr>
      <w:r>
        <w:rPr>
          <w:b w:val="0"/>
          <w:i w:val="0"/>
        </w:rPr>
        <w:t>Sững sờ, người tài xế xác nhận bằng một cái liếc nhanh vào gương chiếu hậu. Rồi anh ta thản nhiên nhấc điện thoại lên và gọi đến số trong cảnh báo, bình tĩnh truyền đạt thông tin bằng tiếng Séc cho viên sĩ quan bắt máy.</w:t>
      </w:r>
    </w:p>
    <w:p>
      <w:pPr>
        <w:jc w:val="center"/>
      </w:pPr>
      <w:r>
        <w:drawing>
          <wp:inline xmlns:a="http://schemas.openxmlformats.org/drawingml/2006/main" xmlns:pic="http://schemas.openxmlformats.org/drawingml/2006/picture">
            <wp:extent cx="5486400" cy="362122"/>
            <wp:docPr id="37" name="Picture 37"/>
            <wp:cNvGraphicFramePr>
              <a:graphicFrameLocks noChangeAspect="1"/>
            </wp:cNvGraphicFramePr>
            <a:graphic>
              <a:graphicData uri="http://schemas.openxmlformats.org/drawingml/2006/picture">
                <pic:pic>
                  <pic:nvPicPr>
                    <pic:cNvPr id="0" name="image_rsrc8XP.jpg"/>
                    <pic:cNvPicPr/>
                  </pic:nvPicPr>
                  <pic:blipFill>
                    <a:blip r:embed="rId18"/>
                    <a:stretch>
                      <a:fillRect/>
                    </a:stretch>
                  </pic:blipFill>
                  <pic:spPr>
                    <a:xfrm>
                      <a:off x="0" y="0"/>
                      <a:ext cx="5486400" cy="362122"/>
                    </a:xfrm>
                    <a:prstGeom prst="rect"/>
                  </pic:spPr>
                </pic:pic>
              </a:graphicData>
            </a:graphic>
          </wp:inline>
        </w:drawing>
      </w:r>
    </w:p>
    <w:p>
      <w:pPr>
        <w:spacing w:after="80"/>
      </w:pPr>
      <w:r>
        <w:rPr>
          <w:b w:val="0"/>
          <w:i w:val="0"/>
        </w:rPr>
        <w:t>Đầu Trung úy Pavel đau nhức khi anh lao ra khỏi Pháo đài Crucifix và nhảy lên sau tay lái chiếc xe ÚZSI của mình. Cảnh báo Xanh mà anh đã phát đi bằng điện thoại của Janáček vừa tạo ra một cuộc gọi phản hồi, chỉ trong vài phút…mà, như Pavel đã sắp đặt, lại gọi thẳng về điện thoại của Janáček.</w:t>
      </w:r>
    </w:p>
    <w:p>
      <w:pPr>
        <w:spacing w:after="80"/>
      </w:pPr>
      <w:r>
        <w:rPr>
          <w:b w:val="0"/>
          <w:i w:val="0"/>
        </w:rPr>
        <w:t>Không ai khác có thông tin tôi vừa nhận được.</w:t>
      </w:r>
    </w:p>
    <w:p>
      <w:pPr>
        <w:spacing w:after="80"/>
      </w:pPr>
      <w:r>
        <w:rPr>
          <w:b w:val="0"/>
          <w:i w:val="0"/>
        </w:rPr>
        <w:t>Robert Langdon đang trên đường đến Tháp Petřín, và dù Pavel không thể hình dung nổi vì sao, không có nơi nào tốt hơn để Pavel đưa người Mỹ kia đến. Khu vực quanh Đồi Petřín vắng vẻ và rộng lớn. Quan trọng nhất, vào giờ sớm thế này của một buổi sáng mùa đông, nơi đây gần như hoang vắng.</w:t>
      </w:r>
    </w:p>
    <w:p>
      <w:pPr>
        <w:spacing w:after="80"/>
      </w:pPr>
      <w:r>
        <w:rPr>
          <w:b w:val="0"/>
          <w:i w:val="0"/>
        </w:rPr>
        <w:t>Tôi sẽ rất vui được hạ gục Langdon.</w:t>
      </w:r>
    </w:p>
    <w:p>
      <w:pPr>
        <w:spacing w:after="80"/>
      </w:pPr>
      <w:r>
        <w:rPr>
          <w:b w:val="0"/>
          <w:i w:val="0"/>
        </w:rPr>
        <w:t>Tôi chỉ cần một khẩu súng.</w:t>
      </w:r>
    </w:p>
    <w:p>
      <w:pPr>
        <w:spacing w:after="80"/>
      </w:pPr>
      <w:r>
        <w:rPr>
          <w:b w:val="0"/>
          <w:i w:val="0"/>
        </w:rPr>
        <w:t>Pavel tìm thấy khẩu súng ngắn của Janáček trong ngăn đựng găng tay. Khi anh trượt khẩu vũ khí vào bao súng trống bên hông mình, Pavel mơ màng nghĩ xem sẽ cảm thấy thích đáng biết bao khi bắn khẩu súng của đội trưởng và giết kẻ đã lạnh lùng sát hại Janáček.</w:t>
      </w:r>
    </w:p>
    <w:p>
      <w:pPr>
        <w:spacing w:after="80"/>
      </w:pPr>
      <w:r>
        <w:rPr>
          <w:b w:val="0"/>
          <w:i w:val="0"/>
        </w:rPr>
        <w:t>Mắt đền mắt.</w:t>
      </w:r>
    </w:p>
    <w:p>
      <w:pPr>
        <w:pStyle w:val="Heading1"/>
      </w:pPr>
      <w:r>
        <w:rPr>
          <w:rFonts w:ascii="Calibri" w:hAnsi="Calibri"/>
          <w:b/>
          <w:i w:val="0"/>
          <w:sz w:val="40"/>
        </w:rPr>
        <w:t>Chương 47</w:t>
      </w:r>
    </w:p>
    <w:p>
      <w:pPr>
        <w:spacing w:after="80"/>
      </w:pPr>
      <w:r>
        <w:rPr>
          <w:b w:val="0"/>
          <w:i w:val="0"/>
        </w:rPr>
        <w:t>Năm 1889, sau khi các quan chức thành phố Prague đến thăm Triển lãm Toàn cầu ở Paris và chiêm ngưỡng tòa tháp gây choáng ngợp của Gustave Eiffel, họ quyết định ngay sau đó sẽ xây một Tháp Eiffel "thu nhỏ" của riêng mình tại Prague. Tọa lạc trên đỉnh Đồi Petřín và hoàn thành năm 1891, tòa tháp này chẳng hề nhỏ chút nào, vươn cao hai trăm feet trên một đỉnh đồi vốn đã cao hơn một nghìn feet.</w:t>
      </w:r>
    </w:p>
    <w:p>
      <w:pPr>
        <w:spacing w:after="80"/>
      </w:pPr>
      <w:r>
        <w:rPr>
          <w:b w:val="0"/>
          <w:i w:val="0"/>
        </w:rPr>
        <w:t>Giống như nguồn cảm hứng Paris của mình, Tháp Petřín được xây dựng theo kết cấu lưới mở bằng các dầm thép tán đinh và các cột chống. Ngoài chiều cao khác biệt, tháp Paris và tháp Prague trông rất giống nhau về đường nét, ngoại lệ rõ ràng duy nhất là phần đế vuông của Tháp Eiffel và phần đế bát giác của Tháp Petřín.</w:t>
      </w:r>
    </w:p>
    <w:p>
      <w:pPr>
        <w:spacing w:after="80"/>
      </w:pPr>
      <w:r>
        <w:rPr>
          <w:b w:val="0"/>
          <w:i w:val="0"/>
        </w:rPr>
        <w:t>Khi chiếc taxi của Langdon cuối cùng đến bãi đỗ xe rợp bóng cây dưới chân Tháp Petřín, anh lo lắng quét mắt khắp khu vực hoang vắng tìm dấu hiệu của sự sống.</w:t>
      </w:r>
    </w:p>
    <w:p>
      <w:pPr>
        <w:spacing w:after="80"/>
      </w:pPr>
      <w:r>
        <w:rPr>
          <w:b w:val="0"/>
          <w:i w:val="0"/>
        </w:rPr>
        <w:t>Tôi có Katherine. Đến Tháp Petřín đi.</w:t>
      </w:r>
    </w:p>
    <w:p>
      <w:pPr>
        <w:spacing w:after="80"/>
      </w:pPr>
      <w:r>
        <w:rPr>
          <w:b w:val="0"/>
          <w:i w:val="0"/>
        </w:rPr>
        <w:t>Langdon nhanh chóng trả tiền cước, kèm một khoản tiền boa hậu hĩnh, và nhờ tài xế đợi mình. Người tài xế lẩm bẩm gì đó bằng tiếng Séc căng thẳng rồi phóng xe đi ngay khi Langdon bước ra và đóng cửa, để anh lại một mình trong bãi đỗ xe lộng gió.</w:t>
      </w:r>
    </w:p>
    <w:p>
      <w:pPr>
        <w:spacing w:after="80"/>
      </w:pPr>
      <w:r>
        <w:rPr>
          <w:b w:val="0"/>
          <w:i w:val="0"/>
        </w:rPr>
        <w:t>Cảm ơn nhiều nhé.</w:t>
      </w:r>
    </w:p>
    <w:p>
      <w:pPr>
        <w:spacing w:after="80"/>
      </w:pPr>
      <w:r>
        <w:rPr>
          <w:b w:val="0"/>
          <w:i w:val="0"/>
        </w:rPr>
        <w:t>Tháp Petřín cao hơn hẳn so với Langdon nhớ, và hôm nay nó dường như đung đưa trên nền trời xám. Khu rừng phủ tuyết quanh tháp trông yên tĩnh và hùng vĩ, chỉ có vài người trông coi khuôn viên và nhân viên đang bắt đầu ngày làm việc. Langdon không thấy dấu hiệu nào của Katherine, cũng chẳng có ai khả nghi. Cố quên đi lịch sử hiến tế con người của ngọn đồi này, Langdon nhanh chóng tiến về phía tòa tháp, trong lòng nhói lên hy vọng rằng Katherine thực sự đang ở đâu đó trên này…và bình an.</w:t>
      </w:r>
    </w:p>
    <w:p>
      <w:pPr>
        <w:spacing w:after="80"/>
      </w:pPr>
      <w:r>
        <w:rPr>
          <w:b w:val="0"/>
          <w:i w:val="0"/>
        </w:rPr>
        <w:t xml:space="preserve">Dưới chân Tháp Petřín là khu trung tâm dành cho du khách, một tòa nhà thấp hình bát giác nằm gọn gàng hoàn hảo bên trong tám chân trụ khổng lồ của tòa tháp. Tòa nhà có mái dốc thoai thoải, xuyên qua đó là một trục mảnh mai vươn thẳng lên tận đỉnh tháp. </w:t>
      </w:r>
      <w:r>
        <w:rPr>
          <w:b w:val="0"/>
          <w:i/>
        </w:rPr>
        <w:t>Thang máy tí hon,</w:t>
      </w:r>
      <w:r>
        <w:rPr>
          <w:b w:val="0"/>
          <w:i w:val="0"/>
        </w:rPr>
        <w:t xml:space="preserve"> Langdon biết vậy. Đáng tiếc thay, lựa chọn thứ hai là một cầu thang ngoài trời hẹp và quanh co, uốn lượn vòng quanh trục thang suốt cả chặng đường lên. Cả hai cách leo lên đều chẳng có vẻ gì là hấp dẫn.</w:t>
      </w:r>
    </w:p>
    <w:p>
      <w:pPr>
        <w:spacing w:after="80"/>
      </w:pPr>
      <w:r>
        <w:rPr>
          <w:b w:val="0"/>
          <w:i w:val="0"/>
        </w:rPr>
        <w:t>Khi đến gần tòa tháp, Langdon nghe thấy tiếng bánh răng thang máy nghiến ken két và tiếng kim loại cọ xát vào nhau khi cabin di chuyển lên trên vào trong trục thang.</w:t>
      </w:r>
    </w:p>
    <w:p>
      <w:pPr>
        <w:spacing w:after="80"/>
      </w:pPr>
      <w:r>
        <w:rPr>
          <w:b w:val="0"/>
          <w:i/>
        </w:rPr>
        <w:t>Có ai đó đang lên đỉnh,</w:t>
      </w:r>
      <w:r>
        <w:rPr>
          <w:b w:val="0"/>
          <w:i w:val="0"/>
        </w:rPr>
        <w:t xml:space="preserve"> anh nghĩ đầy mong đợi. </w:t>
      </w:r>
      <w:r>
        <w:rPr>
          <w:b w:val="0"/>
          <w:i/>
        </w:rPr>
        <w:t>Katherine?</w:t>
      </w:r>
    </w:p>
    <w:p>
      <w:pPr>
        <w:spacing w:after="80"/>
      </w:pPr>
      <w:r>
        <w:rPr>
          <w:b w:val="0"/>
          <w:i w:val="0"/>
        </w:rPr>
        <w:t>Anh lao vào sảnh đón khách, một căn phòng hình bát giác được trang trí bằng những bức ảnh lịch sử về quá trình xây dựng tòa tháp. Sảnh vắng tanh, chỉ có một nữ nhân viên trẻ đang mở các thùng hàng lưu niệm của Praha.</w:t>
      </w:r>
    </w:p>
    <w:p>
      <w:pPr>
        <w:spacing w:after="80"/>
      </w:pPr>
      <w:r>
        <w:rPr>
          <w:b w:val="0"/>
          <w:i/>
        </w:rPr>
        <w:t>"Dobré ráno!"</w:t>
      </w:r>
      <w:r>
        <w:rPr>
          <w:b w:val="0"/>
          <w:i w:val="0"/>
        </w:rPr>
        <w:t xml:space="preserve"> cô nói vui vẻ. "Chào buổi sáng!"</w:t>
      </w:r>
    </w:p>
    <w:p>
      <w:pPr>
        <w:spacing w:after="80"/>
      </w:pPr>
      <w:r>
        <w:rPr>
          <w:b w:val="0"/>
          <w:i w:val="0"/>
        </w:rPr>
        <w:t>"Chào buổi sáng," Langdon đáp. "Tháp đã mở cửa chưa?"</w:t>
      </w:r>
    </w:p>
    <w:p>
      <w:pPr>
        <w:spacing w:after="80"/>
      </w:pPr>
      <w:r>
        <w:rPr>
          <w:b w:val="0"/>
          <w:i w:val="0"/>
        </w:rPr>
        <w:t>"Vừa mới mở thôi," cô trả lời. "Mới có hai người ở trên đỉnh. Anh có muốn mua vé không?"</w:t>
      </w:r>
    </w:p>
    <w:p>
      <w:pPr>
        <w:spacing w:after="80"/>
      </w:pPr>
      <w:r>
        <w:rPr>
          <w:b w:val="0"/>
          <w:i w:val="0"/>
        </w:rPr>
        <w:t xml:space="preserve">Langdon cảm thấy mạch đập của mình nhanh hơn. </w:t>
      </w:r>
      <w:r>
        <w:rPr>
          <w:b w:val="0"/>
          <w:i/>
        </w:rPr>
        <w:t>Hai người.</w:t>
      </w:r>
      <w:r>
        <w:rPr>
          <w:b w:val="0"/>
          <w:i w:val="0"/>
        </w:rPr>
        <w:t xml:space="preserve"> Anh không khỏi tự hỏi liệu đó có phải là Katherine và kẻ bắt giữ cô không. </w:t>
      </w:r>
      <w:r>
        <w:rPr>
          <w:b w:val="0"/>
          <w:i/>
        </w:rPr>
        <w:t>Mình có nên lên đó không nhỉ?</w:t>
      </w:r>
      <w:r>
        <w:rPr>
          <w:b w:val="0"/>
          <w:i w:val="0"/>
        </w:rPr>
        <w:t xml:space="preserve"> Mẩu tin nhắn không nói rõ ràng, nhưng Langdon không định đánh cược vào may rủi. Ý nghĩ Katherine nằm trong tay một kẻ điên nào đó, ở độ cao hàng trăm bước chân trên một đài quan sát ngoài trời, khiến anh tràn ngập nỗi sợ hãi.</w:t>
      </w:r>
    </w:p>
    <w:p>
      <w:pPr>
        <w:spacing w:after="80"/>
      </w:pPr>
      <w:r>
        <w:rPr>
          <w:b w:val="0"/>
          <w:i w:val="0"/>
        </w:rPr>
        <w:t>Langdon mua một tấm vé và đợi trước cửa thang máy. Ở đâu đó phía trên, cabin đang nghiến ken két ầm ĩ đi xuống từ trên đỉnh. Khi cánh cửa cuối cùng cũng mở ra lạch cạch, Langdon thấy mình đang nhìn chằm chằm vào một khoang nhỏ, hình dáng kỳ quặc, trông như chưa từng được tân trang lại kể từ những năm 1800.</w:t>
      </w:r>
    </w:p>
    <w:p>
      <w:pPr>
        <w:spacing w:after="80"/>
      </w:pPr>
      <w:r>
        <w:rPr>
          <w:b w:val="0"/>
          <w:i w:val="0"/>
        </w:rPr>
        <w:t>Theo bản năng, anh hướng ánh mắt về phía cầu thang xoắn ốc gần đó, nơi bị chặn bằng một dải ruy băng và một tấm biển: ZAVŘENO / CLOSED. Một tấm biển khác cảnh báo rằng 299 bậc thang cực kỳ dốc.</w:t>
      </w:r>
    </w:p>
    <w:p>
      <w:pPr>
        <w:spacing w:after="80"/>
      </w:pPr>
      <w:r>
        <w:rPr>
          <w:b w:val="0"/>
          <w:i w:val="0"/>
        </w:rPr>
        <w:t>"Cầu thang có mở không?" Langdon hỏi, hy vọng rằng nữ nhân viên chỉ vừa mới mở cửa và chưa gỡ tấm biển xuống cho ngày hôm nay.</w:t>
      </w:r>
    </w:p>
    <w:p>
      <w:pPr>
        <w:spacing w:after="80"/>
      </w:pPr>
      <w:r>
        <w:rPr>
          <w:b w:val="0"/>
          <w:i w:val="0"/>
        </w:rPr>
        <w:t>"Đóng cửa mùa đông," cô nói. "Gió quá…với lại hôm nay có cả tuyết và băng nữa!"</w:t>
      </w:r>
    </w:p>
    <w:p>
      <w:pPr>
        <w:spacing w:after="80"/>
      </w:pPr>
      <w:r>
        <w:rPr>
          <w:b w:val="0"/>
          <w:i/>
        </w:rPr>
        <w:t>Tuyệt thật.</w:t>
      </w:r>
      <w:r>
        <w:rPr>
          <w:b w:val="0"/>
          <w:i w:val="0"/>
        </w:rPr>
        <w:t xml:space="preserve"> Anh miễn cưỡng nhìn vào khoang thang máy tí hon, và ba từ vang vọng trong tâm trí anh.</w:t>
      </w:r>
    </w:p>
    <w:p>
      <w:pPr>
        <w:spacing w:after="80"/>
      </w:pPr>
      <w:r>
        <w:rPr>
          <w:b w:val="0"/>
          <w:i w:val="0"/>
        </w:rPr>
        <w:t>Ta có Katherine.</w:t>
      </w:r>
    </w:p>
    <w:p>
      <w:pPr>
        <w:spacing w:after="80"/>
      </w:pPr>
      <w:r>
        <w:rPr>
          <w:b w:val="0"/>
          <w:i w:val="0"/>
        </w:rPr>
        <w:t>Hít một hơi thật sâu, Langdon bước vào thang máy. Anh nhấn nút, và cánh cửa đóng sầm lại. Khi cabin lạch cạch đi lên, anh tập trung chú ý vào tấm khắc kim loại trên tường, nơi một loạt đèn đỏ nhấp nháy bật tắt để báo hiệu tiến trình của anh.</w:t>
      </w:r>
    </w:p>
    <w:p>
      <w:pPr>
        <w:spacing w:after="80"/>
      </w:pPr>
      <w:r>
        <w:rPr>
          <w:b w:val="0"/>
          <w:i w:val="0"/>
        </w:rPr>
        <w:t xml:space="preserve">Khi thang máy leo lên, Langdon bắt đầu cảm thấy ngày càng chưa chuẩn bị sẵn sàng cho bất kỳ ai hay bất cứ điều gì anh có thể gặp ở trên này. Anh tự hỏi liệu mình có ngu ngốc không khi không lấy khẩu súng từ Sasha. </w:t>
      </w:r>
      <w:r>
        <w:rPr>
          <w:b w:val="0"/>
          <w:i/>
        </w:rPr>
        <w:t>Nhỡ kẻ bắt giữ cô ấy có vũ khí thì sao?</w:t>
      </w:r>
      <w:r>
        <w:rPr>
          <w:b w:val="0"/>
          <w:i w:val="0"/>
        </w:rPr>
        <w:t xml:space="preserve"> Càng lên cao, thành thang máy càng như khép lại quanh anh. Langdon nhắm mắt và ngân nga bài hát đồng quê "Wide Open Spaces."</w:t>
      </w:r>
    </w:p>
    <w:p>
      <w:pPr>
        <w:spacing w:after="80"/>
      </w:pPr>
      <w:r>
        <w:rPr>
          <w:b w:val="0"/>
          <w:i w:val="0"/>
        </w:rPr>
        <w:t>Khi thang máy cuối cùng cũng chậm lại và dừng hẳn, Langdon gồng mình và mở mắt. Cửa thang máy rầm rầm mở ra, và Langdon cảm thấy một cơn nhẹ nhõm ập đến tức thì khi thấy không gian thoáng đãng, nhưng cảm xúc ấy lập tức bị dập tắt bởi nỗi thất vọng. Đôi vợ chồng trên đỉnh tháp đều ở độ tuổi đôi mươi, gốc Ấn Độ, và đang vui vẻ chụp ảnh Prague.</w:t>
      </w:r>
    </w:p>
    <w:p>
      <w:pPr>
        <w:spacing w:after="80"/>
      </w:pPr>
      <w:r>
        <w:rPr>
          <w:b w:val="0"/>
          <w:i w:val="0"/>
        </w:rPr>
        <w:t>Katherine không có ở đây.</w:t>
      </w:r>
    </w:p>
    <w:p>
      <w:pPr>
        <w:spacing w:after="80"/>
      </w:pPr>
      <w:r>
        <w:rPr>
          <w:b w:val="0"/>
          <w:i w:val="0"/>
        </w:rPr>
        <w:t xml:space="preserve">Langdon tự nhủ phải kiên nhẫn; dù sao thì anh đã rời căn hộ của Sasha ngay khi nhận được mẩu tin nhắn và đến đây rất nhanh. </w:t>
      </w:r>
      <w:r>
        <w:rPr>
          <w:b w:val="0"/>
          <w:i/>
        </w:rPr>
        <w:t>Mình đến sớm,</w:t>
      </w:r>
      <w:r>
        <w:rPr>
          <w:b w:val="0"/>
          <w:i w:val="0"/>
        </w:rPr>
        <w:t xml:space="preserve"> anh kết luận, mà theo một khía cạnh nào đó có khi còn tốt hơn. </w:t>
      </w:r>
      <w:r>
        <w:rPr>
          <w:b w:val="0"/>
          <w:i/>
        </w:rPr>
        <w:t>Mình có thể thấy họ đến,</w:t>
      </w:r>
      <w:r>
        <w:rPr>
          <w:b w:val="0"/>
          <w:i w:val="0"/>
        </w:rPr>
        <w:t xml:space="preserve"> anh nghĩ, bước tới lan can và nhìn xuống bãi đỗ xe xa tít phía dưới.</w:t>
      </w:r>
    </w:p>
    <w:p>
      <w:pPr>
        <w:spacing w:after="80"/>
      </w:pPr>
      <w:r>
        <w:rPr>
          <w:b w:val="0"/>
          <w:i w:val="0"/>
        </w:rPr>
        <w:t xml:space="preserve">Gió giờ đây thổi mạnh dữ dội hơn, và tòa tháp đung đưa chỉ càng làm tăng thêm tâm trạng bấp bênh vốn có của Langdon. Khi anh đi đi lại lại trên nền quan sát hẹp bao quanh thang máy, anh đi ngang qua cầu thang xoắn ốc dẫn xuống, lối vào bị chặn bởi một biển Cấm Vào và hình vẽ đáng ngại về một người bị gió thổi bay khỏi tháp. </w:t>
      </w:r>
      <w:r>
        <w:rPr>
          <w:b w:val="0"/>
          <w:i/>
        </w:rPr>
        <w:t>Không, cảm ơn.</w:t>
      </w:r>
    </w:p>
    <w:p>
      <w:pPr>
        <w:spacing w:after="80"/>
      </w:pPr>
      <w:r>
        <w:rPr>
          <w:b w:val="0"/>
          <w:i w:val="0"/>
        </w:rPr>
        <w:t>Langdon tìm được một chỗ có chút che chắn để chờ đợi, nhìn ra khu rừng của Công viên Petřín. Điểm du lịch nổi tiếng này mang đến nhiều điểm thu hút cho trẻ em, bao gồm một khu vườn bí mật, sân chơi dây thừng, xích đu và một vòng quay ngựa gỗ, vừa mới được mở ra cho ngày hôm nay. Mắt anh dừng lại ở Nhà thờ Thánh Lawrence xa phía dưới, nơi bàn thờ hiến tế ngoại giáo cổ xưa từng tồn tại, và Langdon lại nghĩ đến những tin đồn về những hồn ma lang thang và những trinh nữ bị sát hại.</w:t>
      </w:r>
    </w:p>
    <w:p>
      <w:pPr>
        <w:spacing w:after="80"/>
      </w:pPr>
      <w:r>
        <w:rPr>
          <w:b w:val="0"/>
          <w:i/>
        </w:rPr>
        <w:t>Không hẳn là thân thiện với gia đình,</w:t>
      </w:r>
      <w:r>
        <w:rPr>
          <w:b w:val="0"/>
          <w:i w:val="0"/>
        </w:rPr>
        <w:t xml:space="preserve"> anh ngẫm nghĩ và nâng ánh mắt lên cao hơn, lần theo toàn cảnh Prague đặc trưng…hai ngọn tháp đôi của Vyšehrad, Tháp Bột, Cầu Charles, và Nhà thờ Thánh Vitus đồ sộ, được bao quanh bởi hệ thống pháo đài rộng lớn của Lâu đài Prague.</w:t>
      </w:r>
    </w:p>
    <w:p>
      <w:pPr>
        <w:spacing w:after="80"/>
      </w:pPr>
      <w:r>
        <w:rPr>
          <w:b w:val="0"/>
          <w:i w:val="0"/>
        </w:rPr>
        <w:t>Katherine vừa mới thuyết trình trong lâu đài đó đêm qua, và Langdon giờ đây tự hỏi liệu có lẽ việc cô bị bắt cóc có thể liên quan theo cách nào đó đến điều cô đã nói trong bài thuyết trình…hoặc trong nghiên cứu khoa học của cô. Nếu đúng vậy, anh không biết đó có thể là gì.</w:t>
      </w:r>
    </w:p>
    <w:p>
      <w:pPr>
        <w:spacing w:after="80"/>
      </w:pPr>
      <w:r>
        <w:rPr>
          <w:b w:val="0"/>
          <w:i w:val="0"/>
        </w:rPr>
        <w:t xml:space="preserve">Một khả năng khác cũng đã nảy ra trong đầu Langdon. Anh bắt đầu có những nghi ngờ về tính xác thực của mẩu tin đòi tiền chuộc của Katherine. Có điều gì đó trong thông điệp có vẻ không ổn. </w:t>
      </w:r>
      <w:r>
        <w:rPr>
          <w:b w:val="0"/>
          <w:i/>
        </w:rPr>
        <w:t>Ngươi là ai? Tại sao lại là Tháp Petřín?</w:t>
      </w:r>
      <w:r>
        <w:rPr>
          <w:b w:val="0"/>
          <w:i w:val="0"/>
        </w:rPr>
        <w:t xml:space="preserve"> Không điều nào trong đó thực sự hợp lý, và có vẻ như mẩu tin nhắn có thể chỉ là một phần của một mưu mẹo kỳ lạ nào đó.</w:t>
      </w:r>
    </w:p>
    <w:p>
      <w:pPr>
        <w:spacing w:after="80"/>
      </w:pPr>
      <w:r>
        <w:rPr>
          <w:b w:val="0"/>
          <w:i w:val="0"/>
        </w:rPr>
        <w:t>“Thưa ông?” một giọng nói vang lên phía sau anh.</w:t>
      </w:r>
    </w:p>
    <w:p>
      <w:pPr>
        <w:spacing w:after="80"/>
      </w:pPr>
      <w:r>
        <w:rPr>
          <w:b w:val="0"/>
          <w:i w:val="0"/>
        </w:rPr>
        <w:t>Langdon quay lại và thấy đôi vợ chồng trẻ người Ấn Độ. Người phụ nữ đang mỉm cười và chìa điện thoại ra cho Langdon. “Ông có thể chụp ảnh cho chúng tôi không? Tôi để quên gậy tự sướng ở khách sạn rồi.”</w:t>
      </w:r>
    </w:p>
    <w:p>
      <w:pPr>
        <w:spacing w:after="80"/>
      </w:pPr>
      <w:r>
        <w:rPr>
          <w:b w:val="0"/>
          <w:i w:val="0"/>
        </w:rPr>
        <w:t>Người đàn ông trẻ trông có vẻ ái ngại. “Xin lỗi. Tuần trăng mật kiểu Instagram ấy mà.”</w:t>
      </w:r>
    </w:p>
    <w:p>
      <w:pPr>
        <w:spacing w:after="80"/>
      </w:pPr>
      <w:r>
        <w:rPr>
          <w:b w:val="0"/>
          <w:i w:val="0"/>
        </w:rPr>
        <w:t>Langdon lấy lại bình tĩnh. “Tất nhiên rồi.”</w:t>
      </w:r>
    </w:p>
    <w:p>
      <w:pPr>
        <w:spacing w:after="80"/>
      </w:pPr>
      <w:r>
        <w:rPr>
          <w:b w:val="0"/>
          <w:i w:val="0"/>
        </w:rPr>
        <w:t>Người phụ nữ đặt chồng mình đứng ở lan can, đến bên cạnh anh ta, và ra hiệu cho Langdon là đã sẵn sàng. Sau khi chụp vài bức ảnh, Langdon định trả lại điện thoại, nhưng người phụ nữ bảo anh cứ chụp tiếp trong khi họ thử đủ kiểu tạo dáng và biểu cảm.</w:t>
      </w:r>
    </w:p>
    <w:p>
      <w:pPr>
        <w:spacing w:after="80"/>
      </w:pPr>
      <w:r>
        <w:rPr>
          <w:b w:val="0"/>
          <w:i w:val="0"/>
        </w:rPr>
        <w:t>“Cô ấy có nhiều người theo dõi lắm,” người đàn ông nói, rõ ràng là xấu hổ.</w:t>
      </w:r>
    </w:p>
    <w:p>
      <w:pPr>
        <w:spacing w:after="80"/>
      </w:pPr>
      <w:r>
        <w:rPr>
          <w:b w:val="0"/>
          <w:i/>
        </w:rPr>
        <w:t>Bất tử nhờ nổi tiếng,</w:t>
      </w:r>
      <w:r>
        <w:rPr>
          <w:b w:val="0"/>
          <w:i w:val="0"/>
        </w:rPr>
        <w:t xml:space="preserve"> Langdon ngẫm nghĩ khi chụp ảnh, nhớ lại rằng Shakespeare, Homer và Horace đều đã từng cho rằng khát khao đặc trưng của loài người muốn được “nổi tiếng” thực ra là triệu chứng của một đặc điểm cũng rất riêng của loài người — nỗi sợ cái chết của chúng ta. Được nổi tiếng nghĩa là bạn sẽ được nhớ đến rất lâu sau khi chết…danh vọng như một kiểu sống đời đời.</w:t>
      </w:r>
    </w:p>
    <w:p>
      <w:pPr>
        <w:spacing w:after="80"/>
      </w:pPr>
      <w:r>
        <w:rPr>
          <w:b w:val="0"/>
          <w:i w:val="0"/>
        </w:rPr>
        <w:t>“Thế là được rồi!” người phụ nữ nói, đưa tay ra lấy điện thoại. “Để tôi xem nào!”</w:t>
      </w:r>
    </w:p>
    <w:p>
      <w:pPr>
        <w:spacing w:after="80"/>
      </w:pPr>
      <w:r>
        <w:rPr>
          <w:b w:val="0"/>
          <w:i w:val="0"/>
        </w:rPr>
        <w:t xml:space="preserve">Langdon trả lại thiết bị cho cô, để ý thấy một biển huy hiệu thông báo đỏ trên tất cả các ứng dụng mạng xã hội của cô. </w:t>
      </w:r>
      <w:r>
        <w:rPr>
          <w:b w:val="0"/>
          <w:i/>
        </w:rPr>
        <w:t>Thước đo sự nổi tiếng mới của thế giới. Tràng pháo tay kỹ thuật số.</w:t>
      </w:r>
    </w:p>
    <w:p>
      <w:pPr>
        <w:spacing w:after="80"/>
      </w:pPr>
      <w:r>
        <w:rPr>
          <w:b w:val="0"/>
          <w:i w:val="0"/>
        </w:rPr>
        <w:t>Cô vuốt qua các bức ảnh, gật đầu. "Chúng trông hoàn hảo!" cô hào hứng nói. "Cảm ơn anh!"</w:t>
      </w:r>
    </w:p>
    <w:p>
      <w:pPr>
        <w:spacing w:after="80"/>
      </w:pPr>
      <w:r>
        <w:rPr>
          <w:b w:val="0"/>
          <w:i w:val="0"/>
        </w:rPr>
        <w:t>Langdon gắng nở một nụ cười. "Chúc mừng."</w:t>
      </w:r>
    </w:p>
    <w:p>
      <w:pPr>
        <w:spacing w:after="80"/>
      </w:pPr>
      <w:r>
        <w:rPr>
          <w:b w:val="0"/>
          <w:i w:val="0"/>
        </w:rPr>
        <w:t xml:space="preserve">Đôi vợ chồng mới cưới quay lại thang máy, họ ở trên này chỉ đủ lâu để tự chụp ảnh mình trước khi đi tiếp, nhiều khả năng là đến cơ hội chụp ảnh tiếp theo. Đôi khi Langdon cảm thấy lý do duy nhất để làm </w:t>
      </w:r>
      <w:r>
        <w:rPr>
          <w:b w:val="0"/>
          <w:i/>
        </w:rPr>
        <w:t>bất cứ điều gì</w:t>
      </w:r>
      <w:r>
        <w:rPr>
          <w:b w:val="0"/>
          <w:i w:val="0"/>
        </w:rPr>
        <w:t xml:space="preserve"> nữa là để đăng nó cho cả thế giới cùng xem.</w:t>
      </w:r>
    </w:p>
    <w:p>
      <w:pPr>
        <w:spacing w:after="80"/>
      </w:pPr>
      <w:r>
        <w:rPr>
          <w:b w:val="0"/>
          <w:i w:val="0"/>
        </w:rPr>
        <w:t>Khi cửa thang máy mở ra với tiếng ầm ầm, Langdon chợt nảy ra một ý. "Xin lỗi," anh gọi với theo cặp đôi. "Tôi có thể nhờ một việc nhỏ không?"</w:t>
      </w:r>
    </w:p>
    <w:p>
      <w:pPr>
        <w:spacing w:after="80"/>
      </w:pPr>
      <w:r>
        <w:rPr>
          <w:b w:val="0"/>
          <w:i w:val="0"/>
        </w:rPr>
        <w:t>Họ dừng lại ở ngưỡng cửa, giữ cửa mở và nhìn lại phía anh.</w:t>
      </w:r>
    </w:p>
    <w:p>
      <w:pPr>
        <w:spacing w:after="80"/>
      </w:pPr>
      <w:r>
        <w:rPr>
          <w:b w:val="0"/>
          <w:i w:val="0"/>
        </w:rPr>
        <w:t>"Tôi lẽ ra phải gặp một người ở đây," Langdon nói. "Nhưng cô ấy không đến. Sáng nay tôi bị mất điện thoại, và tôi đang tự hỏi liệu có thể mượn điện thoại của cô để gọi nhanh cho cô ấy không?"</w:t>
      </w:r>
    </w:p>
    <w:p>
      <w:pPr>
        <w:spacing w:after="80"/>
      </w:pPr>
      <w:r>
        <w:rPr>
          <w:b w:val="0"/>
          <w:i w:val="0"/>
        </w:rPr>
        <w:t>Người phụ nữ trông như thể Langdon vừa xin bế đứa con sơ sinh của cô, nhưng sau cái huých tay của chồng, cô miễn cưỡng đưa điện thoại cho anh.</w:t>
      </w:r>
    </w:p>
    <w:p>
      <w:pPr>
        <w:spacing w:after="80"/>
      </w:pPr>
      <w:r>
        <w:rPr>
          <w:b w:val="0"/>
          <w:i w:val="0"/>
        </w:rPr>
        <w:t>Với đôi vợ chồng trẻ đang chăm chú nhìn mình, Langdon nhanh chóng bấm số mà anh đã thấy lặp đi lặp lại trên quầy lễ tân khách sạn Four Seasons, và giọng nói quen thuộc của người quản lý khách sạn vang lên ngay hồi chuông đầu tiên.</w:t>
      </w:r>
    </w:p>
    <w:p>
      <w:pPr>
        <w:spacing w:after="80"/>
      </w:pPr>
      <w:r>
        <w:rPr>
          <w:b w:val="0"/>
          <w:i w:val="0"/>
        </w:rPr>
        <w:t>"Cảm ơn quý khách đã gọi đến Four—"</w:t>
      </w:r>
    </w:p>
    <w:p>
      <w:pPr>
        <w:spacing w:after="80"/>
      </w:pPr>
      <w:r>
        <w:rPr>
          <w:b w:val="0"/>
          <w:i w:val="0"/>
        </w:rPr>
        <w:t>"Chào buổi sáng, thưa ông," Langdon ngắt lời. "Tôi là Robert Langdon. Tôi cần nói chuyện với Katherine Solomon ngay lập tức. Việc này quan trọng."</w:t>
      </w:r>
    </w:p>
    <w:p>
      <w:pPr>
        <w:spacing w:after="80"/>
      </w:pPr>
      <w:r>
        <w:rPr>
          <w:b w:val="0"/>
          <w:i w:val="0"/>
        </w:rPr>
        <w:t>"Ồ, xin chào, Giáo sư." Sự nhiệt tình của người quản lý nguội lạnh đột ngột. "Tôi không nghĩ Tiến sĩ Solomon có ở đây. Cô ấy đã rời khách sạn sáng nay trong lúc ngài đang… bơi."</w:t>
      </w:r>
    </w:p>
    <w:p>
      <w:pPr>
        <w:spacing w:after="80"/>
      </w:pPr>
      <w:r>
        <w:rPr>
          <w:b w:val="0"/>
          <w:i w:val="0"/>
        </w:rPr>
        <w:t>"Cô ấy không quay lại sao?"</w:t>
      </w:r>
    </w:p>
    <w:p>
      <w:pPr>
        <w:spacing w:after="80"/>
      </w:pPr>
      <w:r>
        <w:rPr>
          <w:b w:val="0"/>
          <w:i w:val="0"/>
        </w:rPr>
        <w:t>"Tôi không thấy cô ấy, thưa ngài. Tôi sẽ thử gọi phòng của ngài."</w:t>
      </w:r>
    </w:p>
    <w:p>
      <w:pPr>
        <w:spacing w:after="80"/>
      </w:pPr>
      <w:r>
        <w:rPr>
          <w:b w:val="0"/>
          <w:i w:val="0"/>
        </w:rPr>
        <w:t xml:space="preserve">Khi cuộc gọi đến phòng của họ đổ chuông mà không có ai trả lời, Langdon buộc phải chấp nhận một thực tế đáng sợ rằng có lẽ Katherine đã không quay lại khách sạn sáng nay. </w:t>
      </w:r>
      <w:r>
        <w:rPr>
          <w:b w:val="0"/>
          <w:i/>
        </w:rPr>
        <w:t>Vậy cô ấy đã đi đâu?!</w:t>
      </w:r>
      <w:r>
        <w:rPr>
          <w:b w:val="0"/>
          <w:i w:val="0"/>
        </w:rPr>
        <w:t xml:space="preserve"> Khi anh cố hình dung xem cô có thể ở đâu, một ý nghĩ kỳ lạ chợt lóe lên.</w:t>
      </w:r>
    </w:p>
    <w:p>
      <w:pPr>
        <w:spacing w:after="80"/>
      </w:pPr>
      <w:r>
        <w:rPr>
          <w:b w:val="0"/>
          <w:i w:val="0"/>
        </w:rPr>
        <w:t>Không thể tin nổi là mình đã không nghĩ ra điều đó sớm hơn…</w:t>
      </w:r>
    </w:p>
    <w:p>
      <w:pPr>
        <w:spacing w:after="80"/>
      </w:pPr>
      <w:r>
        <w:rPr>
          <w:b w:val="0"/>
          <w:i w:val="0"/>
        </w:rPr>
        <w:t>Điện thoại vẫn đang đổ chuông, và cặp vợ chồng người Ấn Độ trông ngày càng sốt ruột khi họ giữ cửa thang máy mở và chờ để đi xuống.</w:t>
      </w:r>
    </w:p>
    <w:p>
      <w:pPr>
        <w:spacing w:after="80"/>
      </w:pPr>
      <w:r>
        <w:rPr>
          <w:b w:val="0"/>
          <w:i w:val="0"/>
        </w:rPr>
        <w:t xml:space="preserve">“Cưng ơi!” Langdon bỗng buột miệng, giả vờ như có người đã bắt máy. “Em </w:t>
      </w:r>
      <w:r>
        <w:rPr>
          <w:b w:val="0"/>
          <w:i/>
        </w:rPr>
        <w:t>đang ở</w:t>
      </w:r>
      <w:r>
        <w:rPr>
          <w:b w:val="0"/>
          <w:i w:val="0"/>
        </w:rPr>
        <w:t xml:space="preserve"> đâu?! Anh đang ở Tháp Petřín và—” Anh im bặt, như thể đang lắng nghe, rồi há hốc miệng đầy kịch tính. “Khoan đã, </w:t>
      </w:r>
      <w:r>
        <w:rPr>
          <w:b w:val="0"/>
          <w:i/>
        </w:rPr>
        <w:t>cái gì cơ?!</w:t>
      </w:r>
      <w:r>
        <w:rPr>
          <w:b w:val="0"/>
          <w:i w:val="0"/>
        </w:rPr>
        <w:t xml:space="preserve"> Nói chậm thôi. Cứ nói với anh…”</w:t>
      </w:r>
    </w:p>
    <w:p>
      <w:pPr>
        <w:spacing w:after="80"/>
      </w:pPr>
      <w:r>
        <w:rPr>
          <w:b w:val="0"/>
          <w:i w:val="0"/>
        </w:rPr>
        <w:t>Langdon ra hiệu rằng anh cần một chút riêng tư, và không chờ được đồng ý, anh quay lưng lại với cặp vợ chồng kia và đi vòng quanh bệ đài, khuất khỏi tầm nhìn phía sau giếng thang, lập tức mở một trình duyệt web.</w:t>
      </w:r>
    </w:p>
    <w:p>
      <w:pPr>
        <w:spacing w:after="80"/>
      </w:pPr>
      <w:r>
        <w:rPr>
          <w:b w:val="0"/>
          <w:i w:val="0"/>
        </w:rPr>
        <w:t>Có lẽ sáng nay Katherine đã cố liên lạc với mình…</w:t>
      </w:r>
    </w:p>
    <w:p>
      <w:pPr>
        <w:spacing w:after="80"/>
      </w:pPr>
      <w:r>
        <w:rPr>
          <w:b w:val="0"/>
          <w:i w:val="0"/>
        </w:rPr>
        <w:t xml:space="preserve">Anh đã quá cuốn vào sự hỗn loạn của buổi sáng đến mức không suy nghĩ rõ ràng, nhưng những huy hiệu thông báo màu đỏ trên các ứng dụng của người phụ nữ kia giờ đang nhắc anh nhớ đến những thông báo tương tự trên laptop của chính mình. </w:t>
      </w:r>
      <w:r>
        <w:rPr>
          <w:b w:val="0"/>
          <w:i/>
        </w:rPr>
        <w:t>Email.</w:t>
      </w:r>
      <w:r>
        <w:rPr>
          <w:b w:val="0"/>
          <w:i w:val="0"/>
        </w:rPr>
        <w:t xml:space="preserve"> Suốt nhiều năm trước chuyến đi này, Katherine và Langdon luôn liên lạc với nhau theo cách đó. Katherine gọi đó là kiểu cũ, nhưng Langdon ghét cái vẻ khẩn cấp ngầm hiểu của tin nhắn, nên họ mặc định dùng email.</w:t>
      </w:r>
    </w:p>
    <w:p>
      <w:pPr>
        <w:spacing w:after="80"/>
      </w:pPr>
      <w:r>
        <w:rPr>
          <w:b w:val="0"/>
          <w:i w:val="0"/>
        </w:rPr>
        <w:t>Nếu sáng nay Katherine đã cố liên lạc với anh qua điện thoại hay tin nhắn mà không có hồi âm, anh nhận ra, thì có lẽ cô ấy đã gửi cho anh một email mà anh có thể đọc trên laptop.</w:t>
      </w:r>
    </w:p>
    <w:p>
      <w:pPr>
        <w:spacing w:after="80"/>
      </w:pPr>
      <w:r>
        <w:rPr>
          <w:b w:val="0"/>
          <w:i w:val="0"/>
        </w:rPr>
        <w:t>Sáng nay mình chưa hề kiểm tra hộp thư của mình!</w:t>
      </w:r>
    </w:p>
    <w:p>
      <w:pPr>
        <w:spacing w:after="80"/>
      </w:pPr>
      <w:r>
        <w:rPr>
          <w:b w:val="0"/>
          <w:i w:val="0"/>
        </w:rPr>
        <w:t xml:space="preserve">Langdon nhanh chóng truy cập gmail.com và đăng nhập vào tài khoản của mình. Hộp thư đến bắt đầu tải, hiển thị rất chậm. </w:t>
      </w:r>
      <w:r>
        <w:rPr>
          <w:b w:val="0"/>
          <w:i/>
        </w:rPr>
        <w:t>Nhanh lên nào!</w:t>
      </w:r>
    </w:p>
    <w:p>
      <w:pPr>
        <w:spacing w:after="80"/>
      </w:pPr>
      <w:r>
        <w:rPr>
          <w:b w:val="0"/>
          <w:i w:val="0"/>
        </w:rPr>
        <w:t>Cửa thang máy đang kêu vo vo, rõ ràng là đang phản đối việc bị giữ mở quá lâu.</w:t>
      </w:r>
    </w:p>
    <w:p>
      <w:pPr>
        <w:spacing w:after="80"/>
      </w:pPr>
      <w:r>
        <w:rPr>
          <w:b w:val="0"/>
          <w:i w:val="0"/>
        </w:rPr>
        <w:t>Cuối cùng, màn hình làm mới, và hộp thư đến của Langdon hiện ra.</w:t>
      </w:r>
    </w:p>
    <w:p>
      <w:pPr>
        <w:spacing w:after="80"/>
      </w:pPr>
      <w:r>
        <w:rPr>
          <w:b w:val="0"/>
          <w:i w:val="0"/>
        </w:rPr>
        <w:t>Bạn có 31 tin nhắn chưa đọc.</w:t>
      </w:r>
    </w:p>
    <w:p>
      <w:pPr>
        <w:spacing w:after="80"/>
      </w:pPr>
      <w:r>
        <w:rPr>
          <w:b w:val="0"/>
          <w:i w:val="0"/>
        </w:rPr>
        <w:t>Anh nguyền rủa cái hộp thư đầy ắp của mình và nhanh chóng lướt qua danh sách các tin nhắn đến từ đồng nghiệp, bạn bè và đủ loại thư rác. Khi gần đến cuối danh sách, anh bắt đầu mất hy vọng.</w:t>
      </w:r>
    </w:p>
    <w:p>
      <w:pPr>
        <w:spacing w:after="80"/>
      </w:pPr>
      <w:r>
        <w:rPr>
          <w:b w:val="0"/>
          <w:i w:val="0"/>
        </w:rPr>
        <w:t xml:space="preserve">Rồi anh thấy nó. </w:t>
      </w:r>
      <w:r>
        <w:rPr>
          <w:b w:val="0"/>
          <w:i/>
        </w:rPr>
        <w:t>Đúng rồi!</w:t>
      </w:r>
    </w:p>
    <w:p>
      <w:pPr>
        <w:spacing w:after="80"/>
      </w:pPr>
      <w:r>
        <w:rPr>
          <w:b w:val="0"/>
          <w:i w:val="0"/>
        </w:rPr>
        <w:t>Từ: Katherine Solomon</w:t>
      </w:r>
    </w:p>
    <w:p>
      <w:pPr>
        <w:spacing w:after="80"/>
      </w:pPr>
      <w:r>
        <w:rPr>
          <w:b w:val="0"/>
          <w:i w:val="0"/>
        </w:rPr>
        <w:t>Dấu thời gian là 7:42 sáng nay—sau khi Katherine đã rời khách sạn nhưng trước cuộc gặp của cô với Gessner.</w:t>
      </w:r>
    </w:p>
    <w:p>
      <w:pPr>
        <w:spacing w:after="80"/>
      </w:pPr>
      <w:r>
        <w:rPr>
          <w:b w:val="0"/>
          <w:i w:val="0"/>
        </w:rPr>
        <w:t>Kỳ lạ thay, dòng tiêu đề lại trống trơn.</w:t>
      </w:r>
    </w:p>
    <w:p>
      <w:pPr>
        <w:spacing w:after="80"/>
      </w:pPr>
      <w:r>
        <w:rPr>
          <w:b w:val="0"/>
          <w:i w:val="0"/>
        </w:rPr>
        <w:t xml:space="preserve">Tim đập thình thịch, Langdon chạm để mở tin nhắn, nhưng khi nó hiện ra, cũng trống trơn. </w:t>
      </w:r>
      <w:r>
        <w:rPr>
          <w:b w:val="0"/>
          <w:i/>
        </w:rPr>
        <w:t>Không có gì ở đây sao?</w:t>
      </w:r>
      <w:r>
        <w:rPr>
          <w:b w:val="0"/>
          <w:i w:val="0"/>
        </w:rPr>
        <w:t xml:space="preserve"> Ngay giây sau, anh nhận ra biểu tượng cho biết có một hình ảnh đính kèm trong tin nhắn. </w:t>
      </w:r>
      <w:r>
        <w:rPr>
          <w:b w:val="0"/>
          <w:i/>
        </w:rPr>
        <w:t>Cô ấy gửi ảnh à?</w:t>
      </w:r>
      <w:r>
        <w:rPr>
          <w:b w:val="0"/>
          <w:i w:val="0"/>
        </w:rPr>
        <w:t xml:space="preserve"> Anh chọt vào biểu tượng, và con trỏ lại bắt đầu xoay tròn khi hình ảnh tải xuống. Điện thoại chỉ hiện một vạch sóng.</w:t>
      </w:r>
    </w:p>
    <w:p>
      <w:pPr>
        <w:spacing w:after="80"/>
      </w:pPr>
      <w:r>
        <w:rPr>
          <w:b w:val="0"/>
          <w:i w:val="0"/>
        </w:rPr>
        <w:t>“Thưa ông?” một giọng nói vang lên gần đó.</w:t>
      </w:r>
    </w:p>
    <w:p>
      <w:pPr>
        <w:spacing w:after="80"/>
      </w:pPr>
      <w:r>
        <w:rPr>
          <w:b w:val="0"/>
          <w:i w:val="0"/>
        </w:rPr>
        <w:t>Langdon ngẩng lên và thấy chàng trai trẻ đang vòng qua giếng thang máy.</w:t>
      </w:r>
    </w:p>
    <w:p>
      <w:pPr>
        <w:spacing w:after="80"/>
      </w:pPr>
      <w:r>
        <w:rPr>
          <w:b w:val="0"/>
          <w:i w:val="0"/>
        </w:rPr>
        <w:t>“Ông đang làm gì vậy?!” người đàn ông chất vấn. “Ông nói ông phải gọi điện mà! Ông đang lục điện thoại của cô ấy à—”</w:t>
      </w:r>
    </w:p>
    <w:p>
      <w:pPr>
        <w:spacing w:after="80"/>
      </w:pPr>
      <w:r>
        <w:rPr>
          <w:b w:val="0"/>
          <w:i w:val="0"/>
        </w:rPr>
        <w:t>“Không!” Langdon nói. “Tôi cần kiểm tra một tin nhắn đến. Xin lỗi. Nó rất quan trọng.” Anh giơ màn hình trống lên. “Nó chỉ đang tải thôi. Tôi sẽ trả lại ngay.”</w:t>
      </w:r>
    </w:p>
    <w:p>
      <w:pPr>
        <w:spacing w:after="80"/>
      </w:pPr>
      <w:r>
        <w:rPr>
          <w:b w:val="0"/>
          <w:i w:val="0"/>
        </w:rPr>
        <w:t xml:space="preserve">“Tôi muốn lấy lại </w:t>
      </w:r>
      <w:r>
        <w:rPr>
          <w:b w:val="0"/>
          <w:i/>
        </w:rPr>
        <w:t>ngay bây giờ,</w:t>
      </w:r>
      <w:r>
        <w:rPr>
          <w:b w:val="0"/>
          <w:i w:val="0"/>
        </w:rPr>
        <w:t xml:space="preserve"> thưa ông,” người đàn ông nói, bước về phía anh.</w:t>
      </w:r>
    </w:p>
    <w:p>
      <w:pPr>
        <w:spacing w:after="80"/>
      </w:pPr>
      <w:r>
        <w:rPr>
          <w:b w:val="0"/>
          <w:i w:val="0"/>
        </w:rPr>
        <w:t>Thang máy tiếp tục kêu vo vo.</w:t>
      </w:r>
    </w:p>
    <w:p>
      <w:pPr>
        <w:spacing w:after="80"/>
      </w:pPr>
      <w:r>
        <w:rPr>
          <w:b w:val="0"/>
          <w:i w:val="0"/>
        </w:rPr>
        <w:t>Tải đi, chết tiệt!</w:t>
      </w:r>
    </w:p>
    <w:p>
      <w:pPr>
        <w:spacing w:after="80"/>
      </w:pPr>
      <w:r>
        <w:rPr>
          <w:b w:val="0"/>
          <w:i w:val="0"/>
        </w:rPr>
        <w:t>Gió thổi mạnh hơn, và người phụ nữ bắt đầu gọi chồng mình.</w:t>
      </w:r>
    </w:p>
    <w:p>
      <w:pPr>
        <w:spacing w:after="80"/>
      </w:pPr>
      <w:r>
        <w:rPr>
          <w:b w:val="0"/>
          <w:i w:val="0"/>
        </w:rPr>
        <w:t>“Thưa ông!” Người đàn ông chìa tay ra đòi điện thoại.</w:t>
      </w:r>
    </w:p>
    <w:p>
      <w:pPr>
        <w:spacing w:after="80"/>
      </w:pPr>
      <w:r>
        <w:rPr>
          <w:b w:val="0"/>
          <w:i w:val="0"/>
        </w:rPr>
        <w:t xml:space="preserve">“Làm ơn…một giây thôi,” Langdon nói khi con trỏ xoay tròn. “Tôi </w:t>
      </w:r>
      <w:r>
        <w:rPr>
          <w:b w:val="0"/>
          <w:i/>
        </w:rPr>
        <w:t>thực sự</w:t>
      </w:r>
      <w:r>
        <w:rPr>
          <w:b w:val="0"/>
          <w:i w:val="0"/>
        </w:rPr>
        <w:t xml:space="preserve"> cần xem—”</w:t>
      </w:r>
    </w:p>
    <w:p>
      <w:pPr>
        <w:spacing w:after="80"/>
      </w:pPr>
      <w:r>
        <w:rPr>
          <w:b w:val="0"/>
          <w:i w:val="0"/>
        </w:rPr>
        <w:t>“Ngay!” chàng trai trẻ gắt. “Ông không có quyền—”</w:t>
      </w:r>
    </w:p>
    <w:p>
      <w:pPr>
        <w:spacing w:after="80"/>
      </w:pPr>
      <w:r>
        <w:rPr>
          <w:b w:val="0"/>
          <w:i w:val="0"/>
        </w:rPr>
        <w:t>“Đây rồi!” Langdon hét lên khi hình ảnh cuối cùng hiện ra trước mắt anh.</w:t>
      </w:r>
    </w:p>
    <w:p>
      <w:pPr>
        <w:spacing w:after="80"/>
      </w:pPr>
      <w:r>
        <w:rPr>
          <w:b w:val="0"/>
          <w:i w:val="0"/>
        </w:rPr>
        <w:t>Không rõ cơn gió vừa làm tòa tháp rung chuyển hay đầu gối anh đã mềm nhũn, nhưng Langdon bỗng cảm thấy mất thăng bằng. Hình ảnh trên màn hình bất ngờ không kém gì bất cứ thứ gì anh có thể tưởng tượng Katherine gửi cho mình.</w:t>
      </w:r>
    </w:p>
    <w:p>
      <w:pPr>
        <w:spacing w:after="80"/>
      </w:pPr>
      <w:r>
        <w:rPr>
          <w:b w:val="0"/>
          <w:i w:val="0"/>
        </w:rPr>
        <w:t>Langdon chăm chú nhìn “tin nhắn” kỳ lạ ấy một lúc lâu, để trí nhớ siêu phàm của mình ghi lại một bức ảnh tinh thần về nó. Rồi anh thoát trình duyệt và trả điện thoại lại cho chàng trai trẻ, người này giật lấy rồi hằm hằm bỏ đi.</w:t>
      </w:r>
    </w:p>
    <w:p>
      <w:pPr>
        <w:spacing w:after="80"/>
      </w:pPr>
      <w:r>
        <w:rPr>
          <w:b w:val="0"/>
          <w:i w:val="0"/>
        </w:rPr>
        <w:t>Vài giây sau, Langdon nghe thấy thang máy bắt đầu đi xuống.</w:t>
      </w:r>
    </w:p>
    <w:p>
      <w:pPr>
        <w:pStyle w:val="Heading1"/>
      </w:pPr>
      <w:r>
        <w:rPr>
          <w:rFonts w:ascii="Calibri" w:hAnsi="Calibri"/>
          <w:b/>
          <w:i w:val="0"/>
          <w:sz w:val="40"/>
        </w:rPr>
        <w:t>Chương 48</w:t>
      </w:r>
    </w:p>
    <w:p>
      <w:pPr>
        <w:spacing w:after="80"/>
      </w:pPr>
      <w:r>
        <w:rPr>
          <w:b w:val="0"/>
          <w:i w:val="0"/>
        </w:rPr>
        <w:t xml:space="preserve">Michael Harris đến trước cửa căn hộ của Sasha Vesna, tự hỏi không biết đã bao nhiêu lần anh đứng ngay tại đây, trong nỗi xấu hổ, tự nhủ rằng </w:t>
      </w:r>
      <w:r>
        <w:rPr>
          <w:b w:val="0"/>
          <w:i/>
        </w:rPr>
        <w:t>lần này</w:t>
      </w:r>
      <w:r>
        <w:rPr>
          <w:b w:val="0"/>
          <w:i w:val="0"/>
        </w:rPr>
        <w:t xml:space="preserve"> sẽ là lần cuối cùng anh đến.</w:t>
      </w:r>
    </w:p>
    <w:p>
      <w:pPr>
        <w:spacing w:after="80"/>
      </w:pPr>
      <w:r>
        <w:rPr>
          <w:b w:val="0"/>
          <w:i w:val="0"/>
        </w:rPr>
        <w:t>Lấy hết can đảm, anh gõ cửa thật mạnh. Không có tiếng trả lời. Anh thử mở cửa và thấy nó không khóa.</w:t>
      </w:r>
    </w:p>
    <w:p>
      <w:pPr>
        <w:spacing w:after="80"/>
      </w:pPr>
      <w:r>
        <w:rPr>
          <w:b w:val="0"/>
          <w:i w:val="0"/>
        </w:rPr>
        <w:t>Không có gì lạ. Cô ấy đang chờ mình.</w:t>
      </w:r>
    </w:p>
    <w:p>
      <w:pPr>
        <w:spacing w:after="80"/>
      </w:pPr>
      <w:r>
        <w:rPr>
          <w:b w:val="0"/>
          <w:i w:val="0"/>
        </w:rPr>
        <w:t>“Sasha?” anh gọi, bước vào căn hộ. “Tôi đây!”</w:t>
      </w:r>
    </w:p>
    <w:p>
      <w:pPr>
        <w:spacing w:after="80"/>
      </w:pPr>
      <w:r>
        <w:rPr>
          <w:b w:val="0"/>
          <w:i w:val="0"/>
        </w:rPr>
        <w:t>Dấu hiệu duy nhất của sự sống là Harry và Sally đang bước về phía anh dọc hành lang. Harris bước vào và đóng cửa lại để lũ mèo không thể ra ngoài.</w:t>
      </w:r>
    </w:p>
    <w:p>
      <w:pPr>
        <w:spacing w:after="80"/>
      </w:pPr>
      <w:r>
        <w:rPr>
          <w:b w:val="0"/>
          <w:i w:val="0"/>
        </w:rPr>
        <w:t>“Sasha? Giáo sư Langdon?”</w:t>
      </w:r>
    </w:p>
    <w:p>
      <w:pPr>
        <w:spacing w:after="80"/>
      </w:pPr>
      <w:r>
        <w:rPr>
          <w:b w:val="0"/>
          <w:i w:val="0"/>
        </w:rPr>
        <w:t>Im lặng.</w:t>
      </w:r>
    </w:p>
    <w:p>
      <w:pPr>
        <w:spacing w:after="80"/>
      </w:pPr>
      <w:r>
        <w:rPr>
          <w:b w:val="0"/>
          <w:i w:val="0"/>
        </w:rPr>
        <w:t>Bối rối, Harris đi dọc hành lang vào bếp. Anh thấy ba chiếc cốc được bày sẵn để pha trà, hơi nước bốc lên từ ấm đun.</w:t>
      </w:r>
    </w:p>
    <w:p>
      <w:pPr>
        <w:spacing w:after="80"/>
      </w:pPr>
      <w:r>
        <w:rPr>
          <w:b w:val="0"/>
          <w:i w:val="0"/>
        </w:rPr>
        <w:t>Lạ thật. Họ đi rồi sao?</w:t>
      </w:r>
    </w:p>
    <w:p>
      <w:pPr>
        <w:spacing w:after="80"/>
      </w:pPr>
      <w:r>
        <w:rPr>
          <w:b w:val="0"/>
          <w:i w:val="0"/>
        </w:rPr>
        <w:t>Khi anh bắt đầu quay lại về phía hành lang, một tấm ván sàn kêu cót két sau lưng, và một luồng điện đột ngột xé toạc giữa lưng anh. Ngay lập tức bị tê liệt, Harris khuỵu xuống và ngã nhào về phía trước, đập mạnh xuống sàn.</w:t>
      </w:r>
    </w:p>
    <w:p>
      <w:pPr>
        <w:spacing w:after="80"/>
      </w:pPr>
      <w:r>
        <w:rPr>
          <w:b w:val="0"/>
          <w:i w:val="0"/>
        </w:rPr>
        <w:t>Trong vài giây, đầu óc anh trống rỗng, tai ù, cơ bắp cứng đờ. Khi dần lấy lại được sự tỉnh táo, tất cả những gì Harris có thể nghĩ đến là ai đó vừa bước ra từ buồng nhỏ trong bếp và dùng súng điện (Taser) với anh.</w:t>
      </w:r>
    </w:p>
    <w:p>
      <w:pPr>
        <w:spacing w:after="80"/>
      </w:pPr>
      <w:r>
        <w:rPr>
          <w:b w:val="0"/>
          <w:i w:val="0"/>
        </w:rPr>
        <w:t>Chuyện gì đã xảy ra với Sasha và Langdon?!</w:t>
      </w:r>
    </w:p>
    <w:p>
      <w:pPr>
        <w:spacing w:after="80"/>
      </w:pPr>
      <w:r>
        <w:rPr>
          <w:b w:val="0"/>
          <w:i w:val="0"/>
        </w:rPr>
        <w:t>“Sa…sha!” Harris cố gọi cô, gần như không nghe thấy.</w:t>
      </w:r>
    </w:p>
    <w:p>
      <w:pPr>
        <w:spacing w:after="80"/>
      </w:pPr>
      <w:r>
        <w:rPr>
          <w:b w:val="0"/>
          <w:i w:val="0"/>
        </w:rPr>
        <w:t>“Sasha không thể nghe thấy anh,” một giọng nói trầm, rỗng vang lên phía trên anh. “Không phải ở nơi cô ấy đang ở bây giờ.”</w:t>
      </w:r>
    </w:p>
    <w:p>
      <w:pPr>
        <w:spacing w:after="80"/>
      </w:pPr>
      <w:r>
        <w:rPr>
          <w:b w:val="0"/>
          <w:i/>
        </w:rPr>
        <w:t>Không.</w:t>
      </w:r>
      <w:r>
        <w:rPr>
          <w:b w:val="0"/>
          <w:i w:val="0"/>
        </w:rPr>
        <w:t xml:space="preserve"> Trước khi Harris kịp lăn người lại và nhìn thấy kẻ tấn công, anh cảm thấy hai đầu nhọn của súng điện ấn mạnh vào đáy hộp sọ.</w:t>
      </w:r>
    </w:p>
    <w:p>
      <w:pPr>
        <w:spacing w:after="80"/>
      </w:pPr>
      <w:r>
        <w:rPr>
          <w:b w:val="0"/>
          <w:i w:val="0"/>
        </w:rPr>
        <w:t>Một luồng điện giật bỏng rát…và thế giới của anh ta chìm hẳn vào bóng tối.</w:t>
      </w:r>
    </w:p>
    <w:p>
      <w:pPr>
        <w:jc w:val="center"/>
      </w:pPr>
      <w:r>
        <w:drawing>
          <wp:inline xmlns:a="http://schemas.openxmlformats.org/drawingml/2006/main" xmlns:pic="http://schemas.openxmlformats.org/drawingml/2006/picture">
            <wp:extent cx="5486400" cy="362122"/>
            <wp:docPr id="38" name="Picture 38"/>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The Golěm đứng sừng sững trên thân thể tê liệt của Michael Harris, người đang nằm sấp trên sàn gỗ. Cú sốc từ súng điện Vipertek đã đánh anh ta bất tỉnh. The Golěm ngồi xổm xuống, bắc ngang qua người đàn ông lực lưỡng ấy, lấy ra một chiếc túi nhựa dày mà hắn tìm thấy trong tủ, và trùm lên đầu Harris. Xoắn chặt nó quanh cổ anh ta, The Golěm cắt đứt nguồn cung cấp oxy của người đàn ông.</w:t>
      </w:r>
    </w:p>
    <w:p>
      <w:pPr>
        <w:spacing w:after="80"/>
      </w:pPr>
      <w:r>
        <w:rPr>
          <w:b w:val="0"/>
          <w:i w:val="0"/>
        </w:rPr>
        <w:t>Ba phút sau, The Golěm buông tay.</w:t>
      </w:r>
    </w:p>
    <w:p>
      <w:pPr>
        <w:spacing w:after="80"/>
      </w:pPr>
      <w:r>
        <w:rPr>
          <w:b w:val="0"/>
          <w:i w:val="0"/>
        </w:rPr>
        <w:t>Anh ta chịu đựng rất ít đau đớn.</w:t>
      </w:r>
    </w:p>
    <w:p>
      <w:pPr>
        <w:spacing w:after="80"/>
      </w:pPr>
      <w:r>
        <w:rPr>
          <w:b w:val="0"/>
          <w:i w:val="0"/>
        </w:rPr>
        <w:t>Sasha sẽ hài lòng với điều đó. The Golěm đã nhốt Sasha lại và định giữ cô ta ở đó cho đến khi hắn sẵn sàng cho bước cuối cùng của mình.</w:t>
      </w:r>
    </w:p>
    <w:p>
      <w:pPr>
        <w:spacing w:after="80"/>
      </w:pPr>
      <w:r>
        <w:rPr>
          <w:b w:val="0"/>
          <w:i w:val="0"/>
        </w:rPr>
        <w:t>Giờ đây, khi đứng dậy, The Golěm có thể cảm thấy Ether đang tụ lại, như nó thường xảy ra trong những khoảnh khắc gắng sức. Hắn nhanh chóng lấy ra cây gậy kim loại mà hắn luôn mang theo bên mình.</w:t>
      </w:r>
    </w:p>
    <w:p>
      <w:pPr>
        <w:spacing w:after="80"/>
      </w:pPr>
      <w:r>
        <w:rPr>
          <w:b w:val="0"/>
          <w:i/>
        </w:rPr>
        <w:t>“Ne seychas,”</w:t>
      </w:r>
      <w:r>
        <w:rPr>
          <w:b w:val="0"/>
          <w:i w:val="0"/>
        </w:rPr>
        <w:t xml:space="preserve"> hắn thì thầm, xoa cây gậy lên đỉnh đầu. </w:t>
      </w:r>
      <w:r>
        <w:rPr>
          <w:b w:val="0"/>
          <w:i/>
        </w:rPr>
        <w:t>Không phải bây giờ.</w:t>
      </w:r>
    </w:p>
    <w:p>
      <w:pPr>
        <w:spacing w:after="80"/>
      </w:pPr>
      <w:r>
        <w:rPr>
          <w:b w:val="0"/>
          <w:i w:val="0"/>
        </w:rPr>
        <w:t xml:space="preserve">Ether sẽ phải chờ. Vẫn còn công việc phải hoàn thành ở cõi </w:t>
      </w:r>
      <w:r>
        <w:rPr>
          <w:b w:val="0"/>
          <w:i/>
        </w:rPr>
        <w:t>này</w:t>
      </w:r>
      <w:r>
        <w:rPr>
          <w:b w:val="0"/>
          <w:i w:val="0"/>
        </w:rPr>
        <w:t>. Bỏ mặc cái xác trên sàn, The Golěm vứt chiếc túi nhựa vào thùng rác trong bếp và bước đến một chiếc bàn nhỏ ở hành lang, nơi hắn ngồi xuống để viết.</w:t>
      </w:r>
    </w:p>
    <w:p>
      <w:pPr>
        <w:spacing w:after="80"/>
      </w:pPr>
      <w:r>
        <w:rPr>
          <w:b w:val="0"/>
          <w:i w:val="0"/>
        </w:rPr>
        <w:t>Loại giấy duy nhất hắn tìm được là một tờ giấy văn phòng của Sasha, được trang trí bằng hình những chú mèo con. Tuy vậy, hắn vẫn soạn một lá thư ngắn và niêm phong nó trong một phong bì cùng bộ.</w:t>
      </w:r>
    </w:p>
    <w:p>
      <w:pPr>
        <w:spacing w:after="80"/>
      </w:pPr>
      <w:r>
        <w:rPr>
          <w:b w:val="0"/>
          <w:i w:val="0"/>
        </w:rPr>
        <w:t>Hắn ghi địa chỉ trên phong bì bằng những chữ in đậm gửi cho cấp trên của Michael Harris.</w:t>
      </w:r>
    </w:p>
    <w:p>
      <w:pPr>
        <w:spacing w:after="80"/>
      </w:pPr>
      <w:r>
        <w:rPr>
          <w:b w:val="0"/>
          <w:i w:val="0"/>
        </w:rPr>
        <w:t>Đại sứ Hoa Kỳ Heide Nagel.</w:t>
      </w:r>
    </w:p>
    <w:p>
      <w:pPr>
        <w:spacing w:after="80"/>
      </w:pPr>
      <w:r>
        <w:rPr>
          <w:b w:val="0"/>
          <w:i w:val="0"/>
        </w:rPr>
        <w:t>Trước khi rời đi, The Golěm thả phong bì lên thân thể vô hồn của viên tùy viên. Rồi, để cửa phòng Sasha không khóa, hắn quay về nhà.</w:t>
      </w:r>
    </w:p>
    <w:p>
      <w:pPr>
        <w:pStyle w:val="Heading1"/>
      </w:pPr>
      <w:r>
        <w:rPr>
          <w:rFonts w:ascii="Calibri" w:hAnsi="Calibri"/>
          <w:b/>
          <w:i w:val="0"/>
          <w:sz w:val="40"/>
        </w:rPr>
        <w:t>Chương 49</w:t>
      </w:r>
    </w:p>
    <w:p>
      <w:pPr>
        <w:spacing w:after="80"/>
      </w:pPr>
      <w:r>
        <w:rPr>
          <w:b w:val="0"/>
          <w:i w:val="0"/>
        </w:rPr>
        <w:t>Giờ đây chỉ còn một mình trên đỉnh Tháp Petřín, Langdon giữ vững mình vào lan can quan sát khi gió quất ngang qua bệ đài. Trong khi mắt anh hướng ra thành phố phủ đầy tuyết, hình ảnh trong tâm trí anh lại không phải là Prague chút nào; đó là một bức ảnh chụp màn hình mà Katherine đã gửi email cho anh sáng nay.</w:t>
      </w:r>
    </w:p>
    <w:p>
      <w:pPr>
        <w:spacing w:after="80"/>
      </w:pPr>
      <w:r>
        <w:rPr>
          <w:b w:val="0"/>
          <w:i w:val="0"/>
        </w:rPr>
        <w:t xml:space="preserve">Với Langdon, hiệu ứng của sự hồi tưởng “eidetic” (ảnh tượng) không thể phân biệt được với việc nhìn thấy vật thể tận mắt. Trí nhớ eidetic của anh mang lại khả năng nhớ lại chính xác, trọn vẹn một hình ảnh đầu vào và cái tên này bắt nguồn từ tiếng Hy Lạp </w:t>
      </w:r>
      <w:r>
        <w:rPr>
          <w:b w:val="0"/>
          <w:i/>
        </w:rPr>
        <w:t>eidos,</w:t>
      </w:r>
      <w:r>
        <w:rPr>
          <w:b w:val="0"/>
          <w:i w:val="0"/>
        </w:rPr>
        <w:t xml:space="preserve"> nghĩa là “hình dạng hữu hình.”</w:t>
      </w:r>
    </w:p>
    <w:p>
      <w:pPr>
        <w:spacing w:after="80"/>
      </w:pPr>
      <w:r>
        <w:rPr>
          <w:b w:val="0"/>
          <w:i w:val="0"/>
        </w:rPr>
        <w:t>Langdon ngẫm nghĩ về hình ảnh cô đã gửi, dường như là một ảnh chụp màn hình từ chính điện thoại của cô. Trên màn hình của cô là một chuỗi bảy ký tự phát sáng.</w:t>
      </w:r>
    </w:p>
    <w:p>
      <w:pPr>
        <w:jc w:val="center"/>
      </w:pPr>
      <w:r>
        <w:drawing>
          <wp:inline xmlns:a="http://schemas.openxmlformats.org/drawingml/2006/main" xmlns:pic="http://schemas.openxmlformats.org/drawingml/2006/picture">
            <wp:extent cx="5486400" cy="414338"/>
            <wp:docPr id="39" name="Picture 39"/>
            <wp:cNvGraphicFramePr>
              <a:graphicFrameLocks noChangeAspect="1"/>
            </wp:cNvGraphicFramePr>
            <a:graphic>
              <a:graphicData uri="http://schemas.openxmlformats.org/drawingml/2006/picture">
                <pic:pic>
                  <pic:nvPicPr>
                    <pic:cNvPr id="0" name="image_rsrc8XV.jpg"/>
                    <pic:cNvPicPr/>
                  </pic:nvPicPr>
                  <pic:blipFill>
                    <a:blip r:embed="rId23"/>
                    <a:stretch>
                      <a:fillRect/>
                    </a:stretch>
                  </pic:blipFill>
                  <pic:spPr>
                    <a:xfrm>
                      <a:off x="0" y="0"/>
                      <a:ext cx="5486400" cy="414338"/>
                    </a:xfrm>
                    <a:prstGeom prst="rect"/>
                  </pic:spPr>
                </pic:pic>
              </a:graphicData>
            </a:graphic>
          </wp:inline>
        </w:drawing>
      </w:r>
    </w:p>
    <w:p>
      <w:pPr>
        <w:spacing w:after="80"/>
      </w:pPr>
      <w:r>
        <w:rPr>
          <w:b w:val="0"/>
          <w:i w:val="0"/>
        </w:rPr>
        <w:t>Langdon nhận ra ngay thứ ngôn ngữ cổ xưa ấy, nhưng anh không thể nào tưởng tượng nổi nó đang làm gì trên điện thoại của Katherine.</w:t>
      </w:r>
    </w:p>
    <w:p>
      <w:pPr>
        <w:spacing w:after="80"/>
      </w:pPr>
      <w:r>
        <w:rPr>
          <w:b w:val="0"/>
          <w:i w:val="0"/>
        </w:rPr>
        <w:t>Cô ấy gửi cho tôi thứ gì đó bằng… tiếng Enochian?</w:t>
      </w:r>
    </w:p>
    <w:p>
      <w:pPr>
        <w:spacing w:after="80"/>
      </w:pPr>
      <w:r>
        <w:rPr>
          <w:b w:val="0"/>
          <w:i w:val="0"/>
        </w:rPr>
        <w:t>Thường được gọi là "Ngôn ngữ Thiên thần" (Angelic Tongue), Enochian là một ngôn ngữ được "khám phá" ngay tại Prague vào năm 1583 bởi hai nhà thần bí học người Anh tự phong, John Dee và cộng sự Edward Kelley. Tương truyền đây là ngôn ngữ mà các nhà đồng cốt có thể dùng để nói chuyện với linh hồn và thu nhận "trí tuệ từ cõi bên kia."</w:t>
      </w:r>
    </w:p>
    <w:p>
      <w:pPr>
        <w:spacing w:after="80"/>
      </w:pPr>
      <w:r>
        <w:rPr>
          <w:b w:val="0"/>
          <w:i w:val="0"/>
        </w:rPr>
        <w:t xml:space="preserve">Lý do duy nhất Katherine biết Enochian tồn tại là vì Langdon đã kể cho cô nghe về nó chỉ mới hôm qua. Khi đi dạo trên phố, họ đã thấy một tấm áp phích quảng cáo triển lãm mang tên </w:t>
      </w:r>
      <w:r>
        <w:rPr>
          <w:b w:val="0"/>
          <w:i/>
        </w:rPr>
        <w:t>Làm Vàng và Đổi Vợ,</w:t>
      </w:r>
      <w:r>
        <w:rPr>
          <w:b w:val="0"/>
          <w:i w:val="0"/>
        </w:rPr>
        <w:t xml:space="preserve"> mà ngoài dòng chữ bắt mắt còn được trang trí bằng những ký hiệu Enochian. Katherine hỏi Langdon những ký hiệu đó là gì, và anh kể lại câu chuyện ô uế về niềm đam mê lịch sử của Dee và Kelley đối với thuật giả kim, việc đổi vợ, và việc trò chuyện với các thiên thần bằng thứ ngôn ngữ đặc biệt của riêng họ—Enochian—ngôn ngữ huyền bí của thế giới linh hồn.</w:t>
      </w:r>
    </w:p>
    <w:p>
      <w:pPr>
        <w:spacing w:after="80"/>
      </w:pPr>
      <w:r>
        <w:rPr>
          <w:b w:val="0"/>
          <w:i w:val="0"/>
        </w:rPr>
        <w:t>"Gần như chắc chắn họ là một cặp lang băm cơ hội," Langdon nói với cô, "nhưng vào thời của họ, họ rất được săn đón, thậm chí còn được Hoàng đế Rudolf II thuê để cầu xin các thiên thần giúp ông đưa ra những quyết định chính trị sáng suốt."</w:t>
      </w:r>
    </w:p>
    <w:p>
      <w:pPr>
        <w:spacing w:after="80"/>
      </w:pPr>
      <w:r>
        <w:rPr>
          <w:b w:val="0"/>
          <w:i w:val="0"/>
        </w:rPr>
        <w:t>"Các chính trị gia thời nay của chúng ta đã thử cách đó chưa nhỉ?" cô mỉm cười hỏi.</w:t>
      </w:r>
    </w:p>
    <w:p>
      <w:pPr>
        <w:spacing w:after="80"/>
      </w:pPr>
      <w:r>
        <w:rPr>
          <w:b w:val="0"/>
          <w:i w:val="0"/>
        </w:rPr>
        <w:t>"Làm điều đó chẳng khó gì," Langdon đáp. "Thậm chí còn có cả một ứng dụng Enochian cho điện thoại của em nữa."</w:t>
      </w:r>
    </w:p>
    <w:p>
      <w:pPr>
        <w:spacing w:after="80"/>
      </w:pPr>
      <w:r>
        <w:rPr>
          <w:b w:val="0"/>
          <w:i w:val="0"/>
        </w:rPr>
        <w:t>"Một ứng dụng thời Phục hưng để nói chuyện với linh hồn ư?!" Katherine thốt lên, cười thành tiếng.</w:t>
      </w:r>
    </w:p>
    <w:p>
      <w:pPr>
        <w:spacing w:after="80"/>
      </w:pPr>
      <w:r>
        <w:rPr>
          <w:b w:val="0"/>
          <w:i w:val="0"/>
        </w:rPr>
        <w:t>Langdon cầm lấy điện thoại của cô và nhanh chóng tải ứng dụng miễn phí đó về. "Đấy, giờ em cũng có thể giao tiếp với một chiều không gian khác rồi."</w:t>
      </w:r>
    </w:p>
    <w:p>
      <w:pPr>
        <w:spacing w:after="80"/>
      </w:pPr>
      <w:r>
        <w:rPr>
          <w:b w:val="0"/>
          <w:i w:val="0"/>
        </w:rPr>
        <w:t>"Thật là nực cười hết sức."</w:t>
      </w:r>
    </w:p>
    <w:p>
      <w:pPr>
        <w:spacing w:after="80"/>
      </w:pPr>
      <w:r>
        <w:rPr>
          <w:b w:val="0"/>
          <w:i w:val="0"/>
        </w:rPr>
        <w:t xml:space="preserve">"Nực cười ư?" Langdon hỏi, nhếch mép cười. "Cuối cùng chúng ta cũng tìm ra một ý tưởng huyền bí mà em </w:t>
      </w:r>
      <w:r>
        <w:rPr>
          <w:b w:val="0"/>
          <w:i/>
        </w:rPr>
        <w:t>không</w:t>
      </w:r>
      <w:r>
        <w:rPr>
          <w:b w:val="0"/>
          <w:i w:val="0"/>
        </w:rPr>
        <w:t xml:space="preserve"> tin sao?"</w:t>
      </w:r>
    </w:p>
    <w:p>
      <w:pPr>
        <w:spacing w:after="80"/>
      </w:pPr>
      <w:r>
        <w:rPr>
          <w:b w:val="0"/>
          <w:i w:val="0"/>
        </w:rPr>
        <w:t>"Buồn cười lắm đấy, Giáo sư ạ."</w:t>
      </w:r>
    </w:p>
    <w:p>
      <w:pPr>
        <w:spacing w:after="80"/>
      </w:pPr>
      <w:r>
        <w:rPr>
          <w:b w:val="0"/>
          <w:i w:val="0"/>
        </w:rPr>
        <w:t>Langdon hôn lên má cô. "Em thật đáng yêu khi tỏ ra hoài nghi."</w:t>
      </w:r>
    </w:p>
    <w:p>
      <w:pPr>
        <w:spacing w:after="80"/>
      </w:pPr>
      <w:r>
        <w:rPr>
          <w:b w:val="0"/>
          <w:i w:val="0"/>
        </w:rPr>
        <w:t>Giờ đây, run rẩy trên đỉnh tháp Petřín, Langdon phỏng đoán rằng hẳn Katherine đã dùng ứng dụng dịch Enochian để tạo ra một thông điệp, rồi gửi email ảnh chụp màn hình cho anh.</w:t>
      </w:r>
    </w:p>
    <w:p>
      <w:pPr>
        <w:spacing w:after="80"/>
      </w:pPr>
      <w:r>
        <w:rPr>
          <w:b w:val="0"/>
          <w:i w:val="0"/>
        </w:rPr>
        <w:t>Nhưng tại sao? Có phải cô ấy đang đùa giỡn không?</w:t>
      </w:r>
    </w:p>
    <w:p>
      <w:pPr>
        <w:spacing w:after="80"/>
      </w:pPr>
      <w:r>
        <w:rPr>
          <w:b w:val="0"/>
          <w:i w:val="0"/>
        </w:rPr>
        <w:t>Langdon chẳng thấy có gì đùa giỡn khi đọc thứ ngôn ngữ của linh hồn trong lúc đứng trên một đỉnh đồi đầy ma quái để tìm một người phụ nữ đã biến mất. Có thể Katherine hoàn toàn không đùa giỡn, mà thay vào đó đã mã hóa thông điệp của mình để giữ bí mật. Vấn đề là bất kỳ ai có từ điển hay ứng dụng Enochian đều có thể dễ dàng giải mã nó.</w:t>
      </w:r>
    </w:p>
    <w:p>
      <w:pPr>
        <w:jc w:val="center"/>
      </w:pPr>
      <w:r>
        <w:drawing>
          <wp:inline xmlns:a="http://schemas.openxmlformats.org/drawingml/2006/main" xmlns:pic="http://schemas.openxmlformats.org/drawingml/2006/picture">
            <wp:extent cx="5486400" cy="514350"/>
            <wp:docPr id="40" name="Picture 40"/>
            <wp:cNvGraphicFramePr>
              <a:graphicFrameLocks noChangeAspect="1"/>
            </wp:cNvGraphicFramePr>
            <a:graphic>
              <a:graphicData uri="http://schemas.openxmlformats.org/drawingml/2006/picture">
                <pic:pic>
                  <pic:nvPicPr>
                    <pic:cNvPr id="0" name="image_rsrc8XW.jpg"/>
                    <pic:cNvPicPr/>
                  </pic:nvPicPr>
                  <pic:blipFill>
                    <a:blip r:embed="rId24"/>
                    <a:stretch>
                      <a:fillRect/>
                    </a:stretch>
                  </pic:blipFill>
                  <pic:spPr>
                    <a:xfrm>
                      <a:off x="0" y="0"/>
                      <a:ext cx="5486400" cy="514350"/>
                    </a:xfrm>
                    <a:prstGeom prst="rect"/>
                  </pic:spPr>
                </pic:pic>
              </a:graphicData>
            </a:graphic>
          </wp:inline>
        </w:drawing>
      </w:r>
    </w:p>
    <w:p>
      <w:pPr>
        <w:spacing w:after="80"/>
      </w:pPr>
      <w:r>
        <w:rPr>
          <w:b w:val="0"/>
          <w:i w:val="0"/>
        </w:rPr>
        <w:t>Langdon giữ hình ảnh đó trong tâm trí.</w:t>
      </w:r>
    </w:p>
    <w:p>
      <w:pPr>
        <w:spacing w:after="80"/>
      </w:pPr>
      <w:r>
        <w:rPr>
          <w:b w:val="0"/>
          <w:i w:val="0"/>
        </w:rPr>
        <w:t xml:space="preserve">Việc dịch tiếng Enochian sang tiếng Anh thực ra chỉ là một sơ đồ thay thế đơn giản đến mức vô lý. Langdon luôn thấy có gì đó đáng ngờ một cách tiện lợi khi ngôn ngữ huyền bí được một nhà ngoại cảm người </w:t>
      </w:r>
      <w:r>
        <w:rPr>
          <w:b w:val="0"/>
          <w:i/>
        </w:rPr>
        <w:t>Anh</w:t>
      </w:r>
      <w:r>
        <w:rPr>
          <w:b w:val="0"/>
          <w:i w:val="0"/>
        </w:rPr>
        <w:t xml:space="preserve"> phát hiện hóa ra lại là một bản chuyển tự từng chữ cái sang </w:t>
      </w:r>
      <w:r>
        <w:rPr>
          <w:b w:val="0"/>
          <w:i/>
        </w:rPr>
        <w:t>tiếng Anh.</w:t>
      </w:r>
    </w:p>
    <w:p>
      <w:pPr>
        <w:spacing w:after="80"/>
      </w:pPr>
      <w:r>
        <w:rPr>
          <w:b w:val="0"/>
          <w:i w:val="0"/>
        </w:rPr>
        <w:t>Langdon đã ghi nhớ "chìa khóa" Enochian từ lâu, và anh chỉ cần vài giây để thực hiện việc chuyển tự, đổi các ký hiệu trong tin nhắn của Katherine thành các chữ cái tiếng Anh.</w:t>
      </w:r>
    </w:p>
    <w:p>
      <w:pPr>
        <w:spacing w:after="80"/>
      </w:pPr>
      <w:r>
        <w:rPr>
          <w:b w:val="0"/>
          <w:i w:val="0"/>
        </w:rPr>
        <w:t>Tuy nhiên, kết quả giải mã hiện ra lại có vẻ vô nghĩa.</w:t>
      </w:r>
    </w:p>
    <w:p>
      <w:pPr>
        <w:spacing w:after="80"/>
      </w:pPr>
      <w:r>
        <w:rPr>
          <w:b w:val="0"/>
          <w:i w:val="0"/>
        </w:rPr>
        <w:t>LXXEDOC</w:t>
      </w:r>
    </w:p>
    <w:p>
      <w:pPr>
        <w:spacing w:after="80"/>
      </w:pPr>
      <w:r>
        <w:rPr>
          <w:b w:val="0"/>
          <w:i w:val="0"/>
        </w:rPr>
        <w:t xml:space="preserve">Langdon bối rối trước chuỗi chữ cái lộn xộn đó, trông thoáng giống một chữ số La Mã, chỉ có điều các chữ </w:t>
      </w:r>
      <w:r>
        <w:rPr>
          <w:b w:val="0"/>
          <w:i/>
        </w:rPr>
        <w:t>E</w:t>
      </w:r>
      <w:r>
        <w:rPr>
          <w:b w:val="0"/>
          <w:i w:val="0"/>
        </w:rPr>
        <w:t xml:space="preserve"> và </w:t>
      </w:r>
      <w:r>
        <w:rPr>
          <w:b w:val="0"/>
          <w:i/>
        </w:rPr>
        <w:t>O</w:t>
      </w:r>
      <w:r>
        <w:rPr>
          <w:b w:val="0"/>
          <w:i w:val="0"/>
        </w:rPr>
        <w:t xml:space="preserve"> không tồn tại trong hệ thống số đó, và các chữ cái còn lại cũng không theo đúng thứ tự.</w:t>
      </w:r>
    </w:p>
    <w:p>
      <w:pPr>
        <w:spacing w:after="80"/>
      </w:pPr>
      <w:r>
        <w:rPr>
          <w:b w:val="0"/>
          <w:i w:val="0"/>
        </w:rPr>
        <w:t>Dù Katherine muốn nói với mình điều gì…thì đây không phải là nó.</w:t>
      </w:r>
    </w:p>
    <w:p>
      <w:pPr>
        <w:spacing w:after="80"/>
      </w:pPr>
      <w:r>
        <w:rPr>
          <w:b w:val="0"/>
          <w:i w:val="0"/>
        </w:rPr>
        <w:t>Đáng tiếc là, nếu cô ấy có mắc lỗi khi dịch, cô sẽ không bao giờ nghi ngờ rằng tin nhắn của mình bị sai, bởi vì tất cả những gì cô nhìn thấy chỉ là các ký hiệu mà cô đã gửi cho anh.</w:t>
      </w:r>
    </w:p>
    <w:p>
      <w:pPr>
        <w:spacing w:after="80"/>
      </w:pPr>
      <w:r>
        <w:rPr>
          <w:b w:val="0"/>
          <w:i w:val="0"/>
        </w:rPr>
        <w:t>Bực bội, Langdon nhìn ra phong cảnh rừng cây và cố nghĩ xem mình nên làm gì tiếp theo. Trong lúc đó, một đàn chim khổng lồ bay vút lên khỏi những tán cây, cùng lúc cất cánh, tất cả cùng xoay hướng vào đúng một khoảnh khắc, bay thành một khối.</w:t>
      </w:r>
    </w:p>
    <w:p>
      <w:pPr>
        <w:spacing w:after="80"/>
      </w:pPr>
      <w:r>
        <w:rPr>
          <w:b w:val="0"/>
          <w:i/>
        </w:rPr>
        <w:t>Vũ trụ đang chế giễu mình,</w:t>
      </w:r>
      <w:r>
        <w:rPr>
          <w:b w:val="0"/>
          <w:i w:val="0"/>
        </w:rPr>
        <w:t xml:space="preserve"> Langdon nghĩ khi nhìn đám mây chim vô định hình uốn lượn khắp bầu trời. Katherine đã nghiên cứu những màn đồng diễn của chim sáo và tuyên bố hiện tượng này là bằng chứng khoa học cho một sự kết nối vô hình giữa các sinh vật sống.</w:t>
      </w:r>
    </w:p>
    <w:p>
      <w:pPr>
        <w:spacing w:after="80"/>
      </w:pPr>
      <w:r>
        <w:rPr>
          <w:b w:val="0"/>
          <w:i w:val="0"/>
        </w:rPr>
        <w:t>"Sự chia tách là một ảo ảnh," cô đã nói với Jonas trong bữa trưa của họ năm ngoái và mở ra một video mê hoặc về những con chim sáo cùng bay như một. "Hiện tượng này được gọi là đồng bộ hóa hành vi, và nó xuất hiện khắp nơi trong tự nhiên."</w:t>
      </w:r>
    </w:p>
    <w:p>
      <w:pPr>
        <w:spacing w:after="80"/>
      </w:pPr>
      <w:r>
        <w:rPr>
          <w:b w:val="0"/>
          <w:i w:val="0"/>
        </w:rPr>
        <w:t>Cô lướt qua vài đoạn video — một đàn cá bluefish dài cả dặm cùng rẽ trái rẽ phải đồng bộ hoàn hảo; một đàn linh dương di cư bất tận, tất cả cùng nhảy nhót đồng loạt; một bầy đom đóm, tất cả cùng phát sáng và nhấp nháy đồng loạt; một tổ hàng trăm trứng rùa biển, tất cả cùng nở trong vòng vài giây của nhau.</w:t>
      </w:r>
    </w:p>
    <w:p>
      <w:pPr>
        <w:spacing w:after="80"/>
      </w:pPr>
      <w:r>
        <w:rPr>
          <w:b w:val="0"/>
          <w:i w:val="0"/>
        </w:rPr>
        <w:t>"Thật không thể tin nổi," Faukman nói.</w:t>
      </w:r>
    </w:p>
    <w:p>
      <w:pPr>
        <w:spacing w:after="80"/>
      </w:pPr>
      <w:r>
        <w:rPr>
          <w:b w:val="0"/>
          <w:i w:val="0"/>
        </w:rPr>
        <w:t xml:space="preserve">"Điều này chưa bao giờ hết khiến tôi kinh ngạc," Katherine nói. "Một số nhà khoa học truyền thống cho rằng đồng bộ hóa hành vi thực ra chỉ là một </w:t>
      </w:r>
      <w:r>
        <w:rPr>
          <w:b w:val="0"/>
          <w:i/>
        </w:rPr>
        <w:t>ảo ảnh</w:t>
      </w:r>
      <w:r>
        <w:rPr>
          <w:b w:val="0"/>
          <w:i w:val="0"/>
        </w:rPr>
        <w:t xml:space="preserve">…rằng những sinh vật này chỉ đơn giản là </w:t>
      </w:r>
      <w:r>
        <w:rPr>
          <w:b w:val="0"/>
          <w:i/>
        </w:rPr>
        <w:t>phản ứng</w:t>
      </w:r>
      <w:r>
        <w:rPr>
          <w:b w:val="0"/>
          <w:i w:val="0"/>
        </w:rPr>
        <w:t xml:space="preserve"> với nhau nhanh đến mức độ trễ không thể nhận ra." Katherine nhún vai. "Đáng tiếc là, một cặp camera video tốc độ cao kết nối với đồng hồ nguyên tử ở đầu và cuối đàn cá đã cho thấy thời gian phản ứng được cho là của chúng còn nhanh hơn cả tốc độ ánh sáng."</w:t>
      </w:r>
    </w:p>
    <w:p>
      <w:pPr>
        <w:spacing w:after="80"/>
      </w:pPr>
      <w:r>
        <w:rPr>
          <w:b w:val="0"/>
          <w:i w:val="0"/>
        </w:rPr>
        <w:t>"Ối," Langdon nói.</w:t>
      </w:r>
    </w:p>
    <w:p>
      <w:pPr>
        <w:spacing w:after="80"/>
      </w:pPr>
      <w:r>
        <w:rPr>
          <w:b w:val="0"/>
          <w:i w:val="0"/>
        </w:rPr>
        <w:t xml:space="preserve">"Chính xác," Katherine nói với một nụ cười. "Đó là điều cấm kỵ trong mô hình vật lý và thực tại hiện tại của chúng ta. Thay vào đó, tôi sẽ lập luận rằng tồn tại một góc nhìn mà từ đó những sự đồng bộ hóa này không hề kỳ diệu chút nào. Nếu bạn nhìn một màn đồng diễn của chim sáo </w:t>
      </w:r>
      <w:r>
        <w:rPr>
          <w:b w:val="0"/>
          <w:i/>
        </w:rPr>
        <w:t>không</w:t>
      </w:r>
      <w:r>
        <w:rPr>
          <w:b w:val="0"/>
          <w:i w:val="0"/>
        </w:rPr>
        <w:t xml:space="preserve"> phải là nhiều con chim riêng lẻ — mà là một sinh vật hoàn chỉnh — thì sự đồng bộ hóa là điều đương nhiên. Những con chim sáo bay như một vì chúng </w:t>
      </w:r>
      <w:r>
        <w:rPr>
          <w:b w:val="0"/>
          <w:i/>
        </w:rPr>
        <w:t>là</w:t>
      </w:r>
      <w:r>
        <w:rPr>
          <w:b w:val="0"/>
          <w:i w:val="0"/>
        </w:rPr>
        <w:t xml:space="preserve"> một…một hệ thống liên kết với nhau. Không có sự chia tách. Giống như các tế bào riêng lẻ trong cơ thể bạn, tạo nên tổng thể tích hợp chính là bạn."</w:t>
      </w:r>
    </w:p>
    <w:p>
      <w:pPr>
        <w:spacing w:after="80"/>
      </w:pPr>
      <w:r>
        <w:rPr>
          <w:b w:val="0"/>
          <w:i w:val="0"/>
        </w:rPr>
        <w:t>Faukman trông có vẻ bị cuốn hút.</w:t>
      </w:r>
    </w:p>
    <w:p>
      <w:pPr>
        <w:spacing w:after="80"/>
      </w:pPr>
      <w:r>
        <w:rPr>
          <w:b w:val="0"/>
          <w:i w:val="0"/>
        </w:rPr>
        <w:t xml:space="preserve">“Tôi tin điều đó cũng đúng với mỗi chúng ta với tư cách là con người,” Katherine nói, giọng giờ đây nghe có vẻ phấn khích. “Chúng ta nhầm tưởng mình là những </w:t>
      </w:r>
      <w:r>
        <w:rPr>
          <w:b w:val="0"/>
          <w:i/>
        </w:rPr>
        <w:t>cá thể</w:t>
      </w:r>
      <w:r>
        <w:rPr>
          <w:b w:val="0"/>
          <w:i w:val="0"/>
        </w:rPr>
        <w:t xml:space="preserve"> riêng lẻ, trong khi thực tế chúng ta là một phần của một sinh vật lớn hơn nhiều. Cảm giác cô đơn mà chúng ta cảm thấy là vì chúng ta không thể nhìn thấy sự thật—thực ra, chúng ta được hòa nhập vào tổng thể hoàn chỉnh. Sự tách biệt là ảo tưởng chung của chúng ta.”</w:t>
      </w:r>
    </w:p>
    <w:p>
      <w:pPr>
        <w:spacing w:after="80"/>
      </w:pPr>
      <w:r>
        <w:rPr>
          <w:b w:val="0"/>
          <w:i w:val="0"/>
        </w:rPr>
        <w:t>Cô chạm vào máy tính bảng. “Tuy nhiên, đừng chỉ nghe tôi. Đây là một trong những bộ óc lỗi lạc nhất trong lịch sử.” Một màn hình mới hiện ra—một câu trích dẫn của Albert Einstein.</w:t>
      </w:r>
    </w:p>
    <w:p>
      <w:pPr>
        <w:spacing w:after="80"/>
      </w:pPr>
      <w:r>
        <w:rPr>
          <w:b w:val="0"/>
          <w:i w:val="0"/>
        </w:rPr>
        <w:t>Con người là một phần của tổng thể mà chúng ta gọi là “vũ trụ”…</w:t>
      </w:r>
    </w:p>
    <w:p>
      <w:pPr>
        <w:spacing w:after="80"/>
      </w:pPr>
      <w:r>
        <w:rPr>
          <w:b w:val="0"/>
          <w:i w:val="0"/>
        </w:rPr>
        <w:t>Anh ta trải nghiệm bản thân, những suy nghĩ và cảm xúc của mình</w:t>
      </w:r>
    </w:p>
    <w:p>
      <w:pPr>
        <w:spacing w:after="80"/>
      </w:pPr>
      <w:r>
        <w:rPr>
          <w:b w:val="0"/>
          <w:i w:val="0"/>
        </w:rPr>
        <w:t>như một thứ gì đó tách biệt khỏi phần còn lại,</w:t>
      </w:r>
    </w:p>
    <w:p>
      <w:pPr>
        <w:spacing w:after="80"/>
      </w:pPr>
      <w:r>
        <w:rPr>
          <w:b w:val="0"/>
          <w:i w:val="0"/>
        </w:rPr>
        <w:t>một kiểu ảo tưởng quang học của ý thức anh ta.</w:t>
      </w:r>
    </w:p>
    <w:p>
      <w:pPr>
        <w:spacing w:after="80"/>
      </w:pPr>
      <w:r>
        <w:rPr>
          <w:b w:val="0"/>
          <w:i w:val="0"/>
        </w:rPr>
        <w:t>Ảo tưởng này là một kiểu nhà tù đối với chúng ta.</w:t>
      </w:r>
    </w:p>
    <w:p>
      <w:pPr>
        <w:spacing w:after="80"/>
      </w:pPr>
      <w:r>
        <w:rPr>
          <w:b w:val="0"/>
          <w:i w:val="0"/>
        </w:rPr>
        <w:t xml:space="preserve">“Ngay cả nhà khoa học vĩ đại nhất từng sống,” Katherine nói, “cũng đã tuyên bố rằng tâm trí ý thức của chúng ta </w:t>
      </w:r>
      <w:r>
        <w:rPr>
          <w:b w:val="0"/>
          <w:i/>
        </w:rPr>
        <w:t>đánh lừa</w:t>
      </w:r>
      <w:r>
        <w:rPr>
          <w:b w:val="0"/>
          <w:i w:val="0"/>
        </w:rPr>
        <w:t xml:space="preserve"> chúng ta và khiến chúng ta nhìn thấy sự rời rạc ở nơi chỉ có sự thống nhất.”</w:t>
      </w:r>
    </w:p>
    <w:p>
      <w:pPr>
        <w:spacing w:after="80"/>
      </w:pPr>
      <w:r>
        <w:rPr>
          <w:b w:val="0"/>
          <w:i w:val="0"/>
        </w:rPr>
        <w:t xml:space="preserve">Leonardo da Vinci cũng đã nói điều tương tự, Langdon nhớ lại. </w:t>
      </w:r>
      <w:r>
        <w:rPr>
          <w:b w:val="0"/>
          <w:i/>
        </w:rPr>
        <w:t>Hãy nhận ra rằng mọi thứ đều kết nối với mọi thứ khác.</w:t>
      </w:r>
    </w:p>
    <w:p>
      <w:pPr>
        <w:spacing w:after="80"/>
      </w:pPr>
      <w:r>
        <w:rPr>
          <w:b w:val="0"/>
          <w:i w:val="0"/>
        </w:rPr>
        <w:t xml:space="preserve">“Và những tuyên bố tương tự đã được các nhà tiên tri tâm linh đưa ra qua các thời đại,” Katherine tiếp tục, “nhưng ngày nay, ngày càng nhiều nhà vật lý lượng tử đang lặp lại niềm tin vào sự liên kết giữa vạn vật…và giữa tất cả mọi người.” Katherine mỉm cười với Faukman. “Tôi thừa nhận thật khó để hình dung sự kết nối của chúng ta với một thế giới mà chúng ta không thể </w:t>
      </w:r>
      <w:r>
        <w:rPr>
          <w:b w:val="0"/>
          <w:i/>
        </w:rPr>
        <w:t>nhìn thấy,</w:t>
      </w:r>
      <w:r>
        <w:rPr>
          <w:b w:val="0"/>
          <w:i w:val="0"/>
        </w:rPr>
        <w:t xml:space="preserve"> nhưng tin tôi đi, các thế hệ tương lai sẽ hiểu. Một ngày nào đó chúng ta sẽ thấy rằng nhận thức của chúng ta về việc bị cô đơn trên thế giới từng là ảo tưởng chung lớn nhất của nhân loại.”</w:t>
      </w:r>
    </w:p>
    <w:p>
      <w:pPr>
        <w:spacing w:after="80"/>
      </w:pPr>
      <w:r>
        <w:rPr>
          <w:b w:val="0"/>
          <w:i w:val="0"/>
        </w:rPr>
        <w:t xml:space="preserve">“Còn những </w:t>
      </w:r>
      <w:r>
        <w:rPr>
          <w:b w:val="0"/>
          <w:i/>
        </w:rPr>
        <w:t>thí nghiệm</w:t>
      </w:r>
      <w:r>
        <w:rPr>
          <w:b w:val="0"/>
          <w:i w:val="0"/>
        </w:rPr>
        <w:t xml:space="preserve"> của cô?” Faukman gặng hỏi. “Những thí nghiệm mà cô không kể cho chúng tôi? Chúng cũng phản ánh sự liên kết này sao?”</w:t>
      </w:r>
    </w:p>
    <w:p>
      <w:pPr>
        <w:spacing w:after="80"/>
      </w:pPr>
      <w:r>
        <w:rPr>
          <w:b w:val="0"/>
          <w:i w:val="0"/>
        </w:rPr>
        <w:t>Katherine mỉm cười, đôi mắt lấp lánh vẻ phấn khích. “Các quý ông, kết quả của những thí nghiệm này sẽ không chỉ nhắc nhở chúng ta rằng tất cả chúng ta đều được kết nối. Chúng sẽ soi đường cho một sự hiểu biết hoàn toàn mới về thực tại và tiềm năng của con người.”</w:t>
      </w:r>
    </w:p>
    <w:p>
      <w:pPr>
        <w:spacing w:after="80"/>
      </w:pPr>
      <w:r>
        <w:rPr>
          <w:b w:val="0"/>
          <w:i w:val="0"/>
        </w:rPr>
        <w:t>Đúng lúc đó, một tiếng rít chói tai kéo Langdon trở lại với cơn gió lạnh trên đỉnh Tháp Petřín. Trong một thoáng, anh tưởng đó là âm thanh từ thang máy, nhưng thay vào đó anh nhìn xuống và thấy một chiếc xe vừa phanh gấp kêu to và dừng lại ở chân tháp. Chiếc sedan đen trông quen thuộc một cách đáng ngại. Những biểu tượng trên cửa xe đã xác nhận điều đó.</w:t>
      </w:r>
    </w:p>
    <w:p>
      <w:pPr>
        <w:spacing w:after="80"/>
      </w:pPr>
      <w:r>
        <w:rPr>
          <w:b w:val="0"/>
          <w:i w:val="0"/>
        </w:rPr>
        <w:t>ÚZSI.</w:t>
      </w:r>
    </w:p>
    <w:p>
      <w:pPr>
        <w:spacing w:after="80"/>
      </w:pPr>
      <w:r>
        <w:rPr>
          <w:b w:val="0"/>
          <w:i w:val="0"/>
        </w:rPr>
        <w:t>Langdon không thể nhìn rõ khuôn mặt của người đàn ông mặc đồng phục nhảy ra khỏi ghế lái ở phía dưới xa và giờ đang lao qua bãi đỗ xe về phía tòa tháp. Nhưng không thể nhầm lẫn được vóc dáng cơ bắp của anh ta.</w:t>
      </w:r>
    </w:p>
    <w:p>
      <w:pPr>
        <w:spacing w:after="80"/>
      </w:pPr>
      <w:r>
        <w:rPr>
          <w:b w:val="0"/>
          <w:i w:val="0"/>
        </w:rPr>
        <w:t>Hoặc khẩu súng lục lớn nắm chặt trong tay anh ta.</w:t>
      </w:r>
    </w:p>
    <w:p>
      <w:pPr>
        <w:pStyle w:val="Heading1"/>
      </w:pPr>
      <w:r>
        <w:rPr>
          <w:rFonts w:ascii="Calibri" w:hAnsi="Calibri"/>
          <w:b/>
          <w:i w:val="0"/>
          <w:sz w:val="40"/>
        </w:rPr>
        <w:t>Chương 50</w:t>
      </w:r>
    </w:p>
    <w:p>
      <w:pPr>
        <w:spacing w:after="80"/>
      </w:pPr>
      <w:r>
        <w:rPr>
          <w:b w:val="0"/>
          <w:i w:val="0"/>
        </w:rPr>
        <w:t>Trung úy Pavel xông vào sảnh dành cho khách tham quan của Tháp Petřín, súng đã rút sẵn.</w:t>
      </w:r>
    </w:p>
    <w:p>
      <w:pPr>
        <w:spacing w:after="80"/>
      </w:pPr>
      <w:r>
        <w:rPr>
          <w:b w:val="0"/>
          <w:i/>
        </w:rPr>
        <w:t>“Kde je ten Američan?!”</w:t>
      </w:r>
      <w:r>
        <w:rPr>
          <w:b w:val="0"/>
          <w:i w:val="0"/>
        </w:rPr>
        <w:t xml:space="preserve"> anh ta hét bằng tiếng Séc với cô nhân viên đứng sau quầy.</w:t>
      </w:r>
    </w:p>
    <w:p>
      <w:pPr>
        <w:spacing w:after="80"/>
      </w:pPr>
      <w:r>
        <w:rPr>
          <w:b w:val="0"/>
          <w:i w:val="0"/>
        </w:rPr>
        <w:t>Người phụ nữ sợ hãi lùi lại, đánh rơi chồng tờ rơi cô đang sắp xếp trong giá trưng bày trên quầy. Cô chỉ lên trên khi Pavel mô tả Langdon. “Anh ta lên trên rồi!” cô thốt lên, co rúm người.</w:t>
      </w:r>
    </w:p>
    <w:p>
      <w:pPr>
        <w:spacing w:after="80"/>
      </w:pPr>
      <w:r>
        <w:rPr>
          <w:b w:val="0"/>
          <w:i w:val="0"/>
        </w:rPr>
        <w:t xml:space="preserve">Pavel có thể nghe thấy tiếng thang máy đang di chuyển trong giếng thang, âm thanh ngày càng lớn. </w:t>
      </w:r>
      <w:r>
        <w:rPr>
          <w:b w:val="0"/>
          <w:i/>
        </w:rPr>
        <w:t>Đang xuống.</w:t>
      </w:r>
      <w:r>
        <w:rPr>
          <w:b w:val="0"/>
          <w:i w:val="0"/>
        </w:rPr>
        <w:t xml:space="preserve"> Cầu thang bộ đã bị rào chắn và đóng lại. </w:t>
      </w:r>
      <w:r>
        <w:rPr>
          <w:b w:val="0"/>
          <w:i/>
        </w:rPr>
        <w:t>Hoàn hảo.</w:t>
      </w:r>
    </w:p>
    <w:p>
      <w:pPr>
        <w:spacing w:after="80"/>
      </w:pPr>
      <w:r>
        <w:rPr>
          <w:b w:val="0"/>
          <w:i w:val="0"/>
        </w:rPr>
        <w:t>Thang máy kêu “ping”, Pavel đứng tấn rộng và giơ vũ khí lên. Khi cửa trượt mở, anh nhận ra mình đang chĩa súng vào một cặp đôi người Ấn Độ trẻ, cả hai đều nhảy lùi lại khi thấy khẩu súng của Pavel.</w:t>
      </w:r>
    </w:p>
    <w:p>
      <w:pPr>
        <w:spacing w:after="80"/>
      </w:pPr>
      <w:r>
        <w:rPr>
          <w:b w:val="0"/>
          <w:i w:val="0"/>
        </w:rPr>
        <w:t>“Ra ngoài!” Pavel ra lệnh.</w:t>
      </w:r>
    </w:p>
    <w:p>
      <w:pPr>
        <w:spacing w:after="80"/>
      </w:pPr>
      <w:r>
        <w:rPr>
          <w:b w:val="0"/>
          <w:i w:val="0"/>
        </w:rPr>
        <w:t>Khi cặp đôi vội vã bỏ đi, Pavel lao vào thang máy và bấm mạnh nút cho lựa chọn duy nhất của mình—tầng trên cùng. Trong tay anh, khẩu súng của viên đội trưởng đã nạp đạn và sẵn sàng khai hỏa.</w:t>
      </w:r>
    </w:p>
    <w:p>
      <w:pPr>
        <w:spacing w:after="80"/>
      </w:pPr>
      <w:r>
        <w:rPr>
          <w:b w:val="0"/>
          <w:i w:val="0"/>
        </w:rPr>
        <w:t xml:space="preserve">Trong lúc đi lên, Pavel đi đi lại lại trong khoang thang máy nhỏ hẹp như một con thú hoang cho đến khi cuối cùng thang máy giật mạnh rồi dừng lại và cửa mở ra, phóng anh ta ra ngoài. Anh xông ra khỏi thang máy với khẩu súng giơ cao. Ngón tay đặt trên cò, anh xoay người sang trái rồi sang phải, quét khắp sàn để tìm mục tiêu. </w:t>
      </w:r>
      <w:r>
        <w:rPr>
          <w:b w:val="0"/>
          <w:i/>
        </w:rPr>
        <w:t>Không có ai.</w:t>
      </w:r>
      <w:r>
        <w:rPr>
          <w:b w:val="0"/>
          <w:i w:val="0"/>
        </w:rPr>
        <w:t xml:space="preserve"> Biết rằng chỉ có một nơi Langdon có thể ở, Pavel phóng theo chiều kim đồng hồ vòng quanh giếng thang máy đến phía bên kia của tòa tháp. Kỳ lạ thay, anh cũng chẳng thấy ai ở đó. Không dừng lại, Pavel chạy một vòng quanh sàn nhỏ và quay lại đúng chỗ mình đã xuất phát.</w:t>
      </w:r>
    </w:p>
    <w:p>
      <w:pPr>
        <w:spacing w:after="80"/>
      </w:pPr>
      <w:r>
        <w:rPr>
          <w:b w:val="0"/>
          <w:i w:val="0"/>
        </w:rPr>
        <w:t>Thang máy vẫn mở. Và trống rỗng.</w:t>
      </w:r>
    </w:p>
    <w:p>
      <w:pPr>
        <w:spacing w:after="80"/>
      </w:pPr>
      <w:r>
        <w:rPr>
          <w:b w:val="0"/>
          <w:i w:val="0"/>
        </w:rPr>
        <w:t>Hắn ta biến đi đâu rồi?!</w:t>
      </w:r>
    </w:p>
    <w:p>
      <w:pPr>
        <w:spacing w:after="80"/>
      </w:pPr>
      <w:r>
        <w:rPr>
          <w:b w:val="0"/>
          <w:i w:val="0"/>
        </w:rPr>
        <w:t>Pavel dừng lại, hạ súng xuống.</w:t>
      </w:r>
    </w:p>
    <w:p>
      <w:pPr>
        <w:spacing w:after="80"/>
      </w:pPr>
      <w:r>
        <w:rPr>
          <w:b w:val="0"/>
          <w:i w:val="0"/>
        </w:rPr>
        <w:t>Sàn tháp vắng tanh.</w:t>
      </w:r>
    </w:p>
    <w:p>
      <w:pPr>
        <w:spacing w:after="80"/>
      </w:pPr>
      <w:r>
        <w:rPr>
          <w:b w:val="0"/>
          <w:i w:val="0"/>
        </w:rPr>
        <w:t>Cơn đau nhói trong hộp sọ Pavel đột nhiên dữ dội hơn do anh vận động quá sức, và cùng với nó dâng lên một làn sóng giận dữ mới. Gió thổi từng cơn, rít lên dữ dội, nhưng vượt lên trên tiếng hú ai oán đó, Pavel nghe thấy một thứ khác—những tiếng đập lặp đi lặp lại ở đâu đó bên dưới sàn tháp. Thoáng chốc, anh tưởng có một người thợ đang đập kim loại, nhưng nhịp độ quá cuống cuồng và nhanh.</w:t>
      </w:r>
    </w:p>
    <w:p>
      <w:pPr>
        <w:spacing w:after="80"/>
      </w:pPr>
      <w:r>
        <w:rPr>
          <w:b w:val="0"/>
          <w:i w:val="0"/>
        </w:rPr>
        <w:t>Rồi Pavel nhìn thấy nó.</w:t>
      </w:r>
    </w:p>
    <w:p>
      <w:pPr>
        <w:spacing w:after="80"/>
      </w:pPr>
      <w:r>
        <w:rPr>
          <w:b w:val="0"/>
          <w:i w:val="0"/>
        </w:rPr>
        <w:t>Trên đỉnh cầu thang xoắn ốc dẫn xuống, tấm biển Cấm Vào nằm trên mặt đất…cùng với những dấu chân mới in trên bậc thang kim loại.</w:t>
      </w:r>
    </w:p>
    <w:p>
      <w:pPr>
        <w:spacing w:after="80"/>
      </w:pPr>
      <w:r>
        <w:rPr>
          <w:b w:val="0"/>
          <w:i w:val="0"/>
        </w:rPr>
        <w:t>Nước đi dở, Giáo sư ạ.</w:t>
      </w:r>
    </w:p>
    <w:p>
      <w:pPr>
        <w:spacing w:after="80"/>
      </w:pPr>
      <w:r>
        <w:rPr>
          <w:b w:val="0"/>
          <w:i w:val="0"/>
        </w:rPr>
        <w:t>Pavel lao vào thang máy đúng lúc cửa bắt đầu khép lại. Dù Langdon có xuống được quãng đường hiểm nguy đó mà không ngã qua lan can, thì khi tới chân thang cũng chẳng còn chỗ nào để chạy.</w:t>
      </w:r>
    </w:p>
    <w:p>
      <w:pPr>
        <w:jc w:val="center"/>
      </w:pPr>
      <w:r>
        <w:drawing>
          <wp:inline xmlns:a="http://schemas.openxmlformats.org/drawingml/2006/main" xmlns:pic="http://schemas.openxmlformats.org/drawingml/2006/picture">
            <wp:extent cx="5486400" cy="362122"/>
            <wp:docPr id="41" name="Picture 41"/>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Cách sàn quan sát sáu mươi bộ, Langdon sợ rằng mình đã phạm phải một sai lầm khủng khiếp. Anh đang lao xuống theo vòng xoắn chật hẹp của cầu thang lộ thiên với tốc độ chóng mặt, gần như không có độ bám từ đôi giày đế cứng, chúng kêu loảng xoảng trên những bậc thang kim loại phủ băng. Ở đâu đó phía trên, thang máy đã lại rít lên chuyển động, ầm ầm hạ xuống qua giếng thang kín mà Langdon đang xoay vòng quanh đó.</w:t>
      </w:r>
    </w:p>
    <w:p>
      <w:pPr>
        <w:spacing w:after="80"/>
      </w:pPr>
      <w:r>
        <w:rPr>
          <w:b w:val="0"/>
          <w:i w:val="0"/>
        </w:rPr>
        <w:t>Nhanh lên, Robert.</w:t>
      </w:r>
    </w:p>
    <w:p>
      <w:pPr>
        <w:spacing w:after="80"/>
      </w:pPr>
      <w:r>
        <w:rPr>
          <w:b w:val="0"/>
          <w:i w:val="0"/>
        </w:rPr>
        <w:t>Đôi tay Langdon nhanh chóng đông cứng khi trượt dọc theo những lan can kim loại hai bên cầu thang hiểm trở — cách duy nhất để giữ vững khi bước xuống trên nền đá trơn trượt như vậy. Phía trên, tiếng thang máy như đang đuổi kịp anh, và Langdon tự hỏi liệu mình có thắng được cuộc đua xuống đáy không. Hòa thì Pavel thắng; viên trung úy đang mang súng, và Langdon thầm nghĩ chẳng biết cú đánh vào đầu Pavel có khiến gã bớt kiềm chế hơn chút nào không.</w:t>
      </w:r>
    </w:p>
    <w:p>
      <w:pPr>
        <w:spacing w:after="80"/>
      </w:pPr>
      <w:r>
        <w:rPr>
          <w:b w:val="0"/>
          <w:i w:val="0"/>
        </w:rPr>
        <w:t>Mình biết chạy đi đâu chứ? Rõ ràng gã sẽ không ngần ngại bắn mình.</w:t>
      </w:r>
    </w:p>
    <w:p>
      <w:pPr>
        <w:spacing w:after="80"/>
      </w:pPr>
      <w:r>
        <w:rPr>
          <w:b w:val="0"/>
          <w:i w:val="0"/>
        </w:rPr>
        <w:t>Lựa chọn duy nhất Langdon thấy được là Công viên Petřín phía sau trung tâm đón khách. Và cách duy nhất để tới đó là phải phóng qua trung tâm du khách và ra khỏi tòa nhà trước khi cửa thang máy mở.</w:t>
      </w:r>
    </w:p>
    <w:p>
      <w:pPr>
        <w:spacing w:after="80"/>
      </w:pPr>
      <w:r>
        <w:rPr>
          <w:b w:val="0"/>
          <w:i w:val="0"/>
        </w:rPr>
        <w:t>Nhưng ngay sau đó, anh nhận ra mình đã quá muộn.</w:t>
      </w:r>
    </w:p>
    <w:p>
      <w:pPr>
        <w:spacing w:after="80"/>
      </w:pPr>
      <w:r>
        <w:rPr>
          <w:b w:val="0"/>
          <w:i w:val="0"/>
        </w:rPr>
        <w:t>Khi anh xoay người xuống theo cầu thang, giếng thang bên cạnh bắt đầu rung lên với một âm thanh không thể nhầm lẫn — tiếng cọt kẹt chói tai của thang máy vượt qua anh.</w:t>
      </w:r>
    </w:p>
    <w:p>
      <w:pPr>
        <w:jc w:val="center"/>
      </w:pPr>
      <w:r>
        <w:drawing>
          <wp:inline xmlns:a="http://schemas.openxmlformats.org/drawingml/2006/main" xmlns:pic="http://schemas.openxmlformats.org/drawingml/2006/picture">
            <wp:extent cx="5486400" cy="362122"/>
            <wp:docPr id="42" name="Picture 42"/>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Trung úy Pavel lao vào trung tâm đón khách như một con bò tót xông vào đấu trường. Cô nhân viên và cặp vợ chồng người Ấn nép vào một bên.</w:t>
      </w:r>
    </w:p>
    <w:p>
      <w:pPr>
        <w:spacing w:after="80"/>
      </w:pPr>
      <w:r>
        <w:rPr>
          <w:b w:val="0"/>
          <w:i/>
        </w:rPr>
        <w:t>“Kde je?!”</w:t>
      </w:r>
      <w:r>
        <w:rPr>
          <w:b w:val="0"/>
          <w:i w:val="0"/>
        </w:rPr>
        <w:t xml:space="preserve"> Pavel hét lên. “Gã người Mỹ! Đâu rồi?”</w:t>
      </w:r>
    </w:p>
    <w:p>
      <w:pPr>
        <w:spacing w:after="80"/>
      </w:pPr>
      <w:r>
        <w:rPr>
          <w:b w:val="0"/>
          <w:i w:val="0"/>
        </w:rPr>
        <w:t>Cô nhân viên sợ hãi lắc đầu và nhún vai.</w:t>
      </w:r>
    </w:p>
    <w:p>
      <w:pPr>
        <w:spacing w:after="80"/>
      </w:pPr>
      <w:r>
        <w:rPr>
          <w:b w:val="0"/>
          <w:i/>
        </w:rPr>
        <w:t>Tốt,</w:t>
      </w:r>
      <w:r>
        <w:rPr>
          <w:b w:val="0"/>
          <w:i w:val="0"/>
        </w:rPr>
        <w:t xml:space="preserve"> Pavel nghĩ. </w:t>
      </w:r>
      <w:r>
        <w:rPr>
          <w:b w:val="0"/>
          <w:i/>
        </w:rPr>
        <w:t>Mày vẫn còn ở trên tao.</w:t>
      </w:r>
    </w:p>
    <w:p>
      <w:pPr>
        <w:spacing w:after="80"/>
      </w:pPr>
      <w:r>
        <w:rPr>
          <w:b w:val="0"/>
          <w:i w:val="0"/>
        </w:rPr>
        <w:t xml:space="preserve">Gã tiến tới chân cầu thang xoắn ốc và chĩa súng lên khoảng không, chờ Langdon xuất hiện. Nhưng mười giây trôi qua, gã nhanh chóng nhận ra phía trên mình im ắng đến </w:t>
      </w:r>
      <w:r>
        <w:rPr>
          <w:b w:val="0"/>
          <w:i/>
        </w:rPr>
        <w:t>quá</w:t>
      </w:r>
      <w:r>
        <w:rPr>
          <w:b w:val="0"/>
          <w:i w:val="0"/>
        </w:rPr>
        <w:t xml:space="preserve"> mức. Tiếng bước chân loảng xoảng của Langdon đã ngừng.</w:t>
      </w:r>
    </w:p>
    <w:p>
      <w:pPr>
        <w:spacing w:after="80"/>
      </w:pPr>
      <w:r>
        <w:rPr>
          <w:b w:val="0"/>
          <w:i w:val="0"/>
        </w:rPr>
        <w:t>Im lặng như tờ.</w:t>
      </w:r>
    </w:p>
    <w:p>
      <w:pPr>
        <w:spacing w:after="80"/>
      </w:pPr>
      <w:r>
        <w:rPr>
          <w:b w:val="0"/>
          <w:i w:val="0"/>
        </w:rPr>
        <w:t>Và rồi… anh nghe thấy một tiếng thịch nặng nề ngay trên đầu mình.</w:t>
      </w:r>
    </w:p>
    <w:p>
      <w:pPr>
        <w:jc w:val="center"/>
      </w:pPr>
      <w:r>
        <w:drawing>
          <wp:inline xmlns:a="http://schemas.openxmlformats.org/drawingml/2006/main" xmlns:pic="http://schemas.openxmlformats.org/drawingml/2006/picture">
            <wp:extent cx="5486400" cy="362122"/>
            <wp:docPr id="43" name="Picture 43"/>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Langdon tiếp đất mạnh hơn dự kiến trên mái của trung tâm du khách. Sau khi chặn đà rơi ngay chỗ cầu thang đi vào mái nhà, anh bám lấy tay vịn, đu người đưa chân lên và sang trái, phóng người qua lan can thấp và tiếp đất một cách chẳng mấy duyên dáng trên mái dốc thoai thoải.</w:t>
      </w:r>
    </w:p>
    <w:p>
      <w:pPr>
        <w:spacing w:after="80"/>
      </w:pPr>
      <w:r>
        <w:rPr>
          <w:b w:val="0"/>
          <w:i w:val="0"/>
        </w:rPr>
        <w:t>Anh lăn người nằm sấp, trượt xuống mép mái, rồi hạ người chân trước qua máng xối, thả mình rơi quãng ngắn xuống mặt đất phía sau tòa nhà. Langdon cho rằng màn thể dục nghiệp dư của mình hẳn đã không thoát khỏi sự chú ý bên trong, và anh không chần chừ lao vào rừng, rời xa tòa tháp nhanh nhất có thể.</w:t>
      </w:r>
    </w:p>
    <w:p>
      <w:pPr>
        <w:spacing w:after="80"/>
      </w:pPr>
      <w:r>
        <w:rPr>
          <w:b w:val="0"/>
          <w:i w:val="0"/>
        </w:rPr>
        <w:t xml:space="preserve">Chỉ vừa cách công trình chừng ba mươi thước, Langdon đã nghe thấy Pavel gào thét và lao sầm sập qua khu rừng phủ tuyết phía sau. </w:t>
      </w:r>
      <w:r>
        <w:rPr>
          <w:b w:val="0"/>
          <w:i/>
        </w:rPr>
        <w:t>Nhanh thật.</w:t>
      </w:r>
      <w:r>
        <w:rPr>
          <w:b w:val="0"/>
          <w:i w:val="0"/>
        </w:rPr>
        <w:t xml:space="preserve"> Langdon đã mong có được khoảng cách dẫn trước dài hơn. Anh cũng ước gì đôi giày của mình do Nike sản xuất chứ không phải Tod's.</w:t>
      </w:r>
    </w:p>
    <w:p>
      <w:pPr>
        <w:spacing w:after="80"/>
      </w:pPr>
      <w:r>
        <w:rPr>
          <w:b w:val="0"/>
          <w:i w:val="0"/>
        </w:rPr>
        <w:t xml:space="preserve">Trong lúc chạy nước rút xuyên qua những hàng cây, Langdon có cảm giác bất an rằng Tháp Petřín hóa ra chỉ là một cái bẫy. Chỉ trong vài phút sau khi Langdon đến, ÚZSI đã xuất hiện. Anh tự hỏi liệu có phải chính Pavel đã để lại mẩu giấy đó? </w:t>
      </w:r>
      <w:r>
        <w:rPr>
          <w:b w:val="0"/>
          <w:i/>
        </w:rPr>
        <w:t>Có phải hắn muốn tách mình ra để bắn mình không? Có ai thực sự muốn mình chết sao?!</w:t>
      </w:r>
    </w:p>
    <w:p>
      <w:pPr>
        <w:spacing w:after="80"/>
      </w:pPr>
      <w:r>
        <w:rPr>
          <w:b w:val="0"/>
          <w:i w:val="0"/>
        </w:rPr>
        <w:t>Tôi có Katherine. Đến Tháp Petřín đi.</w:t>
      </w:r>
    </w:p>
    <w:p>
      <w:pPr>
        <w:spacing w:after="80"/>
      </w:pPr>
      <w:r>
        <w:rPr>
          <w:b w:val="0"/>
          <w:i w:val="0"/>
        </w:rPr>
        <w:t>Rõ ràng là Katherine không có ở đây, và có vẻ cô ấy cũng chưa từng ở đây. Chẳng có gì là hợp lý cả—kể cả cái email Enochian của Katherine.</w:t>
      </w:r>
    </w:p>
    <w:p>
      <w:pPr>
        <w:spacing w:after="80"/>
      </w:pPr>
      <w:r>
        <w:rPr>
          <w:b w:val="0"/>
          <w:i w:val="0"/>
        </w:rPr>
        <w:t>LXXEDOC?</w:t>
      </w:r>
    </w:p>
    <w:p>
      <w:pPr>
        <w:spacing w:after="80"/>
      </w:pPr>
      <w:r>
        <w:rPr>
          <w:b w:val="0"/>
          <w:i w:val="0"/>
        </w:rPr>
        <w:t>Cô ấy đang cố nói với mình điều gì vậy?!</w:t>
      </w:r>
    </w:p>
    <w:p>
      <w:pPr>
        <w:spacing w:after="80"/>
      </w:pPr>
      <w:r>
        <w:rPr>
          <w:b w:val="0"/>
          <w:i w:val="0"/>
        </w:rPr>
        <w:t>Không xa phía trước, Langdon thấy một khoảng trống với vài điểm tham quan của công viên—vòng quay ngựa gỗ, chuồng ngựa nhỏ, vườn hồng, nhà nguyện. Thoát khỏi khu rừng, anh lao ra sân sỏi, biết ơn vì nền đất chắc chắn hơn, dù anh vẫn nghe thấy tiếng bước chân nặng nề của kẻ đuổi theo phía sau.</w:t>
      </w:r>
    </w:p>
    <w:p>
      <w:pPr>
        <w:spacing w:after="80"/>
      </w:pPr>
      <w:r>
        <w:rPr>
          <w:b w:val="0"/>
          <w:i w:val="0"/>
        </w:rPr>
        <w:t>Langdon chạy vụt qua chuồng ngựa và khu vườn để tới nhà nguyện, nơi có vọng lâu trên mái vốn là biểu tượng của "nơi ẩn náu" trong lịch sử, dù ổ khóa trên cửa lại mang một thông điệp khác. Không hề chậm bước, anh đảo mắt khắp quảng trường tìm chỗ trú khác. Anh thấy ba tòa nhà phía trước và đưa ra quyết định trong tích tắc.</w:t>
      </w:r>
    </w:p>
    <w:p>
      <w:pPr>
        <w:spacing w:after="80"/>
      </w:pPr>
      <w:r>
        <w:rPr>
          <w:b w:val="0"/>
          <w:i w:val="0"/>
        </w:rPr>
        <w:t>Hai công trình đầu tiên nhiều khả năng đã khóa cửa vào giờ này—Nhà nguyện Calvary và Nhà thờ Thánh Lawrence—cả hai đều thuộc một chương trình Cơ đốc hóa ngọn đồi ngoại giáo này. Công trình thứ ba là một tòa lâu đài cổ tích màu vàng rực sặc sỡ, với những tháp giả trang trí treo các lá cờ huy hiệu đầy màu sắc trên những bức tường thành lởm chởm. Phía sau cây cầu rút giả, một người đàn ông trong trang phục trung cổ đang kéo cổng sắt lên, rõ ràng là mở cửa lâu đài cho ngày mới. Trên lối vào treo một tấm băng rôn ghi: Vítejte / Welcome.</w:t>
      </w:r>
    </w:p>
    <w:p>
      <w:pPr>
        <w:spacing w:after="80"/>
      </w:pPr>
      <w:r>
        <w:rPr>
          <w:b w:val="0"/>
          <w:i/>
        </w:rPr>
        <w:t>Đôi khi vũ trụ tự chỉ đường cho ta,</w:t>
      </w:r>
      <w:r>
        <w:rPr>
          <w:b w:val="0"/>
          <w:i w:val="0"/>
        </w:rPr>
        <w:t xml:space="preserve"> Langdon nghĩ.</w:t>
      </w:r>
    </w:p>
    <w:p>
      <w:pPr>
        <w:spacing w:after="80"/>
      </w:pPr>
      <w:r>
        <w:rPr>
          <w:b w:val="0"/>
          <w:i w:val="0"/>
        </w:rPr>
        <w:t>Dù tấm biển đó có phải là một cú huých của vũ trụ chỉ đúng hướng hay không, Langdon cũng chẳng thấy lựa chọn nào khác để ẩn nấp. Một cái liếc nhanh qua vai xác nhận Pavel đã ra khỏi rừng ở đầu kia quảng trường, và hắn có vẻ đang thu hẹp khoảng cách. Lấy hết sức, Langdon lao qua cây cầu rút giả, vụt qua người phục vụ đang giật mình, trượt chân vào một tiền sảnh nhỏ nơi quầy bán vé không người trông coi có treo một tấm biển:</w:t>
      </w:r>
    </w:p>
    <w:p>
      <w:pPr>
        <w:spacing w:after="80"/>
      </w:pPr>
      <w:r>
        <w:rPr>
          <w:b w:val="0"/>
          <w:i w:val="0"/>
        </w:rPr>
        <w:t>ZRCADLOVÉ BLUDIŠTĚ</w:t>
      </w:r>
    </w:p>
    <w:p>
      <w:pPr>
        <w:spacing w:after="80"/>
      </w:pPr>
      <w:r>
        <w:rPr>
          <w:b w:val="0"/>
          <w:i w:val="0"/>
        </w:rPr>
        <w:t>Langdon không hiểu mấy từ đó nghĩa là gì, nhưng không quan trọng; tiền sảnh chỉ có một cổng xoay chắn lối vào dường như duy nhất của lâu đài—một vòm cửa hẹp dẫn vào hành lang tối om.</w:t>
      </w:r>
    </w:p>
    <w:p>
      <w:pPr>
        <w:spacing w:after="80"/>
      </w:pPr>
      <w:r>
        <w:rPr>
          <w:b w:val="0"/>
          <w:i/>
        </w:rPr>
        <w:t>Tha lỗi cho tôi nhé, Cinderella,</w:t>
      </w:r>
      <w:r>
        <w:rPr>
          <w:b w:val="0"/>
          <w:i w:val="0"/>
        </w:rPr>
        <w:t xml:space="preserve"> Langdon thầm nghĩ, nhảy qua cửa quay rồi lao qua ô cửa. Anh chạy nước rút dọc hành lang đá, rẽ ngoặt sang trái, rồi lao vào một căn phòng sáu cạnh óng ánh. Langdon phanh gấp lại, sững sờ trước cảnh tượng bao quanh mình.</w:t>
      </w:r>
    </w:p>
    <w:p>
      <w:pPr>
        <w:spacing w:after="80"/>
      </w:pPr>
      <w:r>
        <w:rPr>
          <w:b w:val="0"/>
          <w:i w:val="0"/>
        </w:rPr>
        <w:t>Cái quái gì thế này…?!</w:t>
      </w:r>
    </w:p>
    <w:p>
      <w:pPr>
        <w:spacing w:after="80"/>
      </w:pPr>
      <w:r>
        <w:rPr>
          <w:b w:val="0"/>
          <w:i w:val="0"/>
        </w:rPr>
        <w:t>Sáu người đàn ông đứng thành vòng tròn, cách đều nhau quanh Langdon, tất cả đều nhìn thẳng vào anh.</w:t>
      </w:r>
    </w:p>
    <w:p>
      <w:pPr>
        <w:spacing w:after="80"/>
      </w:pPr>
      <w:r>
        <w:rPr>
          <w:b w:val="0"/>
          <w:i w:val="0"/>
        </w:rPr>
        <w:t>Kỳ lạ hơn nữa, cả sáu người đàn ông đều chính là Robert Langdon.</w:t>
      </w:r>
    </w:p>
    <w:p>
      <w:pPr>
        <w:spacing w:after="80"/>
      </w:pPr>
      <w:r>
        <w:rPr>
          <w:b w:val="0"/>
          <w:i w:val="0"/>
        </w:rPr>
        <w:t>Langdon giờ đã hiểu ý nghĩa của ZRCADLOVÉ BLUDIŠTĚ, và anh tha thiết ước rằng mình đã chọn một con đường khác.</w:t>
      </w:r>
    </w:p>
    <w:p>
      <w:pPr>
        <w:pStyle w:val="Heading1"/>
      </w:pPr>
      <w:r>
        <w:rPr>
          <w:rFonts w:ascii="Calibri" w:hAnsi="Calibri"/>
          <w:b/>
          <w:i w:val="0"/>
          <w:sz w:val="40"/>
        </w:rPr>
        <w:t>Chương 51</w:t>
      </w:r>
    </w:p>
    <w:p>
      <w:pPr>
        <w:spacing w:after="80"/>
      </w:pPr>
      <w:r>
        <w:rPr>
          <w:b w:val="0"/>
          <w:i w:val="0"/>
        </w:rPr>
        <w:t xml:space="preserve">Ánh sáng tím trong căn hộ của The Golěm mang lại cảm giác dễ chịu sau biến cố dữ dội về cái chết của Michael Harris. Sau khi tắm nhanh và khoác áo choàng, The Golěm giờ đây quỳ lặng lẽ trong thánh đường tối tăm của mình trước </w:t>
      </w:r>
      <w:r>
        <w:rPr>
          <w:b w:val="0"/>
          <w:i/>
        </w:rPr>
        <w:t>svatyně</w:t>
      </w:r>
      <w:r>
        <w:rPr>
          <w:b w:val="0"/>
          <w:i w:val="0"/>
        </w:rPr>
        <w:t>—căn phòng thiêng liêng nơi hắn đặt bàn thờ mà hắn đã dựng lên để thờ nàng.</w:t>
      </w:r>
    </w:p>
    <w:p>
      <w:pPr>
        <w:spacing w:after="80"/>
      </w:pPr>
      <w:r>
        <w:rPr>
          <w:b w:val="0"/>
          <w:i w:val="0"/>
        </w:rPr>
        <w:t>Một sự tưởng nhớ dành cho người phụ nữ mà ta sinh ra để bảo vệ.</w:t>
      </w:r>
    </w:p>
    <w:p>
      <w:pPr>
        <w:spacing w:after="80"/>
      </w:pPr>
      <w:r>
        <w:rPr>
          <w:b w:val="0"/>
          <w:i w:val="0"/>
        </w:rPr>
        <w:t>Quỳ trong bóng tối, hắn quẹt một que diêm và thắp ba ngọn nến cầu nguyện được bày giữa những bông hoa khô trên bàn. Khi ánh lửa chập chờn sáng dần lên, hắn ngước mắt nhìn bức ảnh treo phía trên bàn thờ.</w:t>
      </w:r>
    </w:p>
    <w:p>
      <w:pPr>
        <w:spacing w:after="80"/>
      </w:pPr>
      <w:r>
        <w:rPr>
          <w:b w:val="0"/>
          <w:i w:val="0"/>
        </w:rPr>
        <w:t>The Golěm mỉm cười trìu mến với khuôn mặt nàng.</w:t>
      </w:r>
    </w:p>
    <w:p>
      <w:pPr>
        <w:spacing w:after="80"/>
      </w:pPr>
      <w:r>
        <w:rPr>
          <w:b w:val="0"/>
          <w:i w:val="0"/>
        </w:rPr>
        <w:t>Ta ở đây để trông nom nàng…vậy mà nàng còn chẳng biết ta là ai.</w:t>
      </w:r>
    </w:p>
    <w:p>
      <w:pPr>
        <w:spacing w:after="80"/>
      </w:pPr>
      <w:r>
        <w:rPr>
          <w:b w:val="0"/>
          <w:i w:val="0"/>
        </w:rPr>
        <w:t>Những đường nét trên khuôn mặt người phụ nữ ấy không đẹp theo kiểu cổ điển. Nàng có những nét Slavic đậm, mái tóc vàng dài ngang vai, và một chiếc mũi gãy…nhưng Sasha Vesna là cả thế giới của The Golěm.</w:t>
      </w:r>
    </w:p>
    <w:p>
      <w:pPr>
        <w:spacing w:after="80"/>
      </w:pPr>
      <w:r>
        <w:rPr>
          <w:b w:val="0"/>
          <w:i w:val="0"/>
        </w:rPr>
        <w:t>Ta là người bảo vệ của nàng, Sasha.</w:t>
      </w:r>
    </w:p>
    <w:p>
      <w:pPr>
        <w:spacing w:after="80"/>
      </w:pPr>
      <w:r>
        <w:rPr>
          <w:b w:val="0"/>
          <w:i w:val="0"/>
        </w:rPr>
        <w:t>Dù nàng không hề hay biết, linh hồn của Sasha đã va vào hắn từ nhiều năm trước trong một viện tâm thần ở Nga…trong một khoảnh khắc bạo lực kinh hoàng. Sasha khi đó đơn độc và không được che chở, phải chịu đựng trận đòn tàn bạo từ cô y tá đêm độc ác tên là Malvina, thì The Golěm xuất hiện trong phòng, không thể chịu đựng nổi sự ngược đãi thêm nữa. Thôi thúc bởi cơn phẫn nộ trào dâng, The Golěm đã can thiệp, vung tay với sức mạnh tàn bạo và bẻ gãy cổ cô y tá.</w:t>
      </w:r>
    </w:p>
    <w:p>
      <w:pPr>
        <w:spacing w:after="80"/>
      </w:pPr>
      <w:r>
        <w:rPr>
          <w:b w:val="0"/>
          <w:i w:val="0"/>
        </w:rPr>
        <w:t>May mắn thay, Sasha đã bất tỉnh và không bao giờ biết được điều gì thực sự đã xảy ra đêm hôm đó. The Golěm đã lặng lẽ lùi vào bóng tối mà không bị phát hiện…nhưng trong khoảnh khắc ấy, hai linh hồn của họ đã mãi mãi quấn vào nhau, và hắn đã thề sẽ bảo vệ nàng.</w:t>
      </w:r>
    </w:p>
    <w:p>
      <w:pPr>
        <w:spacing w:after="80"/>
      </w:pPr>
      <w:r>
        <w:rPr>
          <w:b w:val="0"/>
          <w:i w:val="0"/>
        </w:rPr>
        <w:t>Cái đêm ta cứu mạng nàng…cũng là đêm ta trở thành người bảo vệ của nàng.</w:t>
      </w:r>
    </w:p>
    <w:p>
      <w:pPr>
        <w:spacing w:after="80"/>
      </w:pPr>
      <w:r>
        <w:rPr>
          <w:b w:val="0"/>
          <w:i w:val="0"/>
        </w:rPr>
        <w:t>Trước hành động nhân từ của mình, anh ta từng là một chiếc bình rỗng, một linh hồn ma quái. Nhưng trong khoảnh khắc ấy, như thể bị một luồng năng lượng từ cõi khác đánh trúng, anh cảm thấy cuộc đời mình bắt đầu, ngay lập tức hiểu ra mình là ai và bản chất của mối liên kết huyền bí giữa anh với Sasha Vesna.</w:t>
      </w:r>
    </w:p>
    <w:p>
      <w:pPr>
        <w:spacing w:after="80"/>
      </w:pPr>
      <w:r>
        <w:rPr>
          <w:b w:val="0"/>
          <w:i w:val="0"/>
        </w:rPr>
        <w:t>Ta là thiên thần hộ mệnh của cô ấy.</w:t>
      </w:r>
    </w:p>
    <w:p>
      <w:pPr>
        <w:spacing w:after="80"/>
      </w:pPr>
      <w:r>
        <w:rPr>
          <w:b w:val="0"/>
          <w:i w:val="0"/>
        </w:rPr>
        <w:t>Cô ấy là toàn bộ lý do để ta sống, để ta chịu đựng, để ta tồn tại.</w:t>
      </w:r>
    </w:p>
    <w:p>
      <w:pPr>
        <w:spacing w:after="80"/>
      </w:pPr>
      <w:r>
        <w:rPr>
          <w:b w:val="0"/>
          <w:i w:val="0"/>
        </w:rPr>
        <w:t>Vậy mà…cô ấy không bao giờ được biết.</w:t>
      </w:r>
    </w:p>
    <w:p>
      <w:pPr>
        <w:spacing w:after="80"/>
      </w:pPr>
      <w:r>
        <w:rPr>
          <w:b w:val="0"/>
          <w:i w:val="0"/>
        </w:rPr>
        <w:t>Cho đến tận ngày nay, Sasha Vesna không hề hay biết The Golěm thậm chí còn tồn tại…chứ đừng nói đến việc anh ta có dính líu đến cuộc đời cô, quan sát từ trong bóng tối, bảo vệ linh hồn ngây thơ của cô khỏi những nỗi kinh hoàng trần trụi của thế gian.</w:t>
      </w:r>
    </w:p>
    <w:p>
      <w:pPr>
        <w:spacing w:after="80"/>
      </w:pPr>
      <w:r>
        <w:rPr>
          <w:b w:val="0"/>
          <w:i w:val="0"/>
        </w:rPr>
        <w:t xml:space="preserve">Thân xác và tâm trí của Sasha đã bị Brigita Gessner chà đạp. Michael Harris thì lại phản bội </w:t>
      </w:r>
      <w:r>
        <w:rPr>
          <w:b w:val="0"/>
          <w:i/>
        </w:rPr>
        <w:t>trái tim</w:t>
      </w:r>
      <w:r>
        <w:rPr>
          <w:b w:val="0"/>
          <w:i w:val="0"/>
        </w:rPr>
        <w:t xml:space="preserve"> của Sasha—đó là kiểu lừa dối tàn nhẫn nhất trong mọi kiểu lừa dối.</w:t>
      </w:r>
    </w:p>
    <w:p>
      <w:pPr>
        <w:spacing w:after="80"/>
      </w:pPr>
      <w:r>
        <w:rPr>
          <w:b w:val="0"/>
          <w:i w:val="0"/>
        </w:rPr>
        <w:t xml:space="preserve">“Michael…” The Golěm đã thì thầm chỉ hai mươi phút trước đó, siết chặt cổ gã đàn ông đang bất tỉnh để giữ chắc túi ni lông trùm kín mặt hắn. “Sự phản bội của </w:t>
      </w:r>
      <w:r>
        <w:rPr>
          <w:b w:val="0"/>
          <w:i/>
        </w:rPr>
        <w:t>ngươi</w:t>
      </w:r>
      <w:r>
        <w:rPr>
          <w:b w:val="0"/>
          <w:i w:val="0"/>
        </w:rPr>
        <w:t xml:space="preserve"> là tàn nhẫn nhất. Ta đã nhìn thấy ngươi lợi dụng nỗi cô đơn của Sasha. Ta đã nhìn thấy ngươi nằm trên giường, trong vòng tay cô ấy, giả vờ yêu thương cô ấy.”</w:t>
      </w:r>
    </w:p>
    <w:p>
      <w:pPr>
        <w:spacing w:after="80"/>
      </w:pPr>
      <w:r>
        <w:rPr>
          <w:b w:val="0"/>
          <w:i w:val="0"/>
        </w:rPr>
        <w:t>The Golěm siết chặt hơn không chút hối hận, cảm thấy những đầu ngón tay mình lún sâu vào da thịt Harris.</w:t>
      </w:r>
    </w:p>
    <w:p>
      <w:pPr>
        <w:spacing w:after="80"/>
      </w:pPr>
      <w:r>
        <w:rPr>
          <w:b w:val="0"/>
          <w:i w:val="0"/>
        </w:rPr>
        <w:t xml:space="preserve">“Sasha sẽ đau lòng khi biết tin ngươi chết,” anh thì thầm, “nhưng điều đó chẳng là gì so với việc cô ấy biết được </w:t>
      </w:r>
      <w:r>
        <w:rPr>
          <w:b w:val="0"/>
          <w:i/>
        </w:rPr>
        <w:t>sự thật</w:t>
      </w:r>
      <w:r>
        <w:rPr>
          <w:b w:val="0"/>
          <w:i w:val="0"/>
        </w:rPr>
        <w:t xml:space="preserve">…rằng người đàn ông duy nhất cô ấy từng yêu lại đang </w:t>
      </w:r>
      <w:r>
        <w:rPr>
          <w:b w:val="0"/>
          <w:i/>
        </w:rPr>
        <w:t>lợi dụng</w:t>
      </w:r>
      <w:r>
        <w:rPr>
          <w:b w:val="0"/>
          <w:i w:val="0"/>
        </w:rPr>
        <w:t xml:space="preserve"> cô ấy…lừa dối cô ấy…theo dõi cô ấy.”</w:t>
      </w:r>
    </w:p>
    <w:p>
      <w:pPr>
        <w:spacing w:after="80"/>
      </w:pPr>
      <w:r>
        <w:rPr>
          <w:b w:val="0"/>
          <w:i w:val="0"/>
        </w:rPr>
        <w:t>Khi mạch đập nơi cổ Michael Harris yếu dần, The Golěm biết, từ chính những cái chết của mình, rằng gã đàn ông ấy đang rời khỏi thân xác lúc này, lơ lửng trong căn phòng, chứng kiến cái chết của chính mình.</w:t>
      </w:r>
    </w:p>
    <w:p>
      <w:pPr>
        <w:spacing w:after="80"/>
      </w:pPr>
      <w:r>
        <w:rPr>
          <w:b w:val="0"/>
          <w:i w:val="0"/>
        </w:rPr>
        <w:t>The Golěm ngước mắt lên trần nhà, nói thẳng với Harris. “Cô ấy chỉ là một đứa trẻ, Michael…Bị cha mẹ bỏ rơi…Bị nhốt trong trại tâm thần…Bị dụ dỗ đến Prague bởi một con quái vật. Mọi người trong cuộc đời cô ấy đều phản bội cô ấy…</w:t>
      </w:r>
      <w:r>
        <w:rPr>
          <w:b w:val="0"/>
          <w:i/>
        </w:rPr>
        <w:t>trừ ta</w:t>
      </w:r>
      <w:r>
        <w:rPr>
          <w:b w:val="0"/>
          <w:i w:val="0"/>
        </w:rPr>
        <w:t>!”</w:t>
      </w:r>
    </w:p>
    <w:p>
      <w:pPr>
        <w:spacing w:after="80"/>
      </w:pPr>
      <w:r>
        <w:rPr>
          <w:b w:val="0"/>
          <w:i w:val="0"/>
        </w:rPr>
        <w:t>Khi dấu vết sự sống cuối cùng đã bị vắt kiệt khỏi thân xác Harris, The Golěm cúi xuống và lạnh lùng thì thầm đúng những lời mà anh đã nghe Sasha thì thầm với Harris khi hắn chìm vào giấc ngủ trong vòng tay cô. “</w:t>
      </w:r>
      <w:r>
        <w:rPr>
          <w:b w:val="0"/>
          <w:i/>
        </w:rPr>
        <w:t>Spokoynoy nochi, milyy.</w:t>
      </w:r>
      <w:r>
        <w:rPr>
          <w:b w:val="0"/>
          <w:i w:val="0"/>
        </w:rPr>
        <w:t xml:space="preserve"> Chúc ngủ ngon, cưng nhé.”</w:t>
      </w:r>
    </w:p>
    <w:p>
      <w:pPr>
        <w:spacing w:after="80"/>
      </w:pPr>
      <w:r>
        <w:rPr>
          <w:b w:val="0"/>
          <w:i w:val="0"/>
        </w:rPr>
        <w:t>Phần này trong kế hoạch của The Golěm đã thành công. Michael Harris đã bị dồn vào một mình. Sasha đã được khóa an toàn. Và vị giáo sư người Mỹ, Robert Langdon, đã bị đẩy đi. Langdon không đáng phải chết, nhưng sự có mặt của ông ta tại căn hộ của Sasha sẽ khiến The Golěm không thể nào xử lý Harris. Và thế là The Golěm đã tùy cơ ứng biến, để lại một mẩu giấy trước cửa nhà Sasha khiến Langdon phải cuống cuồng đi tìm Katherine Solomon.</w:t>
      </w:r>
    </w:p>
    <w:p>
      <w:pPr>
        <w:spacing w:after="80"/>
      </w:pPr>
      <w:r>
        <w:rPr>
          <w:b w:val="0"/>
          <w:i w:val="0"/>
        </w:rPr>
        <w:t>Tất nhiên, Langdon sẽ không tìm thấy cô ấy ở tháp Petřín.</w:t>
      </w:r>
    </w:p>
    <w:p>
      <w:pPr>
        <w:spacing w:after="80"/>
      </w:pPr>
      <w:r>
        <w:rPr>
          <w:b w:val="0"/>
          <w:i/>
        </w:rPr>
        <w:t>Rất có thể ông ta sẽ không bao giờ tìm thấy cô ấy,</w:t>
      </w:r>
      <w:r>
        <w:rPr>
          <w:b w:val="0"/>
          <w:i w:val="0"/>
        </w:rPr>
        <w:t xml:space="preserve"> The Golěm nghĩ, nhớ lại những gì Gessner đã thú nhận đêm qua khi dòng nước muối lạnh buốt xé toạc cơ thể mụ.</w:t>
      </w:r>
    </w:p>
    <w:p>
      <w:pPr>
        <w:spacing w:after="80"/>
      </w:pPr>
      <w:r>
        <w:rPr>
          <w:b w:val="0"/>
          <w:i w:val="0"/>
        </w:rPr>
        <w:t>“Katherine không hề biết mình đang gặp nguy hiểm…” Gessner đã thốt ra trong cơn đau. “Những kẻ ta làm việc cho…chúng sẽ không từ thủ đoạn nào để bịt miệng cô ta.”</w:t>
      </w:r>
    </w:p>
    <w:p>
      <w:pPr>
        <w:pStyle w:val="Heading1"/>
      </w:pPr>
      <w:r>
        <w:rPr>
          <w:rFonts w:ascii="Calibri" w:hAnsi="Calibri"/>
          <w:b/>
          <w:i w:val="0"/>
          <w:sz w:val="40"/>
        </w:rPr>
        <w:t>Chương 52</w:t>
      </w:r>
    </w:p>
    <w:p>
      <w:pPr>
        <w:spacing w:after="80"/>
      </w:pPr>
      <w:r>
        <w:rPr>
          <w:b w:val="0"/>
          <w:i w:val="0"/>
        </w:rPr>
        <w:t>Sân vận động MetLife nằm cách sân bay Teterboro vài dặm về phía nam, ở East Rutherford, New Jersey, và là một trong những sân vận động có doanh thu cao nhất thế giới. Là sân nhà của cả hai đội bóng bầu dục New York Giants và New York Jets, sân được xây dựng với ý tưởng biến đổi linh hoạt, thường xuyên thay đổi băng rôn, logo trên sân và hệ thống chiếu sáng từ màu Xanh Giants sang màu Xanh Jets mỗi tuần để tiếp đón đội chủ nhà.</w:t>
      </w:r>
    </w:p>
    <w:p>
      <w:pPr>
        <w:spacing w:after="80"/>
      </w:pPr>
      <w:r>
        <w:rPr>
          <w:b w:val="0"/>
          <w:i w:val="0"/>
        </w:rPr>
        <w:t>Đêm nay, khi sân vận động hoang vắng hiện lên sừng sững bên phải Faukman, nó trông thật xa lạ với ông—như thể một con tàu mẹ đen tối nào đó bị bỏ hoang giữa một bãi đỗ xe rộng lớn. Ông liếc gương chiếu hậu xem có dấu hiệu bị truy đuổi nào không, và thấy không có ai, Faukman liền lái chiếc SUV ăn cắp rời khỏi Quốc lộ 17, vòng ra phía sau sân vận động, và đỗ vào một trong gần ba mươi nghìn chỗ trống.</w:t>
      </w:r>
    </w:p>
    <w:p>
      <w:pPr>
        <w:spacing w:after="80"/>
      </w:pPr>
      <w:r>
        <w:rPr>
          <w:b w:val="0"/>
          <w:i w:val="0"/>
        </w:rPr>
        <w:t>Cho mình một phút đi, Jonas. Suy nghĩ đi.</w:t>
      </w:r>
    </w:p>
    <w:p>
      <w:pPr>
        <w:spacing w:after="80"/>
      </w:pPr>
      <w:r>
        <w:rPr>
          <w:b w:val="0"/>
          <w:i w:val="0"/>
        </w:rPr>
        <w:t>Ông đã nắm chặt vô lăng chiếc SUV ở tốc độ chín mươi dặm/giờ, và thần kinh ông đã căng như dây đàn. Khoảnh khắc tĩnh lặng này là một sự nghỉ ngơi đáng quý, nhất là khi hơi ấm từ ghế sưởi cuối cùng cũng bắt đầu thấm vào cơ thể ông.</w:t>
      </w:r>
    </w:p>
    <w:p>
      <w:pPr>
        <w:spacing w:after="80"/>
      </w:pPr>
      <w:r>
        <w:rPr>
          <w:b w:val="0"/>
          <w:i w:val="0"/>
        </w:rPr>
        <w:t xml:space="preserve">Giờ chỉ còn một mình trong bãi đỗ xe hoang vắng, Faukman kiểm tra điện thoại, lo lắng vì Langdon vẫn chưa gọi lại. </w:t>
      </w:r>
      <w:r>
        <w:rPr>
          <w:b w:val="0"/>
          <w:i/>
        </w:rPr>
        <w:t>Chắc giờ này anh ấy phải thức rồi chứ…ở Prague đang là chín giờ sáng mà.</w:t>
      </w:r>
      <w:r>
        <w:rPr>
          <w:b w:val="0"/>
          <w:i w:val="0"/>
        </w:rPr>
        <w:t xml:space="preserve"> Lịch sử cuộc gọi của Faukman không có cuộc gọi nhỡ nào ngoại trừ vài cuộc từ một số máy lẻ của bộ phận IT thuộc Penguin Random House, mà vào giờ này Faukman đoán chỉ có thể là Alex, kỹ thuật viên an ninh.</w:t>
      </w:r>
    </w:p>
    <w:p>
      <w:pPr>
        <w:spacing w:after="80"/>
      </w:pPr>
      <w:r>
        <w:rPr>
          <w:b w:val="0"/>
          <w:i w:val="0"/>
        </w:rPr>
        <w:t>Faukman bấm nút gọi lại cho anh kỹ thuật viên, hy vọng anh ta có thể có thông tin nào đó làm sáng tỏ chuyện đang diễn ra. Giọng nói quen thuộc của Alex Conan vang lên ngay hồi chuông đầu tiên.</w:t>
      </w:r>
    </w:p>
    <w:p>
      <w:pPr>
        <w:spacing w:after="80"/>
      </w:pPr>
      <w:r>
        <w:rPr>
          <w:b w:val="0"/>
          <w:i w:val="0"/>
        </w:rPr>
        <w:t>"Ông Faukman! Ông đã ở đâu vậy? Ông có sao không?!"</w:t>
      </w:r>
    </w:p>
    <w:p>
      <w:pPr>
        <w:spacing w:after="80"/>
      </w:pPr>
      <w:r>
        <w:rPr>
          <w:b w:val="0"/>
          <w:i w:val="0"/>
        </w:rPr>
        <w:t>Tôi chẳng ổn chút nào đâu, cậu bé ạ.</w:t>
      </w:r>
    </w:p>
    <w:p>
      <w:pPr>
        <w:spacing w:after="80"/>
      </w:pPr>
      <w:r>
        <w:rPr>
          <w:b w:val="0"/>
          <w:i w:val="0"/>
        </w:rPr>
        <w:t>"Tôi cần cảnh báo ông," Alex tiếp tục, thở hổn hển. "Những kẻ hacker đã xóa bản thảo của ông…tôi nghĩ chúng có thể rất nguy hiểm."</w:t>
      </w:r>
    </w:p>
    <w:p>
      <w:pPr>
        <w:spacing w:after="80"/>
      </w:pPr>
      <w:r>
        <w:rPr>
          <w:b w:val="0"/>
          <w:i/>
        </w:rPr>
        <w:t>Chuyện đó thì khỏi nói,</w:t>
      </w:r>
      <w:r>
        <w:rPr>
          <w:b w:val="0"/>
          <w:i w:val="0"/>
        </w:rPr>
        <w:t xml:space="preserve"> Faukman nghĩ, vô thức chạm vào vùng bụng đau nhức nơi ông bị đấm. "Tôi cũng đi đến kết luận đó rồi, Alex."</w:t>
      </w:r>
    </w:p>
    <w:p>
      <w:pPr>
        <w:spacing w:after="80"/>
      </w:pPr>
      <w:r>
        <w:rPr>
          <w:b w:val="0"/>
          <w:i w:val="0"/>
        </w:rPr>
        <w:t>"Và…ờ…tôi rất tiếc khi phải nói với ông điều này, nhưng…" Giọng anh kỹ thuật viên vỡ ra, và Faukman cảm thấy một nỗi lo lắng dâng lên.</w:t>
      </w:r>
    </w:p>
    <w:p>
      <w:pPr>
        <w:spacing w:after="80"/>
      </w:pPr>
      <w:r>
        <w:rPr>
          <w:b w:val="0"/>
          <w:i w:val="0"/>
        </w:rPr>
        <w:t>Nói với tôi điều gì?</w:t>
      </w:r>
    </w:p>
    <w:p>
      <w:pPr>
        <w:spacing w:after="80"/>
      </w:pPr>
      <w:r>
        <w:rPr>
          <w:b w:val="0"/>
          <w:i w:val="0"/>
        </w:rPr>
        <w:t>"Tôi…tôi nghĩ chúng có thể đã giết một trong những tác giả của ông."</w:t>
      </w:r>
    </w:p>
    <w:p>
      <w:pPr>
        <w:spacing w:after="80"/>
      </w:pPr>
      <w:r>
        <w:rPr>
          <w:b w:val="0"/>
          <w:i w:val="0"/>
        </w:rPr>
        <w:t>Người biên tập hy vọng mình đã nghe nhầm.</w:t>
      </w:r>
    </w:p>
    <w:p>
      <w:pPr>
        <w:spacing w:after="80"/>
      </w:pPr>
      <w:r>
        <w:rPr>
          <w:b w:val="0"/>
          <w:i w:val="0"/>
        </w:rPr>
        <w:t>Khi anh kỹ thuật viên trẻ chia sẻ những gì anh ta biết được, Faukman lắng nghe trong kinh hoàng, cảm giác như sắp phát bệnh.</w:t>
      </w:r>
    </w:p>
    <w:p>
      <w:pPr>
        <w:jc w:val="center"/>
      </w:pPr>
      <w:r>
        <w:drawing>
          <wp:inline xmlns:a="http://schemas.openxmlformats.org/drawingml/2006/main" xmlns:pic="http://schemas.openxmlformats.org/drawingml/2006/picture">
            <wp:extent cx="5486400" cy="362122"/>
            <wp:docPr id="44" name="Picture 44"/>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Cách đó một dặm, sau khi đã theo dõi điện thoại của Faukman từ một khoảng cách an toàn, hai đặc vụ—Auger và Chinburg—giờ đang đỗ xe trên một con phố dân cư yên tĩnh ở East Rutherford, New Jersey, sát bên Sân vận động MetLife. Họ đang nghe cuộc điện thoại qua chiếc iPad của mình.</w:t>
      </w:r>
    </w:p>
    <w:p>
      <w:pPr>
        <w:spacing w:after="80"/>
      </w:pPr>
      <w:r>
        <w:rPr>
          <w:b w:val="0"/>
          <w:i w:val="0"/>
        </w:rPr>
        <w:t>Điều họ nghe được cũng khiến họ thấy đáng báo động.</w:t>
      </w:r>
    </w:p>
    <w:p>
      <w:pPr>
        <w:spacing w:after="80"/>
      </w:pPr>
      <w:r>
        <w:rPr>
          <w:b w:val="0"/>
          <w:i w:val="0"/>
        </w:rPr>
        <w:t>Một trong những tác giả người Mỹ đã bị giết ở Prague ư? Là Langdon hay Solomon? Rõ ràng là có gì đó đã diễn ra cực kỳ tồi tệ.</w:t>
      </w:r>
    </w:p>
    <w:p>
      <w:pPr>
        <w:spacing w:after="80"/>
      </w:pPr>
      <w:r>
        <w:rPr>
          <w:b w:val="0"/>
          <w:i w:val="0"/>
        </w:rPr>
        <w:t>Nhưng ngược lại, ông Finch đã nói rất rõ ràng rằng việc thu hồi bản thảo của Katherine Solomon là vô cùng quan trọng. Và Finch luôn hoàn thành nhiệm vụ của mình, bất kể cái giá nào.</w:t>
      </w:r>
    </w:p>
    <w:p>
      <w:pPr>
        <w:pStyle w:val="Heading1"/>
      </w:pPr>
      <w:r>
        <w:rPr>
          <w:rFonts w:ascii="Calibri" w:hAnsi="Calibri"/>
          <w:b/>
          <w:i w:val="0"/>
          <w:sz w:val="40"/>
        </w:rPr>
        <w:t>Chương 53</w:t>
        <w:br/>
        <w:t>&lt;&lt;&lt;|&gt;&gt;&gt;</w:t>
        <w:br/>
        <w:t>Zrcadlové Bludiště—Mê Cung Gương—mang tính lịch sử của Prague được xây dựng vào năm 1891 cho Triển lãm Jubilee của Prague, và cho đến ngày nay nó vẫn là một địa điểm nổi tiếng với khách du lịch và trẻ em. Dù theo tiêu chuẩn hiện đại thì đây chỉ là một mê cung ngắn, nó vẫn có thể khó đi lại do bố cục gây mất phương hướng và những bức tường phản chiếu đặt nghiêng.</w:t>
      </w:r>
    </w:p>
    <w:p>
      <w:pPr>
        <w:spacing w:after="80"/>
      </w:pPr>
      <w:r>
        <w:rPr>
          <w:b w:val="0"/>
          <w:i w:val="0"/>
        </w:rPr>
        <w:t xml:space="preserve">Robert Langdon đã khựng lại ngay trong căn phòng đầu tiên…bị bao quanh bởi những hình ảnh hoảng loạn của chính mình. </w:t>
      </w:r>
      <w:r>
        <w:rPr>
          <w:b w:val="0"/>
          <w:i/>
        </w:rPr>
        <w:t>Pavel đang ngay sau lưng bạn.</w:t>
      </w:r>
      <w:r>
        <w:rPr>
          <w:b w:val="0"/>
          <w:i w:val="0"/>
        </w:rPr>
        <w:t xml:space="preserve"> Langdon mất một lúc mới nhận ra rằng một trong những hình phản chiếu nhỏ hơn một chút so với những hình khác, và anh lao về phía đó, phát hiện ra tấm gương được lõm vào vài feet, che giấu một lối mở được ngụy trang khéo léo, phía sau là một hành lang gương kéo dài về cả hai hướng.</w:t>
      </w:r>
    </w:p>
    <w:p>
      <w:pPr>
        <w:spacing w:after="80"/>
      </w:pPr>
      <w:r>
        <w:rPr>
          <w:b w:val="0"/>
          <w:i/>
        </w:rPr>
        <w:t>Trái hay phải,</w:t>
      </w:r>
      <w:r>
        <w:rPr>
          <w:b w:val="0"/>
          <w:i w:val="0"/>
        </w:rPr>
        <w:t xml:space="preserve"> Langdon tự hỏi, vốn luôn không thích trò đoán mò ngẫu nhiên trong mê cung. Theo thống kê mà nói, trong một thế giới thiên về tay phải, khi được đưa ra lựa chọn giữa phải hoặc trái, đại đa số đều rẽ </w:t>
      </w:r>
      <w:r>
        <w:rPr>
          <w:b w:val="0"/>
          <w:i/>
        </w:rPr>
        <w:t>phải,</w:t>
      </w:r>
      <w:r>
        <w:rPr>
          <w:b w:val="0"/>
          <w:i w:val="0"/>
        </w:rPr>
        <w:t xml:space="preserve"> nghĩa là các nhà thiết kế mê cung thường đảm bảo rằng lối rẽ phải đầu tiên là một sai lầm vòng vèo.</w:t>
      </w:r>
    </w:p>
    <w:p>
      <w:pPr>
        <w:spacing w:after="80"/>
      </w:pPr>
      <w:r>
        <w:rPr>
          <w:b w:val="0"/>
          <w:i w:val="0"/>
        </w:rPr>
        <w:t xml:space="preserve">Langdon lao sang trái. Khi làm vậy, anh đặt tay phải lên tường, để những ngón tay lướt dọc theo các tấm gương. </w:t>
      </w:r>
      <w:r>
        <w:rPr>
          <w:b w:val="0"/>
          <w:i/>
        </w:rPr>
        <w:t>Đừng bao giờ mất liên lạc với bức tường.</w:t>
      </w:r>
    </w:p>
    <w:p>
      <w:pPr>
        <w:spacing w:after="80"/>
      </w:pPr>
      <w:r>
        <w:rPr>
          <w:b w:val="0"/>
          <w:i w:val="0"/>
        </w:rPr>
        <w:t xml:space="preserve">Anh đã học được mẹo này từ khi còn nhỏ, nhờ niềm đam mê với thần thoại Hy Lạp và truyền thuyết về Mê Cung của Minotaur nổi tiếng ở Crete. Chiếc rìu đôi </w:t>
      </w:r>
      <w:r>
        <w:rPr>
          <w:b w:val="0"/>
          <w:i/>
        </w:rPr>
        <w:t>labrys</w:t>
      </w:r>
      <w:r>
        <w:rPr>
          <w:b w:val="0"/>
          <w:i w:val="0"/>
        </w:rPr>
        <w:t xml:space="preserve"> là biểu tượng của sự lựa chọn, và đúng thật chính sự lựa chọn đã khiến Mê Cung trở nên thử thách đến vậy. Nhưng những người Minoan khôn ngoan đã loại bỏ gánh nặng lựa chọn bằng chiến lược đặt tay lên tường; không cần phải suy nghĩ đắn đo, người đi mê cung chỉ việc đi theo bất kỳ hướng nào mà bàn tay trên tường dẫn lối. Nó không đảm bảo con đường thoát </w:t>
      </w:r>
      <w:r>
        <w:rPr>
          <w:b w:val="0"/>
          <w:i/>
        </w:rPr>
        <w:t>ngắn nhất</w:t>
      </w:r>
      <w:r>
        <w:rPr>
          <w:b w:val="0"/>
          <w:i w:val="0"/>
        </w:rPr>
        <w:t>, nhưng nó đảm bảo rằng bạn không bao giờ phải đưa ra cùng một lựa chọn hai lần, dẫn đến việc thoát ra nhanh hơn…và, trong trường hợp của họ, tránh được cái chết dưới tay Minotaur.</w:t>
      </w:r>
    </w:p>
    <w:p>
      <w:pPr>
        <w:spacing w:after="80"/>
      </w:pPr>
      <w:r>
        <w:rPr>
          <w:b w:val="0"/>
          <w:i w:val="0"/>
        </w:rPr>
        <w:t>Khi Langdon đến ngã rẽ tiếp theo, thay vì do dự để đưa ra lựa chọn, anh vẫn giữ tay trên tấm gương khi chạy, lập tức rẽ sang trái, quyết tâm đi theo bất cứ nơi nào nó dẫn lối. Hết lần này đến lần khác, Langdon rẽ, tay trên tường, tiến sâu hơn vào mê cung.</w:t>
      </w:r>
    </w:p>
    <w:p>
      <w:pPr>
        <w:spacing w:after="80"/>
      </w:pPr>
      <w:r>
        <w:rPr>
          <w:b w:val="0"/>
          <w:i w:val="0"/>
        </w:rPr>
        <w:t xml:space="preserve">Anh có thể nghe thấy Pavel lạch bạch bước qua các hành lang ở đâu đó gần đó, tiếng thở to của hắn đôi khi chỉ cách một tấm gương mỏng. Langdon chạy càng nhẹ nhàng nhất có thể, biết rằng nếu anh đã đoán sai ngay từ đầu khi rẽ trái, thì chiến lược đặt tay lên tường này cuối cùng sẽ dẫn anh quay lại dọc theo chính hành lang này theo hướng </w:t>
      </w:r>
      <w:r>
        <w:rPr>
          <w:b w:val="0"/>
          <w:i/>
        </w:rPr>
        <w:t>ngược lại</w:t>
      </w:r>
      <w:r>
        <w:rPr>
          <w:b w:val="0"/>
          <w:i w:val="0"/>
        </w:rPr>
        <w:t>…có khả năng đâm thẳng vào đường đi của Pavel.</w:t>
      </w:r>
    </w:p>
    <w:p>
      <w:pPr>
        <w:spacing w:after="80"/>
      </w:pPr>
      <w:r>
        <w:rPr>
          <w:b w:val="0"/>
          <w:i w:val="0"/>
        </w:rPr>
        <w:t xml:space="preserve">Langdon lao vào một căn phòng lớn hơn với những tấm gương bị xoắn và biến dạng như trong nhà ma vui nhộn ở hội chợ. Một số tấm gương ở đây đứng tự do, phá vỡ chiến lược bám tường của Langdon. Anh có thể nghe thấy đặc vụ ÚZSI đáng sợ đang ở rất gần, và khi đảo mắt nhìn không gian mới, Langdon phát hiện một ánh sáng xám không thể nhầm lẫn ở cuối một hành lang. </w:t>
      </w:r>
      <w:r>
        <w:rPr>
          <w:b w:val="0"/>
          <w:i/>
        </w:rPr>
        <w:t>Ánh sáng ban ngày!</w:t>
      </w:r>
      <w:r>
        <w:rPr>
          <w:b w:val="0"/>
          <w:i w:val="0"/>
        </w:rPr>
        <w:t xml:space="preserve"> Anh rút tay khỏi tường và lao về phía ánh sáng.</w:t>
      </w:r>
    </w:p>
    <w:p>
      <w:pPr>
        <w:spacing w:after="80"/>
      </w:pPr>
      <w:r>
        <w:rPr>
          <w:b w:val="0"/>
          <w:i w:val="0"/>
        </w:rPr>
        <w:t>Nhưng anh không bao giờ đến được đó.</w:t>
      </w:r>
    </w:p>
    <w:p>
      <w:pPr>
        <w:spacing w:after="80"/>
      </w:pPr>
      <w:r>
        <w:rPr>
          <w:b w:val="0"/>
          <w:i w:val="0"/>
        </w:rPr>
        <w:t>Thân hình to lớn của Trung úy Pavel hiện ra phía trước bên phải anh. Khi ánh mắt họ khóa vào nhau, Pavel giơ vũ khí lên và nhắm thẳng vào ngực Langdon.</w:t>
      </w:r>
    </w:p>
    <w:p>
      <w:pPr>
        <w:spacing w:after="80"/>
      </w:pPr>
      <w:r>
        <w:rPr>
          <w:b w:val="0"/>
          <w:i w:val="0"/>
        </w:rPr>
        <w:t>“Khoan!” Langdon hét lên, loạng choạng dừng lại, hai tay giơ lên trời.</w:t>
      </w:r>
    </w:p>
    <w:p>
      <w:pPr>
        <w:spacing w:after="80"/>
      </w:pPr>
      <w:r>
        <w:rPr>
          <w:b w:val="0"/>
          <w:i w:val="0"/>
        </w:rPr>
        <w:t>“Khoan đã!” Langdon hét lên, loạng choạng dừng lại, hai tay vươn lên trời.</w:t>
      </w:r>
    </w:p>
    <w:p>
      <w:pPr>
        <w:spacing w:after="80"/>
      </w:pPr>
      <w:r>
        <w:rPr>
          <w:b w:val="0"/>
          <w:i w:val="0"/>
        </w:rPr>
        <w:t>Nhưng Pavel đã bóp cò.</w:t>
      </w:r>
    </w:p>
    <w:p>
      <w:pPr>
        <w:spacing w:after="80"/>
      </w:pPr>
      <w:r>
        <w:rPr>
          <w:b w:val="0"/>
          <w:i w:val="0"/>
        </w:rPr>
        <w:t>Súng nổ vang, và Langdon loạng choạng lùi lại, chờ đợi cú va chạm, nhưng thay vào đó là tiếng kính vỡ loảng xoảng. Hình ảnh Pavel tan biến trước mắt Langdon.</w:t>
      </w:r>
    </w:p>
    <w:p>
      <w:pPr>
        <w:spacing w:after="80"/>
      </w:pPr>
      <w:r>
        <w:rPr>
          <w:b w:val="0"/>
          <w:i w:val="0"/>
        </w:rPr>
        <w:t>Ở đâu đó gần đó, Pavel gào lên trong tuyệt vọng.</w:t>
      </w:r>
    </w:p>
    <w:p>
      <w:pPr>
        <w:spacing w:after="80"/>
      </w:pPr>
      <w:r>
        <w:rPr>
          <w:b w:val="0"/>
          <w:i w:val="0"/>
        </w:rPr>
        <w:t>Không chờ để tìm hiểu chuỗi phản chiếu phức tạp nào đã tạo ra ảo giác rằng anh và Pavel đang đối mặt nhau, Langdon lao đi. Anh lại phóng về phía ô cửa xám xịt, suýt đâm sầm vào một tấm gương khác. Giờ anh đã có thể thấy lối ra thật sự chỉ ở ngay phía trước bên trái, và anh lao qua đó vào ánh sáng.</w:t>
      </w:r>
    </w:p>
    <w:p>
      <w:pPr>
        <w:spacing w:after="80"/>
      </w:pPr>
      <w:r>
        <w:rPr>
          <w:b w:val="0"/>
          <w:i w:val="0"/>
        </w:rPr>
        <w:t xml:space="preserve">Với những bước chân ngày càng dài, anh phóng xuống con đường lát đá rời xa lâu đài. Phía sau anh, tiếng súng và tiếng kính vỡ tràn ngập không gian. Ba phát. Viên trung úy rõ ràng đang tự tạo </w:t>
      </w:r>
      <w:r>
        <w:rPr>
          <w:b w:val="0"/>
          <w:i/>
        </w:rPr>
        <w:t>lối ra</w:t>
      </w:r>
      <w:r>
        <w:rPr>
          <w:b w:val="0"/>
          <w:i w:val="0"/>
        </w:rPr>
        <w:t xml:space="preserve"> cho riêng mình.</w:t>
      </w:r>
    </w:p>
    <w:p>
      <w:pPr>
        <w:spacing w:after="80"/>
      </w:pPr>
      <w:r>
        <w:rPr>
          <w:b w:val="0"/>
          <w:i w:val="0"/>
        </w:rPr>
        <w:t xml:space="preserve">Con đường uốn cong sâu hơn vào rừng, và Langdon chạy nước rút ngang qua một nhóm khách du lịch lớn tuổi đang leo lên con dốc. Trong thoáng chốc, anh tưởng họ đã </w:t>
      </w:r>
      <w:r>
        <w:rPr>
          <w:b w:val="0"/>
          <w:i/>
        </w:rPr>
        <w:t>leo lên</w:t>
      </w:r>
      <w:r>
        <w:rPr>
          <w:b w:val="0"/>
          <w:i w:val="0"/>
        </w:rPr>
        <w:t xml:space="preserve"> đồi Petřín, nhưng rồi anh thấy họ đến từ đâu. Phía trước, một tòa nhà nhỏ trát vữa nằm bên cạnh một đường ray tàu dốc đứng, trên đó có một toa tàu đơn độc đang đỗ, nghiêng xuống với độ dốc đáng báo động.</w:t>
      </w:r>
    </w:p>
    <w:p>
      <w:pPr>
        <w:spacing w:after="80"/>
      </w:pPr>
      <w:r>
        <w:rPr>
          <w:b w:val="0"/>
          <w:i w:val="0"/>
        </w:rPr>
        <w:t>Tàu leo dốc Petřín.</w:t>
      </w:r>
    </w:p>
    <w:p>
      <w:pPr>
        <w:spacing w:after="80"/>
      </w:pPr>
      <w:r>
        <w:rPr>
          <w:b w:val="0"/>
          <w:i w:val="0"/>
        </w:rPr>
        <w:t>Langdon chưa bao giờ đi cáp treo, nhưng đây có vẻ là thời điểm thích hợp cho chuyến đi đầu tiên của anh. Cửa vừa đóng lại khi anh đến, thở hổn hển, và lách vào trong. Tàu bắt đầu hạ xuống, và Langdon nhận ra rằng quyết định bước vào Mê cung Gương của anh có lẽ vừa cứu mạng anh.</w:t>
      </w:r>
    </w:p>
    <w:p>
      <w:pPr>
        <w:spacing w:after="80"/>
      </w:pPr>
      <w:r>
        <w:rPr>
          <w:b w:val="0"/>
          <w:i w:val="0"/>
        </w:rPr>
        <w:t>Có lẽ vũ trụ rốt cuộc vẫn đúng.</w:t>
      </w:r>
    </w:p>
    <w:p>
      <w:pPr>
        <w:jc w:val="center"/>
      </w:pPr>
      <w:r>
        <w:drawing>
          <wp:inline xmlns:a="http://schemas.openxmlformats.org/drawingml/2006/main" xmlns:pic="http://schemas.openxmlformats.org/drawingml/2006/picture">
            <wp:extent cx="5486400" cy="362122"/>
            <wp:docPr id="45" name="Picture 45"/>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Golěm kéo chiếc mũ cao su trùm qua đầu và lấy xô đất sét Vltava ướt mà hắn giữ dưới bồn rửa trong phòng tắm. Thọc tay qua lớp nước, hắn múc ra một nắm đất mịn, sũng nước. Với sự cẩn trọng như nghi lễ, hắn bắt đầu bôi một lớp dày lên chiếc mũ cao su và cuối cùng là lên mặt, phủ kín mọi thứ trừ đôi mắt.</w:t>
      </w:r>
    </w:p>
    <w:p>
      <w:pPr>
        <w:spacing w:after="80"/>
      </w:pPr>
      <w:r>
        <w:rPr>
          <w:b w:val="0"/>
          <w:i w:val="0"/>
        </w:rPr>
        <w:t>Khi đã hoàn toàn được che kín, chỉ lúc đó hắn mới thò tay vào ngăn kéo và lấy ra mảnh kính phản chiếu—tấm gương duy nhất trong nhà hắn. Dùng mảnh kính và một con dao bảng màu, hắn cẩn thận khắc ba chữ cái thiêng liêng lên trán.</w:t>
      </w:r>
    </w:p>
    <w:p>
      <w:pPr>
        <w:jc w:val="center"/>
      </w:pPr>
      <w:r>
        <w:drawing>
          <wp:inline xmlns:a="http://schemas.openxmlformats.org/drawingml/2006/main" xmlns:pic="http://schemas.openxmlformats.org/drawingml/2006/picture">
            <wp:extent cx="1066800" cy="352425"/>
            <wp:docPr id="46" name="Picture 46"/>
            <wp:cNvGraphicFramePr>
              <a:graphicFrameLocks noChangeAspect="1"/>
            </wp:cNvGraphicFramePr>
            <a:graphic>
              <a:graphicData uri="http://schemas.openxmlformats.org/drawingml/2006/picture">
                <pic:pic>
                  <pic:nvPicPr>
                    <pic:cNvPr id="0" name="image_rsrc8XE.jpg"/>
                    <pic:cNvPicPr/>
                  </pic:nvPicPr>
                  <pic:blipFill>
                    <a:blip r:embed="rId12"/>
                    <a:stretch>
                      <a:fillRect/>
                    </a:stretch>
                  </pic:blipFill>
                  <pic:spPr>
                    <a:xfrm>
                      <a:off x="0" y="0"/>
                      <a:ext cx="1066800" cy="352425"/>
                    </a:xfrm>
                    <a:prstGeom prst="rect"/>
                  </pic:spPr>
                </pic:pic>
              </a:graphicData>
            </a:graphic>
          </wp:inline>
        </w:drawing>
      </w:r>
    </w:p>
    <w:p>
      <w:pPr>
        <w:spacing w:after="80"/>
      </w:pPr>
      <w:r>
        <w:rPr>
          <w:b w:val="0"/>
          <w:i w:val="0"/>
        </w:rPr>
        <w:t>Sự thật.</w:t>
      </w:r>
    </w:p>
    <w:p>
      <w:pPr>
        <w:spacing w:after="80"/>
      </w:pPr>
      <w:r>
        <w:rPr>
          <w:b w:val="0"/>
          <w:i w:val="0"/>
        </w:rPr>
        <w:t>Sự thật là thứ mà Golěm đã trải nghiệm dồi dào gần đây.</w:t>
      </w:r>
    </w:p>
    <w:p>
      <w:pPr>
        <w:spacing w:after="80"/>
      </w:pPr>
      <w:r>
        <w:rPr>
          <w:b w:val="0"/>
          <w:i w:val="0"/>
        </w:rPr>
        <w:t>Từ lâu hắn đã nghi ngờ rằng Brigita Gessner không phải là một tâm hồn vị tha, nhân hậu như Sasha vẫn nghĩ về bà ta. Nhằm tìm hiểu thêm về Gessner, Golěm đã dàn xếp nhiều cách khác nhau để theo dõi nhà thần kinh học và hiểu rõ hơn điều gì thúc đẩy sự hào phóng của bà ta dành cho Sasha.</w:t>
      </w:r>
    </w:p>
    <w:p>
      <w:pPr>
        <w:spacing w:after="80"/>
      </w:pPr>
      <w:r>
        <w:rPr>
          <w:b w:val="0"/>
          <w:i w:val="0"/>
        </w:rPr>
        <w:t>Sự thật hắn phát hiện ra thật đáng lo ngại một cách bất ngờ.</w:t>
      </w:r>
    </w:p>
    <w:p>
      <w:pPr>
        <w:spacing w:after="80"/>
      </w:pPr>
      <w:r>
        <w:rPr>
          <w:b w:val="0"/>
          <w:i w:val="0"/>
        </w:rPr>
        <w:t>Hắn cân nhắc việc kể lại tất cả cho Sasha, nhưng nỗi đau tinh thần sẽ quá lớn đối với cô.</w:t>
      </w:r>
    </w:p>
    <w:p>
      <w:pPr>
        <w:spacing w:after="80"/>
      </w:pPr>
      <w:r>
        <w:rPr>
          <w:b w:val="0"/>
          <w:i w:val="0"/>
        </w:rPr>
        <w:t>Sasha vô cùng cần một người dẫn dắt…một ai đó để cô tin tưởng.</w:t>
      </w:r>
    </w:p>
    <w:p>
      <w:pPr>
        <w:spacing w:after="80"/>
      </w:pPr>
      <w:r>
        <w:rPr>
          <w:b w:val="0"/>
          <w:i w:val="0"/>
        </w:rPr>
        <w:t>Sự thật về Michael Harris còn tồi tệ hơn thế. Golěm đã theo dõi những bước tiến có toan tính của gã đàn ông Mỹ điển trai kia nhắm vào Sasha và nhìn thấu chúng ngay lập tức. Nhưng Sasha quá ngây thơ để nhận ra rằng một kẻ như Harris sẽ chẳng bao giờ chọn cô.</w:t>
      </w:r>
    </w:p>
    <w:p>
      <w:pPr>
        <w:spacing w:after="80"/>
      </w:pPr>
      <w:r>
        <w:rPr>
          <w:b w:val="0"/>
          <w:i w:val="0"/>
        </w:rPr>
        <w:t>Giờ đây sự phản bội của chúng đã được đền đáp.</w:t>
      </w:r>
    </w:p>
    <w:p>
      <w:pPr>
        <w:spacing w:after="80"/>
      </w:pPr>
      <w:r>
        <w:rPr>
          <w:b w:val="0"/>
          <w:i w:val="0"/>
        </w:rPr>
        <w:t>Trong khi cẩn thận kiểm tra lớp đất sét quanh miệng và lỗ mũi, Golěm say sưa nhớ lại trải nghiệm với Gessner đêm hôm trước. Hắn đã bám theo ả đến buổi thuyết giảng của Katherine Solomon, rồi đến quầy bar ở Four Seasons, và cuối cùng là quay về phòng thí nghiệm của ả…nơi hắn đã áp đảo nhà thần kinh học một cách thô bạo và ứng biến ra một kỹ thuật thẩm vấn hiệu quả đến tàn nhẫn.</w:t>
      </w:r>
    </w:p>
    <w:p>
      <w:pPr>
        <w:spacing w:after="80"/>
      </w:pPr>
      <w:r>
        <w:rPr>
          <w:b w:val="0"/>
          <w:i w:val="0"/>
        </w:rPr>
        <w:t>Lời thú tội bị cưỡng ép của Gessner đã lấp đầy những lỗ hổng trong hiểu biết của hắn…và những vụ phản bội còn đồi bại hơn cả những gì Golěm từng ngờ tới. Ả đã khai ra danh tính những đối tác có thế lực của mình, cùng những chi tiết rợn người về thứ mà chúng đã xây dựng bên dưới Prague.</w:t>
      </w:r>
    </w:p>
    <w:p>
      <w:pPr>
        <w:spacing w:after="80"/>
      </w:pPr>
      <w:r>
        <w:rPr>
          <w:b w:val="0"/>
          <w:i w:val="0"/>
        </w:rPr>
        <w:t>Ngưỡng cửa.</w:t>
      </w:r>
    </w:p>
    <w:p>
      <w:pPr>
        <w:spacing w:after="80"/>
      </w:pPr>
      <w:r>
        <w:rPr>
          <w:b w:val="0"/>
          <w:i w:val="0"/>
        </w:rPr>
        <w:t>Golěm nổi giận. Vừa rời khỏi phòng thí nghiệm của ả, hắn lập tức bắt đầu lên kế hoạch. Đầu rắn là một gã đàn ông Mỹ tên Finch, kẻ mà Gessner báo cáo trực tiếp. Finch điều hành mọi thứ từ sự an toàn của một văn phòng ở London và di chuyển khắp thế giới.</w:t>
      </w:r>
    </w:p>
    <w:p>
      <w:pPr>
        <w:spacing w:after="80"/>
      </w:pPr>
      <w:r>
        <w:rPr>
          <w:b w:val="0"/>
          <w:i w:val="0"/>
        </w:rPr>
        <w:t>Ta sẽ trước tiên phá hủy tạo vật của ngươi ở Prague…và rồi ta sẽ thấy thích thú khi săn lùng ngươi, dù ngươi có ở đâu đi chăng nữa.</w:t>
      </w:r>
    </w:p>
    <w:p>
      <w:pPr>
        <w:spacing w:after="80"/>
      </w:pPr>
      <w:r>
        <w:rPr>
          <w:b w:val="0"/>
          <w:i w:val="0"/>
        </w:rPr>
        <w:t xml:space="preserve">Gessner đã khai ra vị trí của cơ sở ngầm, nhưng thật không may, thẻ ra vào cá nhân của ả lại không đủ thẩm quyền để vào. </w:t>
      </w:r>
      <w:r>
        <w:rPr>
          <w:b w:val="0"/>
          <w:i/>
        </w:rPr>
        <w:t>Ta cần thứ gì đó nhiều hơn thế.</w:t>
      </w:r>
      <w:r>
        <w:rPr>
          <w:b w:val="0"/>
          <w:i w:val="0"/>
        </w:rPr>
        <w:t xml:space="preserve"> Hắn đã từng có một lần thất bại khi cố lấy nó từ Crucifix Bastion, nhưng trong chuyến đi lần này hắn sẽ chuẩn bị kỹ càng hơn nhiều cho bất cứ thứ gì có thể gặp phải.</w:t>
      </w:r>
    </w:p>
    <w:p>
      <w:pPr>
        <w:spacing w:after="80"/>
      </w:pPr>
      <w:r>
        <w:rPr>
          <w:b w:val="0"/>
          <w:i w:val="0"/>
        </w:rPr>
        <w:t>Khi Golěm bước vào con hẻm lộng gió bên ngoài nhà mình, hắn có thể cảm thấy lớp đất sét ướt trên mặt đang khô rất nhanh, kéo căng da thịt. Đôi ủng đế cao của hắn vẫn còn ẩm từ đêm qua, nhưng hắn phớt lờ sự khó chịu. Kẻ thù của hắn có thể đang theo dõi…và hắn không thể mạo hiểm để bị nhận ra.</w:t>
      </w:r>
    </w:p>
    <w:p>
      <w:pPr>
        <w:spacing w:after="80"/>
      </w:pPr>
      <w:r>
        <w:rPr>
          <w:b w:val="0"/>
          <w:i w:val="0"/>
        </w:rPr>
        <w:t>Giờ đây ta bước đi với con người thật của mình.</w:t>
      </w:r>
    </w:p>
    <w:p>
      <w:pPr>
        <w:spacing w:after="80"/>
      </w:pPr>
      <w:r>
        <w:rPr>
          <w:b w:val="0"/>
          <w:i w:val="0"/>
        </w:rPr>
        <w:t>Ta cảm nhận được sức mạnh của sự thật đó.</w:t>
      </w:r>
    </w:p>
    <w:p>
      <w:pPr>
        <w:spacing w:after="80"/>
      </w:pPr>
      <w:r>
        <w:rPr>
          <w:b w:val="0"/>
          <w:i w:val="0"/>
        </w:rPr>
        <w:t>Hắn biết nhiệm vụ hôm nay sẽ đòi hỏi sự tập trung phi thường. Vì lý do đó, trước tiên hắn cần nạp lại năng lượng bằng cách ghé thăm nơi mà hắn cảm nhận được nhịp đập của nguồn sức mạnh huyền bí nhất Prague. Ở đó, giữa một cánh đồng linh thiêng của người chết, Golěm sẽ quỳ trên nền đất lạnh và hút lấy sức mạnh từ kẻ cùng tên và cũng là nguồn cảm hứng của mình…gã golem đã đến trước.</w:t>
      </w:r>
    </w:p>
    <w:p>
      <w:pPr>
        <w:pStyle w:val="Heading1"/>
      </w:pPr>
      <w:r>
        <w:rPr>
          <w:rFonts w:ascii="Calibri" w:hAnsi="Calibri"/>
          <w:b/>
          <w:i w:val="0"/>
          <w:sz w:val="40"/>
        </w:rPr>
        <w:t>Chương 54</w:t>
      </w:r>
    </w:p>
    <w:p>
      <w:pPr>
        <w:spacing w:after="80"/>
      </w:pPr>
      <w:r>
        <w:rPr>
          <w:b w:val="0"/>
          <w:i w:val="0"/>
        </w:rPr>
        <w:t>Khi Dana Daněk leo lên cầu thang đến văn phòng đại sứ Hoa Kỳ, cô có cảm giác rằng lần triệu tập này sẽ là lần cuối cùng của mình. Vị đại sứ đã quay gót bỏ đi sau khi giận dữ chất vấn Dana về chuyến viếng thăm Four Seasons và mối quan hệ cá nhân của cô với Michael Harris.</w:t>
      </w:r>
    </w:p>
    <w:p>
      <w:pPr>
        <w:spacing w:after="80"/>
      </w:pPr>
      <w:r>
        <w:rPr>
          <w:b w:val="0"/>
          <w:i/>
        </w:rPr>
        <w:t>Mình sắp bị sa thải rồi,</w:t>
      </w:r>
      <w:r>
        <w:rPr>
          <w:b w:val="0"/>
          <w:i w:val="0"/>
        </w:rPr>
        <w:t xml:space="preserve"> cô cảm nhận được, trong khi khẽ gõ cửa.</w:t>
      </w:r>
    </w:p>
    <w:p>
      <w:pPr>
        <w:spacing w:after="80"/>
      </w:pPr>
      <w:r>
        <w:rPr>
          <w:b w:val="0"/>
          <w:i w:val="0"/>
        </w:rPr>
        <w:t>“Vào đi,” đại sứ nói. “Và đóng cửa lại.”</w:t>
      </w:r>
    </w:p>
    <w:p>
      <w:pPr>
        <w:spacing w:after="80"/>
      </w:pPr>
      <w:r>
        <w:rPr>
          <w:b w:val="0"/>
          <w:i w:val="0"/>
        </w:rPr>
        <w:t>Dana làm theo rồi quay sang đối diện với sếp của mình.</w:t>
      </w:r>
    </w:p>
    <w:p>
      <w:pPr>
        <w:spacing w:after="80"/>
      </w:pPr>
      <w:r>
        <w:rPr>
          <w:b w:val="0"/>
          <w:i w:val="0"/>
        </w:rPr>
        <w:t xml:space="preserve">Như mọi khi, phong thái của Đại sứ Nagel khớp với bộ trang phục giản dị không màu mè của bà—đậm chất công việc. Dana thấy Nagel đáng sợ ngay cả khi ở </w:t>
      </w:r>
      <w:r>
        <w:rPr>
          <w:b w:val="0"/>
          <w:i/>
        </w:rPr>
        <w:t>bên ngoài</w:t>
      </w:r>
      <w:r>
        <w:rPr>
          <w:b w:val="0"/>
          <w:i w:val="0"/>
        </w:rPr>
        <w:t xml:space="preserve"> văn phòng của bà, nhưng lúc này, khi ngồi sau chiếc bàn gỗ gụ, hai bên là lá cờ của cả Hoa Kỳ và Cộng hòa Séc, Đại sứ Heide Nagel trông như một con sư tử sắp nuốt chửng con mồi.</w:t>
      </w:r>
    </w:p>
    <w:p>
      <w:pPr>
        <w:spacing w:after="80"/>
      </w:pPr>
      <w:r>
        <w:rPr>
          <w:b w:val="0"/>
          <w:i w:val="0"/>
        </w:rPr>
        <w:t>Vị đại sứ nhìn Dana qua cặp kính đọc sách mà bà luôn đeo thấp trên sống mũi. “Tắt điện thoại đi. Đặt lên bàn của tôi.”</w:t>
      </w:r>
    </w:p>
    <w:p>
      <w:pPr>
        <w:spacing w:after="80"/>
      </w:pPr>
      <w:r>
        <w:rPr>
          <w:b w:val="0"/>
          <w:i w:val="0"/>
        </w:rPr>
        <w:t>“Tôi bị sa thải à?”</w:t>
      </w:r>
    </w:p>
    <w:p>
      <w:pPr>
        <w:spacing w:after="80"/>
      </w:pPr>
      <w:r>
        <w:rPr>
          <w:b w:val="0"/>
          <w:i w:val="0"/>
        </w:rPr>
        <w:t xml:space="preserve">“Đáng lẽ cô </w:t>
      </w:r>
      <w:r>
        <w:rPr>
          <w:b w:val="0"/>
          <w:i/>
        </w:rPr>
        <w:t>phải</w:t>
      </w:r>
      <w:r>
        <w:rPr>
          <w:b w:val="0"/>
          <w:i w:val="0"/>
        </w:rPr>
        <w:t xml:space="preserve"> bị,” vị đại sứ nói. “Để xem chuyện gì xảy ra.”</w:t>
      </w:r>
    </w:p>
    <w:p>
      <w:pPr>
        <w:spacing w:after="80"/>
      </w:pPr>
      <w:r>
        <w:rPr>
          <w:b w:val="0"/>
          <w:i w:val="0"/>
        </w:rPr>
        <w:t>Dana tắt điện thoại và đặt nó lên bàn của vị đại sứ.</w:t>
      </w:r>
    </w:p>
    <w:p>
      <w:pPr>
        <w:spacing w:after="80"/>
      </w:pPr>
      <w:r>
        <w:rPr>
          <w:b w:val="0"/>
          <w:i w:val="0"/>
        </w:rPr>
        <w:t xml:space="preserve">“Cô sẽ cần ký </w:t>
      </w:r>
      <w:r>
        <w:rPr>
          <w:b w:val="0"/>
          <w:i/>
        </w:rPr>
        <w:t>cái này,</w:t>
      </w:r>
      <w:r>
        <w:rPr>
          <w:b w:val="0"/>
          <w:i w:val="0"/>
        </w:rPr>
        <w:t>” vị đại sứ nói, đẩy một tài liệu qua mặt bàn về phía cô.</w:t>
      </w:r>
    </w:p>
    <w:p>
      <w:pPr>
        <w:spacing w:after="80"/>
      </w:pPr>
      <w:r>
        <w:rPr>
          <w:b w:val="0"/>
          <w:i w:val="0"/>
        </w:rPr>
        <w:t>Dana xem xét tài liệu. “Tôi không hiểu.”</w:t>
      </w:r>
    </w:p>
    <w:p>
      <w:pPr>
        <w:spacing w:after="80"/>
      </w:pPr>
      <w:r>
        <w:rPr>
          <w:b w:val="0"/>
          <w:i w:val="0"/>
        </w:rPr>
        <w:t>“Đó là một thỏa thuận bảo mật (nondisclosure agreement). Nghĩa là cô không được thảo luận về những gì tôi sắp nói với cô.”</w:t>
      </w:r>
    </w:p>
    <w:p>
      <w:pPr>
        <w:spacing w:after="80"/>
      </w:pPr>
      <w:r>
        <w:rPr>
          <w:b w:val="0"/>
          <w:i w:val="0"/>
        </w:rPr>
        <w:t>“Tất nhiên rồi, thưa bà, chỉ là tôi không chắc mình nên ký một thứ gì đó mà không—”</w:t>
      </w:r>
    </w:p>
    <w:p>
      <w:pPr>
        <w:spacing w:after="80"/>
      </w:pPr>
      <w:r>
        <w:rPr>
          <w:b w:val="0"/>
          <w:i w:val="0"/>
        </w:rPr>
        <w:t xml:space="preserve">“Cô có muốn </w:t>
      </w:r>
      <w:r>
        <w:rPr>
          <w:b w:val="0"/>
          <w:i/>
        </w:rPr>
        <w:t>Michael</w:t>
      </w:r>
      <w:r>
        <w:rPr>
          <w:b w:val="0"/>
          <w:i w:val="0"/>
        </w:rPr>
        <w:t xml:space="preserve"> xem xét nó giúp cô không?”</w:t>
      </w:r>
    </w:p>
    <w:p>
      <w:pPr>
        <w:spacing w:after="80"/>
      </w:pPr>
      <w:r>
        <w:rPr>
          <w:b w:val="0"/>
          <w:i/>
        </w:rPr>
        <w:t>Chết tiệt.</w:t>
      </w:r>
      <w:r>
        <w:rPr>
          <w:b w:val="0"/>
          <w:i w:val="0"/>
        </w:rPr>
        <w:t xml:space="preserve"> Vị đại sứ có cách đi thẳng vào vấn đề. Dana cầm bút lên và ký vào bản NDA.</w:t>
      </w:r>
    </w:p>
    <w:p>
      <w:pPr>
        <w:spacing w:after="80"/>
      </w:pPr>
      <w:r>
        <w:rPr>
          <w:b w:val="0"/>
          <w:i w:val="0"/>
        </w:rPr>
        <w:t>“Cô Daněk,” bà bắt đầu, “chuyến viếng thăm Four Seasons của cô là liều lĩnh…và đáng tiếc. Đáng lẽ cô không được chứng kiến những gì cô đã thấy.”</w:t>
      </w:r>
    </w:p>
    <w:p>
      <w:pPr>
        <w:spacing w:after="80"/>
      </w:pPr>
      <w:r>
        <w:rPr>
          <w:b w:val="0"/>
          <w:i/>
        </w:rPr>
        <w:t>Tôi cũng đoán ra điều đó khi khẩu súng của người phụ nữ kia chĩa vào mặt tôi.</w:t>
      </w:r>
      <w:r>
        <w:rPr>
          <w:b w:val="0"/>
          <w:i w:val="0"/>
        </w:rPr>
        <w:t xml:space="preserve"> “Vâng, thưa bà. Tôi rất sẵn lòng </w:t>
      </w:r>
      <w:r>
        <w:rPr>
          <w:b w:val="0"/>
          <w:i/>
        </w:rPr>
        <w:t>quên</w:t>
      </w:r>
      <w:r>
        <w:rPr>
          <w:b w:val="0"/>
          <w:i w:val="0"/>
        </w:rPr>
        <w:t xml:space="preserve"> đi những gì mình đã thấy và chỉ tiếp tục—”</w:t>
      </w:r>
    </w:p>
    <w:p>
      <w:pPr>
        <w:spacing w:after="80"/>
      </w:pPr>
      <w:r>
        <w:rPr>
          <w:b w:val="0"/>
          <w:i w:val="0"/>
        </w:rPr>
        <w:t xml:space="preserve">“Hãy thành thật đi, cô sẽ không quên những gì mình đã thấy đâu. Và giờ cô đã khiến tôi không còn lựa chọn nào khác ngoài việc đảm bảo cô </w:t>
      </w:r>
      <w:r>
        <w:rPr>
          <w:b w:val="0"/>
          <w:i/>
        </w:rPr>
        <w:t>hiểu</w:t>
      </w:r>
      <w:r>
        <w:rPr>
          <w:b w:val="0"/>
          <w:i w:val="0"/>
        </w:rPr>
        <w:t xml:space="preserve"> những gì cô đã thấy.”</w:t>
      </w:r>
    </w:p>
    <w:p>
      <w:pPr>
        <w:pStyle w:val="Heading1"/>
      </w:pPr>
      <w:r>
        <w:rPr>
          <w:rFonts w:ascii="Calibri" w:hAnsi="Calibri"/>
          <w:b/>
          <w:i w:val="0"/>
          <w:sz w:val="40"/>
        </w:rPr>
        <w:t>Chương 55</w:t>
      </w:r>
    </w:p>
    <w:p>
      <w:pPr>
        <w:spacing w:after="80"/>
      </w:pPr>
      <w:r>
        <w:rPr>
          <w:b w:val="0"/>
          <w:i w:val="0"/>
        </w:rPr>
        <w:t>Langdon ngồi ở cuối toa của Cáp treo Petřín khi đoàn tàu gần như trống rỗng lao xuống sườn núi dốc. Tin chắc mình đã cắt đuôi được Pavel, ít nhất là lúc này, Langdon nhắm mắt và hít một hơi thật sâu, cố gắng hiểu ra chuyện vừa xảy ra.</w:t>
      </w:r>
    </w:p>
    <w:p>
      <w:pPr>
        <w:spacing w:after="80"/>
      </w:pPr>
      <w:r>
        <w:rPr>
          <w:b w:val="0"/>
          <w:i w:val="0"/>
        </w:rPr>
        <w:t xml:space="preserve">Kẻ nào đã dụ anh đến Tháp Petřín rõ ràng biết Katherine đang mất tích. </w:t>
      </w:r>
      <w:r>
        <w:rPr>
          <w:b w:val="0"/>
          <w:i/>
        </w:rPr>
        <w:t>Ta đang giữ Katherine.</w:t>
      </w:r>
      <w:r>
        <w:rPr>
          <w:b w:val="0"/>
          <w:i w:val="0"/>
        </w:rPr>
        <w:t xml:space="preserve"> Dù câu nói đó có thật hay không, giờ đây hoàn toàn có khả năng mẩu tin nhắn kia là cách để cô lập Langdon…hoặc có lẽ để cô lập Sasha.</w:t>
      </w:r>
    </w:p>
    <w:p>
      <w:pPr>
        <w:spacing w:after="80"/>
      </w:pPr>
      <w:r>
        <w:rPr>
          <w:b w:val="0"/>
          <w:i w:val="0"/>
        </w:rPr>
        <w:t xml:space="preserve">Langdon thấy có lỗi vì đã để cô gái người Nga trẻ tuổi ở lại một mình không được bảo vệ, mặc dù nhìn vào màn chạm trán với Pavel thì rõ ràng Sasha Vesna hoàn toàn có thể tự lo cho mình. </w:t>
      </w:r>
      <w:r>
        <w:rPr>
          <w:b w:val="0"/>
          <w:i/>
        </w:rPr>
        <w:t>Và cô ấy còn có súng của Pavel,</w:t>
      </w:r>
      <w:r>
        <w:rPr>
          <w:b w:val="0"/>
          <w:i w:val="0"/>
        </w:rPr>
        <w:t xml:space="preserve"> Langdon tự nhắc mình, hy vọng rằng Michael Harris đã đến căn hộ của cô lúc này. Anh cũng hy vọng Harris sẽ có chút thông tin về tung tích của Katherine.</w:t>
      </w:r>
    </w:p>
    <w:p>
      <w:pPr>
        <w:spacing w:after="80"/>
      </w:pPr>
      <w:r>
        <w:rPr>
          <w:b w:val="0"/>
          <w:i w:val="0"/>
        </w:rPr>
        <w:t>Langdon lại tập trung vào mẩu thông tin duy nhất mình đang có—email được mã hóa một cách kỳ lạ mà Katherine đã gửi cho anh sáng nay. Nhưng ngay cả nó cũng có vẻ chẳng giúp được gì. Toàn chữ vô nghĩa. Hình ảnh đó lóe lên trong tâm trí anh.</w:t>
      </w:r>
    </w:p>
    <w:p>
      <w:pPr>
        <w:jc w:val="center"/>
      </w:pPr>
      <w:r>
        <w:drawing>
          <wp:inline xmlns:a="http://schemas.openxmlformats.org/drawingml/2006/main" xmlns:pic="http://schemas.openxmlformats.org/drawingml/2006/picture">
            <wp:extent cx="5486400" cy="445769"/>
            <wp:docPr id="47" name="Picture 47"/>
            <wp:cNvGraphicFramePr>
              <a:graphicFrameLocks noChangeAspect="1"/>
            </wp:cNvGraphicFramePr>
            <a:graphic>
              <a:graphicData uri="http://schemas.openxmlformats.org/drawingml/2006/picture">
                <pic:pic>
                  <pic:nvPicPr>
                    <pic:cNvPr id="0" name="image_rsrc8XY.jpg"/>
                    <pic:cNvPicPr/>
                  </pic:nvPicPr>
                  <pic:blipFill>
                    <a:blip r:embed="rId25"/>
                    <a:stretch>
                      <a:fillRect/>
                    </a:stretch>
                  </pic:blipFill>
                  <pic:spPr>
                    <a:xfrm>
                      <a:off x="0" y="0"/>
                      <a:ext cx="5486400" cy="445769"/>
                    </a:xfrm>
                    <a:prstGeom prst="rect"/>
                  </pic:spPr>
                </pic:pic>
              </a:graphicData>
            </a:graphic>
          </wp:inline>
        </w:drawing>
      </w:r>
    </w:p>
    <w:p>
      <w:pPr>
        <w:spacing w:after="80"/>
      </w:pPr>
      <w:r>
        <w:rPr>
          <w:b w:val="0"/>
          <w:i w:val="0"/>
        </w:rPr>
        <w:t>Để chắc chắn mình không nhầm lẫn, Langdon thực hiện lại việc chuyển tự Enochian một lần nữa nhưng vẫn ra đúng chuỗi chữ cái vô nghĩa đó.</w:t>
      </w:r>
    </w:p>
    <w:p>
      <w:pPr>
        <w:spacing w:after="80"/>
      </w:pPr>
      <w:r>
        <w:rPr>
          <w:b w:val="0"/>
          <w:i w:val="0"/>
        </w:rPr>
        <w:t>LXXEDOC</w:t>
      </w:r>
    </w:p>
    <w:p>
      <w:pPr>
        <w:spacing w:after="80"/>
      </w:pPr>
      <w:r>
        <w:rPr>
          <w:b w:val="0"/>
          <w:i/>
        </w:rPr>
        <w:t>Có khi nào cô ấy nhầm lẫn giữa recto và verso?</w:t>
      </w:r>
      <w:r>
        <w:rPr>
          <w:b w:val="0"/>
          <w:i w:val="0"/>
        </w:rPr>
        <w:t xml:space="preserve"> anh nghĩ, cố hình dung tại sao tin nhắn của cô gửi cho anh lại có vẻ vô lý đến vậy.</w:t>
      </w:r>
    </w:p>
    <w:p>
      <w:pPr>
        <w:spacing w:after="80"/>
      </w:pPr>
      <w:r>
        <w:rPr>
          <w:b w:val="0"/>
          <w:i/>
        </w:rPr>
        <w:t>Recto</w:t>
      </w:r>
      <w:r>
        <w:rPr>
          <w:b w:val="0"/>
          <w:i w:val="0"/>
        </w:rPr>
        <w:t xml:space="preserve"> và </w:t>
      </w:r>
      <w:r>
        <w:rPr>
          <w:b w:val="0"/>
          <w:i/>
        </w:rPr>
        <w:t>verso</w:t>
      </w:r>
      <w:r>
        <w:rPr>
          <w:b w:val="0"/>
          <w:i w:val="0"/>
        </w:rPr>
        <w:t xml:space="preserve">—mặt trước và mặt sau—là những thuật ngữ mà các nhà nghiên cứu biểu tượng dùng để chỉ trang nào của một cuốn sách đang mở nên được đọc trước…nói cách khác, là </w:t>
      </w:r>
      <w:r>
        <w:rPr>
          <w:b w:val="0"/>
          <w:i/>
        </w:rPr>
        <w:t>hướng</w:t>
      </w:r>
      <w:r>
        <w:rPr>
          <w:b w:val="0"/>
          <w:i w:val="0"/>
        </w:rPr>
        <w:t xml:space="preserve"> đọc của một ngôn ngữ. Enochian là ngôn ngữ đọc từ phải sang trái—giống như tiếng Hebrew, tiếng Ả Rập hay tiếng Farsi—ngược với tiếng Anh. Liệu có khả năng ứng dụng đã không đảo chiều văn bản trong lúc mã hóa? Hoặc có lẽ Katherine đã nhầm lẫn đảo ngược nó, khiến nó bị đảo hai lần và dẫn đến mã hóa sai?</w:t>
      </w:r>
    </w:p>
    <w:p>
      <w:pPr>
        <w:spacing w:after="80"/>
      </w:pPr>
      <w:r>
        <w:rPr>
          <w:b w:val="0"/>
          <w:i w:val="0"/>
        </w:rPr>
        <w:t>Langdon chuyển tự các chữ cái một lần nữa, lần này theo chiều ngược lại, và chỉ trong khoảnh khắc anh biết rằng trực giác của mình đã đúng.</w:t>
      </w:r>
    </w:p>
    <w:p>
      <w:pPr>
        <w:jc w:val="center"/>
      </w:pPr>
      <w:r>
        <w:drawing>
          <wp:inline xmlns:a="http://schemas.openxmlformats.org/drawingml/2006/main" xmlns:pic="http://schemas.openxmlformats.org/drawingml/2006/picture">
            <wp:extent cx="5486400" cy="397189"/>
            <wp:docPr id="48" name="Picture 48"/>
            <wp:cNvGraphicFramePr>
              <a:graphicFrameLocks noChangeAspect="1"/>
            </wp:cNvGraphicFramePr>
            <a:graphic>
              <a:graphicData uri="http://schemas.openxmlformats.org/drawingml/2006/picture">
                <pic:pic>
                  <pic:nvPicPr>
                    <pic:cNvPr id="0" name="image_rsrc8XZ.jpg"/>
                    <pic:cNvPicPr/>
                  </pic:nvPicPr>
                  <pic:blipFill>
                    <a:blip r:embed="rId26"/>
                    <a:stretch>
                      <a:fillRect/>
                    </a:stretch>
                  </pic:blipFill>
                  <pic:spPr>
                    <a:xfrm>
                      <a:off x="0" y="0"/>
                      <a:ext cx="5486400" cy="397189"/>
                    </a:xfrm>
                    <a:prstGeom prst="rect"/>
                  </pic:spPr>
                </pic:pic>
              </a:graphicData>
            </a:graphic>
          </wp:inline>
        </w:drawing>
      </w:r>
    </w:p>
    <w:p>
      <w:pPr>
        <w:spacing w:after="80"/>
      </w:pPr>
      <w:r>
        <w:rPr>
          <w:b w:val="0"/>
          <w:i w:val="0"/>
        </w:rPr>
        <w:t>Một từ mới hiện ra trong tâm trí anh.</w:t>
      </w:r>
    </w:p>
    <w:p>
      <w:pPr>
        <w:spacing w:after="80"/>
      </w:pPr>
      <w:r>
        <w:rPr>
          <w:b w:val="0"/>
          <w:i w:val="0"/>
        </w:rPr>
        <w:t>CODEXXL</w:t>
      </w:r>
    </w:p>
    <w:p>
      <w:pPr>
        <w:spacing w:after="80"/>
      </w:pPr>
      <w:r>
        <w:rPr>
          <w:b w:val="0"/>
          <w:i w:val="0"/>
        </w:rPr>
        <w:t>Code XXL—gần giống tiếng Anh hơn nhiều.</w:t>
      </w:r>
    </w:p>
    <w:p>
      <w:pPr>
        <w:spacing w:after="80"/>
      </w:pPr>
      <w:r>
        <w:rPr>
          <w:b w:val="0"/>
          <w:i w:val="0"/>
        </w:rPr>
        <w:t xml:space="preserve">Tuy vậy, Langdon vẫn không hiểu </w:t>
      </w:r>
      <w:r>
        <w:rPr>
          <w:b w:val="0"/>
          <w:i/>
        </w:rPr>
        <w:t>Code XXL</w:t>
      </w:r>
      <w:r>
        <w:rPr>
          <w:b w:val="0"/>
          <w:i w:val="0"/>
        </w:rPr>
        <w:t xml:space="preserve"> đang ám chỉ điều gì.</w:t>
      </w:r>
    </w:p>
    <w:p>
      <w:pPr>
        <w:spacing w:after="80"/>
      </w:pPr>
      <w:r>
        <w:rPr>
          <w:b w:val="0"/>
          <w:i/>
        </w:rPr>
        <w:t>Mình đang bỏ sót điều gì ở đây?</w:t>
      </w:r>
      <w:r>
        <w:rPr>
          <w:b w:val="0"/>
          <w:i w:val="0"/>
        </w:rPr>
        <w:t xml:space="preserve"> Anh nhắm mắt, lại hình dung ra dòng chữ đó.</w:t>
      </w:r>
    </w:p>
    <w:p>
      <w:pPr>
        <w:spacing w:after="80"/>
      </w:pPr>
      <w:r>
        <w:rPr>
          <w:b w:val="0"/>
          <w:i w:val="0"/>
        </w:rPr>
        <w:t>CODEXXL</w:t>
      </w:r>
    </w:p>
    <w:p>
      <w:pPr>
        <w:spacing w:after="80"/>
      </w:pPr>
      <w:r>
        <w:rPr>
          <w:b w:val="0"/>
          <w:i w:val="0"/>
        </w:rPr>
        <w:t>Đột nhiên, anh chợt hiểu ra, và anh nhận ra sai lầm của mình.</w:t>
      </w:r>
    </w:p>
    <w:p>
      <w:pPr>
        <w:spacing w:after="80"/>
      </w:pPr>
      <w:r>
        <w:rPr>
          <w:b w:val="0"/>
          <w:i w:val="0"/>
        </w:rPr>
        <w:t>Mình đã đặt dấu cách sai chỗ…</w:t>
      </w:r>
    </w:p>
    <w:p>
      <w:pPr>
        <w:spacing w:after="80"/>
      </w:pPr>
      <w:r>
        <w:rPr>
          <w:b w:val="0"/>
          <w:i w:val="0"/>
        </w:rPr>
        <w:t>Katherine không hề nói CODE XXL…cô ấy nói CODEX XL.</w:t>
      </w:r>
    </w:p>
    <w:p>
      <w:pPr>
        <w:spacing w:after="80"/>
      </w:pPr>
      <w:r>
        <w:rPr>
          <w:b w:val="0"/>
          <w:i w:val="0"/>
        </w:rPr>
        <w:t>Đó là một ẩn ý mà Langdon hiểu rõ hoàn toàn—Katherine cũng vậy. "Codex XL" là một ám chỉ rõ ràng đến một hiện vật bí ẩn nằm ngay tại trung tâm Prague. Thực ra họ vừa mới đến thăm nó ngày hôm qua.</w:t>
      </w:r>
    </w:p>
    <w:p>
      <w:pPr>
        <w:spacing w:after="80"/>
      </w:pPr>
      <w:r>
        <w:rPr>
          <w:b w:val="0"/>
          <w:i w:val="0"/>
        </w:rPr>
        <w:t>Kinh Thánh của Quỷ!</w:t>
      </w:r>
    </w:p>
    <w:p>
      <w:pPr>
        <w:spacing w:after="80"/>
      </w:pPr>
      <w:r>
        <w:rPr>
          <w:b w:val="0"/>
          <w:i w:val="0"/>
        </w:rPr>
        <w:t>Tên chính thức là Codex Gigas, "Kinh Thánh của Quỷ" là một vật thể bí ẩn với một lịch sử kỳ quái—có người còn cho là bị ma ám. Đó là cuốn sách lớn nhất thế giới, kích thước ba feet nhân gần hai feet, và nặng tới 165 pound đáng kinh ngạc. Thường được lưu giữ tại Thư viện Quốc gia Thụy Điển, hiện nó đang được cho mượn trưng bày tại Klementinum ở Prague. Khi cùng Katherine đến thăm triển lãm ngày hôm qua, Langdon đã nhắc rằng cuốn codex mang hơn một chục danh hiệu lịch sử khác nhau—nhiều đến mức một sinh viên của anh đã đặt cho nó biệt danh hài hước và đơn giản là "Codex XL", ám chỉ kích thước cực lớn của nó.</w:t>
      </w:r>
    </w:p>
    <w:p>
      <w:pPr>
        <w:spacing w:after="80"/>
      </w:pPr>
      <w:r>
        <w:rPr>
          <w:b w:val="0"/>
          <w:i w:val="0"/>
        </w:rPr>
        <w:t xml:space="preserve">Khi đoàn tàu chầm chậm xuống núi, Langdon nhận ra rằng thông điệp được mã hóa khéo léo của Katherine lẽ ra phải giúp anh sáng tỏ đôi điều, nhưng thay vào đó nó lại đặt ra một loạt câu hỏi mới. </w:t>
      </w:r>
      <w:r>
        <w:rPr>
          <w:b w:val="0"/>
          <w:i/>
        </w:rPr>
        <w:t>Cô ấy sợ ai đó đang đọc email của mình ư? Cô ấy đang cố nhắc mình điều gì đó trong cuốn sách…hay có thể là điều gì đó đã xảy ra ở đó ngày hôm qua?</w:t>
      </w:r>
    </w:p>
    <w:p>
      <w:pPr>
        <w:spacing w:after="80"/>
      </w:pPr>
      <w:r>
        <w:rPr>
          <w:b w:val="0"/>
          <w:i w:val="0"/>
        </w:rPr>
        <w:t>Langdon hình dung lại buổi triển lãm họ đã đến thăm. Cuốn Kinh Thánh của Quỷ vô giá được khóa trong một tủ trưng bày khổng lồ, chống đạn, chống cháy bên trong Klementinum, cách chỗ anh đang đứng khoảng một dặm. Langdon lần đầu thấy cuốn codex nhiều năm trước ở Thụy Điển tại Kungliga Biblioteket, nhưng khi phát hiện nó đang được lưu diễn ở Prague, anh đã khăng khăng rằng anh và Katherine phải đi xem.</w:t>
      </w:r>
    </w:p>
    <w:p>
      <w:pPr>
        <w:spacing w:after="80"/>
      </w:pPr>
      <w:r>
        <w:rPr>
          <w:b w:val="0"/>
          <w:i w:val="0"/>
        </w:rPr>
        <w:t>"</w:t>
      </w:r>
      <w:r>
        <w:rPr>
          <w:b w:val="0"/>
          <w:i/>
        </w:rPr>
        <w:t>Codex Gigas</w:t>
      </w:r>
      <w:r>
        <w:rPr>
          <w:b w:val="0"/>
          <w:i w:val="0"/>
        </w:rPr>
        <w:t xml:space="preserve"> theo nghĩa đen có nghĩa là 'cuốn sách khổng lồ'," anh hào hứng nói với cô khi họ đứng trước hiện vật hùng vĩ ấy. Anh chỉ vào gáy sách dày cộp. "Nó có bìa gỗ đóng bằng ván, chứa hơn ba trăm trang giấy da bê được cạo thủ công, làm từ da của một trăm sáu mươi con lừa. Các trang được viết thư pháp tỉ mỉ và không chỉ bao gồm toàn bộ Kinh Thánh tiếng Latin mà còn có các văn bản y học, sử ký, công thức ma thuật, phép triệu hồi và các câu thần chú khác nhau. Nó thậm chí còn có cả một nghi lễ trừ tà công phu—"</w:t>
      </w:r>
    </w:p>
    <w:p>
      <w:pPr>
        <w:spacing w:after="80"/>
      </w:pPr>
      <w:r>
        <w:rPr>
          <w:b w:val="0"/>
          <w:i w:val="0"/>
        </w:rPr>
        <w:t>"Dừng lại đi, Robert," cô nói, mỉm cười và âu yếm siết tay anh. "Anh đã chinh phục được em ngay từ chỗ một trăm sáu mươi con lừa rồi."</w:t>
      </w:r>
    </w:p>
    <w:p>
      <w:pPr>
        <w:spacing w:after="80"/>
      </w:pPr>
      <w:r>
        <w:rPr>
          <w:b w:val="0"/>
          <w:i w:val="0"/>
        </w:rPr>
        <w:t>Anh cười đáp lại cô. "Như em thấy đấy…anh rất thích dạy lớp học đó."</w:t>
      </w:r>
    </w:p>
    <w:p>
      <w:pPr>
        <w:spacing w:after="80"/>
      </w:pPr>
      <w:r>
        <w:rPr>
          <w:b w:val="0"/>
          <w:i w:val="0"/>
        </w:rPr>
        <w:t xml:space="preserve">Chỉ một tháng trước—trong một khóa học có tên </w:t>
      </w:r>
      <w:r>
        <w:rPr>
          <w:b w:val="0"/>
          <w:i/>
        </w:rPr>
        <w:t>Illuminations: Nghệ thuật Bản thảo Thời Trung Cổ</w:t>
      </w:r>
      <w:r>
        <w:rPr>
          <w:b w:val="0"/>
          <w:i w:val="0"/>
        </w:rPr>
        <w:t>—anh đã trình chiếu vài slide về cuốn codex, bắt đầu bằng trang nổi tiếng nhất của bản thảo.</w:t>
      </w:r>
    </w:p>
    <w:p>
      <w:pPr>
        <w:spacing w:after="80"/>
      </w:pPr>
      <w:r>
        <w:rPr>
          <w:b w:val="0"/>
          <w:i w:val="0"/>
        </w:rPr>
        <w:t>"Đây là Tờ 290," anh nói, hiển thị hình minh họa kỳ quái về một con quỷ có sừng đang ngồi xổm một cách vụng về, hoàn toàn khỏa thân ngoại trừ một mảnh khố trắng quấn quanh phần kín. "Và đây chính là trang mà cuốn sách này có được biệt danh lâu đời nhất."</w:t>
      </w:r>
    </w:p>
    <w:p>
      <w:pPr>
        <w:spacing w:after="80"/>
      </w:pPr>
      <w:r>
        <w:rPr>
          <w:b w:val="0"/>
          <w:i w:val="0"/>
        </w:rPr>
        <w:t>"Quỷ Đóng Bỉm?" một trong những ngôi sao môn lacrosse của Harvard chen vào, khiến cả lớp cười ồ.</w:t>
      </w:r>
    </w:p>
    <w:p>
      <w:pPr>
        <w:spacing w:after="80"/>
      </w:pPr>
      <w:r>
        <w:rPr>
          <w:b w:val="0"/>
          <w:i w:val="0"/>
        </w:rPr>
        <w:t>"Thử hay đấy, Bruiser," Langdon kiên nhẫn nói. "Nó được gọi là Kinh Thánh của Quỷ. Hình ảnh này mô tả Satan đang mặc một mảnh khố làm bằng lông chồn ermine—một biểu tượng của hoàng gia."</w:t>
      </w:r>
    </w:p>
    <w:p>
      <w:pPr>
        <w:spacing w:after="80"/>
      </w:pPr>
      <w:r>
        <w:rPr>
          <w:b w:val="0"/>
          <w:i w:val="0"/>
        </w:rPr>
        <w:t>"Khoan đã…vậy là hình ảnh này trình bày Satan như một vị vua?" một nữ sinh trẻ nhận xét. "Trong các trang của một cuốn Kinh Thánh ư?"</w:t>
      </w:r>
    </w:p>
    <w:p>
      <w:pPr>
        <w:spacing w:after="80"/>
      </w:pPr>
      <w:r>
        <w:rPr>
          <w:b w:val="0"/>
          <w:i w:val="0"/>
        </w:rPr>
        <w:t xml:space="preserve">“Bingo—cảm ơn vì đã để ý nhé,” Langdon nói. “Đây là một kiểu hình tượng </w:t>
      </w:r>
      <w:r>
        <w:rPr>
          <w:b w:val="0"/>
          <w:i/>
        </w:rPr>
        <w:t>cực kỳ</w:t>
      </w:r>
      <w:r>
        <w:rPr>
          <w:b w:val="0"/>
          <w:i w:val="0"/>
        </w:rPr>
        <w:t xml:space="preserve"> khác thường. Nhưng tài liệu này còn ẩn chứa một câu chuyện lớn hơn, và sự xuất hiện của Satan cũng góp phần vào đó. Theo truyền thuyết, vị tu sĩ sao chép đã tạo ra bức minh họa này như một cách để cảm ơn Satan vì một ân huệ. Người ta đồn rằng cuốn sách khổng lồ này được viết </w:t>
      </w:r>
      <w:r>
        <w:rPr>
          <w:b w:val="0"/>
          <w:i/>
        </w:rPr>
        <w:t>trong một đêm duy nhất,</w:t>
      </w:r>
      <w:r>
        <w:rPr>
          <w:b w:val="0"/>
          <w:i w:val="0"/>
        </w:rPr>
        <w:t xml:space="preserve"> bởi một tu sĩ duy nhất, và ông chỉ có thể hoàn thành nhiệm vụ không tưởng đó nhờ chính Satan đứng ra giúp đỡ.”</w:t>
      </w:r>
    </w:p>
    <w:p>
      <w:pPr>
        <w:spacing w:after="80"/>
      </w:pPr>
      <w:r>
        <w:rPr>
          <w:b w:val="0"/>
          <w:i w:val="0"/>
        </w:rPr>
        <w:t>“Satan có giúp em thi giữa kỳ không ạ?” anh chàng chơi lacrosse lên tiếng.</w:t>
      </w:r>
    </w:p>
    <w:p>
      <w:pPr>
        <w:spacing w:after="80"/>
      </w:pPr>
      <w:r>
        <w:rPr>
          <w:b w:val="0"/>
          <w:i w:val="0"/>
        </w:rPr>
        <w:t>“Tôi sắp làm cậu im miệng giống như cách vị tu sĩ này bị làm im miệng đấy,” Langdon nói. “Bị xây kín vào tường.”</w:t>
      </w:r>
    </w:p>
    <w:p>
      <w:pPr>
        <w:spacing w:after="80"/>
      </w:pPr>
      <w:r>
        <w:rPr>
          <w:b w:val="0"/>
          <w:i w:val="0"/>
        </w:rPr>
        <w:t>Nhìn ánh mắt ngơ ngác của cậu sinh viên, Langdon đoán cậu ta không biết thuật ngữ này. “</w:t>
      </w:r>
      <w:r>
        <w:rPr>
          <w:b w:val="0"/>
          <w:i/>
        </w:rPr>
        <w:t>Immurement</w:t>
      </w:r>
      <w:r>
        <w:rPr>
          <w:b w:val="0"/>
          <w:i w:val="0"/>
        </w:rPr>
        <w:t>? Có ai biết không?” Ông đảo mắt khắp phòng. “Không ai à? Các hệ thống tư pháp hiện đại không còn dùng hình phạt xây kín vào tường nữa vì nó quá tàn nhẫn. Từ này bắt nguồn từ tiếng Latin—</w:t>
      </w:r>
      <w:r>
        <w:rPr>
          <w:b w:val="0"/>
          <w:i/>
        </w:rPr>
        <w:t>in murus</w:t>
      </w:r>
      <w:r>
        <w:rPr>
          <w:b w:val="0"/>
          <w:i w:val="0"/>
        </w:rPr>
        <w:t xml:space="preserve">—nghĩa là…” Langdon chờ đợi. “Có ai không? </w:t>
      </w:r>
      <w:r>
        <w:rPr>
          <w:b w:val="0"/>
          <w:i/>
        </w:rPr>
        <w:t>Bueller?</w:t>
      </w:r>
      <w:r>
        <w:rPr>
          <w:b w:val="0"/>
          <w:i w:val="0"/>
        </w:rPr>
        <w:t>”</w:t>
      </w:r>
    </w:p>
    <w:p>
      <w:pPr>
        <w:spacing w:after="80"/>
      </w:pPr>
      <w:r>
        <w:rPr>
          <w:b w:val="0"/>
          <w:i w:val="0"/>
        </w:rPr>
        <w:t>“Trong tường ạ?” một người lên tiếng.</w:t>
      </w:r>
    </w:p>
    <w:p>
      <w:pPr>
        <w:spacing w:after="80"/>
      </w:pPr>
      <w:r>
        <w:rPr>
          <w:b w:val="0"/>
          <w:i w:val="0"/>
        </w:rPr>
        <w:t>“Chính xác. Immurement theo nghĩa đen là bị nhốt sống bên trong một bức tường.”</w:t>
      </w:r>
    </w:p>
    <w:p>
      <w:pPr>
        <w:spacing w:after="80"/>
      </w:pPr>
      <w:r>
        <w:rPr>
          <w:b w:val="0"/>
          <w:i w:val="0"/>
        </w:rPr>
        <w:t xml:space="preserve">“Ghê quá,” ai đó nói. “Giống trong </w:t>
      </w:r>
      <w:r>
        <w:rPr>
          <w:b w:val="0"/>
          <w:i/>
        </w:rPr>
        <w:t>The Cask of Amontillado.</w:t>
      </w:r>
      <w:r>
        <w:rPr>
          <w:b w:val="0"/>
          <w:i w:val="0"/>
        </w:rPr>
        <w:t>”</w:t>
      </w:r>
    </w:p>
    <w:p>
      <w:pPr>
        <w:spacing w:after="80"/>
      </w:pPr>
      <w:r>
        <w:rPr>
          <w:b w:val="0"/>
          <w:i w:val="0"/>
        </w:rPr>
        <w:t>“Đúng vậy.” Langdon gật đầu, hài lòng vì sinh viên Harvard vẫn còn đọc Edgar Allan Poe.</w:t>
      </w:r>
    </w:p>
    <w:p>
      <w:pPr>
        <w:spacing w:after="80"/>
      </w:pPr>
      <w:r>
        <w:rPr>
          <w:b w:val="0"/>
          <w:i w:val="0"/>
        </w:rPr>
        <w:t>Một sinh viên khác hỏi: “Họ nhốt ông ấy vào tường vì đã đưa Satan vào Kinh Thánh ạ?”</w:t>
      </w:r>
    </w:p>
    <w:p>
      <w:pPr>
        <w:spacing w:after="80"/>
      </w:pPr>
      <w:r>
        <w:rPr>
          <w:b w:val="0"/>
          <w:i w:val="0"/>
        </w:rPr>
        <w:t>“Không,” Langdon nói, “thực ra, họ nhốt ông ấy vào tường vì đã phá vỡ lời thề độc thân của tu sĩ. Nhưng theo câu chuyện kể lại, trước khi viên gạch cuối cùng được đặt vào, vị tu sĩ đã cầu xin lòng thương xót và được trao một cơ hội chuộc lỗi. Vị viện trưởng tu viện để viên gạch cuối cùng chưa xây và nói với ông rằng ông sẽ được thả tự do chỉ nếu ông có thể tạo ra, trong một đêm duy nhất, một cuốn sách chứa đựng toàn bộ tri thức của thế giới.”</w:t>
      </w:r>
    </w:p>
    <w:p>
      <w:pPr>
        <w:spacing w:after="80"/>
      </w:pPr>
      <w:r>
        <w:rPr>
          <w:b w:val="0"/>
          <w:i w:val="0"/>
        </w:rPr>
        <w:t>“Chà, đúng là một lời đề nghị hào phóng,” ai đó lẩm bẩm.</w:t>
      </w:r>
    </w:p>
    <w:p>
      <w:pPr>
        <w:spacing w:after="80"/>
      </w:pPr>
      <w:r>
        <w:rPr>
          <w:b w:val="0"/>
          <w:i w:val="0"/>
        </w:rPr>
        <w:t>“Đúng thế, nhưng đến sáng,” Langdon tiếp tục, “khi vị viện trưởng quay lại và nhìn qua khe hở, người tù đang ngồi trên một cuốn sách khổng lồ, giải thích rằng ông đã bán linh hồn mình cho quỷ dữ để đổi lấy cuốn sách. Vị tu sĩ được thả ngay lập tức, phần lớn là vì kinh hãi, và Kinh Thánh của Quỷ lập tức trở thành một bảo vật vô giá. Trong lịch sử ban đầu của nó, cuốn sách bị đánh cắp, thu hồi lại, và bị cầm cố nhiều lần, cuối cùng trở thành tài sản của các tu sĩ dòng Xitô ở Sedlec. Có lẽ các bạn đã nghe nói về họ? Họ nổi tiếng vì đã xây nên…</w:t>
      </w:r>
      <w:r>
        <w:rPr>
          <w:b w:val="0"/>
          <w:i/>
        </w:rPr>
        <w:t>cái này.</w:t>
      </w:r>
      <w:r>
        <w:rPr>
          <w:b w:val="0"/>
          <w:i w:val="0"/>
        </w:rPr>
        <w:t>”</w:t>
      </w:r>
    </w:p>
    <w:p>
      <w:pPr>
        <w:spacing w:after="80"/>
      </w:pPr>
      <w:r>
        <w:rPr>
          <w:b w:val="0"/>
          <w:i w:val="0"/>
        </w:rPr>
        <w:t>Langdon chuyển sang slide tiếp theo, và như mọi khi, cả khán phòng đều lùi lại.</w:t>
      </w:r>
    </w:p>
    <w:p>
      <w:pPr>
        <w:spacing w:after="80"/>
      </w:pPr>
      <w:r>
        <w:rPr>
          <w:b w:val="0"/>
          <w:i w:val="0"/>
        </w:rPr>
        <w:t>“Cái…quái…gì…thế…?” ai đó buột miệng.</w:t>
      </w:r>
    </w:p>
    <w:p>
      <w:pPr>
        <w:spacing w:after="80"/>
      </w:pPr>
      <w:r>
        <w:rPr>
          <w:b w:val="0"/>
          <w:i w:val="0"/>
        </w:rPr>
        <w:t>Hình ảnh trước mắt họ là một bàn thờ làm bằng xương người, phía trên treo một chiếc đèn chùm cũng làm bằng xương người, hai bên là bốn kim tự tháp khổng lồ bằng sọ và xương đùi người, tất cả đều nằm trong một nhà nguyện mà tường và trần được trang trí hoàn toàn bằng xương người.</w:t>
      </w:r>
    </w:p>
    <w:p>
      <w:pPr>
        <w:spacing w:after="80"/>
      </w:pPr>
      <w:r>
        <w:rPr>
          <w:b w:val="0"/>
          <w:i w:val="0"/>
        </w:rPr>
        <w:t>“Hầm mộ Sedlec,” Langdon nói. “Nhà nguyện Xương. Nơi đây chứa bộ xương của ước tính khoảng bảy mươi nghìn người, phần lớn là nạn nhân của Cái Chết Đen. Nếu có dịp đến Czechia, đây là một nơi đáng ghé thăm—cách Prague khoảng năm mươi dặm. Đó là một địa điểm đáng kinh ngạc.”</w:t>
      </w:r>
    </w:p>
    <w:p>
      <w:pPr>
        <w:spacing w:after="80"/>
      </w:pPr>
      <w:r>
        <w:rPr>
          <w:b w:val="0"/>
          <w:i w:val="0"/>
        </w:rPr>
        <w:t>“Ghê tởm thật,” ai đó lẩm bẩm.</w:t>
      </w:r>
    </w:p>
    <w:p>
      <w:pPr>
        <w:spacing w:after="80"/>
      </w:pPr>
      <w:r>
        <w:rPr>
          <w:b w:val="0"/>
          <w:i w:val="0"/>
        </w:rPr>
        <w:t>“Memento mori,” Langdon nói. “Hãy nhớ rằng cái chết đang đến…và sống cho trọn vẹn.”</w:t>
      </w:r>
    </w:p>
    <w:p>
      <w:pPr>
        <w:spacing w:after="80"/>
      </w:pPr>
      <w:r>
        <w:rPr>
          <w:b w:val="0"/>
          <w:i w:val="0"/>
        </w:rPr>
        <w:t>Langdon tiếp tục giải thích cách Kinh Thánh của Quỷ được đưa khỏi Sedlec và cuối cùng tìm đường đến Prague vào năm 1594, nơi nó được lưu giữ trong thư viện của Hoàng đế Rudolf II cho đến năm 1648, khi nó bị Thụy Điển lấy làm chiến lợi phẩm và được chuyển vĩnh viễn đến Thư viện Hoàng gia Thụy Điển ở Stockholm.</w:t>
      </w:r>
    </w:p>
    <w:p>
      <w:pPr>
        <w:spacing w:after="80"/>
      </w:pPr>
      <w:r>
        <w:rPr>
          <w:b w:val="0"/>
          <w:i w:val="0"/>
        </w:rPr>
        <w:t>“Trong suốt ba thế kỷ rưỡi,” Langdon kết luận, “người Thụy Điển đã trưng bày cuốn sách này dưới sự canh gác có vũ trang. Rồi vào năm 2007, sau áp lực từ chính phủ Séc, cuốn sách được tạm thời đưa về Prague để triển lãm bốn tháng tại Thư viện Quốc gia Séc, trong thời gian đó hơn một trăm nghìn người đã đến xem ‘cuốn sách được đồng viết bởi chính con quỷ.’”</w:t>
      </w:r>
    </w:p>
    <w:p>
      <w:pPr>
        <w:spacing w:after="80"/>
      </w:pPr>
      <w:r>
        <w:rPr>
          <w:b w:val="0"/>
          <w:i w:val="0"/>
        </w:rPr>
        <w:t>“Đúng là lắm người nhẹ dạ cả tin,” gã chàng chơi lacrosse lẩm bẩm.</w:t>
      </w:r>
    </w:p>
    <w:p>
      <w:pPr>
        <w:spacing w:after="80"/>
      </w:pPr>
      <w:r>
        <w:rPr>
          <w:b w:val="0"/>
          <w:i w:val="0"/>
        </w:rPr>
        <w:t>Langdon quyết định không nhắc đến hàng triệu người đã vượt lục địa và đại dương để chứng kiến những phép màu như Khăn Liệm Turin, Lourdes, hay bất kỳ bức tượng “Đức Mẹ Maria khóc” nào vô số trên thế giới. Phép màu và sự huyền bí luôn là chất xúc tác cho hy vọng—“những thứ làm mềm hiện thực,” như Langdon đôi khi gọi chúng.</w:t>
      </w:r>
    </w:p>
    <w:p>
      <w:pPr>
        <w:spacing w:after="80"/>
      </w:pPr>
      <w:r>
        <w:rPr>
          <w:b w:val="0"/>
          <w:i w:val="0"/>
        </w:rPr>
        <w:t xml:space="preserve">“Nhưng dù bạn có tin vào nguồn gốc thần thánh của nó hay không,” Langdon nói, “thì vẫn có những bí ẩn đáng kể khác bên trong cuốn sách này. Một trong những đặc điểm bí ẩn nhất của Codex Gigas là chất lượng thư pháp phi thường. Hơn một chục chuyên gia viết tay hàng đầu đã kiểm tra cuốn sách trong thế kỷ qua—và mọi chuyên gia đều khẳng định rằng toàn bộ bản thảo được viết bởi một bàn tay duy nhất. Một người chép </w:t>
      </w:r>
      <w:r>
        <w:rPr>
          <w:b w:val="0"/>
          <w:i/>
        </w:rPr>
        <w:t>duy nhất</w:t>
      </w:r>
      <w:r>
        <w:rPr>
          <w:b w:val="0"/>
          <w:i w:val="0"/>
        </w:rPr>
        <w:t>.”</w:t>
      </w:r>
    </w:p>
    <w:p>
      <w:pPr>
        <w:spacing w:after="80"/>
      </w:pPr>
      <w:r>
        <w:rPr>
          <w:b w:val="0"/>
          <w:i w:val="0"/>
        </w:rPr>
        <w:t>Langdon chờ đợi điều này thấm vào lòng người, nhưng câu chốt của ông lại rơi vào im lặng.</w:t>
      </w:r>
    </w:p>
    <w:p>
      <w:pPr>
        <w:spacing w:after="80"/>
      </w:pPr>
      <w:r>
        <w:rPr>
          <w:b w:val="0"/>
          <w:i w:val="0"/>
        </w:rPr>
        <w:t xml:space="preserve">“Này mọi người!” ông gợi mở. “Một cuốn sách với kích cỡ, độ dài và độ phức tạp như thế này ước tính sẽ mất </w:t>
      </w:r>
      <w:r>
        <w:rPr>
          <w:b w:val="0"/>
          <w:i/>
        </w:rPr>
        <w:t>bốn mươi năm</w:t>
      </w:r>
      <w:r>
        <w:rPr>
          <w:b w:val="0"/>
          <w:i w:val="0"/>
        </w:rPr>
        <w:t xml:space="preserve"> để hoàn thành.”</w:t>
      </w:r>
    </w:p>
    <w:p>
      <w:pPr>
        <w:spacing w:after="80"/>
      </w:pPr>
      <w:r>
        <w:rPr>
          <w:b w:val="0"/>
          <w:i w:val="0"/>
        </w:rPr>
        <w:t>“Chà,” ai đó nói, “điều đó hợp lý hơn là làm trong một đêm.”</w:t>
      </w:r>
    </w:p>
    <w:p>
      <w:pPr>
        <w:spacing w:after="80"/>
      </w:pPr>
      <w:r>
        <w:rPr>
          <w:b w:val="0"/>
          <w:i w:val="0"/>
        </w:rPr>
        <w:t xml:space="preserve">“Tôi đồng ý,” Langdon nói, “nhưng có một vấn đề lớn về mặt logic. Vào thế kỷ mười ba, tuổi thọ trung bình chỉ khoảng ba mươi năm—và sẽ phải mất </w:t>
      </w:r>
      <w:r>
        <w:rPr>
          <w:b w:val="0"/>
          <w:i/>
        </w:rPr>
        <w:t>ít nhất</w:t>
      </w:r>
      <w:r>
        <w:rPr>
          <w:b w:val="0"/>
          <w:i w:val="0"/>
        </w:rPr>
        <w:t xml:space="preserve"> một nửa số năm đó để thành thạo kỹ năng nghệ thuật thể hiện trong thư pháp và minh họa này. Kỳ lạ hơn nữa, các chuyên gia xác nhận rằng nét chữ đồng nhất một cách đáng kinh ngạc trên toàn bộ cuốn sách. Không có sự suy giảm chất lượng chữ từ đầu đến cuối…không có dấu hiệu mệt mỏi, giảm thị lực, giảm khả năng vận động, lão hóa, hay lú lẫn. Không có bất kỳ thay đổi nào về phong cách. Ghép tất cả những yếu tố đó lại, và đó là một câu đố mà về mặt kỹ thuật là bất khả thi.”</w:t>
      </w:r>
    </w:p>
    <w:p>
      <w:pPr>
        <w:spacing w:after="80"/>
      </w:pPr>
      <w:r>
        <w:rPr>
          <w:b w:val="0"/>
          <w:i w:val="0"/>
        </w:rPr>
        <w:t>Im lặng.</w:t>
      </w:r>
    </w:p>
    <w:p>
      <w:pPr>
        <w:spacing w:after="80"/>
      </w:pPr>
      <w:r>
        <w:rPr>
          <w:b w:val="0"/>
          <w:i w:val="0"/>
        </w:rPr>
        <w:t>“Vậy, Giáo sư…ông nghĩ chuyện gì đã xảy ra?” cuối cùng ai đó hỏi.</w:t>
      </w:r>
    </w:p>
    <w:p>
      <w:pPr>
        <w:spacing w:after="80"/>
      </w:pPr>
      <w:r>
        <w:rPr>
          <w:b w:val="0"/>
          <w:i w:val="0"/>
        </w:rPr>
        <w:t>Langdon trầm ngâm một lúc lâu. “Tôi không biết,” ông thành thật nói. “Lịch sử chứa đựng nhiều điều bất thường không thể giải thích, và đây là một trong số đó.”</w:t>
      </w:r>
    </w:p>
    <w:p>
      <w:pPr>
        <w:spacing w:after="80"/>
      </w:pPr>
      <w:r>
        <w:rPr>
          <w:b w:val="0"/>
          <w:i w:val="0"/>
        </w:rPr>
        <w:t>“Đó là lý do tôi học chuyên ngành vật lý,” một sinh viên trầm tính ở hàng ghế đầu lên tiếng.</w:t>
      </w:r>
    </w:p>
    <w:p>
      <w:pPr>
        <w:spacing w:after="80"/>
      </w:pPr>
      <w:r>
        <w:rPr>
          <w:b w:val="0"/>
          <w:i w:val="0"/>
        </w:rPr>
        <w:t>“Xin lỗi vì làm bạn cụt hứng,” Langdon nói với một tiếng cười khúc khích, “nhưng khoa học cũng chẳng khá hơn gì với những điều bất thường. Có lẽ bạn có thể giải thích cho chúng ta về thí nghiệm khe đôi? Hay vấn đề đường chân trời? Hay Schrödinger’s—”</w:t>
      </w:r>
    </w:p>
    <w:p>
      <w:pPr>
        <w:spacing w:after="80"/>
      </w:pPr>
      <w:r>
        <w:rPr>
          <w:b w:val="0"/>
          <w:i w:val="0"/>
        </w:rPr>
        <w:t>“Con xin rút lại lời!” thằng bé đầu hàng một cách vui vẻ.</w:t>
      </w:r>
    </w:p>
    <w:p>
      <w:pPr>
        <w:spacing w:after="80"/>
      </w:pPr>
      <w:r>
        <w:rPr>
          <w:b w:val="0"/>
          <w:i w:val="0"/>
        </w:rPr>
        <w:t>“Dấu hiệu của sự sống thông minh, cuối cùng cũng có,” Langdon nói trong tiếng cười. “Dù sao thì, vào năm 2007, khi cuốn codex bị đánh cắp được cho Prague mượn, người Thụy Điển lo rằng chính phủ Séc có thể sẽ không trả lại, nhưng quả thật cổ vật đã được trả lại đúng như đã hứa, và cử chỉ thiện chí này giờ đây có nghĩa là Kinh Thánh của Quỷ sẽ đến thăm Prague sáu tháng một lần, cứ mười năm một lần, với điều kiện nó không bao giờ bị lấy ra khỏi tủ trưng bày niêm phong.”</w:t>
      </w:r>
    </w:p>
    <w:p>
      <w:pPr>
        <w:spacing w:after="80"/>
      </w:pPr>
      <w:r>
        <w:rPr>
          <w:b w:val="0"/>
          <w:i w:val="0"/>
        </w:rPr>
        <w:t>Với một cú xóc nhẹ, chiếc xe điện leo dốc dừng lại ở chân đồi Petřín. Langdon liếc lên, vẫn còn đang nghĩ về cuốn codex và tin nhắn của Katherine. Rõ ràng cô đang thúc giục anh quay lại với Kinh Thánh của Quỷ, vậy mà Langdon không thấy lý do logic nào để cô đưa ra yêu cầu đó.</w:t>
      </w:r>
    </w:p>
    <w:p>
      <w:pPr>
        <w:spacing w:after="80"/>
      </w:pPr>
      <w:r>
        <w:rPr>
          <w:b w:val="0"/>
          <w:i w:val="0"/>
        </w:rPr>
        <w:t>Không có lý do nào…trừ một.</w:t>
      </w:r>
    </w:p>
    <w:p>
      <w:pPr>
        <w:spacing w:after="80"/>
      </w:pPr>
      <w:r>
        <w:rPr>
          <w:b w:val="0"/>
          <w:i w:val="0"/>
        </w:rPr>
        <w:t>Katherine đang ở đó…chờ mình sao?</w:t>
      </w:r>
    </w:p>
    <w:p>
      <w:pPr>
        <w:pStyle w:val="Heading1"/>
      </w:pPr>
      <w:r>
        <w:rPr>
          <w:rFonts w:ascii="Calibri" w:hAnsi="Calibri"/>
          <w:b/>
          <w:i w:val="0"/>
          <w:sz w:val="40"/>
        </w:rPr>
        <w:t>Chương 56</w:t>
      </w:r>
    </w:p>
    <w:p>
      <w:pPr>
        <w:spacing w:after="80"/>
      </w:pPr>
      <w:r>
        <w:rPr>
          <w:b w:val="0"/>
          <w:i w:val="0"/>
        </w:rPr>
        <w:t>Cầu George Washington là cây cầu ô tô đông đúc nhất thế giới. Nối những vách đá dựng đứng của New Jersey với bờ biển New York, mười bốn làn xe của nó mang lại lối đi an toàn cho hơn một trăm triệu lượt xe mỗi năm.</w:t>
      </w:r>
    </w:p>
    <w:p>
      <w:pPr>
        <w:spacing w:after="80"/>
      </w:pPr>
      <w:r>
        <w:rPr>
          <w:b w:val="0"/>
          <w:i w:val="0"/>
        </w:rPr>
        <w:t>Tuy nhiên, hôm nay, trong bóng tối trước bình minh, Jonas Faukman gần như chỉ có một mình trên cầu khi anh phóng như bay về phía Manhattan trong chiếc SUV bị đánh cắp. Mắt anh liên tục liếc về gương chiếu hậu, tìm bất kỳ dấu hiệu nào cho thấy mình đang bị theo dõi. Anh hy vọng có thể đến được nơi tương đối an toàn là tòa tháp Random House trước khi ai đó báo mất chiếc xe này.</w:t>
      </w:r>
    </w:p>
    <w:p>
      <w:pPr>
        <w:spacing w:after="80"/>
      </w:pPr>
      <w:r>
        <w:rPr>
          <w:b w:val="0"/>
          <w:i w:val="0"/>
        </w:rPr>
        <w:t>Alex, nhân viên kỹ thuật của PRH, vừa thông báo tin kinh hoàng từ Prague. Tất cả những gì Faukman có thể làm là cầu nguyện rằng đã có nhầm lẫn nào đó trong những gì anh chàng IT phát hiện ra.</w:t>
      </w:r>
    </w:p>
    <w:p>
      <w:pPr>
        <w:spacing w:after="80"/>
      </w:pPr>
      <w:r>
        <w:rPr>
          <w:b w:val="0"/>
          <w:i/>
        </w:rPr>
        <w:t>Phát hiện trong cuốn sách của Katherine có thật sự đáng để</w:t>
      </w:r>
      <w:r>
        <w:rPr>
          <w:b w:val="0"/>
          <w:i w:val="0"/>
        </w:rPr>
        <w:t xml:space="preserve"> giết người </w:t>
      </w:r>
      <w:r>
        <w:rPr>
          <w:b w:val="0"/>
          <w:i/>
        </w:rPr>
        <w:t>không?</w:t>
      </w:r>
      <w:r>
        <w:rPr>
          <w:b w:val="0"/>
          <w:i w:val="0"/>
        </w:rPr>
        <w:t xml:space="preserve"> Anh nhớ lại lý thuyết về ý thức mà Katherine đã trình bày với anh trong bữa trưa ở New York. Đó quả thật là một bước rời xa táo bạo khỏi mô hình hiện tại, nhưng nó chẳng có vẻ gì là nguy hiểm.</w:t>
      </w:r>
    </w:p>
    <w:p>
      <w:pPr>
        <w:spacing w:after="80"/>
      </w:pPr>
      <w:r>
        <w:rPr>
          <w:b w:val="0"/>
          <w:i w:val="0"/>
        </w:rPr>
        <w:t xml:space="preserve">“Lý thuyết này,” Katherine đã nói, “được gọi là </w:t>
      </w:r>
      <w:r>
        <w:rPr>
          <w:b w:val="0"/>
          <w:i/>
        </w:rPr>
        <w:t>ý thức phi cục bộ.</w:t>
      </w:r>
      <w:r>
        <w:rPr>
          <w:b w:val="0"/>
          <w:i w:val="0"/>
        </w:rPr>
        <w:t xml:space="preserve"> Và nó dựa trên tiền đề rằng ý thức </w:t>
      </w:r>
      <w:r>
        <w:rPr>
          <w:b w:val="0"/>
          <w:i/>
        </w:rPr>
        <w:t>không</w:t>
      </w:r>
      <w:r>
        <w:rPr>
          <w:b w:val="0"/>
          <w:i w:val="0"/>
        </w:rPr>
        <w:t xml:space="preserve"> khu trú trong bộ não của bạn…mà thay vào đó nó ở </w:t>
      </w:r>
      <w:r>
        <w:rPr>
          <w:b w:val="0"/>
          <w:i/>
        </w:rPr>
        <w:t>khắp mọi nơi.</w:t>
      </w:r>
      <w:r>
        <w:rPr>
          <w:b w:val="0"/>
          <w:i w:val="0"/>
        </w:rPr>
        <w:t xml:space="preserve"> Tức là, ý thức thấm đẫm vũ trụ. Ý thức, trên thực tế, là một trong những khối xây dựng nền tảng của thế giới chúng ta.”</w:t>
      </w:r>
    </w:p>
    <w:p>
      <w:pPr>
        <w:spacing w:after="80"/>
      </w:pPr>
      <w:r>
        <w:rPr>
          <w:b w:val="0"/>
          <w:i w:val="0"/>
        </w:rPr>
        <w:t>“Được rồi,” Faukman nói, đã thấy chật vật để theo kịp.</w:t>
      </w:r>
    </w:p>
    <w:p>
      <w:pPr>
        <w:spacing w:after="80"/>
      </w:pPr>
      <w:r>
        <w:rPr>
          <w:b w:val="0"/>
          <w:i w:val="0"/>
        </w:rPr>
        <w:t xml:space="preserve">“Trong mô hình phi cục bộ,” cô tiếp tục, “bộ não của bạn không </w:t>
      </w:r>
      <w:r>
        <w:rPr>
          <w:b w:val="0"/>
          <w:i/>
        </w:rPr>
        <w:t>tạo ra</w:t>
      </w:r>
      <w:r>
        <w:rPr>
          <w:b w:val="0"/>
          <w:i w:val="0"/>
        </w:rPr>
        <w:t xml:space="preserve"> ý thức, mà thay vào đó bộ não của bạn </w:t>
      </w:r>
      <w:r>
        <w:rPr>
          <w:b w:val="0"/>
          <w:i/>
        </w:rPr>
        <w:t>trải nghiệm</w:t>
      </w:r>
      <w:r>
        <w:rPr>
          <w:b w:val="0"/>
          <w:i w:val="0"/>
        </w:rPr>
        <w:t xml:space="preserve"> những gì đã tồn tại xung quanh nó.” Cô liếc từ Faukman sang Langdon rồi lại quay lại. “Nói tiếng Anh đơn giản thì, bộ não của chúng ta tương tác với một ma trận nhận thức </w:t>
      </w:r>
      <w:r>
        <w:rPr>
          <w:b w:val="0"/>
          <w:i/>
        </w:rPr>
        <w:t>đã tồn tại sẵn.</w:t>
      </w:r>
      <w:r>
        <w:rPr>
          <w:b w:val="0"/>
          <w:i w:val="0"/>
        </w:rPr>
        <w:t>”</w:t>
      </w:r>
    </w:p>
    <w:p>
      <w:pPr>
        <w:spacing w:after="80"/>
      </w:pPr>
      <w:r>
        <w:rPr>
          <w:b w:val="0"/>
          <w:i w:val="0"/>
        </w:rPr>
        <w:t>“Đó mà là tiếng Anh đơn giản à?” Faukman trông có vẻ bối rối.</w:t>
      </w:r>
    </w:p>
    <w:p>
      <w:pPr>
        <w:spacing w:after="80"/>
      </w:pPr>
      <w:r>
        <w:rPr>
          <w:b w:val="0"/>
          <w:i w:val="0"/>
        </w:rPr>
        <w:t>“Hãy biết ơn đi,” Langdon nói. “Cô ấy có thể phá hỏng bữa trưa bằng cách cố giải thích mô hình xoáy chiều ba ngôi.”</w:t>
      </w:r>
    </w:p>
    <w:p>
      <w:pPr>
        <w:spacing w:after="80"/>
      </w:pPr>
      <w:r>
        <w:rPr>
          <w:b w:val="0"/>
          <w:i w:val="0"/>
        </w:rPr>
        <w:t>“Nghiêm túc đấy, Robert?” cô trách móc. “Một người có trí tuệ cỡ anh lẽ ra phải nắm được một thực tại thể tích lượng tử hóa chín chiều được nhúng trong một tính liên tục vô hạn chứ.”</w:t>
      </w:r>
    </w:p>
    <w:p>
      <w:pPr>
        <w:spacing w:after="80"/>
      </w:pPr>
      <w:r>
        <w:rPr>
          <w:b w:val="0"/>
          <w:i w:val="0"/>
        </w:rPr>
        <w:t>Langdon đảo mắt. “Thấy tôi nói đúng chưa?”</w:t>
      </w:r>
    </w:p>
    <w:p>
      <w:pPr>
        <w:spacing w:after="80"/>
      </w:pPr>
      <w:r>
        <w:rPr>
          <w:b w:val="0"/>
          <w:i w:val="0"/>
        </w:rPr>
        <w:t>“Mấy đứa nhỏ này.” Faukman giơ hai tay lên. “Đừng bắt tôi phải dừng xe.”</w:t>
      </w:r>
    </w:p>
    <w:p>
      <w:pPr>
        <w:spacing w:after="80"/>
      </w:pPr>
      <w:r>
        <w:rPr>
          <w:b w:val="0"/>
          <w:i w:val="0"/>
        </w:rPr>
        <w:t>Langdon rót đầy ly rượu của họ trong khi Katherine tiếp tục.</w:t>
      </w:r>
    </w:p>
    <w:p>
      <w:pPr>
        <w:spacing w:after="80"/>
      </w:pPr>
      <w:r>
        <w:rPr>
          <w:b w:val="0"/>
          <w:i w:val="0"/>
        </w:rPr>
        <w:t xml:space="preserve">“Đây là cách dễ nhất để hình dung,” cô nói. “Nhìn cái loa kia kìa.” Cô chỉ vào một cái kệ gần đó, trên đó có một chiếc loa không dây thu nhỏ đang phát nhạc cổ điển. “Giả sử Mozart du hành xuyên thời gian và gia nhập với chúng ta ngay lúc này ở bàn ăn trưa này—ông ấy sẽ vô cùng kinh ngạc khi nghe nhạc phát ra từ cái hộp nhỏ xíu đó. Trong thế giới của ông, không hề có bản thu âm. Khi ông nghe nhạc, </w:t>
      </w:r>
      <w:r>
        <w:rPr>
          <w:b w:val="0"/>
          <w:i/>
        </w:rPr>
        <w:t>luôn luôn</w:t>
      </w:r>
      <w:r>
        <w:rPr>
          <w:b w:val="0"/>
          <w:i w:val="0"/>
        </w:rPr>
        <w:t xml:space="preserve"> có một dàn nhạc hiện diện. Nhìn cái loa này, ông có thể sẽ lầm tưởng rằng có một dàn nhạc giấu sau bức tường—hoặc thậm chí là một dàn nhạc tí hon bên trong chính cái loa. Sẽ không có lựa chọn nào khác trong tầm hiểu biết của ông. Ông sẽ không bao giờ kết luận rằng thực ra âm nhạc đang lơ lửng </w:t>
      </w:r>
      <w:r>
        <w:rPr>
          <w:b w:val="0"/>
          <w:i/>
        </w:rPr>
        <w:t>một cách lặng lẽ</w:t>
      </w:r>
      <w:r>
        <w:rPr>
          <w:b w:val="0"/>
          <w:i w:val="0"/>
        </w:rPr>
        <w:t xml:space="preserve"> quanh chúng ta dưới dạng sóng vô tuyến và bằng cách nào đó đang được cái loa này </w:t>
      </w:r>
      <w:r>
        <w:rPr>
          <w:b w:val="0"/>
          <w:i/>
        </w:rPr>
        <w:t>thu nhận</w:t>
      </w:r>
      <w:r>
        <w:rPr>
          <w:b w:val="0"/>
          <w:i w:val="0"/>
        </w:rPr>
        <w:t>.”</w:t>
      </w:r>
    </w:p>
    <w:p>
      <w:pPr>
        <w:spacing w:after="80"/>
      </w:pPr>
      <w:r>
        <w:rPr>
          <w:b w:val="0"/>
          <w:i w:val="0"/>
        </w:rPr>
        <w:t>Faukman nhìn quanh phòng và tưởng tượng nó đầy ắp những làn sóng vô tuyến vô hình.</w:t>
      </w:r>
    </w:p>
    <w:p>
      <w:pPr>
        <w:spacing w:after="80"/>
      </w:pPr>
      <w:r>
        <w:rPr>
          <w:b w:val="0"/>
          <w:i w:val="0"/>
        </w:rPr>
        <w:t xml:space="preserve">“Chúng ta có thể cố gắng giải thích thực tại của mình cho Mozart,” cô tiếp tục, “nhưng ông ấy sẽ không có hệ quy chiếu nào để hiểu được. Ngay cả kỹ thuật thu âm thô sơ đầu tiên cũng phải một trăm năm sau khi ông mất mới được phát minh. Ý tôi là, chúng ta đang ngồi ở bàn này giữa Manhattan hiện đại, vậy mà việc giải thích ý thức </w:t>
      </w:r>
      <w:r>
        <w:rPr>
          <w:b w:val="0"/>
          <w:i/>
        </w:rPr>
        <w:t>phi cục bộ</w:t>
      </w:r>
      <w:r>
        <w:rPr>
          <w:b w:val="0"/>
          <w:i w:val="0"/>
        </w:rPr>
        <w:t xml:space="preserve"> (nonlocal) cho anh nghe cũng hơi giống như cố gắng mô tả sóng vô tuyến cho Mozart. Trong thực tại của </w:t>
      </w:r>
      <w:r>
        <w:rPr>
          <w:b w:val="0"/>
          <w:i/>
        </w:rPr>
        <w:t>ông ấy</w:t>
      </w:r>
      <w:r>
        <w:rPr>
          <w:b w:val="0"/>
          <w:i w:val="0"/>
        </w:rPr>
        <w:t>, âm nhạc chỉ đến từ những nhạc công chơi nhạc cụ trực tiếp theo thời gian thực, và không có khả năng nào khác tồn tại.”</w:t>
      </w:r>
    </w:p>
    <w:p>
      <w:pPr>
        <w:spacing w:after="80"/>
      </w:pPr>
      <w:r>
        <w:rPr>
          <w:b w:val="0"/>
          <w:i w:val="0"/>
        </w:rPr>
        <w:t>Một sự im lặng bao trùm bàn ăn khi những ý tưởng ấy thấm dần.</w:t>
      </w:r>
    </w:p>
    <w:p>
      <w:pPr>
        <w:spacing w:after="80"/>
      </w:pPr>
      <w:r>
        <w:rPr>
          <w:b w:val="0"/>
          <w:i w:val="0"/>
        </w:rPr>
        <w:t xml:space="preserve">“Nhưng trong thực tại của </w:t>
      </w:r>
      <w:r>
        <w:rPr>
          <w:b w:val="0"/>
          <w:i/>
        </w:rPr>
        <w:t>chúng ta</w:t>
      </w:r>
      <w:r>
        <w:rPr>
          <w:b w:val="0"/>
          <w:i w:val="0"/>
        </w:rPr>
        <w:t xml:space="preserve">…mọi thứ lại khác.” Katherine nghiêng người về phía họ. “Trong thế giới của ý thức phi cục bộ…âm nhạc tồn tại </w:t>
      </w:r>
      <w:r>
        <w:rPr>
          <w:b w:val="0"/>
          <w:i/>
        </w:rPr>
        <w:t>ở khắp mọi nơi</w:t>
      </w:r>
      <w:r>
        <w:rPr>
          <w:b w:val="0"/>
          <w:i w:val="0"/>
        </w:rPr>
        <w:t xml:space="preserve"> quanh ta. Bộ não của chúng ta chỉ đơn giản là ‘dò đài’ để nghe thấy nó.”</w:t>
      </w:r>
    </w:p>
    <w:p>
      <w:pPr>
        <w:spacing w:after="80"/>
      </w:pPr>
      <w:r>
        <w:rPr>
          <w:b w:val="0"/>
          <w:i w:val="0"/>
        </w:rPr>
        <w:t>Faukman trầm ngâm một lúc lâu. “Ý cô là ý thức giống như một dịch vụ phát trực tuyến mà bộ não chúng ta đăng ký theo dõi?”</w:t>
      </w:r>
    </w:p>
    <w:p>
      <w:pPr>
        <w:spacing w:after="80"/>
      </w:pPr>
      <w:r>
        <w:rPr>
          <w:b w:val="0"/>
          <w:i w:val="0"/>
        </w:rPr>
        <w:t>“Rất gần đúng…giống như một núm dò đài lớn không thể đo đếm được. Hãy nghĩ về ý thức như một đám mây sóng vô tuyến vô tận trong căn phòng này. Bộ não của anh là một máy thu…được dò đúng vào đài riêng của nó. Trong trường hợp của anh, nó dò vào đài Jonas Faukman.”</w:t>
      </w:r>
    </w:p>
    <w:p>
      <w:pPr>
        <w:spacing w:after="80"/>
      </w:pPr>
      <w:r>
        <w:rPr>
          <w:b w:val="0"/>
          <w:i w:val="0"/>
        </w:rPr>
        <w:t>Vị biên tập viên cau mày. “Không muốn nghe giống Mozart, nhưng điều đó nghe có vẻ…bất khả thi.”</w:t>
      </w:r>
    </w:p>
    <w:p>
      <w:pPr>
        <w:spacing w:after="80"/>
      </w:pPr>
      <w:r>
        <w:rPr>
          <w:b w:val="0"/>
          <w:i w:val="0"/>
        </w:rPr>
        <w:t xml:space="preserve">“Tôi không phản đối,” Langdon nói với Faukman. “Nhưng công bằng mà nói, nhiều phát minh khoa học ban đầu đều bị coi là vô lý hoặc bất khả thi—thuyết nhật tâm, trái đất hình cầu, phóng xạ, vũ trụ giãn nở, thuyết vi trùng, di truyền học biểu sinh (epigenetics), và vô số thứ khác. Xét về lịch sử, những chân lý quan trọng thường bắt đầu cuộc đời mình như những điều hoàn toàn bất khả thi. Và chỉ vì chúng ta không thể tưởng tượng </w:t>
      </w:r>
      <w:r>
        <w:rPr>
          <w:b w:val="0"/>
          <w:i/>
        </w:rPr>
        <w:t>bằng cách nào</w:t>
      </w:r>
      <w:r>
        <w:rPr>
          <w:b w:val="0"/>
          <w:i w:val="0"/>
        </w:rPr>
        <w:t xml:space="preserve"> một điều gì đó có thể đúng, không có nghĩa là chúng ta không thể </w:t>
      </w:r>
      <w:r>
        <w:rPr>
          <w:b w:val="0"/>
          <w:i/>
        </w:rPr>
        <w:t>quan sát</w:t>
      </w:r>
      <w:r>
        <w:rPr>
          <w:b w:val="0"/>
          <w:i w:val="0"/>
        </w:rPr>
        <w:t xml:space="preserve"> thấy nó đúng. Người Hy Lạp cổ đại đã tuyên bố trái đất hình tròn gần hai thiên niên kỷ trước khi Newton giải thích chính xác </w:t>
      </w:r>
      <w:r>
        <w:rPr>
          <w:b w:val="0"/>
          <w:i/>
        </w:rPr>
        <w:t>bằng cách nào</w:t>
      </w:r>
      <w:r>
        <w:rPr>
          <w:b w:val="0"/>
          <w:i w:val="0"/>
        </w:rPr>
        <w:t xml:space="preserve"> các đại dương vẫn bám lại trên bề mặt nhờ lực hấp dẫn.”</w:t>
      </w:r>
    </w:p>
    <w:p>
      <w:pPr>
        <w:spacing w:after="80"/>
      </w:pPr>
      <w:r>
        <w:rPr>
          <w:b w:val="0"/>
          <w:i w:val="0"/>
        </w:rPr>
        <w:t>“Chạm rồi.” Faukman mỉm cười. “Tôi nên biết thân hơn là tranh luận với một giáo sư Harvard.”</w:t>
      </w:r>
    </w:p>
    <w:p>
      <w:pPr>
        <w:spacing w:after="80"/>
      </w:pPr>
      <w:r>
        <w:rPr>
          <w:b w:val="0"/>
          <w:i w:val="0"/>
        </w:rPr>
        <w:t xml:space="preserve">“Tôi nghĩ điều Robert đang cố nói,” Katherine gợi ý, “là trong khi chúng ta vẫn đang tìm hiểu chính xác </w:t>
      </w:r>
      <w:r>
        <w:rPr>
          <w:b w:val="0"/>
          <w:i/>
        </w:rPr>
        <w:t>bằng cách nào</w:t>
      </w:r>
      <w:r>
        <w:rPr>
          <w:b w:val="0"/>
          <w:i w:val="0"/>
        </w:rPr>
        <w:t xml:space="preserve"> ý thức phi cục bộ hoạt động…thì chúng ta chắc chắn đã chứng minh được rằng lý thuyết này đưa ra những câu trả lời rõ ràng cho hàng loạt hiện tượng mà mô hình hiện tại dường như không thể lý giải nổi.”</w:t>
      </w:r>
    </w:p>
    <w:p>
      <w:pPr>
        <w:spacing w:after="80"/>
      </w:pPr>
      <w:r>
        <w:rPr>
          <w:b w:val="0"/>
          <w:i w:val="0"/>
        </w:rPr>
        <w:t>“Được rồi…”</w:t>
      </w:r>
    </w:p>
    <w:p>
      <w:pPr>
        <w:spacing w:after="80"/>
      </w:pPr>
      <w:r>
        <w:rPr>
          <w:b w:val="0"/>
          <w:i w:val="0"/>
        </w:rPr>
        <w:t>“Hơn nữa,” Katherine nói, “khác với Mozart, anh có lợi thế là đang sống trong một thế giới mà ngày nào anh cũng tương tác với một mô hình rất giống như vậy.”</w:t>
      </w:r>
    </w:p>
    <w:p>
      <w:pPr>
        <w:spacing w:after="80"/>
      </w:pPr>
      <w:r>
        <w:rPr>
          <w:b w:val="0"/>
          <w:i w:val="0"/>
        </w:rPr>
        <w:t>“Giống như ý thức phi cục bộ ấy hả?” Faukman chẳng thấy có gì tương đồng trong thế giới của mình.</w:t>
      </w:r>
    </w:p>
    <w:p>
      <w:pPr>
        <w:spacing w:after="80"/>
      </w:pPr>
      <w:r>
        <w:rPr>
          <w:b w:val="0"/>
          <w:i w:val="0"/>
        </w:rPr>
        <w:t xml:space="preserve">“Nếu tôi nói với ông rằng,” Katherine lên tiếng, “tôi có thể nhét </w:t>
      </w:r>
      <w:r>
        <w:rPr>
          <w:b w:val="0"/>
          <w:i/>
        </w:rPr>
        <w:t>toàn bộ</w:t>
      </w:r>
      <w:r>
        <w:rPr>
          <w:b w:val="0"/>
          <w:i w:val="0"/>
        </w:rPr>
        <w:t xml:space="preserve"> thông tin trên thế giới vào một cái hộp cỡ bằng bộ bài tây thì sao? Đúng hay sai?”</w:t>
      </w:r>
    </w:p>
    <w:p>
      <w:pPr>
        <w:spacing w:after="80"/>
      </w:pPr>
      <w:r>
        <w:rPr>
          <w:b w:val="0"/>
          <w:i w:val="0"/>
        </w:rPr>
        <w:t>“Không thể nào. Sai.”</w:t>
      </w:r>
    </w:p>
    <w:p>
      <w:pPr>
        <w:spacing w:after="80"/>
      </w:pPr>
      <w:r>
        <w:rPr>
          <w:b w:val="0"/>
          <w:i w:val="0"/>
        </w:rPr>
        <w:t>Katherine giơ chiếc điện thoại di động lên. “Tất cả đều ở trong này. Ông muốn biết gì nào?”</w:t>
      </w:r>
    </w:p>
    <w:p>
      <w:pPr>
        <w:spacing w:after="80"/>
      </w:pPr>
      <w:r>
        <w:rPr>
          <w:b w:val="0"/>
          <w:i w:val="0"/>
        </w:rPr>
        <w:t xml:space="preserve">“Khéo thật…” Faukman nói, mỉm cười. “Nhưng thông tin đó đâu có nằm </w:t>
      </w:r>
      <w:r>
        <w:rPr>
          <w:b w:val="0"/>
          <w:i/>
        </w:rPr>
        <w:t>bên trong</w:t>
      </w:r>
      <w:r>
        <w:rPr>
          <w:b w:val="0"/>
          <w:i w:val="0"/>
        </w:rPr>
        <w:t xml:space="preserve"> chiếc điện thoại. Chiếc điện thoại chỉ đang truy cập dữ liệu nằm trong vô số ngân hàng dữ liệu trên khắp thế giới thôi.”</w:t>
      </w:r>
    </w:p>
    <w:p>
      <w:pPr>
        <w:spacing w:after="80"/>
      </w:pPr>
      <w:r>
        <w:rPr>
          <w:b w:val="0"/>
          <w:i w:val="0"/>
        </w:rPr>
        <w:t xml:space="preserve">“Chính xác,” cô nói, dù ông cảm thấy cô đang dẫn dắt ông…đến một nơi nào đó. “Ông nói rất chuẩn. Giờ thì, nếu tôi nói với ông rằng tôi có thể lưu trữ </w:t>
      </w:r>
      <w:r>
        <w:rPr>
          <w:b w:val="0"/>
          <w:i/>
        </w:rPr>
        <w:t>hàng triệu</w:t>
      </w:r>
      <w:r>
        <w:rPr>
          <w:b w:val="0"/>
          <w:i w:val="0"/>
        </w:rPr>
        <w:t xml:space="preserve"> gigabyte dữ liệu bên trong một khối mô người cỡ bằng…à, cứ cho là…một bộ não người thì sao?”</w:t>
      </w:r>
    </w:p>
    <w:p>
      <w:pPr>
        <w:spacing w:after="80"/>
      </w:pPr>
      <w:r>
        <w:rPr>
          <w:b w:val="0"/>
          <w:i w:val="0"/>
        </w:rPr>
        <w:t xml:space="preserve">Faukman cau mày. </w:t>
      </w:r>
      <w:r>
        <w:rPr>
          <w:b w:val="0"/>
          <w:i/>
        </w:rPr>
        <w:t>Nhanh thật. Chiếu tướng chỉ trong ba nước.</w:t>
      </w:r>
    </w:p>
    <w:p>
      <w:pPr>
        <w:spacing w:after="80"/>
      </w:pPr>
      <w:r>
        <w:rPr>
          <w:b w:val="0"/>
          <w:i w:val="0"/>
        </w:rPr>
        <w:t xml:space="preserve">“Đó là cùng một khái niệm,” cô khẳng định. “Khả năng lưu trữ không tưởng của bộ não người là một điều </w:t>
      </w:r>
      <w:r>
        <w:rPr>
          <w:b w:val="0"/>
          <w:i/>
        </w:rPr>
        <w:t>bất khả thi về mặt vật lý</w:t>
      </w:r>
      <w:r>
        <w:rPr>
          <w:b w:val="0"/>
          <w:i w:val="0"/>
        </w:rPr>
        <w:t>. Nó giống như việc cố nhồi nhét mọi bài hát trên thế giới vào chiếc điện thoại của ông vậy. Vô lý hết sức. Trừ khi…”</w:t>
      </w:r>
    </w:p>
    <w:p>
      <w:pPr>
        <w:spacing w:after="80"/>
      </w:pPr>
      <w:r>
        <w:rPr>
          <w:b w:val="0"/>
          <w:i w:val="0"/>
        </w:rPr>
        <w:t>“Trừ khi,” Faukman thừa nhận, “bộ não đang truy cập dữ liệu…từ một nơi khác.”</w:t>
      </w:r>
    </w:p>
    <w:p>
      <w:pPr>
        <w:spacing w:after="80"/>
      </w:pPr>
      <w:r>
        <w:rPr>
          <w:b w:val="0"/>
          <w:i w:val="0"/>
        </w:rPr>
        <w:t xml:space="preserve">“Phi </w:t>
      </w:r>
      <w:r>
        <w:rPr>
          <w:b w:val="0"/>
          <w:i/>
        </w:rPr>
        <w:t>cục bộ,</w:t>
      </w:r>
      <w:r>
        <w:rPr>
          <w:b w:val="0"/>
          <w:i w:val="0"/>
        </w:rPr>
        <w:t>” Langdon bổ sung, vẻ mặt đầy ấn tượng.</w:t>
      </w:r>
    </w:p>
    <w:p>
      <w:pPr>
        <w:spacing w:after="80"/>
      </w:pPr>
      <w:r>
        <w:rPr>
          <w:b w:val="0"/>
          <w:i w:val="0"/>
        </w:rPr>
        <w:t xml:space="preserve">“Chính xác.” Katherine mỉm cười. “Bộ não của ông chỉ là một chiếc máy thu—một chiếc máy thu phức tạp đến không tưởng, tiên tiến tuyệt vời—nó chọn </w:t>
      </w:r>
      <w:r>
        <w:rPr>
          <w:b w:val="0"/>
          <w:i/>
        </w:rPr>
        <w:t>những</w:t>
      </w:r>
      <w:r>
        <w:rPr>
          <w:b w:val="0"/>
          <w:i w:val="0"/>
        </w:rPr>
        <w:t xml:space="preserve"> tín hiệu cụ thể mà nó muốn nhận từ đám mây ý thức toàn cầu đang tồn tại sẵn kia. Giống hệt như tín hiệu Wi-Fi, ý thức toàn cầu lúc nào cũng lơ lửng ở đó, nguyên vẹn trọn vẹn, bất kể ông có truy cập vào hay không.”</w:t>
      </w:r>
    </w:p>
    <w:p>
      <w:pPr>
        <w:spacing w:after="80"/>
      </w:pPr>
      <w:r>
        <w:rPr>
          <w:b w:val="0"/>
          <w:i w:val="0"/>
        </w:rPr>
        <w:t>“Người xưa chắc chắn cũng cảm nhận như vậy,” Langdon xen vào, giờ đã nhìn thấy vô vàn điểm tương đồng trong lịch sử. “Gần như mọi truyền thống tâm linh trên thế giới từ lâu đều phản ánh niềm tin vào một ý thức phổ quát—Trường Akashic (Akashic Field), Tâm trí Phổ quát (Universal Mind), Ý thức Vũ trụ (Cosmic Consciousness), và Vương quốc của Chúa (Kingdom of God), chỉ kể ra vài cái tên thôi.”</w:t>
      </w:r>
    </w:p>
    <w:p>
      <w:pPr>
        <w:spacing w:after="80"/>
      </w:pPr>
      <w:r>
        <w:rPr>
          <w:b w:val="0"/>
          <w:i w:val="0"/>
        </w:rPr>
        <w:t>“Đúng vậy!” Katherine nói. “Lý thuyết ‘mới’ này thực ra lại song hành với một số niềm tin tôn giáo cổ xưa nhất của chúng ta.”</w:t>
      </w:r>
    </w:p>
    <w:p>
      <w:pPr>
        <w:spacing w:after="80"/>
      </w:pPr>
      <w:r>
        <w:rPr>
          <w:b w:val="0"/>
          <w:i w:val="0"/>
        </w:rPr>
        <w:t xml:space="preserve">Cô tiếp tục mô tả cách ý thức phi cục bộ ngày càng được củng cố bởi những khám phá trong nhiều lĩnh vực khác nhau như vật lý plasma, toán học phi tuyến, và nhân học ý thức. Những khái niệm mới như chồng chập (superposition) và rối lượng tử (entanglement) đang hé lộ một vũ trụ nơi vạn vật tồn tại ở mọi thời điểm tại mọi vị trí. Nói cách khác, bản chất vũ trụ của chúng ta là </w:t>
      </w:r>
      <w:r>
        <w:rPr>
          <w:b w:val="0"/>
          <w:i/>
        </w:rPr>
        <w:t>thống nhất</w:t>
      </w:r>
      <w:r>
        <w:rPr>
          <w:b w:val="0"/>
          <w:i w:val="0"/>
        </w:rPr>
        <w:t>, hay như tựa đề một bộ phim từng đoạt giải Oscar gần đây đã diễn tả rất đúng—</w:t>
      </w:r>
      <w:r>
        <w:rPr>
          <w:b w:val="0"/>
          <w:i/>
        </w:rPr>
        <w:t>Everything Everywhere All at Once</w:t>
      </w:r>
      <w:r>
        <w:rPr>
          <w:b w:val="0"/>
          <w:i w:val="0"/>
        </w:rPr>
        <w:t>.</w:t>
      </w:r>
    </w:p>
    <w:p>
      <w:pPr>
        <w:spacing w:after="80"/>
      </w:pPr>
      <w:r>
        <w:rPr>
          <w:b w:val="0"/>
          <w:i w:val="0"/>
        </w:rPr>
        <w:t>“Điều thực sự khiến người ta phải ngoái nhìn,” Katherine tiếp tục, “là mô hình mới này đưa ra những lời giải thích hợp lý cho tất cả những ‘dị thường huyền bí’ đã ám ảnh mô hình truyền thống bấy lâu nay—giác quan thứ sáu (ESP), hội chứng thiên tài đột ngột (sudden savant syndrome), tiền tri (precognition), thị giác mù (blindsight), trải nghiệm xuất hồn (out-of-body experiences)…danh sách còn dài lắm.”</w:t>
      </w:r>
    </w:p>
    <w:p>
      <w:pPr>
        <w:spacing w:after="80"/>
      </w:pPr>
      <w:r>
        <w:rPr>
          <w:b w:val="0"/>
          <w:i w:val="0"/>
        </w:rPr>
        <w:t>“Nhưng làm sao bất kỳ mô hình nào,” Faukman phản biện, “có thể giải thích được chuyện một đứa trẻ bình thường bị quả bóng chày đập vào đầu rồi tỉnh dậy thành một nghệ sĩ vĩ cầm điêu luyện?”</w:t>
      </w:r>
    </w:p>
    <w:p>
      <w:pPr>
        <w:spacing w:after="80"/>
      </w:pPr>
      <w:r>
        <w:rPr>
          <w:b w:val="0"/>
          <w:i w:val="0"/>
        </w:rPr>
        <w:t>“Chà, chuyện đó có thật đấy. Hội chứng thiên tài đột ngột (sudden savant syndrome) đã được ghi nhận trong y học nhiều lần rồi.”</w:t>
      </w:r>
    </w:p>
    <w:p>
      <w:pPr>
        <w:spacing w:after="80"/>
      </w:pPr>
      <w:r>
        <w:rPr>
          <w:b w:val="0"/>
          <w:i w:val="0"/>
        </w:rPr>
        <w:t>“Ừ, tôi có đọc về nó rồi,” ông nói, cười khúc khích, “và tôi chọn cách phớt lờ nó!”</w:t>
      </w:r>
    </w:p>
    <w:p>
      <w:pPr>
        <w:spacing w:after="80"/>
      </w:pPr>
      <w:r>
        <w:rPr>
          <w:b w:val="0"/>
          <w:i w:val="0"/>
        </w:rPr>
        <w:t xml:space="preserve">“Chính xác…” Katherine nói. “Đó là cách loài người chúng ta </w:t>
      </w:r>
      <w:r>
        <w:rPr>
          <w:b w:val="0"/>
          <w:i/>
        </w:rPr>
        <w:t>luôn luôn</w:t>
      </w:r>
      <w:r>
        <w:rPr>
          <w:b w:val="0"/>
          <w:i w:val="0"/>
        </w:rPr>
        <w:t xml:space="preserve"> đối xử với những hiện tượng không khớp với thực tại của mình. Chúng ta phớt lờ những điều kỳ lạ thỉnh thoảng xuất hiện thay vì thừa nhận rằng toàn bộ mô hình của mình đã sai.”</w:t>
      </w:r>
    </w:p>
    <w:p>
      <w:pPr>
        <w:spacing w:after="80"/>
      </w:pPr>
      <w:r>
        <w:rPr>
          <w:b w:val="0"/>
          <w:i w:val="0"/>
        </w:rPr>
        <w:t>“Và cô tin rằng ý thức phi cục bộ (nonlocal consciousness) giải thích được tất cả những chuyện này? Gặp tai nạn xong tự nhiên nói tiếng Quan Thoại trôi chảy?”</w:t>
      </w:r>
    </w:p>
    <w:p>
      <w:pPr>
        <w:spacing w:after="80"/>
      </w:pPr>
      <w:r>
        <w:rPr>
          <w:b w:val="0"/>
          <w:i w:val="0"/>
        </w:rPr>
        <w:t>Katherine gật đầu. “Đúng vậy. Nếu não của bạn là một máy thu, hãy nghĩ về nó như một chiếc radio xe hơi cổ điển có núm xoay cơ học. Nó được dò đúng vào đài nhạc rock cổ điển quen thuộc của bạn—một tín hiệu rõ ràng với nội dung quen thuộc. Một ngày nọ, bạn đâm vào ổ gà và chiếc radio bị xóc. Đột nhiên, bộ dò nhảy lệch một chút trên núm xoay, và ngoài nhạc rock cổ điển, giờ bạn còn nghe thấy cả một phát thanh viên tin tức tiếng Tây Ban Nha từ một đài hoàn toàn khác lẫn vào đó.”</w:t>
      </w:r>
    </w:p>
    <w:p>
      <w:pPr>
        <w:spacing w:after="80"/>
      </w:pPr>
      <w:r>
        <w:rPr>
          <w:b w:val="0"/>
          <w:i w:val="0"/>
        </w:rPr>
        <w:t>Faukman trông có vẻ chưa chắc chắn.</w:t>
      </w:r>
    </w:p>
    <w:p>
      <w:pPr>
        <w:spacing w:after="80"/>
      </w:pPr>
      <w:r>
        <w:rPr>
          <w:b w:val="0"/>
          <w:i w:val="0"/>
        </w:rPr>
        <w:t>“Hãy nhìn theo cách này nhé,” Katherine nói. “Để trở thành một nghệ sĩ vĩ cầm bậc thầy thì cần gì?”</w:t>
      </w:r>
    </w:p>
    <w:p>
      <w:pPr>
        <w:spacing w:after="80"/>
      </w:pPr>
      <w:r>
        <w:rPr>
          <w:b w:val="0"/>
          <w:i w:val="0"/>
        </w:rPr>
        <w:t>“Luyện tập,” Faukman đáp.</w:t>
      </w:r>
    </w:p>
    <w:p>
      <w:pPr>
        <w:spacing w:after="80"/>
      </w:pPr>
      <w:r>
        <w:rPr>
          <w:b w:val="0"/>
          <w:i w:val="0"/>
        </w:rPr>
        <w:t>“Còn để trở thành một tay golf giỏi?”</w:t>
      </w:r>
    </w:p>
    <w:p>
      <w:pPr>
        <w:spacing w:after="80"/>
      </w:pPr>
      <w:r>
        <w:rPr>
          <w:b w:val="0"/>
          <w:i w:val="0"/>
        </w:rPr>
        <w:t>“Luyện tập.”</w:t>
      </w:r>
    </w:p>
    <w:p>
      <w:pPr>
        <w:spacing w:after="80"/>
      </w:pPr>
      <w:r>
        <w:rPr>
          <w:b w:val="0"/>
          <w:i w:val="0"/>
        </w:rPr>
        <w:t>“Và tại sao luyện tập lại giúp bạn chơi golf giỏi hơn?”</w:t>
      </w:r>
    </w:p>
    <w:p>
      <w:pPr>
        <w:spacing w:after="80"/>
      </w:pPr>
      <w:r>
        <w:rPr>
          <w:b w:val="0"/>
          <w:i w:val="0"/>
        </w:rPr>
        <w:t>“Nó giúp bạn phát triển trí nhớ cơ bắp (muscle memory). Khắc sâu vào cú vung gậy của bạn.”</w:t>
      </w:r>
    </w:p>
    <w:p>
      <w:pPr>
        <w:spacing w:after="80"/>
      </w:pPr>
      <w:r>
        <w:rPr>
          <w:b w:val="0"/>
          <w:i w:val="0"/>
        </w:rPr>
        <w:t xml:space="preserve">“Sai rồi,” Katherine nói. “Làm gì có thứ gọi là trí nhớ cơ bắp. Đó là một cách nói mâu thuẫn. Cơ bắp không có trí nhớ. Thực ra, khi bạn luyện tập, bạn đang tinh chỉnh </w:t>
      </w:r>
      <w:r>
        <w:rPr>
          <w:b w:val="0"/>
          <w:i/>
        </w:rPr>
        <w:t>bộ não</w:t>
      </w:r>
      <w:r>
        <w:rPr>
          <w:b w:val="0"/>
          <w:i w:val="0"/>
        </w:rPr>
        <w:t xml:space="preserve"> của mình…dần dần tái lập trình nó để nhận thông tin rõ ràng và nhất quán hơn từ ý thức vũ trụ, để nó có thể ra lệnh cho cơ bắp của bạn co lại theo một khuôn mẫu hoàn hảo nhằm thực hiện một động tác theo một cách nhất định.”</w:t>
      </w:r>
    </w:p>
    <w:p>
      <w:pPr>
        <w:spacing w:after="80"/>
      </w:pPr>
      <w:r>
        <w:rPr>
          <w:b w:val="0"/>
          <w:i w:val="0"/>
        </w:rPr>
        <w:t>Faukman cau mày. “Ý cô là trong ý thức vũ trụ có một kênh golf à?”</w:t>
      </w:r>
    </w:p>
    <w:p>
      <w:pPr>
        <w:spacing w:after="80"/>
      </w:pPr>
      <w:r>
        <w:rPr>
          <w:b w:val="0"/>
          <w:i w:val="0"/>
        </w:rPr>
        <w:t xml:space="preserve">“Ý tôi là mọi thứ đã tồn tại sẵn ngoài kia rồi…và luyện tập giúp </w:t>
      </w:r>
      <w:r>
        <w:rPr>
          <w:b w:val="0"/>
          <w:i/>
        </w:rPr>
        <w:t>làm rõ</w:t>
      </w:r>
      <w:r>
        <w:rPr>
          <w:b w:val="0"/>
          <w:i w:val="0"/>
        </w:rPr>
        <w:t xml:space="preserve"> tín hiệu mà não bạn đang nhận. Đó là cách chúng ta trở nên giỏi hơn—chúng ta dần dần thu nhận một tín hiệu mới cụ thể. Một số bộ não sinh ra đã được lập trình sẵn để nhận một tín hiệu nhất định, đó là lý do chúng ta có những vận động viên ngôi sao, những nghệ sĩ bậc thầy và những thiên tài.”</w:t>
      </w:r>
    </w:p>
    <w:p>
      <w:pPr>
        <w:spacing w:after="80"/>
      </w:pPr>
      <w:r>
        <w:rPr>
          <w:b w:val="0"/>
          <w:i w:val="0"/>
        </w:rPr>
        <w:t>“Được rồi…”</w:t>
      </w:r>
    </w:p>
    <w:p>
      <w:pPr>
        <w:spacing w:after="80"/>
      </w:pPr>
      <w:r>
        <w:rPr>
          <w:b w:val="0"/>
          <w:i w:val="0"/>
        </w:rPr>
        <w:t xml:space="preserve">“Và điều đó cũng đúng với nhiều người mắc chứng Asperger hoặc tự kỷ,” cô nói thêm. “Họ có thể sở hữu những bộ thu tín hiệu chuyên biệt cao độ, giúp họ tiếp cận những kỹ năng và hiểu biết phi thường, nhưng đồng thời lại khiến việc thực hiện những công việc thường ngày trở nên khó khăn. Nó hơi giống như đeo </w:t>
      </w:r>
      <w:r>
        <w:rPr>
          <w:b w:val="0"/>
          <w:i/>
        </w:rPr>
        <w:t>ống nhòm</w:t>
      </w:r>
      <w:r>
        <w:rPr>
          <w:b w:val="0"/>
          <w:i w:val="0"/>
        </w:rPr>
        <w:t xml:space="preserve"> thay vì đeo kính; bạn có thể nhìn xa hơn hầu hết mọi người… nhưng môi trường xung quanh ngay trước mắt thì lại mờ nhòe.”</w:t>
      </w:r>
    </w:p>
    <w:p>
      <w:pPr>
        <w:spacing w:after="80"/>
      </w:pPr>
      <w:r>
        <w:rPr>
          <w:b w:val="0"/>
          <w:i/>
        </w:rPr>
        <w:t>Một góc nhìn độc đáo,</w:t>
      </w:r>
      <w:r>
        <w:rPr>
          <w:b w:val="0"/>
          <w:i w:val="0"/>
        </w:rPr>
        <w:t xml:space="preserve"> anh trầm ngâm. “Và cô cho rằng mô hình này cũng giải thích được ESP?”</w:t>
      </w:r>
    </w:p>
    <w:p>
      <w:pPr>
        <w:spacing w:after="80"/>
      </w:pPr>
      <w:r>
        <w:rPr>
          <w:b w:val="0"/>
          <w:i w:val="0"/>
        </w:rPr>
        <w:t>“Hoàn toàn đúng,” Katherine nói. “‘Giác quan thứ sáu’ mà ta gán cho ESP thực ra chẳng qua chỉ là bộ não bắt được những thông tin thường bị lọc bỏ. Theo lý thuyết mới này, khi bạn có một linh cảm hay một trực giác, nó giống hệt như chiếc radio trên xe bắt được một tia sóng ngắn ngủi từ một đài khác mà nó không thường thu được. Và trong một số trường hợp, nếu bộ não bắt được quá nhiều đài một cách quá rõ ràng, trải nghiệm đó có thể cực kỳ gây hoang mang, thậm chí khiến người ta suy nhược—tâm thần phân liệt, rối loạn đa nhân cách, những giọng nói trong đầu, nhiều nhân cách—tất cả đều có thể được giải thích bằng mô hình này.”</w:t>
      </w:r>
    </w:p>
    <w:p>
      <w:pPr>
        <w:spacing w:after="80"/>
      </w:pPr>
      <w:r>
        <w:rPr>
          <w:b w:val="0"/>
          <w:i w:val="0"/>
        </w:rPr>
        <w:t xml:space="preserve">“Hấp dẫn thật,” Langdon xen vào. “Và một trải nghiệm như </w:t>
      </w:r>
      <w:r>
        <w:rPr>
          <w:b w:val="0"/>
          <w:i/>
        </w:rPr>
        <w:t>tiền tri</w:t>
      </w:r>
      <w:r>
        <w:rPr>
          <w:b w:val="0"/>
          <w:i w:val="0"/>
        </w:rPr>
        <w:t xml:space="preserve"> thì sao?”</w:t>
      </w:r>
    </w:p>
    <w:p>
      <w:pPr>
        <w:spacing w:after="80"/>
      </w:pPr>
      <w:r>
        <w:rPr>
          <w:b w:val="0"/>
          <w:i w:val="0"/>
        </w:rPr>
        <w:t>“Đôi khi các chương trình phát thanh dội qua dội lại trong khí quyển,” cô đáp, “tạo ra tiếng vọng và độ trễ thời gian. Trong mô hình này, những điều đó biểu hiện trong tâm trí ta dưới dạng déjà vu hoặc, ngược lại, là tiền tri.”</w:t>
      </w:r>
    </w:p>
    <w:p>
      <w:pPr>
        <w:spacing w:after="80"/>
      </w:pPr>
      <w:r>
        <w:rPr>
          <w:b w:val="0"/>
          <w:i w:val="0"/>
        </w:rPr>
        <w:t>Faukman ngồi im một lúc lâu, ánh mắt đảo qua đảo lại giữa Langdon và Katherine. “Các bạn của tôi,” cuối cùng ông nói, mỉm cười, “tôi dám chắc chuyện này đáng để mở thêm một chai vang nữa.”</w:t>
      </w:r>
    </w:p>
    <w:p>
      <w:pPr>
        <w:spacing w:after="80"/>
      </w:pPr>
      <w:r>
        <w:rPr>
          <w:b w:val="0"/>
          <w:i w:val="0"/>
        </w:rPr>
        <w:t>Giờ đây, một năm sau, ý thức của Jonas Faukman—dù nó vận hành thế nào—quay trở về với con đường cao tốc trước mặt. Khi ông phóng xe dọc theo tầng trên của cầu George Washington, Faukman không chắc đêm nay mình đang bắt đúng kênh nào, nhưng chắc chắn đó là một kênh kỳ lạ.</w:t>
      </w:r>
    </w:p>
    <w:p>
      <w:pPr>
        <w:spacing w:after="80"/>
      </w:pPr>
      <w:r>
        <w:rPr>
          <w:b w:val="0"/>
          <w:i w:val="0"/>
        </w:rPr>
        <w:t>Ông tiến đến giữa cầu và hạ cửa kính xuống để thực hiện việc mà anh chàng kỹ thuật viên của PRH đã giục ông làm. “Vứt bỏ điện thoại của ông đi,” Alex đã nói. “Khả năng cao là nó đang bị theo dõi.”</w:t>
      </w:r>
    </w:p>
    <w:p>
      <w:pPr>
        <w:spacing w:after="80"/>
      </w:pPr>
      <w:r>
        <w:rPr>
          <w:b w:val="0"/>
          <w:i w:val="0"/>
        </w:rPr>
        <w:t>Miễn cưỡng, Faukman ném chiếc điện thoại ra ngoài màn đêm. Nó bay qua lan can và bắt đầu rơi tự do 212 foot xuống sông Hudson.</w:t>
      </w:r>
    </w:p>
    <w:p>
      <w:pPr>
        <w:spacing w:after="80"/>
      </w:pPr>
      <w:r>
        <w:rPr>
          <w:b w:val="0"/>
          <w:i w:val="0"/>
        </w:rPr>
        <w:t>Khi chiếc điện thoại rơi xuống, Faukman nhớ lại những lời cuối cùng mà anh chàng kỹ thuật viên đã nói.</w:t>
      </w:r>
    </w:p>
    <w:p>
      <w:pPr>
        <w:spacing w:after="80"/>
      </w:pPr>
      <w:r>
        <w:rPr>
          <w:b w:val="0"/>
          <w:i w:val="0"/>
        </w:rPr>
        <w:t>“Cố gắng quay lại đây nhanh nhất có thể… tôi đã tìm ra kẻ đã hack chúng ta.”</w:t>
      </w:r>
    </w:p>
    <w:p>
      <w:pPr>
        <w:pStyle w:val="Heading1"/>
      </w:pPr>
      <w:r>
        <w:rPr>
          <w:rFonts w:ascii="Calibri" w:hAnsi="Calibri"/>
          <w:b/>
          <w:i w:val="0"/>
          <w:sz w:val="40"/>
        </w:rPr>
        <w:t>Chương 57</w:t>
      </w:r>
    </w:p>
    <w:p>
      <w:pPr>
        <w:spacing w:after="80"/>
      </w:pPr>
      <w:r>
        <w:rPr>
          <w:b w:val="0"/>
          <w:i w:val="0"/>
        </w:rPr>
        <w:t>Cửa cabin tàu leo dốc mở ra ở chân đồi Petřín, và Langdon bước xuống, thấy mình đang ở ga Újezd, một điểm trung chuyển taxi, xe buýt và tàu điện náo nhiệt đến bất ngờ. Mong muốn tạo khoảng cách càng xa càng tốt giữa mình và Trung úy Pavel, Langdon quan sát các lựa chọn của mình.</w:t>
      </w:r>
    </w:p>
    <w:p>
      <w:pPr>
        <w:spacing w:after="80"/>
      </w:pPr>
      <w:r>
        <w:rPr>
          <w:b w:val="0"/>
          <w:i w:val="0"/>
        </w:rPr>
        <w:t>Hai lần đi taxi gần đây nhất của anh đều kết thúc không tốt đẹp, và anh quyết định rằng an toàn nhất là bắt tàu điện và lẫn vào đám đông. Tàu điện số #22 là tuyến duy nhất có hàng người chờ lên, và theo tấm biển trên kính chắn gió, nó đi về hướng Trung tâm Prague.</w:t>
      </w:r>
    </w:p>
    <w:p>
      <w:pPr>
        <w:spacing w:after="80"/>
      </w:pPr>
      <w:r>
        <w:rPr>
          <w:b w:val="0"/>
          <w:i w:val="0"/>
        </w:rPr>
        <w:t>Về phía Klementinum…</w:t>
      </w:r>
    </w:p>
    <w:p>
      <w:pPr>
        <w:spacing w:after="80"/>
      </w:pPr>
      <w:r>
        <w:rPr>
          <w:b w:val="0"/>
          <w:i w:val="0"/>
        </w:rPr>
        <w:t>Langdon rất muốn tin rằng thông điệp của Katherine là một lời cầu cứu được mã hóa, mời anh gặp cô tại Kinh Thánh của Quỷ, nhưng anh nhận ra có một vấn đề nhỏ; cô đã gửi email hơn hai tiếng trước—rất lâu trước khi bảo tàng mở cửa. Giờ mở cửa tiêu chuẩn của các bảo tàng ở Prague là 10 giờ sáng, mà lúc này vẫn còn vài phút nữa mới tới.</w:t>
      </w:r>
    </w:p>
    <w:p>
      <w:pPr>
        <w:spacing w:after="80"/>
      </w:pPr>
      <w:r>
        <w:rPr>
          <w:b w:val="0"/>
          <w:i w:val="0"/>
        </w:rPr>
        <w:t>Có phải cô ấy đã đợi bên ngoài suốt thời gian qua?</w:t>
      </w:r>
    </w:p>
    <w:p>
      <w:pPr>
        <w:spacing w:after="80"/>
      </w:pPr>
      <w:r>
        <w:rPr>
          <w:b w:val="0"/>
          <w:i w:val="0"/>
        </w:rPr>
        <w:t>Dù bị dày vò bởi sự bất định, Langdon vẫn lên chuyến tàu điện số 22 và hướng đến bảo tàng nơi lưu giữ cuốn Kinh thánh của Quỷ. Khi băng qua sông, anh hy vọng sẽ tìm được thứ mình đang tìm kiếm—như anh đã làm nhiều lần trong đời—với sự trợ giúp của một cuốn sách cổ.</w:t>
      </w:r>
    </w:p>
    <w:p>
      <w:pPr>
        <w:jc w:val="center"/>
      </w:pPr>
      <w:r>
        <w:drawing>
          <wp:inline xmlns:a="http://schemas.openxmlformats.org/drawingml/2006/main" xmlns:pic="http://schemas.openxmlformats.org/drawingml/2006/picture">
            <wp:extent cx="5486400" cy="362122"/>
            <wp:docPr id="49" name="Picture 49"/>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Khi Trung úy Pavel quay lại được chiếc sedan của mình dưới chân Tháp Petřín, đầu anh đau nhức đến mức tầm nhìn nhòe đi. Anh trượt vào sau tay lái, nhắm mắt lại và suy ngẫm về hành động tiếp theo. Anh cảm thấy mình cần đến bệnh viện, nhưng việc truy đuổi Langdon thì gấp gáp, và anh không muốn từ bỏ nó—hay từ bỏ đội trưởng của mình.</w:t>
      </w:r>
    </w:p>
    <w:p>
      <w:pPr>
        <w:spacing w:after="80"/>
      </w:pPr>
      <w:r>
        <w:rPr>
          <w:b w:val="0"/>
          <w:i w:val="0"/>
        </w:rPr>
        <w:t>Bất chấp danh tiếng của vị giáo sư như một học giả hiền lành, ông ta hóa ra lại là một tên tội phạm nguy hiểm và vô cùng mưu mẹo. Dẫu vậy, khả năng chạy trốn của ông ta cũng có giới hạn. Gã người Mỹ đang ở ngoài kia, và những thông tin từ Cảnh báo Xanh của Pavel sẽ tiếp tục đổ thẳng về điện thoại trong túi của đội trưởng.</w:t>
      </w:r>
    </w:p>
    <w:p>
      <w:pPr>
        <w:spacing w:after="80"/>
      </w:pPr>
      <w:r>
        <w:rPr>
          <w:b w:val="0"/>
          <w:i w:val="0"/>
        </w:rPr>
        <w:t>Đáng tiếc thay, sẽ không mất nhiều thời gian để những người khác—ÚZSI, đại sứ quán Mỹ, cảnh sát địa phương—phát hiện ra Langdon là kẻ bị truy nã. Tất cả họ sẽ sớm vào cuộc, và những tổ chức đó sẽ đối xử với Langdon nhẹ nhàng hơn mức ông ta đáng phải chịu.</w:t>
      </w:r>
    </w:p>
    <w:p>
      <w:pPr>
        <w:spacing w:after="80"/>
      </w:pPr>
      <w:r>
        <w:rPr>
          <w:b w:val="0"/>
          <w:i w:val="0"/>
        </w:rPr>
        <w:t>Pavel biết cơ hội báo thù của mình đang khép lại rất nhanh…và chỉ có một cách để anh có thể tôn vinh trọn vẹn ký ức của đội trưởng.</w:t>
      </w:r>
    </w:p>
    <w:p>
      <w:pPr>
        <w:spacing w:after="80"/>
      </w:pPr>
      <w:r>
        <w:rPr>
          <w:b w:val="0"/>
          <w:i w:val="0"/>
        </w:rPr>
        <w:t>Tìm ra Langdon trước khi bất kỳ ai khác chạm được vào ông ta.</w:t>
      </w:r>
    </w:p>
    <w:p>
      <w:pPr>
        <w:jc w:val="center"/>
      </w:pPr>
      <w:r>
        <w:drawing>
          <wp:inline xmlns:a="http://schemas.openxmlformats.org/drawingml/2006/main" xmlns:pic="http://schemas.openxmlformats.org/drawingml/2006/picture">
            <wp:extent cx="5486400" cy="362122"/>
            <wp:docPr id="50" name="Picture 50"/>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 xml:space="preserve">Người soát vé chuyến tàu điện số 22 của Praha đã chứng kiến không ít điều kỳ quặc trong sự nghiệp của mình. Bình thường cô sẽ chẳng buồn nhìn lại một du khách liều lĩnh chỉ mặc áo len và đi giày lười giữa mùa đông. Nhưng </w:t>
      </w:r>
      <w:r>
        <w:rPr>
          <w:b w:val="0"/>
          <w:i/>
        </w:rPr>
        <w:t>người đàn ông này</w:t>
      </w:r>
      <w:r>
        <w:rPr>
          <w:b w:val="0"/>
          <w:i w:val="0"/>
        </w:rPr>
        <w:t xml:space="preserve"> vừa bước xuống tàu và đi ngang qua ngay trước cửa sổ của cô. Cô để ý gương mặt điển trai của anh ta, và trong đầu cô không còn chút nghi ngờ nào. Đây chính là gương mặt đã được phát đến điện thoại của cô dưới dạng "Cảnh báo Xanh" chưa đầy một giờ trước.</w:t>
      </w:r>
    </w:p>
    <w:p>
      <w:pPr>
        <w:pStyle w:val="Heading1"/>
      </w:pPr>
      <w:r>
        <w:rPr>
          <w:rFonts w:ascii="Calibri" w:hAnsi="Calibri"/>
          <w:b/>
          <w:i w:val="0"/>
          <w:sz w:val="40"/>
        </w:rPr>
        <w:t>Chương 58</w:t>
      </w:r>
    </w:p>
    <w:p>
      <w:pPr>
        <w:spacing w:after="80"/>
      </w:pPr>
      <w:r>
        <w:rPr>
          <w:b w:val="0"/>
          <w:i w:val="0"/>
        </w:rPr>
        <w:t>Người gác đêm Mark S. Dole say mê công việc của mình tại Tòa nhà Random House. Đã hai năm nay, anh canh gác tòa nhà này, cảm thấy tự hào mỗi khi khoác lên chiếc áo khoác xanh và đội mũ bảo vệ, rồi đứng vào vị trí sau quầy bảo vệ đồ sộ ở sảnh chính. Anh hai mươi tám tuổi và đã hứa với vợ rằng sẽ được thăng chức sang ca ngày trước khi bước sang tuổi ba mươi.</w:t>
      </w:r>
    </w:p>
    <w:p>
      <w:pPr>
        <w:spacing w:after="80"/>
      </w:pPr>
      <w:r>
        <w:rPr>
          <w:b w:val="0"/>
          <w:i w:val="0"/>
        </w:rPr>
        <w:t xml:space="preserve">Một trong những đặc quyền anh thích nhất khi làm việc ở đây là thư viện miễn phí dành cho nhân viên—một kho chứa dưới tầng hầm đầy ắp đủ thứ từ những tác phẩm kinh điển cũ đến các tiểu thuyết ly kỳ hiện đại. Từ khi nhận việc, Dole đã đọc hơn ba chục cuốn sách, và đêm nay anh đang đọc dở </w:t>
      </w:r>
      <w:r>
        <w:rPr>
          <w:b w:val="0"/>
          <w:i/>
        </w:rPr>
        <w:t>Chùm nho thịnh nộ</w:t>
      </w:r>
      <w:r>
        <w:rPr>
          <w:b w:val="0"/>
          <w:i w:val="0"/>
        </w:rPr>
        <w:t xml:space="preserve"> của Steinbeck, cảm thấy may mắn vì có thể nuôi sống gia đình bằng một công việc không phụ thuộc vào thời tiết.</w:t>
      </w:r>
    </w:p>
    <w:p>
      <w:pPr>
        <w:spacing w:after="80"/>
      </w:pPr>
      <w:r>
        <w:rPr>
          <w:b w:val="0"/>
          <w:i w:val="0"/>
        </w:rPr>
        <w:t>Dole ngước lên khỏi cuốn sách khi một chiếc SUV màu đen trượt bánh dừng lại chói tai trước cổng chính. Anh chưa từng thấy chuyện như vậy, đặc biệt là vào lúc 3 giờ 48 phút sáng. Còn đáng ngạc nhiên hơn nữa, người nhảy ra khỏi ghế lái lại chính là biên tập viên Jonas Faukman. Dole không nhớ nổi Faukman từng lái xe đi làm bao giờ chưa, và xét theo cách đỗ xe của ông ta thì đó có lẽ là điều tốt.</w:t>
      </w:r>
    </w:p>
    <w:p>
      <w:pPr>
        <w:spacing w:after="80"/>
      </w:pPr>
      <w:r>
        <w:rPr>
          <w:b w:val="0"/>
          <w:i w:val="0"/>
        </w:rPr>
        <w:t xml:space="preserve">Faukman lúc này đang ở ngoài cánh cửa điện tử, cuống cuồng lục lọi các túi áo. Dole đã thấy màn này nhiều lần rồi. </w:t>
      </w:r>
      <w:r>
        <w:rPr>
          <w:b w:val="0"/>
          <w:i/>
        </w:rPr>
        <w:t>Ông ta quên thẻ ra vào.</w:t>
      </w:r>
      <w:r>
        <w:rPr>
          <w:b w:val="0"/>
          <w:i w:val="0"/>
        </w:rPr>
        <w:t xml:space="preserve"> Người gác đêm nhấn một nút dưới quầy, và cánh cửa tách ra mở.</w:t>
      </w:r>
    </w:p>
    <w:p>
      <w:pPr>
        <w:spacing w:after="80"/>
      </w:pPr>
      <w:r>
        <w:rPr>
          <w:b w:val="0"/>
          <w:i w:val="0"/>
        </w:rPr>
        <w:t>Faukman lao vào sảnh, trông có vẻ hơi điên cuồng.</w:t>
      </w:r>
    </w:p>
    <w:p>
      <w:pPr>
        <w:spacing w:after="80"/>
      </w:pPr>
      <w:r>
        <w:rPr>
          <w:b w:val="0"/>
          <w:i w:val="0"/>
        </w:rPr>
        <w:t>"Mọi chuyện ổn chứ, thưa ông?" Dole hỏi.</w:t>
      </w:r>
    </w:p>
    <w:p>
      <w:pPr>
        <w:spacing w:after="80"/>
      </w:pPr>
      <w:r>
        <w:rPr>
          <w:b w:val="0"/>
          <w:i w:val="0"/>
        </w:rPr>
        <w:t>"Ổn, ổn," vị biên tập viên trấn an anh, dù trông ông chẳng ổn chút nào. Mái tóc rối bù và vẻ mặt tiều tụy của ông trông như thể ông vừa ngồi tàu lượn siêu tốc ở Coney Island suốt cả đêm. "Tôi bị mất ba lô. Thẻ ra vào của tôi ở trong đó."</w:t>
      </w:r>
    </w:p>
    <w:p>
      <w:pPr>
        <w:spacing w:after="80"/>
      </w:pPr>
      <w:r>
        <w:rPr>
          <w:b w:val="0"/>
          <w:i w:val="0"/>
        </w:rPr>
        <w:t>“Tiếc khi nghe điều đó. Tôi sẽ làm cho anh một thẻ tạm.” Anh ta rút ra một tấm thẻ nhựa mới tinh và đưa vào máy từ hóa.</w:t>
      </w:r>
    </w:p>
    <w:p>
      <w:pPr>
        <w:spacing w:after="80"/>
      </w:pPr>
      <w:r>
        <w:rPr>
          <w:b w:val="0"/>
          <w:i w:val="0"/>
        </w:rPr>
        <w:t>Faukman chờ đợi, dựa nặng nề vào quầy, mắt nhắm lại, thở sâu.</w:t>
      </w:r>
    </w:p>
    <w:p>
      <w:pPr>
        <w:spacing w:after="80"/>
      </w:pPr>
      <w:r>
        <w:rPr>
          <w:b w:val="0"/>
          <w:i w:val="0"/>
        </w:rPr>
        <w:t>“Ông Faukman?” Dole nói. “Ông chắc là mình ổn chứ?”</w:t>
      </w:r>
    </w:p>
    <w:p>
      <w:pPr>
        <w:spacing w:after="80"/>
      </w:pPr>
      <w:r>
        <w:rPr>
          <w:b w:val="0"/>
          <w:i w:val="0"/>
        </w:rPr>
        <w:t>Faukman mở mắt. “Ừ, xin lỗi nhé, Mark. Chỉ là…một đêm dài.”</w:t>
      </w:r>
    </w:p>
    <w:p>
      <w:pPr>
        <w:spacing w:after="80"/>
      </w:pPr>
      <w:r>
        <w:rPr>
          <w:b w:val="0"/>
          <w:i w:val="0"/>
        </w:rPr>
        <w:t>“Đang vật lộn với một bản thảo khó nhằn à?” Dole hỏi, đưa cho ông một tấm thẻ ra vào mới.</w:t>
      </w:r>
    </w:p>
    <w:p>
      <w:pPr>
        <w:spacing w:after="80"/>
      </w:pPr>
      <w:r>
        <w:rPr>
          <w:b w:val="0"/>
          <w:i w:val="0"/>
        </w:rPr>
        <w:t>Vị biên tập viên gật đầu một cách chua chát và hướng về phía thang máy. “Cái này phức tạp hơn tôi tưởng.”</w:t>
      </w:r>
    </w:p>
    <w:p>
      <w:pPr>
        <w:jc w:val="center"/>
      </w:pPr>
      <w:r>
        <w:drawing>
          <wp:inline xmlns:a="http://schemas.openxmlformats.org/drawingml/2006/main" xmlns:pic="http://schemas.openxmlformats.org/drawingml/2006/picture">
            <wp:extent cx="5486400" cy="362122"/>
            <wp:docPr id="51" name="Picture 51"/>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Sau khi theo dõi tín hiệu từ điện thoại của Faukman, hai đặc vụ Auger và Chinburg đã đuổi kịp chiếc SUV bị đánh cắp của ông ngay trước khi ông ném điện thoại ra ngoài cửa sổ. Từ đó, họ bí mật bám theo chiếc SUV đến góc phố Fifty-Sixth và Broadway, nơi nó đang đỗ xiên xẹo trước tòa nhà Random House Tower.</w:t>
      </w:r>
    </w:p>
    <w:p>
      <w:pPr>
        <w:spacing w:after="80"/>
      </w:pPr>
      <w:r>
        <w:rPr>
          <w:b w:val="0"/>
          <w:i w:val="0"/>
        </w:rPr>
        <w:t>Câu hỏi là làm sao để tiến hành tiếp.</w:t>
      </w:r>
    </w:p>
    <w:p>
      <w:pPr>
        <w:spacing w:after="80"/>
      </w:pPr>
      <w:r>
        <w:rPr>
          <w:b w:val="0"/>
          <w:i w:val="0"/>
        </w:rPr>
        <w:t>Họ tấp xe vào bên kia đường Broadway, và Auger thực hiện một cuộc gọi bảo mật khác cho Finch, người bắt máy với một tiếng “Nói đi” cộc lốc.</w:t>
      </w:r>
    </w:p>
    <w:p>
      <w:pPr>
        <w:spacing w:after="80"/>
      </w:pPr>
      <w:r>
        <w:rPr>
          <w:b w:val="0"/>
          <w:i w:val="0"/>
        </w:rPr>
        <w:t>“Thưa sếp,” Auger nói, “chúng tôi mất âm thanh của vị biên tập viên, nhưng chúng tôi chặn được vài thông tin đáng kinh ngạc. Có vẻ như nhân viên kỹ thuật của PRH đã biết rằng một trong những người Mỹ ở Prague đã chết.”</w:t>
      </w:r>
    </w:p>
    <w:p>
      <w:pPr>
        <w:spacing w:after="80"/>
      </w:pPr>
      <w:r>
        <w:rPr>
          <w:b w:val="0"/>
          <w:i w:val="0"/>
        </w:rPr>
        <w:t>Finch im lặng một nhịp. “Hắn ta lấy thông tin từ đâu?” ông hỏi, giọng điệu không để lộ điều gì.</w:t>
      </w:r>
    </w:p>
    <w:p>
      <w:pPr>
        <w:spacing w:after="80"/>
      </w:pPr>
      <w:r>
        <w:rPr>
          <w:b w:val="0"/>
          <w:i w:val="0"/>
        </w:rPr>
        <w:t>Auger kể lại những gì họ nghe lén được trong cuộc gọi giữa nhân viên kỹ thuật và Faukman.</w:t>
      </w:r>
    </w:p>
    <w:p>
      <w:pPr>
        <w:spacing w:after="80"/>
      </w:pPr>
      <w:r>
        <w:rPr>
          <w:b w:val="0"/>
          <w:i w:val="0"/>
        </w:rPr>
        <w:t>“Không phải việc của anh,” Finch nói, dập tắt câu hỏi. “Còn gì nữa không?”</w:t>
      </w:r>
    </w:p>
    <w:p>
      <w:pPr>
        <w:spacing w:after="80"/>
      </w:pPr>
      <w:r>
        <w:rPr>
          <w:b w:val="0"/>
          <w:i w:val="0"/>
        </w:rPr>
        <w:t>“Có, thưa sếp,” Auger nói, đã để dành điều tồi tệ nhất cho cuối cùng. “Nhân viên kỹ thuật đó còn khẳng định biết ai là người chịu trách nhiệm cho vụ hack máy chủ của họ.”</w:t>
      </w:r>
    </w:p>
    <w:p>
      <w:pPr>
        <w:spacing w:after="80"/>
      </w:pPr>
      <w:r>
        <w:rPr>
          <w:b w:val="0"/>
          <w:i w:val="0"/>
        </w:rPr>
        <w:t>Finch hít một hơi mạnh. “Đưa máy cho Chinburg.”</w:t>
      </w:r>
    </w:p>
    <w:p>
      <w:pPr>
        <w:spacing w:after="80"/>
      </w:pPr>
      <w:r>
        <w:rPr>
          <w:b w:val="0"/>
          <w:i w:val="0"/>
        </w:rPr>
        <w:t>Auger bật loa ngoài và giơ điện thoại về phía người đồng đội.</w:t>
      </w:r>
    </w:p>
    <w:p>
      <w:pPr>
        <w:spacing w:after="80"/>
      </w:pPr>
      <w:r>
        <w:rPr>
          <w:b w:val="0"/>
          <w:i w:val="0"/>
        </w:rPr>
        <w:t>“Thưa ngài,” Chinburg nói, “chúng tôi tin rằng thông tin của anh kỹ thuật viên đó là sai. Anh ta không chia sẻ chi tiết cụ thể nào, nên chúng tôi thậm chí không biết liệu anh ta có đi đúng hướng hay không.”</w:t>
      </w:r>
    </w:p>
    <w:p>
      <w:pPr>
        <w:spacing w:after="80"/>
      </w:pPr>
      <w:r>
        <w:rPr>
          <w:b w:val="0"/>
          <w:i w:val="0"/>
        </w:rPr>
        <w:t>“Anh đã nói chuyện với đội xâm nhập của mình chưa?” Finch chất vấn.</w:t>
      </w:r>
    </w:p>
    <w:p>
      <w:pPr>
        <w:spacing w:after="80"/>
      </w:pPr>
      <w:r>
        <w:rPr>
          <w:b w:val="0"/>
          <w:i w:val="0"/>
        </w:rPr>
        <w:t>“Rồi, thưa ngài. Vừa xong. Họ đảm bảo với tôi rằng vụ hack đã sạch sẽ.” Chinburg ngập ngừng. “Tuy nhiên, họ có đề cập rằng vì chiến dịch được thực hiện trong thời gian gấp rút như vậy, họ buộc phải ưu tiên tốc độ và hiệu quả hơn các biện pháp ẩn danh dự phòng.”</w:t>
      </w:r>
    </w:p>
    <w:p>
      <w:pPr>
        <w:spacing w:after="80"/>
      </w:pPr>
      <w:r>
        <w:rPr>
          <w:b w:val="0"/>
          <w:i w:val="0"/>
        </w:rPr>
        <w:t xml:space="preserve">“Xin lỗi? Họ đã dùng </w:t>
      </w:r>
      <w:r>
        <w:rPr>
          <w:b w:val="0"/>
          <w:i/>
        </w:rPr>
        <w:t>đường tắt</w:t>
      </w:r>
      <w:r>
        <w:rPr>
          <w:b w:val="0"/>
          <w:i w:val="0"/>
        </w:rPr>
        <w:t>?”</w:t>
      </w:r>
    </w:p>
    <w:p>
      <w:pPr>
        <w:spacing w:after="80"/>
      </w:pPr>
      <w:r>
        <w:rPr>
          <w:b w:val="0"/>
          <w:i w:val="0"/>
        </w:rPr>
        <w:t>“Không, thưa ngài, họ đã thực hiện chiến dịch tốt nhất có thể trong khung thời gian được giao. Họ đảm bảo với tôi rằng độ tin cậy là cao.”</w:t>
      </w:r>
    </w:p>
    <w:p>
      <w:pPr>
        <w:spacing w:after="80"/>
      </w:pPr>
      <w:r>
        <w:rPr>
          <w:b w:val="0"/>
          <w:i w:val="0"/>
        </w:rPr>
        <w:t xml:space="preserve">“Độ tin cậy là cao?” Finch gắt lên, giọng lạnh như băng. “Theo kinh nghiệm của tôi, cụm từ đó chỉ được dùng bởi những kẻ thiếu tự tin.” Đường dây im lặng trọn ba giây. “Tìm hiểu xem anh kỹ thuật viên đó biết những gì…và kiểm soát nó </w:t>
      </w:r>
      <w:r>
        <w:rPr>
          <w:b w:val="0"/>
          <w:i/>
        </w:rPr>
        <w:t>ngay lập tức.</w:t>
      </w:r>
      <w:r>
        <w:rPr>
          <w:b w:val="0"/>
          <w:i w:val="0"/>
        </w:rPr>
        <w:t xml:space="preserve"> Bằng cách nào anh thấy cần thiết.”</w:t>
      </w:r>
    </w:p>
    <w:p>
      <w:pPr>
        <w:spacing w:after="80"/>
      </w:pPr>
      <w:r>
        <w:rPr>
          <w:b w:val="0"/>
          <w:i w:val="0"/>
        </w:rPr>
        <w:t>Cuộc gọi tắt ngấm.</w:t>
      </w:r>
    </w:p>
    <w:p>
      <w:pPr>
        <w:spacing w:after="80"/>
      </w:pPr>
      <w:r>
        <w:rPr>
          <w:b w:val="0"/>
          <w:i w:val="0"/>
        </w:rPr>
        <w:t>Chinburg trông như bị chấn động. “Chết tiệt.”</w:t>
      </w:r>
    </w:p>
    <w:p>
      <w:pPr>
        <w:spacing w:after="80"/>
      </w:pPr>
      <w:r>
        <w:rPr>
          <w:b w:val="0"/>
          <w:i w:val="0"/>
        </w:rPr>
        <w:t>Auger trông có vẻ thích thú. “Độ tin cậy là cao?”</w:t>
      </w:r>
    </w:p>
    <w:p>
      <w:pPr>
        <w:spacing w:after="80"/>
      </w:pPr>
      <w:r>
        <w:rPr>
          <w:b w:val="0"/>
          <w:i w:val="0"/>
        </w:rPr>
        <w:t>“Đừng có giở giọng khốn nạn.”</w:t>
      </w:r>
    </w:p>
    <w:p>
      <w:pPr>
        <w:spacing w:after="80"/>
      </w:pPr>
      <w:r>
        <w:rPr>
          <w:b w:val="0"/>
          <w:i w:val="0"/>
        </w:rPr>
        <w:t>Auger liếc qua đường vào sảnh của tòa nhà chọc trời cao sừng sững. “Nếu Finch muốn thông tin tình báo, chúng ta sẽ phải vào trong.”</w:t>
      </w:r>
    </w:p>
    <w:p>
      <w:pPr>
        <w:spacing w:after="80"/>
      </w:pPr>
      <w:r>
        <w:rPr>
          <w:b w:val="0"/>
          <w:i w:val="0"/>
        </w:rPr>
        <w:t>Việc xác định xem anh kỹ thuật viên đó biết bao nhiêu lẽ ra chỉ đơn giản như kích hoạt từ xa micrô trên điện thoại của Faukman và nghe cuộc trò chuyện mà ông ta sắp có với anh kỹ thuật viên. Đáng tiếc thay, vị biên tập viên đã thực hiện động thái am hiểu bảo mật đầu tiên trong buổi tối nay, và điện thoại của ông ta giờ đang nằm dưới đáy sông Hudson bên dưới cầu George Washington.</w:t>
      </w:r>
    </w:p>
    <w:p>
      <w:pPr>
        <w:spacing w:after="80"/>
      </w:pPr>
      <w:r>
        <w:rPr>
          <w:b w:val="0"/>
          <w:i w:val="0"/>
        </w:rPr>
        <w:t>Không thấy lựa chọn nào khác, Auger nhét vài món đồ vào các ngăn của chiếc áo khoác chiến thuật màu đen và ba lô. Phần buổi tối có sự hỗ trợ của công nghệ vừa kết thúc, nghĩa là đã đến lúc họ phải tự tay làm việc bẩn thỉu.</w:t>
      </w:r>
    </w:p>
    <w:p>
      <w:pPr>
        <w:pStyle w:val="Heading1"/>
      </w:pPr>
      <w:r>
        <w:rPr>
          <w:rFonts w:ascii="Calibri" w:hAnsi="Calibri"/>
          <w:b/>
          <w:i w:val="0"/>
          <w:sz w:val="40"/>
        </w:rPr>
        <w:t>Chương 59</w:t>
      </w:r>
    </w:p>
    <w:p>
      <w:pPr>
        <w:spacing w:after="80"/>
      </w:pPr>
      <w:r>
        <w:rPr>
          <w:b w:val="0"/>
          <w:i w:val="0"/>
        </w:rPr>
        <w:t>Tại Prague, Đại sứ Hoa Kỳ Heide Nagel đứng bên cửa sổ văn phòng, mệt mỏi nhìn về phía khách sạn Alchymist bên kia phố Tržiště. Vừa mới kết thúc việc thông báo cho Dana Daněk về chiến dịch bí mật mà cô vô tình vấp phải sáng nay, vị đại sứ đã cho người liên lạc báo chí quay về văn phòng để chờ lệnh tiếp theo. Không có gì đáng ngạc nhiên, Dana đã hoảng sợ vì những gì cô biết được.</w:t>
      </w:r>
    </w:p>
    <w:p>
      <w:pPr>
        <w:spacing w:after="80"/>
      </w:pPr>
      <w:r>
        <w:rPr>
          <w:b w:val="0"/>
          <w:i/>
        </w:rPr>
        <w:t>Tốt,</w:t>
      </w:r>
      <w:r>
        <w:rPr>
          <w:b w:val="0"/>
          <w:i w:val="0"/>
        </w:rPr>
        <w:t xml:space="preserve"> Nagel nghĩ. </w:t>
      </w:r>
      <w:r>
        <w:rPr>
          <w:b w:val="0"/>
          <w:i/>
        </w:rPr>
        <w:t>Nỗi sợ có lẽ là cách duy nhất để kiểm soát cô ta.</w:t>
      </w:r>
    </w:p>
    <w:p>
      <w:pPr>
        <w:spacing w:after="80"/>
      </w:pPr>
      <w:r>
        <w:rPr>
          <w:b w:val="0"/>
          <w:i w:val="0"/>
        </w:rPr>
        <w:t>Một tiếng gõ cửa nhẹ thu hút sự chú ý của Nagel. Cô quay lại và thấy một lính thủy quân lục chiến Hoa Kỳ đang đứng nghiêm trong bộ lễ phục truyền thống màu xanh lam và trắng. Một nhóm an ninh đại sứ quán gồm tám người của Thủy quân Lục chiến là một phần trong đội ngũ bảo vệ các đại sứ quán Hoa Kỳ và các nhà ngoại giao chủ chốt trên khắp thế giới.</w:t>
      </w:r>
    </w:p>
    <w:p>
      <w:pPr>
        <w:spacing w:after="80"/>
      </w:pPr>
      <w:r>
        <w:rPr>
          <w:b w:val="0"/>
          <w:i w:val="0"/>
        </w:rPr>
        <w:t>"Thưa Đại sứ," người lính thủy quân lục chiến nói. "Chúng ta có một tình huống."</w:t>
      </w:r>
    </w:p>
    <w:p>
      <w:pPr>
        <w:spacing w:after="80"/>
      </w:pPr>
      <w:r>
        <w:rPr>
          <w:b w:val="0"/>
          <w:i/>
        </w:rPr>
        <w:t>Càng đông càng vui…Tôi đã có sẵn một tình huống chết tiệt rồi,</w:t>
      </w:r>
      <w:r>
        <w:rPr>
          <w:b w:val="0"/>
          <w:i w:val="0"/>
        </w:rPr>
        <w:t xml:space="preserve"> cô nghĩ, nhưng vẫy tay cho anh ta vào.</w:t>
      </w:r>
    </w:p>
    <w:p>
      <w:pPr>
        <w:spacing w:after="80"/>
      </w:pPr>
      <w:r>
        <w:rPr>
          <w:b w:val="0"/>
          <w:i w:val="0"/>
        </w:rPr>
        <w:t>Người đàn ông bước vào văn phòng của cô. "Thưa bà, Đại úy Janáček của ÚZSI đã phát đi cảnh báo công khai về một công dân Mỹ." Anh ta kiểm tra một tấm thẻ ghi chú. "Tên anh ta là Robert Langdon."</w:t>
      </w:r>
    </w:p>
    <w:p>
      <w:pPr>
        <w:spacing w:after="80"/>
      </w:pPr>
      <w:r>
        <w:rPr>
          <w:b w:val="0"/>
          <w:i w:val="0"/>
        </w:rPr>
        <w:t xml:space="preserve">Nagel nhắm mắt lại, không thể tin nổi rằng lời đe dọa vạch trần Janáček của cô đã không khiến viên đại úy dừng bước. </w:t>
      </w:r>
      <w:r>
        <w:rPr>
          <w:b w:val="0"/>
          <w:i/>
        </w:rPr>
        <w:t>Janáček đang dốc toàn lực vào Robert Langdon? Chết tiệt.</w:t>
      </w:r>
      <w:r>
        <w:rPr>
          <w:b w:val="0"/>
          <w:i w:val="0"/>
        </w:rPr>
        <w:t xml:space="preserve"> Rõ ràng là cô đã không thuyết phục hay đáng sợ như cô tưởng tượng.</w:t>
      </w:r>
    </w:p>
    <w:p>
      <w:pPr>
        <w:spacing w:after="80"/>
      </w:pPr>
      <w:r>
        <w:rPr>
          <w:b w:val="0"/>
          <w:i w:val="0"/>
        </w:rPr>
        <w:t xml:space="preserve">"Và lệnh truy nã là </w:t>
      </w:r>
      <w:r>
        <w:rPr>
          <w:b w:val="0"/>
          <w:i/>
        </w:rPr>
        <w:t>Báo động Xanh</w:t>
      </w:r>
      <w:r>
        <w:rPr>
          <w:b w:val="0"/>
          <w:i w:val="0"/>
        </w:rPr>
        <w:t>," người lính thủy quân lục chiến nói thêm, "nghĩa là ÚZSI đang cáo buộc Langdon đã giết một người của họ."</w:t>
      </w:r>
    </w:p>
    <w:p>
      <w:pPr>
        <w:spacing w:after="80"/>
      </w:pPr>
      <w:r>
        <w:rPr>
          <w:b w:val="0"/>
          <w:i w:val="0"/>
        </w:rPr>
        <w:t>"Cái gì!" cô bùng nổ. "Đó là một lời nói dối chết tiệt!"</w:t>
      </w:r>
    </w:p>
    <w:p>
      <w:pPr>
        <w:spacing w:after="80"/>
      </w:pPr>
      <w:r>
        <w:rPr>
          <w:b w:val="0"/>
          <w:i w:val="0"/>
        </w:rPr>
        <w:t>"Nếu chúng ta không tìm ra Langdon ngay lập tức…" người lính thủy quân lục chiến nói khẽ, "ai đó sẽ hạ gục anh ta."</w:t>
      </w:r>
    </w:p>
    <w:p>
      <w:pPr>
        <w:spacing w:after="80"/>
      </w:pPr>
      <w:r>
        <w:rPr>
          <w:b w:val="0"/>
          <w:i w:val="0"/>
        </w:rPr>
        <w:t>Nagel hít thở vài hơi và gật đầu cảm ơn anh ta một cách gượng gạo. "Tôi sẽ có mệnh lệnh cho anh trong giây lát. Làm ơn đóng cửa khi ra ngoài."</w:t>
      </w:r>
    </w:p>
    <w:p>
      <w:pPr>
        <w:spacing w:after="80"/>
      </w:pPr>
      <w:r>
        <w:rPr>
          <w:b w:val="0"/>
          <w:i w:val="0"/>
        </w:rPr>
        <w:t>Người lính thủy quân lục chiến xoay người và rời đi.</w:t>
      </w:r>
    </w:p>
    <w:p>
      <w:pPr>
        <w:spacing w:after="80"/>
      </w:pPr>
      <w:r>
        <w:rPr>
          <w:b w:val="0"/>
          <w:i w:val="0"/>
        </w:rPr>
        <w:t>Nagel ngay lập tức thực hiện một cuộc gọi Signal cho ông Finch.</w:t>
      </w:r>
    </w:p>
    <w:p>
      <w:pPr>
        <w:spacing w:after="80"/>
      </w:pPr>
      <w:r>
        <w:rPr>
          <w:b w:val="0"/>
          <w:i w:val="0"/>
        </w:rPr>
        <w:t>"Cứ nói đi," ông nói, trả lời ngay hồi chuông đầu tiên.</w:t>
      </w:r>
    </w:p>
    <w:p>
      <w:pPr>
        <w:spacing w:after="80"/>
      </w:pPr>
      <w:r>
        <w:rPr>
          <w:b w:val="0"/>
          <w:i w:val="0"/>
        </w:rPr>
        <w:t>Nagel tóm tắt cho ông tình hình đang xấu đi ở Prague:</w:t>
      </w:r>
    </w:p>
    <w:p>
      <w:pPr>
        <w:spacing w:after="80"/>
      </w:pPr>
      <w:r>
        <w:rPr>
          <w:b w:val="0"/>
          <w:i w:val="0"/>
        </w:rPr>
        <w:t>ÚZSI đang truy đuổi Robert Langdon với vũ lực chết người.</w:t>
      </w:r>
    </w:p>
    <w:p>
      <w:pPr>
        <w:spacing w:after="80"/>
      </w:pPr>
      <w:r>
        <w:rPr>
          <w:b w:val="0"/>
          <w:i w:val="0"/>
        </w:rPr>
        <w:t>Katherine Solomon đang mất tích.</w:t>
      </w:r>
    </w:p>
    <w:p>
      <w:pPr>
        <w:spacing w:after="80"/>
      </w:pPr>
      <w:r>
        <w:rPr>
          <w:b w:val="0"/>
          <w:i w:val="0"/>
        </w:rPr>
        <w:t>Tùy viên Harris đã đến Crucifix Bastion nhưng không còn trả lời điện thoại nữa.</w:t>
      </w:r>
    </w:p>
    <w:p>
      <w:pPr>
        <w:spacing w:after="80"/>
      </w:pPr>
      <w:r>
        <w:rPr>
          <w:b w:val="0"/>
          <w:i w:val="0"/>
        </w:rPr>
        <w:t>Finch, đúng như dự đoán, đã nổi giận đùng đùng. “Tôi tưởng cô đã xử lý xong ÚZSI rồi chứ! Cô đang điều hành cái kiểu nửa vời gì ở đó vậy?!”</w:t>
      </w:r>
    </w:p>
    <w:p>
      <w:pPr>
        <w:spacing w:after="80"/>
      </w:pPr>
      <w:r>
        <w:rPr>
          <w:b w:val="0"/>
          <w:i w:val="0"/>
        </w:rPr>
        <w:t xml:space="preserve">“Đây là chiến dịch của </w:t>
      </w:r>
      <w:r>
        <w:rPr>
          <w:b w:val="0"/>
          <w:i/>
        </w:rPr>
        <w:t>chính ông</w:t>
      </w:r>
      <w:r>
        <w:rPr>
          <w:b w:val="0"/>
          <w:i w:val="0"/>
        </w:rPr>
        <w:t>!” Nagel bắn lại. “Và tình huống này là lỗi của chính ông đấy!”</w:t>
      </w:r>
    </w:p>
    <w:p>
      <w:pPr>
        <w:spacing w:after="80"/>
      </w:pPr>
      <w:r>
        <w:rPr>
          <w:b w:val="0"/>
          <w:i w:val="0"/>
        </w:rPr>
        <w:t>Ngay cả khi vừa thốt ra những lời đó, Nagel đã biết mình đã vượt quá giới hạn.</w:t>
      </w:r>
    </w:p>
    <w:p>
      <w:pPr>
        <w:spacing w:after="80"/>
      </w:pPr>
      <w:r>
        <w:rPr>
          <w:b w:val="0"/>
          <w:i w:val="0"/>
        </w:rPr>
        <w:t xml:space="preserve">Giọng Finch trở nên nhỏ nhẹ một cách khác thường. “Heide,” ông ta thì thầm, bỏ qua chức danh trang trọng của cô như để nhắc nhở rằng cô chỉ là một con tốt trong thế giới của ông ta. “Tôi khuyên cô nên nhớ ai là người đã đặt cô vào vị trí này…và </w:t>
      </w:r>
      <w:r>
        <w:rPr>
          <w:b w:val="0"/>
          <w:i/>
        </w:rPr>
        <w:t>vì sao.</w:t>
      </w:r>
      <w:r>
        <w:rPr>
          <w:b w:val="0"/>
          <w:i w:val="0"/>
        </w:rPr>
        <w:t>”</w:t>
      </w:r>
    </w:p>
    <w:p>
      <w:pPr>
        <w:jc w:val="center"/>
      </w:pPr>
      <w:r>
        <w:drawing>
          <wp:inline xmlns:a="http://schemas.openxmlformats.org/drawingml/2006/main" xmlns:pic="http://schemas.openxmlformats.org/drawingml/2006/picture">
            <wp:extent cx="5486400" cy="362122"/>
            <wp:docPr id="52" name="Picture 52"/>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Sĩ quan hiện trường Housemore đã ngủ chưa được một tiếng.</w:t>
      </w:r>
    </w:p>
    <w:p>
      <w:pPr>
        <w:spacing w:after="80"/>
      </w:pPr>
      <w:r>
        <w:rPr>
          <w:b w:val="0"/>
          <w:i w:val="0"/>
        </w:rPr>
        <w:t>Giờ đây cô đang đứng trước bồn rửa với đôi mắt nhèm nhem, vừa bị đánh thức bởi một cuộc gọi mới từ ông Finch ra lệnh cập nhật.</w:t>
      </w:r>
    </w:p>
    <w:p>
      <w:pPr>
        <w:spacing w:after="80"/>
      </w:pPr>
      <w:r>
        <w:rPr>
          <w:b w:val="0"/>
          <w:i w:val="0"/>
        </w:rPr>
        <w:t>Đến ngay Pháo đài Crucifix.</w:t>
      </w:r>
    </w:p>
    <w:p>
      <w:pPr>
        <w:spacing w:after="80"/>
      </w:pPr>
      <w:r>
        <w:rPr>
          <w:b w:val="0"/>
          <w:i w:val="0"/>
        </w:rPr>
        <w:t>Bảo vệ phòng thí nghiệm của Gessner.</w:t>
      </w:r>
    </w:p>
    <w:p>
      <w:pPr>
        <w:spacing w:after="80"/>
      </w:pPr>
      <w:r>
        <w:rPr>
          <w:b w:val="0"/>
          <w:i w:val="0"/>
        </w:rPr>
        <w:t xml:space="preserve">Hiểu biết của Housemore về chiến dịch Prague bị “chia cắt thông tin” (compartmentalized). Dù cô biết Gessner là mắt xích thiết yếu của Threshold, cô cũng biết cơ sở ngầm mà Finch đã xây nằm ở một nơi khác trong thành phố. </w:t>
      </w:r>
      <w:r>
        <w:rPr>
          <w:b w:val="0"/>
          <w:i/>
        </w:rPr>
        <w:t>Vậy tại sao lại phải bảo vệ phòng thí nghiệm của Gessner?</w:t>
      </w:r>
    </w:p>
    <w:p>
      <w:pPr>
        <w:spacing w:after="80"/>
      </w:pPr>
      <w:r>
        <w:rPr>
          <w:b w:val="0"/>
          <w:i w:val="0"/>
        </w:rPr>
        <w:t>Ngoài chỉ thị mới, Finch còn cho cô biết tin gây sửng sốt rằng ông ta sẽ đích thân đến Prague. Nếu chính ông trùm đang trên đường đến Prague, thì Housemore biết rằng nhiệm vụ này chắc chắn đã rối tung lên rồi.</w:t>
      </w:r>
    </w:p>
    <w:p>
      <w:pPr>
        <w:jc w:val="center"/>
      </w:pPr>
      <w:r>
        <w:drawing>
          <wp:inline xmlns:a="http://schemas.openxmlformats.org/drawingml/2006/main" xmlns:pic="http://schemas.openxmlformats.org/drawingml/2006/picture">
            <wp:extent cx="5486400" cy="362122"/>
            <wp:docPr id="53" name="Picture 53"/>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 xml:space="preserve">Khi The Golěm băng qua Quảng trường Phố Cổ, hắn đi ngang qua một đám đông khách du lịch đang quây quần quanh một bức tượng đồng và nhấm nháp </w:t>
      </w:r>
      <w:r>
        <w:rPr>
          <w:b w:val="0"/>
          <w:i/>
        </w:rPr>
        <w:t>svařák</w:t>
      </w:r>
      <w:r>
        <w:rPr>
          <w:b w:val="0"/>
          <w:i w:val="0"/>
        </w:rPr>
        <w:t xml:space="preserve"> nóng từ những chiếc cốc nhựa. Giọng của hướng dẫn viên vang lên ầm ĩ qua chiếc loa cầm tay.</w:t>
      </w:r>
    </w:p>
    <w:p>
      <w:pPr>
        <w:spacing w:after="80"/>
      </w:pPr>
      <w:r>
        <w:rPr>
          <w:b w:val="0"/>
          <w:i w:val="0"/>
        </w:rPr>
        <w:t>“Kiệt tác Art Nouveau này,” người hướng dẫn tuyên bố, “khắc họa thủ lĩnh của phong trào cải cách Séc—Jan Hus—người đã bị thiêu sống trên giàn lửa vào năm 1415 vì từ chối tuân theo lệnh của giáo hoàng.”</w:t>
      </w:r>
    </w:p>
    <w:p>
      <w:pPr>
        <w:spacing w:after="80"/>
      </w:pPr>
      <w:r>
        <w:rPr>
          <w:b w:val="0"/>
          <w:i w:val="0"/>
        </w:rPr>
        <w:t>Người hướng dẫn sắp nói tiếp thì phát hiện bóng dáng tối tăm của The Golěm đang đi ngang qua. Dù Prague đầy rẫy những diễn viên hóa trang chụp ảnh kiếm tiền boa, người hướng dẫn dường như quyết định nắm bắt khoảnh khắc để tạo chút kịch tính cho khách hàng của mình.</w:t>
      </w:r>
    </w:p>
    <w:p>
      <w:pPr>
        <w:spacing w:after="80"/>
      </w:pPr>
      <w:r>
        <w:rPr>
          <w:b w:val="0"/>
          <w:i w:val="0"/>
        </w:rPr>
        <w:t>“Thưa quý vị,” anh ta hào hứng thông báo. “Sáng nay chúng ta có một vị khách bất ngờ! Một trong những nhân vật nổi tiếng nhất của Prague!”</w:t>
      </w:r>
    </w:p>
    <w:p>
      <w:pPr>
        <w:spacing w:after="80"/>
      </w:pPr>
      <w:r>
        <w:rPr>
          <w:b w:val="0"/>
          <w:i w:val="0"/>
        </w:rPr>
        <w:t>Đám khách du lịch quay người lại như thể mong chờ được thấy Ivan Lendl hay Martina Navratilova. Thay vào đó, họ thấy một bóng người khoác áo choàng với khuôn mặt đầy bùn đất.</w:t>
      </w:r>
    </w:p>
    <w:p>
      <w:pPr>
        <w:spacing w:after="80"/>
      </w:pPr>
      <w:r>
        <w:rPr>
          <w:b w:val="0"/>
          <w:i w:val="0"/>
        </w:rPr>
        <w:t>“Quái vật golem!” một cậu bé thốt lên. “Chú vừa kể cho tụi con nghe về nó trong giáo đường mà!”</w:t>
      </w:r>
    </w:p>
    <w:p>
      <w:pPr>
        <w:spacing w:after="80"/>
      </w:pPr>
      <w:r>
        <w:rPr>
          <w:b w:val="0"/>
          <w:i w:val="0"/>
        </w:rPr>
        <w:t>“Tuyệt vời,” người hướng dẫn nói, quay sang cậu bé. “Và cháu có nhớ ý nghĩa của những chữ cái Hebrew trên đầu ông ấy không?”</w:t>
      </w:r>
    </w:p>
    <w:p>
      <w:pPr>
        <w:spacing w:after="80"/>
      </w:pPr>
      <w:r>
        <w:rPr>
          <w:b w:val="0"/>
          <w:i w:val="0"/>
        </w:rPr>
        <w:t>“Sự thật ạ!” cậu bé đáp. “Cho đến khi giáo sĩ xóa đi một chữ cái và giết chết ông ấy!”</w:t>
      </w:r>
    </w:p>
    <w:p>
      <w:pPr>
        <w:spacing w:after="80"/>
      </w:pPr>
      <w:r>
        <w:rPr>
          <w:b w:val="0"/>
          <w:i w:val="0"/>
        </w:rPr>
        <w:t xml:space="preserve">“Tuyệt vời,” người hướng dẫn nói khi The Golěm đi ngang qua. “Được rồi, có vẻ hôm nay không có cơ hội chụp ảnh cùng golem, nhưng ai có thể kể tên con quái vật </w:t>
      </w:r>
      <w:r>
        <w:rPr>
          <w:b w:val="0"/>
          <w:i/>
        </w:rPr>
        <w:t>nổi tiếng thứ hai</w:t>
      </w:r>
      <w:r>
        <w:rPr>
          <w:b w:val="0"/>
          <w:i w:val="0"/>
        </w:rPr>
        <w:t xml:space="preserve"> ở Prague nào?”</w:t>
      </w:r>
    </w:p>
    <w:p>
      <w:pPr>
        <w:spacing w:after="80"/>
      </w:pPr>
      <w:r>
        <w:rPr>
          <w:b w:val="0"/>
          <w:i w:val="0"/>
        </w:rPr>
        <w:t>Không ai trả lời.</w:t>
      </w:r>
    </w:p>
    <w:p>
      <w:pPr>
        <w:spacing w:after="80"/>
      </w:pPr>
      <w:r>
        <w:rPr>
          <w:b w:val="0"/>
          <w:i w:val="0"/>
        </w:rPr>
        <w:t xml:space="preserve">“Con </w:t>
      </w:r>
      <w:r>
        <w:rPr>
          <w:b w:val="0"/>
          <w:i/>
        </w:rPr>
        <w:t>gián</w:t>
      </w:r>
      <w:r>
        <w:rPr>
          <w:b w:val="0"/>
          <w:i w:val="0"/>
        </w:rPr>
        <w:t xml:space="preserve">!” người hướng dẫn nói đầy kịch tính. “Franz Kafka đã viết một truyện ngắn, ngay tại thành phố này, có tên là </w:t>
      </w:r>
      <w:r>
        <w:rPr>
          <w:b w:val="0"/>
          <w:i/>
        </w:rPr>
        <w:t>The Metamorphosis</w:t>
      </w:r>
      <w:r>
        <w:rPr>
          <w:b w:val="0"/>
          <w:i w:val="0"/>
        </w:rPr>
        <w:t>—trong đó một chàng trai trẻ thức dậy trên giường vào một buổi sáng và phát hiện mình đã biến thành…một con gián khổng lồ!”</w:t>
      </w:r>
    </w:p>
    <w:p>
      <w:pPr>
        <w:spacing w:after="80"/>
      </w:pPr>
      <w:r>
        <w:rPr>
          <w:b w:val="0"/>
          <w:i w:val="0"/>
        </w:rPr>
        <w:t>The Golěm nhanh chóng bỏ lại nhóm phía sau, rời quảng trường và đi về hướng bắc. Vừa bước đi, hắn nhận ra mình đang nghĩ về Franz Kafka và nhớ lại lần đầu tiên nhìn thấy bức tượng nổi tiếng kỳ quái của nhà văn ở Prague—một người khổng lồ khoác áo choàng không có đầu…cõng trên vai một người đàn ông nhỏ bé hơn nhiều.</w:t>
      </w:r>
    </w:p>
    <w:p>
      <w:pPr>
        <w:spacing w:after="80"/>
      </w:pPr>
      <w:r>
        <w:rPr>
          <w:b w:val="0"/>
          <w:i w:val="0"/>
        </w:rPr>
        <w:t>Một sinh vật không mặt mang gánh nặng của một linh hồn yếu ớt hơn.</w:t>
      </w:r>
    </w:p>
    <w:p>
      <w:pPr>
        <w:spacing w:after="80"/>
      </w:pPr>
      <w:r>
        <w:rPr>
          <w:b w:val="0"/>
          <w:i w:val="0"/>
        </w:rPr>
        <w:t>The Golěm cảm thấy ngay một sự đồng cảm với bức tượng.</w:t>
      </w:r>
    </w:p>
    <w:p>
      <w:pPr>
        <w:spacing w:after="80"/>
      </w:pPr>
      <w:r>
        <w:rPr>
          <w:b w:val="0"/>
          <w:i w:val="0"/>
        </w:rPr>
        <w:t xml:space="preserve">Người đàn ông nhỏ bé được nâng đỡ đại diện cho Kafka, người mà trong truyện </w:t>
      </w:r>
      <w:r>
        <w:rPr>
          <w:b w:val="0"/>
          <w:i/>
        </w:rPr>
        <w:t>Description of a Struggle</w:t>
      </w:r>
      <w:r>
        <w:rPr>
          <w:b w:val="0"/>
          <w:i w:val="0"/>
        </w:rPr>
        <w:t xml:space="preserve"> của ông, đã được một người bạn bảo vệ gọi là “người quen” của ông nâng đỡ.</w:t>
      </w:r>
    </w:p>
    <w:p>
      <w:pPr>
        <w:spacing w:after="80"/>
      </w:pPr>
      <w:r>
        <w:rPr>
          <w:b w:val="0"/>
          <w:i w:val="0"/>
        </w:rPr>
        <w:t xml:space="preserve">Người quen ấy đã cõng Kafka, The Golěm nhận ra, cũng giống như golem cõng dân tộc Do Thái. </w:t>
      </w:r>
      <w:r>
        <w:rPr>
          <w:b w:val="0"/>
          <w:i/>
        </w:rPr>
        <w:t>Cũng giống như ta cõng Sasha.</w:t>
      </w:r>
    </w:p>
    <w:p>
      <w:pPr>
        <w:spacing w:after="80"/>
      </w:pPr>
      <w:r>
        <w:rPr>
          <w:b w:val="0"/>
          <w:i w:val="0"/>
        </w:rPr>
        <w:t>Những suy nghĩ về Sasha kéo tâm trí hắn trở lại với nhiệm vụ trước mắt.</w:t>
      </w:r>
    </w:p>
    <w:p>
      <w:pPr>
        <w:spacing w:after="80"/>
      </w:pPr>
      <w:r>
        <w:rPr>
          <w:b w:val="0"/>
          <w:i w:val="0"/>
        </w:rPr>
        <w:t>Hôm nay ta sẽ thâm nhập Threshold.</w:t>
      </w:r>
    </w:p>
    <w:p>
      <w:pPr>
        <w:spacing w:after="80"/>
      </w:pPr>
      <w:r>
        <w:rPr>
          <w:b w:val="0"/>
          <w:i w:val="0"/>
        </w:rPr>
        <w:t>Sasha không phải nạn nhân đầu tiên của chúng…cũng sẽ không phải người cuối cùng. Tất cả đều phải bị phá hủy. Mãi mãi.</w:t>
      </w:r>
    </w:p>
    <w:p>
      <w:pPr>
        <w:pStyle w:val="Heading1"/>
      </w:pPr>
      <w:r>
        <w:rPr>
          <w:rFonts w:ascii="Calibri" w:hAnsi="Calibri"/>
          <w:b/>
          <w:i w:val="0"/>
          <w:sz w:val="40"/>
        </w:rPr>
        <w:t>Chương 60</w:t>
      </w:r>
    </w:p>
    <w:p>
      <w:pPr>
        <w:spacing w:after="80"/>
      </w:pPr>
      <w:r>
        <w:rPr>
          <w:b w:val="0"/>
          <w:i w:val="0"/>
        </w:rPr>
        <w:t>Langdon vội vã bước dọc theo vỉa hè về phía Klementinum, mắt đảo khắp đám đông thưa thớt tìm bất kỳ dấu hiệu nào của Katherine. Một cơn gió lạnh lại quất quanh ông khi ông hướng tới tháp thiên văn của bảo tàng, nơi có thể nhìn thấy nhô lên trên những tòa nhà khác cách đó chưa đầy một kilômét.</w:t>
      </w:r>
    </w:p>
    <w:p>
      <w:pPr>
        <w:spacing w:after="80"/>
      </w:pPr>
      <w:r>
        <w:rPr>
          <w:b w:val="0"/>
          <w:i w:val="0"/>
        </w:rPr>
        <w:t xml:space="preserve">Ông đi ngang qua khách sạn Mozart Prague xa hoa, nơi chính Wolfgang đã từng chơi nhiều buổi hòa nhạc riêng, và ông nhớ lại có lần đã chứng kiến mặt tiền nhạt màu của nó được biến đổi một cách kỳ diệu thành những khuông nhạc cao vút cuộn qua đồng bộ với một bản ghi âm được khuếch đại của </w:t>
      </w:r>
      <w:r>
        <w:rPr>
          <w:b w:val="0"/>
          <w:i/>
        </w:rPr>
        <w:t>Eine kleine Nachtmusik.</w:t>
      </w:r>
      <w:r>
        <w:rPr>
          <w:b w:val="0"/>
          <w:i w:val="0"/>
        </w:rPr>
        <w:t xml:space="preserve"> Mỗi tháng Mười, Prague tổ chức Signal Festival, một tuần lễ mà trong đó các công trình kiến trúc mang tính biểu tượng được biến thành những tấm toan bằng cách sử dụng chiếu sáng và video mapping. Tác phẩm Langdon thích nhất là một màn chiếu cao vút trên Cung điện Tổng Giám mục mô tả nguồn gốc và sự tiến hóa của các loài—một sự trớ trêu phản ánh niềm đam mê không nao núng của Prague đối với nghệ thuật tiên phong.</w:t>
      </w:r>
    </w:p>
    <w:p>
      <w:pPr>
        <w:spacing w:after="80"/>
      </w:pPr>
      <w:r>
        <w:rPr>
          <w:b w:val="0"/>
          <w:i w:val="0"/>
        </w:rPr>
        <w:t>Khi đi ngang qua khách sạn, bước chân của Langdon bỗng chậm lại, mắt anh bị hút về phía một quầy quảng cáo trong một công viên nhỏ. Tấm áp phích mô tả một đội quân tương lai đang hành quân băng qua một hành tinh hoang vắng. Phía trên những chiến binh vũ trang ấy treo một từ duy nhất mà sự xuất hiện của nó ngay lúc này khiến anh thấy trùng hợp đến chói tai.</w:t>
      </w:r>
    </w:p>
    <w:p>
      <w:pPr>
        <w:spacing w:after="80"/>
      </w:pPr>
      <w:r>
        <w:rPr>
          <w:b w:val="0"/>
          <w:i w:val="0"/>
        </w:rPr>
        <w:t>Halo.</w:t>
      </w:r>
    </w:p>
    <w:p>
      <w:pPr>
        <w:spacing w:after="80"/>
      </w:pPr>
      <w:r>
        <w:rPr>
          <w:b w:val="0"/>
          <w:i w:val="0"/>
        </w:rPr>
        <w:t>Có phải vũ trụ đang chế giễu mình không?</w:t>
      </w:r>
    </w:p>
    <w:p>
      <w:pPr>
        <w:spacing w:after="80"/>
      </w:pPr>
      <w:r>
        <w:rPr>
          <w:b w:val="0"/>
          <w:i w:val="0"/>
        </w:rPr>
        <w:t>Tấm áp phích đầy điềm gở này, dĩ nhiên, không hề ám chỉ một biểu tượng rạng ngời của trí tuệ khai sáng mà là một loạt trò chơi máy tính cực kỳ nổi tiếng, mà theo lời các sinh viên của Langdon, đã khéo léo chiếm lấy sức cộng hưởng văn hóa của Kitô giáo bằng cách đưa vào những thuật ngữ trong Kinh Thánh như Covenant (Giao Ước), Ark (Con Tàu), Prophets (Các Tiên Tri), và Flood (Đại Hồng Thủy), cùng với một tấm thảm dệt những ám chỉ tôn giáo uyên bác.</w:t>
      </w:r>
    </w:p>
    <w:p>
      <w:pPr>
        <w:spacing w:after="80"/>
      </w:pPr>
      <w:r>
        <w:rPr>
          <w:b w:val="0"/>
          <w:i w:val="0"/>
        </w:rPr>
        <w:t>"Nghe có vẻ mình sẽ thích nó đấy," Langdon đã nói với lớp của mình.</w:t>
      </w:r>
    </w:p>
    <w:p>
      <w:pPr>
        <w:spacing w:after="80"/>
      </w:pPr>
      <w:r>
        <w:rPr>
          <w:b w:val="0"/>
          <w:i w:val="0"/>
        </w:rPr>
        <w:t>"Thầy sẽ không thích đâu," một sinh viên đáp lời. "Lũ quái vật với vũ khí hủy diệt sẽ giết thầy ngay lập tức."</w:t>
      </w:r>
    </w:p>
    <w:p>
      <w:pPr>
        <w:spacing w:after="80"/>
      </w:pPr>
      <w:r>
        <w:rPr>
          <w:b w:val="0"/>
          <w:i w:val="0"/>
        </w:rPr>
        <w:t>Langdon chẳng hiểu cậu ta nói gì nhưng quyết định cứ trung thành với trò backgammon trực tuyến.</w:t>
      </w:r>
    </w:p>
    <w:p>
      <w:pPr>
        <w:spacing w:after="80"/>
      </w:pPr>
      <w:r>
        <w:rPr>
          <w:b w:val="0"/>
          <w:i w:val="0"/>
        </w:rPr>
        <w:t xml:space="preserve">Tuy vậy, ngay lúc này, tại Prague, sự xuất hiện của từ </w:t>
      </w:r>
      <w:r>
        <w:rPr>
          <w:b w:val="0"/>
          <w:i/>
        </w:rPr>
        <w:t>halo</w:t>
      </w:r>
      <w:r>
        <w:rPr>
          <w:b w:val="0"/>
          <w:i w:val="0"/>
        </w:rPr>
        <w:t xml:space="preserve"> khiến anh cảm thấy như một sự ám chỉ được canh thời điểm đến rợn người dành cho Katherine. Anh không chắc nên coi đây là điềm lành hay điềm báo chẳng lành, nhất là khi họ vừa bàn về chủ đề này chỉ hai ngày trước.</w:t>
      </w:r>
    </w:p>
    <w:p>
      <w:pPr>
        <w:spacing w:after="80"/>
      </w:pPr>
      <w:r>
        <w:rPr>
          <w:b w:val="0"/>
          <w:i w:val="0"/>
        </w:rPr>
        <w:t xml:space="preserve">"Hào quang bị hiểu sai hoàn toàn," cô đã nói. "Người ta luôn hình dung chúng như những luồng sáng rạng rỡ bao quanh đầu, thể hiện năng lượng tuôn </w:t>
      </w:r>
      <w:r>
        <w:rPr>
          <w:b w:val="0"/>
          <w:i/>
        </w:rPr>
        <w:t>ra</w:t>
      </w:r>
      <w:r>
        <w:rPr>
          <w:b w:val="0"/>
          <w:i w:val="0"/>
        </w:rPr>
        <w:t xml:space="preserve"> từ một trí tuệ khai sáng. Nhưng em tin rằng chúng ta đang diễn giải hào quang theo chiều ngược lại. Những tia sáng đó đại diện cho những luồng </w:t>
      </w:r>
      <w:r>
        <w:rPr>
          <w:b w:val="0"/>
          <w:i/>
        </w:rPr>
        <w:t>ý thức</w:t>
      </w:r>
      <w:r>
        <w:rPr>
          <w:b w:val="0"/>
          <w:i w:val="0"/>
        </w:rPr>
        <w:t xml:space="preserve">…tuôn </w:t>
      </w:r>
      <w:r>
        <w:rPr>
          <w:b w:val="0"/>
          <w:i/>
        </w:rPr>
        <w:t>vào</w:t>
      </w:r>
      <w:r>
        <w:rPr>
          <w:b w:val="0"/>
          <w:i w:val="0"/>
        </w:rPr>
        <w:t>…chứ không phải tuôn ra. Nói ai đó có một 'trí tuệ khai sáng' chỉ là một cách khác để nói rằng họ có một 'bộ thu tốt hơn.'"</w:t>
      </w:r>
    </w:p>
    <w:p>
      <w:pPr>
        <w:spacing w:after="80"/>
      </w:pPr>
      <w:r>
        <w:rPr>
          <w:b w:val="0"/>
          <w:i w:val="0"/>
        </w:rPr>
        <w:t xml:space="preserve">Langdon đã nghiên cứu hào quang như những biểu tượng tôn giáo nổi bật trong nhiều năm, vậy mà anh chưa bao giờ nghĩ về chúng theo cách Katherine vừa trình bày. Giống như hầu hết mọi người, anh luôn xem hào quang là tỏa </w:t>
      </w:r>
      <w:r>
        <w:rPr>
          <w:b w:val="0"/>
          <w:i/>
        </w:rPr>
        <w:t>ra ngoài.</w:t>
      </w:r>
      <w:r>
        <w:rPr>
          <w:b w:val="0"/>
          <w:i w:val="0"/>
        </w:rPr>
        <w:t xml:space="preserve"> Cách diễn giải ngược lại khiến anh thấy mất phương hướng. Tuy nhiên, anh phải thừa nhận rằng Kinh Thánh luôn mô tả các tiên tri là những người </w:t>
      </w:r>
      <w:r>
        <w:rPr>
          <w:b w:val="0"/>
          <w:i/>
        </w:rPr>
        <w:t>tiếp nhận</w:t>
      </w:r>
      <w:r>
        <w:rPr>
          <w:b w:val="0"/>
          <w:i w:val="0"/>
        </w:rPr>
        <w:t xml:space="preserve"> trí tuệ thiêng liêng từ Thiên Chúa…chứ không bao giờ tự hình thành hay phát đi trí tuệ ấy.</w:t>
      </w:r>
    </w:p>
    <w:p>
      <w:pPr>
        <w:spacing w:after="80"/>
      </w:pPr>
      <w:r>
        <w:rPr>
          <w:b w:val="0"/>
          <w:i w:val="0"/>
        </w:rPr>
        <w:t xml:space="preserve">Trong Công Vụ 9, sự hoán cải của Sứ đồ Phao-lô trên đường đến Damascus được mô tả là kết quả của một luồng năng lượng </w:t>
      </w:r>
      <w:r>
        <w:rPr>
          <w:b w:val="0"/>
          <w:i/>
        </w:rPr>
        <w:t>nhận được</w:t>
      </w:r>
      <w:r>
        <w:rPr>
          <w:b w:val="0"/>
          <w:i w:val="0"/>
        </w:rPr>
        <w:t xml:space="preserve"> từ trời. Trong Công Vụ 2, Chúa Thánh Thần tuôn </w:t>
      </w:r>
      <w:r>
        <w:rPr>
          <w:b w:val="0"/>
          <w:i/>
        </w:rPr>
        <w:t>vào</w:t>
      </w:r>
      <w:r>
        <w:rPr>
          <w:b w:val="0"/>
          <w:i w:val="0"/>
        </w:rPr>
        <w:t xml:space="preserve"> các sứ đồ và ban cho họ năng lực tức thời để nói nhiều thứ tiếng để họ có thể giảng Phúc Âm. </w:t>
      </w:r>
      <w:r>
        <w:rPr>
          <w:b w:val="0"/>
          <w:i/>
        </w:rPr>
        <w:t>Hội chứng bác học đột ngột chăng?</w:t>
      </w:r>
    </w:p>
    <w:p>
      <w:pPr>
        <w:spacing w:after="80"/>
      </w:pPr>
      <w:r>
        <w:rPr>
          <w:b w:val="0"/>
          <w:i w:val="0"/>
        </w:rPr>
        <w:t>Biểu tượng hào quang gắn liền rộng rãi với Kitô giáo, nhưng Langdon biết có nhiều phiên bản sớm hơn—từ Mithra giáo, Phật giáo, và Hỏa giáo—mô tả những tia năng lượng quanh các nhân vật của họ. Khi Kitô giáo tiếp nhận biểu tượng hào quang, các tia sáng dần bị loại bỏ để thay bằng một đĩa tròn đơn giản lơ lửng trên đầu. Như vậy, một yếu tố biểu tượng quan trọng của hào quang đã bị lãng quên trong lịch sử, và Katherine tin rằng phiên bản đã mất ấy có thể xác nhận một cách hiểu bị lãng quên và trí tuệ cổ xưa…cách hiểu bị lãng quên về thứ mà nay đã trở thành lý thuyết ý thức phi cục bộ (nonlocal consciousness theory).</w:t>
      </w:r>
    </w:p>
    <w:p>
      <w:pPr>
        <w:spacing w:after="80"/>
      </w:pPr>
      <w:r>
        <w:rPr>
          <w:b w:val="0"/>
          <w:i w:val="0"/>
        </w:rPr>
        <w:t>Não là một bộ thu…và ý thức tuôn vào, chứ không phải tuôn ra.</w:t>
      </w:r>
    </w:p>
    <w:p>
      <w:pPr>
        <w:spacing w:after="80"/>
      </w:pPr>
      <w:r>
        <w:rPr>
          <w:b w:val="0"/>
          <w:i w:val="0"/>
        </w:rPr>
        <w:t xml:space="preserve">"Anh vẫn chưa thực sự tin vào khái niệm này, đúng không?" cô thách thức một cách tinh nghịch. "Anh đang chờ một kiểu </w:t>
      </w:r>
      <w:r>
        <w:rPr>
          <w:b w:val="0"/>
          <w:i/>
        </w:rPr>
        <w:t>bằng chứng</w:t>
      </w:r>
      <w:r>
        <w:rPr>
          <w:b w:val="0"/>
          <w:i w:val="0"/>
        </w:rPr>
        <w:t xml:space="preserve"> nào đó rằng não anh là một bộ thu."</w:t>
      </w:r>
    </w:p>
    <w:p>
      <w:pPr>
        <w:spacing w:after="80"/>
      </w:pPr>
      <w:r>
        <w:rPr>
          <w:b w:val="0"/>
          <w:i w:val="0"/>
        </w:rPr>
        <w:t xml:space="preserve">Langdon ngẫm nghĩ. Các mô hình khoa học không bao giờ được </w:t>
      </w:r>
      <w:r>
        <w:rPr>
          <w:b w:val="0"/>
          <w:i/>
        </w:rPr>
        <w:t>chứng minh</w:t>
      </w:r>
      <w:r>
        <w:rPr>
          <w:b w:val="0"/>
          <w:i w:val="0"/>
        </w:rPr>
        <w:t xml:space="preserve"> theo bất kỳ nghĩa tuyệt đối nào. Chúng được chấp nhận nhờ việc liên tục giải thích và dự đoán các quan sát tốt hơn những mô hình thay thế. Khái niệm của Katherine thuyết phục và cũng có thể giải thích nhiều hiện tượng dị thường như ESP (giác quan thứ sáu), trải nghiệm xuất hồn, và hội chứng bác học đột ngột.</w:t>
      </w:r>
    </w:p>
    <w:p>
      <w:pPr>
        <w:spacing w:after="80"/>
      </w:pPr>
      <w:r>
        <w:rPr>
          <w:b w:val="0"/>
          <w:i w:val="0"/>
        </w:rPr>
        <w:t xml:space="preserve">"Nếu anh hỏi em," Katherine nói, "thì trí nhớ siêu phàm của anh hẳn đã là bằng chứng đủ rồi, Robert. Em biết anh tin rằng não anh đã </w:t>
      </w:r>
      <w:r>
        <w:rPr>
          <w:b w:val="0"/>
          <w:i/>
        </w:rPr>
        <w:t>lưu trữ</w:t>
      </w:r>
      <w:r>
        <w:rPr>
          <w:b w:val="0"/>
          <w:i w:val="0"/>
        </w:rPr>
        <w:t xml:space="preserve"> từng hình ảnh anh từng thấy. Nhưng khả năng nhớ lại như ảnh chụp hoàn toàn là điều bất khả thi về mặt vật lý. Khối dữ liệu hình ảnh sống động trong </w:t>
      </w:r>
      <w:r>
        <w:rPr>
          <w:b w:val="0"/>
          <w:i/>
        </w:rPr>
        <w:t>cả cuộc đời</w:t>
      </w:r>
      <w:r>
        <w:rPr>
          <w:b w:val="0"/>
          <w:i w:val="0"/>
        </w:rPr>
        <w:t xml:space="preserve"> anh sẽ làm đầy cả một nhà kho, ngay cả khi dùng những phương pháp lưu trữ kỹ thuật số tiên tiến nhất, vậy mà anh vẫn có thể nhớ lại dữ liệu đó một cách hoàn hảo. Sự thật là, bộ não con người—kể cả </w:t>
      </w:r>
      <w:r>
        <w:rPr>
          <w:b w:val="0"/>
          <w:i/>
        </w:rPr>
        <w:t>bộ não của anh</w:t>
      </w:r>
      <w:r>
        <w:rPr>
          <w:b w:val="0"/>
          <w:i w:val="0"/>
        </w:rPr>
        <w:t>—về mặt vật lý nhỏ bé quá mức để chứa được ngần ấy thông tin."</w:t>
      </w:r>
    </w:p>
    <w:p>
      <w:pPr>
        <w:spacing w:after="80"/>
      </w:pPr>
      <w:r>
        <w:rPr>
          <w:b w:val="0"/>
          <w:i w:val="0"/>
        </w:rPr>
        <w:t xml:space="preserve">Langdon thấy tò mò. "Ý cô là ký ức của chúng ta hoạt động giống như điện toán đám mây (cloud computing)? Toàn bộ dữ liệu ký ức của chúng ta nằm </w:t>
      </w:r>
      <w:r>
        <w:rPr>
          <w:b w:val="0"/>
          <w:i/>
        </w:rPr>
        <w:t>ở một nơi khác</w:t>
      </w:r>
      <w:r>
        <w:rPr>
          <w:b w:val="0"/>
          <w:i w:val="0"/>
        </w:rPr>
        <w:t>…chờ chúng ta truy cập vào."</w:t>
      </w:r>
    </w:p>
    <w:p>
      <w:pPr>
        <w:spacing w:after="80"/>
      </w:pPr>
      <w:r>
        <w:rPr>
          <w:b w:val="0"/>
          <w:i w:val="0"/>
        </w:rPr>
        <w:t>"</w:t>
      </w:r>
      <w:r>
        <w:rPr>
          <w:b w:val="0"/>
          <w:i/>
        </w:rPr>
        <w:t>Chính xác.</w:t>
      </w:r>
      <w:r>
        <w:rPr>
          <w:b w:val="0"/>
          <w:i w:val="0"/>
        </w:rPr>
        <w:t xml:space="preserve"> Bộ não ghi nhớ như ảnh chụp (eidetic) của anh đơn giản chỉ có một cơ chế vượt trội để vươn ra và nắm lấy dữ liệu. Bộ thu nhận của anh rất tinh vi và được tinh chỉnh cao độ để truy cập </w:t>
      </w:r>
      <w:r>
        <w:rPr>
          <w:b w:val="0"/>
          <w:i/>
        </w:rPr>
        <w:t>hình ảnh.</w:t>
      </w:r>
      <w:r>
        <w:rPr>
          <w:b w:val="0"/>
          <w:i w:val="0"/>
        </w:rPr>
        <w:t>" Cô mỉm cười. "Nhưng có lẽ hơi ít được tinh chỉnh để truy cập niềm tin và sự tín thác."</w:t>
      </w:r>
    </w:p>
    <w:p>
      <w:pPr>
        <w:spacing w:after="80"/>
      </w:pPr>
      <w:r>
        <w:rPr>
          <w:b w:val="0"/>
          <w:i w:val="0"/>
        </w:rPr>
        <w:t xml:space="preserve">Langdon bật cười. "Chà, tôi có </w:t>
      </w:r>
      <w:r>
        <w:rPr>
          <w:b w:val="0"/>
          <w:i/>
        </w:rPr>
        <w:t>niềm tin</w:t>
      </w:r>
      <w:r>
        <w:rPr>
          <w:b w:val="0"/>
          <w:i w:val="0"/>
        </w:rPr>
        <w:t xml:space="preserve"> vào cô, và tôi </w:t>
      </w:r>
      <w:r>
        <w:rPr>
          <w:b w:val="0"/>
          <w:i/>
        </w:rPr>
        <w:t>tin tưởng</w:t>
      </w:r>
      <w:r>
        <w:rPr>
          <w:b w:val="0"/>
          <w:i w:val="0"/>
        </w:rPr>
        <w:t xml:space="preserve"> rằng chẳng mấy chốc cô sẽ chia sẻ các thí nghiệm khoa học của mình…và giải thích cho tôi chính xác những gì cô đã khám phá ra."</w:t>
      </w:r>
    </w:p>
    <w:p>
      <w:pPr>
        <w:spacing w:after="80"/>
      </w:pPr>
      <w:r>
        <w:rPr>
          <w:b w:val="0"/>
          <w:i w:val="0"/>
        </w:rPr>
        <w:t>"Khéo lắm, Giáo sư ạ," cô nói. "Nhưng ông sẽ phải chờ và đọc cuốn sách thôi."</w:t>
      </w:r>
    </w:p>
    <w:p>
      <w:pPr>
        <w:pStyle w:val="Heading1"/>
      </w:pPr>
      <w:r>
        <w:rPr>
          <w:rFonts w:ascii="Calibri" w:hAnsi="Calibri"/>
          <w:b/>
          <w:i w:val="0"/>
          <w:sz w:val="40"/>
        </w:rPr>
        <w:t>Chương 61</w:t>
      </w:r>
    </w:p>
    <w:p>
      <w:pPr>
        <w:spacing w:after="80"/>
      </w:pPr>
      <w:r>
        <w:rPr>
          <w:b w:val="0"/>
          <w:i w:val="0"/>
        </w:rPr>
        <w:t>Klementinum—cũng như bao công trình tráng lệ khác của châu Âu—được dựng lên để tôn vinh vinh quang của Thiên Chúa Kitô giáo.</w:t>
      </w:r>
    </w:p>
    <w:p>
      <w:pPr>
        <w:spacing w:after="80"/>
      </w:pPr>
      <w:r>
        <w:rPr>
          <w:b w:val="0"/>
          <w:i w:val="0"/>
        </w:rPr>
        <w:t>Hoàng đế Ferdinand I, trong nỗ lực gia tăng sự hiện diện của Giáo hội Công giáo tại Bohemia vào những năm 1500, đã mời đến Prague các thành viên của Dòng Tên (Society of Jesus)—các tu sĩ Jesuit—đang ngày càng phát triển, và dâng tặng họ bất động sản đẹp nhất của thành phố để xây dựng một trường cao đẳng Jesuit. Đến cuối thế kỷ, "Klementinum" của các tu sĩ Jesuit—được đặt theo tên Thánh Clement—đã trở thành một trong những quần thể công trình lớn nhất xứ này, chỉ đứng sau Lâu đài Prague.</w:t>
      </w:r>
    </w:p>
    <w:p>
      <w:pPr>
        <w:spacing w:after="80"/>
      </w:pPr>
      <w:r>
        <w:rPr>
          <w:b w:val="0"/>
          <w:i w:val="0"/>
        </w:rPr>
        <w:t>Nổi tiếng nhờ sự tận tụy với khoa học, trường đại học Klementinum cuối cùng có cả một Tháp Thiên văn (Astronomical Tower) cao tới sáu mươi tám mét, một thư viện khoa học với hàng nghìn cuốn sách, và một Phòng Kinh tuyến (Meridian Room) tài tình, sử dụng hình học và ánh sáng mặt trời để chỉ ra thời điểm chính xác của buổi trưa mỗi ngày, vào khoảnh khắc đó người giữ giờ chính thức sẽ bắn một khẩu đại bác để đánh dấu giữa trưa cho mọi người trong thị trấn.</w:t>
      </w:r>
    </w:p>
    <w:p>
      <w:pPr>
        <w:spacing w:after="80"/>
      </w:pPr>
      <w:r>
        <w:rPr>
          <w:b w:val="0"/>
          <w:i w:val="0"/>
        </w:rPr>
        <w:t>Thời hiện đại, Klementinum chủ yếu hoạt động như trụ sở của Thư viện Quốc gia Séc và như một bảo tàng lịch sử. Những du khách sành sỏi tìm kiếm góc nhìn đẹp nhất về Prague thường leo lên Tháp Thiên văn của Klementinum, hành trình 172 bậc thang của họ được đền đáp bằng những khung cảnh ngoạn mục cùng một triển lãm hấp dẫn về các dụng cụ thiên văn thế kỷ mười tám.</w:t>
      </w:r>
    </w:p>
    <w:p>
      <w:pPr>
        <w:spacing w:after="80"/>
      </w:pPr>
      <w:r>
        <w:rPr>
          <w:b w:val="0"/>
          <w:i w:val="0"/>
        </w:rPr>
        <w:t>Vội vã đi lên con đường hướng về bảo tàng, Robert Langdon chẳng mảy may nghĩ đến vô số kho báu bên trong, mà chỉ tập trung duy nhất vào Katherine và thông điệp bí ẩn đã dẫn anh đến đây. Khi đi ngang qua cổng phía đông của Cầu Charles, Langdon nhận ra mình đang đứng trên đúng vỉa hè mà anh đã chạy qua chỉ vài giờ trước.</w:t>
      </w:r>
    </w:p>
    <w:p>
      <w:pPr>
        <w:spacing w:after="80"/>
      </w:pPr>
      <w:r>
        <w:rPr>
          <w:b w:val="0"/>
          <w:i/>
        </w:rPr>
        <w:t>Mình đang đi vòng tròn,</w:t>
      </w:r>
      <w:r>
        <w:rPr>
          <w:b w:val="0"/>
          <w:i w:val="0"/>
        </w:rPr>
        <w:t xml:space="preserve"> anh nghĩ. </w:t>
      </w:r>
      <w:r>
        <w:rPr>
          <w:b w:val="0"/>
          <w:i/>
        </w:rPr>
        <w:t>Đúng như con cá vàng của Katherine.</w:t>
      </w:r>
    </w:p>
    <w:p>
      <w:pPr>
        <w:spacing w:after="80"/>
      </w:pPr>
      <w:r>
        <w:rPr>
          <w:b w:val="0"/>
          <w:i w:val="0"/>
        </w:rPr>
        <w:t>Lúc đó là 9:55 sáng khi Langdon đến bên ngoài lối vào chính của Klementinum và bắt đầu đảo mắt khắp khu vực tìm Katherine. Cô không có ở đây, nhưng trước sự ngạc nhiên của anh, anh thấy một gia đình đang bước vào qua cánh cửa chính.</w:t>
      </w:r>
    </w:p>
    <w:p>
      <w:pPr>
        <w:spacing w:after="80"/>
      </w:pPr>
      <w:r>
        <w:rPr>
          <w:b w:val="0"/>
          <w:i w:val="0"/>
        </w:rPr>
        <w:t>Bảo tàng mở cửa rồi sao?</w:t>
      </w:r>
    </w:p>
    <w:p>
      <w:pPr>
        <w:spacing w:after="80"/>
      </w:pPr>
      <w:r>
        <w:rPr>
          <w:b w:val="0"/>
          <w:i w:val="0"/>
        </w:rPr>
        <w:t>Cảm thấy một luồng hy vọng rằng Katherine có thể đang chờ bên trong, Langdon vội vã bước qua cửa vào sảnh chờ ấm áp dễ chịu. Anh tưởng bảo tàng sẽ gần như vắng tanh vào giờ sớm này, nhưng thay vào đó sảnh chờ lại nhộn nhịp du khách, nhiều người ngồi trên vali vừa nhâm nhi cà phê vừa ăn bánh donut. Cảnh tượng trông giống phòng chờ sân bay hơn là tiền sảnh của một tu viện Jesuit thế kỷ mười sáu.</w:t>
      </w:r>
    </w:p>
    <w:p>
      <w:pPr>
        <w:spacing w:after="80"/>
      </w:pPr>
      <w:r>
        <w:rPr>
          <w:b w:val="0"/>
          <w:i w:val="0"/>
        </w:rPr>
        <w:t>Cái quái gì thế này?!</w:t>
      </w:r>
    </w:p>
    <w:p>
      <w:pPr>
        <w:spacing w:after="80"/>
      </w:pPr>
      <w:r>
        <w:rPr>
          <w:b w:val="0"/>
          <w:i w:val="0"/>
        </w:rPr>
        <w:t>Một nhân viên bảo tàng hoạt bát bước đến chỗ Langdon với nụ cười. "Cà phê không ạ?" Cô đưa ra một khay cà phê.</w:t>
      </w:r>
    </w:p>
    <w:p>
      <w:pPr>
        <w:spacing w:after="80"/>
      </w:pPr>
      <w:r>
        <w:rPr>
          <w:b w:val="0"/>
          <w:i w:val="0"/>
        </w:rPr>
        <w:t>Sửng sốt, Langdon biết ơn nhận lấy ly đồ uống nóng, quấn những ngón tay tê cóng quanh chiếc cốc giấy ấm áp. "Cảm ơn, nhưng… chuyện gì đang diễn ra ở đây vậy?"</w:t>
      </w:r>
    </w:p>
    <w:p>
      <w:pPr>
        <w:spacing w:after="80"/>
      </w:pPr>
      <w:r>
        <w:rPr>
          <w:b w:val="0"/>
          <w:i w:val="0"/>
        </w:rPr>
        <w:t>Người phụ nữ gật đầu về phía một tấm băng rôn trên tường.</w:t>
      </w:r>
    </w:p>
    <w:p>
      <w:pPr>
        <w:spacing w:after="80"/>
      </w:pPr>
      <w:r>
        <w:rPr>
          <w:b w:val="0"/>
          <w:i w:val="0"/>
        </w:rPr>
        <w:t>Klementinum</w:t>
      </w:r>
    </w:p>
    <w:p>
      <w:pPr>
        <w:spacing w:after="80"/>
      </w:pPr>
      <w:r>
        <w:rPr>
          <w:b w:val="0"/>
          <w:i w:val="0"/>
        </w:rPr>
        <w:t>Nay mở cửa từ 7 giờ sáng!</w:t>
      </w:r>
    </w:p>
    <w:p>
      <w:pPr>
        <w:spacing w:after="80"/>
      </w:pPr>
      <w:r>
        <w:rPr>
          <w:b w:val="0"/>
          <w:i w:val="0"/>
        </w:rPr>
        <w:t>"Sáng kiến tiếp thị mới đấy," cô vui vẻ nói. "Hầu hết các chuyến bay từ Mỹ đều đến lúc sáu giờ sáng, nên du khách có hàng giờ đồng hồ để giết thời gian trước khi nhận phòng khách sạn. Chúng tôi cung cấp xe đưa đón sân bay miễn phí, giữ hành lý, cà phê và bánh donut…</w:t>
      </w:r>
      <w:r>
        <w:rPr>
          <w:b w:val="0"/>
          <w:i/>
        </w:rPr>
        <w:t>et voilà</w:t>
      </w:r>
      <w:r>
        <w:rPr>
          <w:b w:val="0"/>
          <w:i w:val="0"/>
        </w:rPr>
        <w:t>!" Cô chỉ tay về phía sảnh đông kín người. "Miễn là lôi được các bạn người Mỹ vào bảo tàng, phải không nào?!" Rồi cô bước đi.</w:t>
      </w:r>
    </w:p>
    <w:p>
      <w:pPr>
        <w:spacing w:after="80"/>
      </w:pPr>
      <w:r>
        <w:rPr>
          <w:b w:val="0"/>
          <w:i w:val="0"/>
        </w:rPr>
        <w:t>Lời bình luận ấy hẳn sẽ xúc phạm hơn nếu Langdon chưa từng nghe nói rằng một trong những điểm thu hút du khách nổi tiếng nhất của Prague giờ đây là một trường bắn dưới lòng đất, nơi người Mỹ có thể hợp pháp bắn đủ loại vũ khí tự động kỳ lạ.</w:t>
      </w:r>
    </w:p>
    <w:p>
      <w:pPr>
        <w:spacing w:after="80"/>
      </w:pPr>
      <w:r>
        <w:rPr>
          <w:b w:val="0"/>
          <w:i w:val="0"/>
        </w:rPr>
        <w:t xml:space="preserve">Tuy vậy, giờ đây anh cảm thấy một mảnh ghép của câu đố đã vào đúng vị trí. </w:t>
      </w:r>
      <w:r>
        <w:rPr>
          <w:b w:val="0"/>
          <w:i/>
        </w:rPr>
        <w:t>Khi Katherine gửi email, bảo tàng đang mở cửa!</w:t>
      </w:r>
      <w:r>
        <w:rPr>
          <w:b w:val="0"/>
          <w:i w:val="0"/>
        </w:rPr>
        <w:t xml:space="preserve"> Thêm nữa, cô ấy hẳn đã phải đi ngang qua đúng lối vào trên đường đến phòng thí nghiệm của Gessner. </w:t>
      </w:r>
      <w:r>
        <w:rPr>
          <w:b w:val="0"/>
          <w:i/>
        </w:rPr>
        <w:t>Có phải cô ấy đã bước vào…và cố gắng triệu hồi mình? Codex XL…</w:t>
      </w:r>
    </w:p>
    <w:p>
      <w:pPr>
        <w:spacing w:after="80"/>
      </w:pPr>
      <w:r>
        <w:rPr>
          <w:b w:val="0"/>
          <w:i w:val="0"/>
        </w:rPr>
        <w:t>Được tiếp thêm hy vọng bởi ý nghĩ rằng Katherine có thể vẫn đang ở đâu đó trong khu phức hợp tòa nhà này, Langdon đảo mắt khắp sảnh đông đúc tìm mái tóc đen dày của cô. Anh không thấy cô, bèn vội vã đến quầy bán vé để mua một tấm vé toàn quyền. Cô thu ngân có vẻ quan sát anh một lát, gần như đầy nghi ngờ, nhưng vẫn phát thẻ cho anh không chút thắc mắc. Langdon dán thẻ lên áo len rồi vội vã bước qua một loạt hành lang lộng lẫy hướng về đích đến.</w:t>
      </w:r>
    </w:p>
    <w:p>
      <w:pPr>
        <w:spacing w:after="80"/>
      </w:pPr>
      <w:r>
        <w:rPr>
          <w:b w:val="0"/>
          <w:i w:val="0"/>
        </w:rPr>
        <w:t>Triển lãm Đặc biệt</w:t>
      </w:r>
    </w:p>
    <w:p>
      <w:pPr>
        <w:spacing w:after="80"/>
      </w:pPr>
      <w:r>
        <w:rPr>
          <w:b w:val="0"/>
          <w:i w:val="0"/>
        </w:rPr>
        <w:t>Codex Gigas</w:t>
      </w:r>
    </w:p>
    <w:p>
      <w:pPr>
        <w:spacing w:after="80"/>
      </w:pPr>
      <w:r>
        <w:rPr>
          <w:b w:val="0"/>
          <w:i w:val="0"/>
        </w:rPr>
        <w:t>(Kinh thánh của Quỷ)</w:t>
      </w:r>
    </w:p>
    <w:p>
      <w:pPr>
        <w:spacing w:after="80"/>
      </w:pPr>
      <w:r>
        <w:rPr>
          <w:b w:val="0"/>
          <w:i w:val="0"/>
        </w:rPr>
        <w:t>Khi đến cổng lớn của thư viện, một người hướng dẫn viên chặn anh lại. Sau khi xem thẻ của Langdon, anh ta dán thêm một miếng nhãn đỏ lên đó.</w:t>
      </w:r>
    </w:p>
    <w:p>
      <w:pPr>
        <w:spacing w:after="80"/>
      </w:pPr>
      <w:r>
        <w:rPr>
          <w:b w:val="0"/>
          <w:i w:val="0"/>
        </w:rPr>
        <w:t>"Ngài có khung thời gian một tiếng," người hướng dẫn nói. "Chúc ngài thưởng thức vui vẻ."</w:t>
      </w:r>
    </w:p>
    <w:p>
      <w:pPr>
        <w:spacing w:after="80"/>
      </w:pPr>
      <w:r>
        <w:rPr>
          <w:b w:val="0"/>
          <w:i w:val="0"/>
        </w:rPr>
        <w:t xml:space="preserve">Langdon đã quên mất rằng việc vào Thư viện Baroque bị giới hạn theo từng khung giờ một tiếng, nghĩa là nếu Katherine đã gửi email từ bên trong…thì thời gian được phép của cô ấy hẳn đã hết từ lâu rồi. </w:t>
      </w:r>
      <w:r>
        <w:rPr>
          <w:b w:val="0"/>
          <w:i/>
        </w:rPr>
        <w:t>Làm ơn, hãy vẫn còn ở đây…đâu đó.</w:t>
      </w:r>
    </w:p>
    <w:p>
      <w:pPr>
        <w:spacing w:after="80"/>
      </w:pPr>
      <w:r>
        <w:rPr>
          <w:b w:val="0"/>
          <w:i w:val="0"/>
        </w:rPr>
        <w:t>Langdon nhanh chóng sải bước qua ngưỡng cửa, bước vào nơi mà tác giả Jorge Luis Borges từng gọi là "thư viện tinh tế nhất châu Âu."</w:t>
      </w:r>
    </w:p>
    <w:p>
      <w:pPr>
        <w:spacing w:after="80"/>
      </w:pPr>
      <w:r>
        <w:rPr>
          <w:b w:val="0"/>
          <w:i w:val="0"/>
        </w:rPr>
        <w:t xml:space="preserve">Ngay cả trong tình trạng khốn đốn hiện tại, Langdon vẫn thấy căn phòng hoàn toàn mê hoặc. Đó là một gian phòng dài và hẹp, với bức bích họa trên trần nhà khắc họa một khoảng trời xanh nhạt ngập ánh nắng, được vẽ vô cùng thần thánh, cùng những thiên thần cherub dường như lơ lửng không trọng lượng trên đầu. Kỹ thuật đánh lừa thị giác (trompe l'oeil) tạo cảm giác như ánh nắng đang tràn </w:t>
      </w:r>
      <w:r>
        <w:rPr>
          <w:b w:val="0"/>
          <w:i/>
        </w:rPr>
        <w:t>xuyên qua</w:t>
      </w:r>
      <w:r>
        <w:rPr>
          <w:b w:val="0"/>
          <w:i w:val="0"/>
        </w:rPr>
        <w:t xml:space="preserve"> chính kết cấu của tòa nhà.</w:t>
      </w:r>
    </w:p>
    <w:p>
      <w:pPr>
        <w:spacing w:after="80"/>
      </w:pPr>
      <w:r>
        <w:rPr>
          <w:b w:val="0"/>
          <w:i w:val="0"/>
        </w:rPr>
        <w:t xml:space="preserve">Đỡ lấy bức bích họa, tường thư viện là những kệ sách cao ba mươi bộ, chứa hơn hai mươi </w:t>
      </w:r>
      <w:r>
        <w:rPr>
          <w:b w:val="0"/>
          <w:i/>
        </w:rPr>
        <w:t>nghìn</w:t>
      </w:r>
      <w:r>
        <w:rPr>
          <w:b w:val="0"/>
          <w:i w:val="0"/>
        </w:rPr>
        <w:t xml:space="preserve"> ấn bản có niên đại từ nhiều thế kỷ trước. Mùi giấy da dê đặc trưng không thể nhầm lẫn thoảng xuống từ những ấn bản cổ nhất của thư viện ở tầng hai—những cuốn có gáy trắng và ký hiệu đỏ—chỉ có thể tiếp cận bằng cách leo lên một cầu thang bí mật dẫn tới ban công bao quanh thư viện. Sàn nhà là một tấm gỗ parquet khảm nạm với độ tinh xảo sánh ngang bất kỳ tác phẩm nào Langdon từng thấy, kể cả sàn của Phòng trưng bày Lớn ở Louvre.</w:t>
      </w:r>
    </w:p>
    <w:p>
      <w:pPr>
        <w:spacing w:after="80"/>
      </w:pPr>
      <w:r>
        <w:rPr>
          <w:b w:val="0"/>
          <w:i w:val="0"/>
        </w:rPr>
        <w:t xml:space="preserve">Langdon dừng lại vài bước vào không gian tĩnh lặng, đưa mắt tìm kiếm trong đám đông lớn xem có dấu hiệu nào của Katherine không. </w:t>
      </w:r>
      <w:r>
        <w:rPr>
          <w:b w:val="0"/>
          <w:i/>
        </w:rPr>
        <w:t>Không có gì.</w:t>
      </w:r>
      <w:r>
        <w:rPr>
          <w:b w:val="0"/>
          <w:i w:val="0"/>
        </w:rPr>
        <w:t xml:space="preserve"> Anh tiến sâu hơn vào căn phòng lộng lẫy, men theo hàng quả địa cầu cổ khổng lồ đặc trưng trải dọc giữa sàn, kéo dài tới tận cuối hội trường. Xen giữa các quả địa cầu là những tấm biển mang một biểu tượng hiển nhiên đến mức Langdon không thể tưởng tượng nổi ai lại không hiểu.</w:t>
      </w:r>
    </w:p>
    <w:p>
      <w:pPr>
        <w:jc w:val="center"/>
      </w:pPr>
      <w:r>
        <w:drawing>
          <wp:inline xmlns:a="http://schemas.openxmlformats.org/drawingml/2006/main" xmlns:pic="http://schemas.openxmlformats.org/drawingml/2006/picture">
            <wp:extent cx="5486400" cy="1085850"/>
            <wp:docPr id="54" name="Picture 54"/>
            <wp:cNvGraphicFramePr>
              <a:graphicFrameLocks noChangeAspect="1"/>
            </wp:cNvGraphicFramePr>
            <a:graphic>
              <a:graphicData uri="http://schemas.openxmlformats.org/drawingml/2006/picture">
                <pic:pic>
                  <pic:nvPicPr>
                    <pic:cNvPr id="0" name="image_rsrc8Y0.jpg"/>
                    <pic:cNvPicPr/>
                  </pic:nvPicPr>
                  <pic:blipFill>
                    <a:blip r:embed="rId27"/>
                    <a:stretch>
                      <a:fillRect/>
                    </a:stretch>
                  </pic:blipFill>
                  <pic:spPr>
                    <a:xfrm>
                      <a:off x="0" y="0"/>
                      <a:ext cx="5486400" cy="1085850"/>
                    </a:xfrm>
                    <a:prstGeom prst="rect"/>
                  </pic:spPr>
                </pic:pic>
              </a:graphicData>
            </a:graphic>
          </wp:inline>
        </w:drawing>
      </w:r>
    </w:p>
    <w:p>
      <w:pPr>
        <w:spacing w:after="80"/>
      </w:pPr>
      <w:r>
        <w:rPr>
          <w:b w:val="0"/>
          <w:i w:val="0"/>
        </w:rPr>
        <w:t>Ai lại quẹt diêm trong một căn phòng đầy sách cổ chứ?!</w:t>
      </w:r>
    </w:p>
    <w:p>
      <w:pPr>
        <w:spacing w:after="80"/>
      </w:pPr>
      <w:r>
        <w:rPr>
          <w:b w:val="0"/>
          <w:i w:val="0"/>
        </w:rPr>
        <w:t>Khi anh tiến sâu hơn vào thư viện, điểm thu hút chính hiện ra trọn vẹn, được du khách vây quanh.</w:t>
      </w:r>
    </w:p>
    <w:p>
      <w:pPr>
        <w:spacing w:after="80"/>
      </w:pPr>
      <w:r>
        <w:rPr>
          <w:b w:val="0"/>
          <w:i w:val="0"/>
        </w:rPr>
        <w:t>Kinh thánh của Quỷ.</w:t>
      </w:r>
    </w:p>
    <w:p>
      <w:pPr>
        <w:spacing w:after="80"/>
      </w:pPr>
      <w:r>
        <w:rPr>
          <w:b w:val="0"/>
          <w:i w:val="0"/>
        </w:rPr>
        <w:t>Cuốn sách khổng lồ được đặt trong một hộp trưng bày bằng Plexiglas hình khối lớn đến mức trông giống phòng hút thuốc ở sân bay hơn là một vật chứa bảo vệ. Nó được bao quanh bởi một đám đông du khách đang thì thầm khe khẽ, chụp ảnh và chiêm ngưỡng cuốn codex (sách chép tay cổ) bí ẩn, đang mở ra ở trang minh họa mang tính biểu tượng về một con quỷ đeo khố bằng lông chồn ermine. Khi Langdon tới, anh hầu như chẳng buồn liếc nhìn cuốn codex, mà thay vào đó quét mắt qua những gương mặt trong đám đông.</w:t>
      </w:r>
    </w:p>
    <w:p>
      <w:pPr>
        <w:spacing w:after="80"/>
      </w:pPr>
      <w:r>
        <w:rPr>
          <w:b w:val="0"/>
          <w:i w:val="0"/>
        </w:rPr>
        <w:t>Em có ở đây không, Katherine?</w:t>
      </w:r>
    </w:p>
    <w:p>
      <w:pPr>
        <w:spacing w:after="80"/>
      </w:pPr>
      <w:r>
        <w:rPr>
          <w:b w:val="0"/>
          <w:i w:val="0"/>
        </w:rPr>
        <w:t xml:space="preserve">Nhiều du khách vẫn còn mặc áo khoác kín mít, một số thổi hơi vào bàn tay. Klementinum giữ thư viện này lạnh một cách đặc biệt—hầu hết sẽ nói là lạnh đến mức khó chịu—như Katherine đã nhận xét hôm qua. Langdon đã giải thích rằng các giám tuyển thường làm lạnh những phòng triển lãm đông đúc nhất để du khách di chuyển qua nhanh hơn, giúp luân chuyển nhanh hơn—một chiến thuật quản lý đám đông, anh lưu ý, mà sau này các nhà hàng thức ăn nhanh đã áp dụng. </w:t>
      </w:r>
      <w:r>
        <w:rPr>
          <w:b w:val="0"/>
          <w:i/>
        </w:rPr>
        <w:t>Vào rồi ra.</w:t>
      </w:r>
    </w:p>
    <w:p>
      <w:pPr>
        <w:spacing w:after="80"/>
      </w:pPr>
      <w:r>
        <w:rPr>
          <w:b w:val="0"/>
          <w:i/>
        </w:rPr>
        <w:t>"Katherine?"</w:t>
      </w:r>
      <w:r>
        <w:rPr>
          <w:b w:val="0"/>
          <w:i w:val="0"/>
        </w:rPr>
        <w:t xml:space="preserve"> Langdon dè dặt gọi vào đám đông im lặng.</w:t>
      </w:r>
    </w:p>
    <w:p>
      <w:pPr>
        <w:spacing w:after="80"/>
      </w:pPr>
      <w:r>
        <w:rPr>
          <w:b w:val="0"/>
          <w:i w:val="0"/>
        </w:rPr>
        <w:t>Vài du khách quay lại và nhìn anh đầy tò mò. Một số còn nhìn lại lần thứ hai, như thể họ nhận ra anh. Ngoài ra thì…không có phản hồi nào.</w:t>
      </w:r>
    </w:p>
    <w:p>
      <w:pPr>
        <w:spacing w:after="80"/>
      </w:pPr>
      <w:r>
        <w:rPr>
          <w:b w:val="0"/>
          <w:i w:val="0"/>
        </w:rPr>
        <w:t>Có lẽ cô ấy đã đến rồi đi mất rồi?</w:t>
      </w:r>
    </w:p>
    <w:p>
      <w:pPr>
        <w:spacing w:after="80"/>
      </w:pPr>
      <w:r>
        <w:rPr>
          <w:b w:val="0"/>
          <w:i w:val="0"/>
        </w:rPr>
        <w:t xml:space="preserve">Anh quét mắt qua đám đông rồi nhìn lên ban công trên cao vắng vẻ. </w:t>
      </w:r>
      <w:r>
        <w:rPr>
          <w:b w:val="0"/>
          <w:i/>
        </w:rPr>
        <w:t>"Katherine Solomon?"</w:t>
      </w:r>
      <w:r>
        <w:rPr>
          <w:b w:val="0"/>
          <w:i w:val="0"/>
        </w:rPr>
        <w:t xml:space="preserve"> anh gọi lại, lần này to hơn.</w:t>
      </w:r>
    </w:p>
    <w:p>
      <w:pPr>
        <w:spacing w:after="80"/>
      </w:pPr>
      <w:r>
        <w:rPr>
          <w:b w:val="0"/>
          <w:i w:val="0"/>
        </w:rPr>
        <w:t>Một người hướng dẫn viên bước tới và ra hiệu cho Langdon im lặng bằng cách đưa ngón tay lên môi. Suy cho cùng, đây là một thư viện. Langdon gật đầu tỏ ý hiểu và lặng lẽ tiếp tục quét mắt khắp căn phòng lộng lẫy theo mọi hướng. Sau hai vòng quay trọn vẹn, anh không thấy dấu hiệu nào của Katherine ở bất cứ đâu.</w:t>
      </w:r>
    </w:p>
    <w:p>
      <w:pPr>
        <w:spacing w:after="80"/>
      </w:pPr>
      <w:r>
        <w:rPr>
          <w:b w:val="0"/>
          <w:i w:val="0"/>
        </w:rPr>
        <w:t>Tim anh chùng xuống khi nghĩ tới thành phố rộng lớn biết bao và anh có quá ít manh mối.</w:t>
      </w:r>
    </w:p>
    <w:p>
      <w:pPr>
        <w:spacing w:after="80"/>
      </w:pPr>
      <w:r>
        <w:rPr>
          <w:b w:val="0"/>
          <w:i w:val="0"/>
        </w:rPr>
        <w:t>Nếu em không ở đây, thì em đang ở đâu?</w:t>
      </w:r>
    </w:p>
    <w:p>
      <w:pPr>
        <w:jc w:val="center"/>
      </w:pPr>
      <w:r>
        <w:drawing>
          <wp:inline xmlns:a="http://schemas.openxmlformats.org/drawingml/2006/main" xmlns:pic="http://schemas.openxmlformats.org/drawingml/2006/picture">
            <wp:extent cx="5486400" cy="362122"/>
            <wp:docPr id="55" name="Picture 55"/>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rPr>
        <w:t>Không có tiếng còi báo động,</w:t>
      </w:r>
      <w:r>
        <w:rPr>
          <w:b w:val="0"/>
          <w:i w:val="0"/>
        </w:rPr>
        <w:t xml:space="preserve"> Pavel nghĩ khi anh phanh gấp lại bên ngoài Klementinum. Cảnh báo Xanh của anh về Langdon đã tạo ra bốn nguồn tin riêng biệt.</w:t>
      </w:r>
    </w:p>
    <w:p>
      <w:pPr>
        <w:spacing w:after="80"/>
      </w:pPr>
      <w:r>
        <w:rPr>
          <w:b w:val="0"/>
          <w:i w:val="0"/>
        </w:rPr>
        <w:t>Một người soát vé tàu điện gần Nhà hát Quốc gia báo cáo rằng Langdon đang di chuyển về phía bắc dọc theo bờ sông.</w:t>
      </w:r>
    </w:p>
    <w:p>
      <w:pPr>
        <w:spacing w:after="80"/>
      </w:pPr>
      <w:r>
        <w:rPr>
          <w:b w:val="0"/>
          <w:i w:val="0"/>
        </w:rPr>
        <w:t>Một tài xế taxi gần Quảng trường Đức Mẹ Đồng Trinh phát hiện ông ta bước vào Klementinum.</w:t>
      </w:r>
    </w:p>
    <w:p>
      <w:pPr>
        <w:spacing w:after="80"/>
      </w:pPr>
      <w:r>
        <w:rPr>
          <w:b w:val="0"/>
          <w:i/>
        </w:rPr>
        <w:t>Chỗ trốn khéo thật,</w:t>
      </w:r>
      <w:r>
        <w:rPr>
          <w:b w:val="0"/>
          <w:i w:val="0"/>
        </w:rPr>
        <w:t xml:space="preserve"> Pavel nghĩ thầm, trong đầu nhớ rõ vị sử gia này hẳn phải biết rõ khu phức hợp tòa nhà này đến mức nào. </w:t>
      </w:r>
      <w:r>
        <w:rPr>
          <w:b w:val="0"/>
          <w:i/>
        </w:rPr>
        <w:t>Không quan trọng. Ta có mắt ở khắp mọi nơi.</w:t>
      </w:r>
    </w:p>
    <w:p>
      <w:pPr>
        <w:spacing w:after="80"/>
      </w:pPr>
      <w:r>
        <w:rPr>
          <w:b w:val="0"/>
          <w:i w:val="0"/>
        </w:rPr>
        <w:t>Pavel vội vã bước vào bảo tàng và đưa bức ảnh của Langdon cho người phụ nữ ở quầy bán vé, cô này không chỉ cho biết người đàn ông này đã mua vé… mà còn chỉ ra chính xác căn phòng mà lúc này ông ta gần như chắc chắn đang đứng.</w:t>
      </w:r>
    </w:p>
    <w:p>
      <w:pPr>
        <w:spacing w:after="80"/>
      </w:pPr>
      <w:r>
        <w:rPr>
          <w:b w:val="0"/>
          <w:i/>
        </w:rPr>
        <w:t>Hắn là của ta rồi,</w:t>
      </w:r>
      <w:r>
        <w:rPr>
          <w:b w:val="0"/>
          <w:i w:val="0"/>
        </w:rPr>
        <w:t xml:space="preserve"> Pavel nghĩ, kín đáo kiểm tra xem vũ khí đã nạp đạn chưa rồi lao vào bảo tàng.</w:t>
      </w:r>
    </w:p>
    <w:p>
      <w:pPr>
        <w:spacing w:after="80"/>
      </w:pPr>
      <w:r>
        <w:rPr>
          <w:b w:val="0"/>
          <w:i w:val="0"/>
        </w:rPr>
        <w:t>“</w:t>
      </w:r>
      <w:r>
        <w:rPr>
          <w:b w:val="0"/>
          <w:i/>
        </w:rPr>
        <w:t>Barokní knihovna!</w:t>
      </w:r>
      <w:r>
        <w:rPr>
          <w:b w:val="0"/>
          <w:i w:val="0"/>
        </w:rPr>
        <w:t>” hắn hét lên với một hướng dẫn viên ở hành lang chính. “Thư viện Baroque! Nó ở đâu?!”</w:t>
      </w:r>
    </w:p>
    <w:p>
      <w:pPr>
        <w:pStyle w:val="Heading1"/>
      </w:pPr>
      <w:r>
        <w:rPr>
          <w:rFonts w:ascii="Calibri" w:hAnsi="Calibri"/>
          <w:b/>
          <w:i w:val="0"/>
          <w:sz w:val="40"/>
        </w:rPr>
        <w:t>Chương 62</w:t>
      </w:r>
    </w:p>
    <w:p>
      <w:pPr>
        <w:spacing w:after="80"/>
      </w:pPr>
      <w:r>
        <w:rPr>
          <w:b w:val="0"/>
          <w:i w:val="0"/>
        </w:rPr>
        <w:t>Người gác đêm Mark Dole quen mặt gần như tất cả những ai được cấp quyền dùng thẻ từ để vào Tòa nhà Random House Tower, nhưng hai người đàn ông vừa dùng thẻ từ quẹt mở cửa bước vào sảnh lớn là người lạ đối với anh.</w:t>
      </w:r>
    </w:p>
    <w:p>
      <w:pPr>
        <w:spacing w:after="80"/>
      </w:pPr>
      <w:r>
        <w:rPr>
          <w:b w:val="0"/>
          <w:i w:val="0"/>
        </w:rPr>
        <w:t>Sự xuất hiện của hai người này, vào giữa đêm và ngay sau khi Faukman bước vào đầy kịch tính, tự nó đã kỳ lạ, nhưng việc cả hai đều mặc đồ quân sự màu đen khiến Dole giật mình lo lắng.</w:t>
      </w:r>
    </w:p>
    <w:p>
      <w:pPr>
        <w:spacing w:after="80"/>
      </w:pPr>
      <w:r>
        <w:rPr>
          <w:b w:val="0"/>
          <w:i w:val="0"/>
        </w:rPr>
        <w:t xml:space="preserve">“Chào các quý ông!” Dole thốt lên, bật dậy khỏi ghế. “Tôi có thể giúp gì cho các vị?” </w:t>
      </w:r>
      <w:r>
        <w:rPr>
          <w:b w:val="0"/>
          <w:i/>
        </w:rPr>
        <w:t>Và làm quái nào các người mở được cửa của tôi?!</w:t>
      </w:r>
    </w:p>
    <w:p>
      <w:pPr>
        <w:spacing w:after="80"/>
      </w:pPr>
      <w:r>
        <w:rPr>
          <w:b w:val="0"/>
          <w:i w:val="0"/>
        </w:rPr>
        <w:t xml:space="preserve">“Ông đang gặp tình huống khẩn cấp,” gã đàn ông cơ bắp nói với giọng dứt khoát, sải bước gấp gáp về phía bàn bảo vệ. Hắn mang theo một chiếc ba lô cồng kềnh. “Bộ </w:t>
      </w:r>
      <w:r>
        <w:rPr>
          <w:b w:val="0"/>
          <w:i/>
        </w:rPr>
        <w:t>giảm chấn khối lượng điều chỉnh</w:t>
      </w:r>
      <w:r>
        <w:rPr>
          <w:b w:val="0"/>
          <w:i w:val="0"/>
        </w:rPr>
        <w:t xml:space="preserve"> của tòa nhà ông đã kích hoạt báo động với thành phố—tòa nhà có nguy cơ bị sụp kết cấu.”</w:t>
      </w:r>
    </w:p>
    <w:p>
      <w:pPr>
        <w:spacing w:after="80"/>
      </w:pPr>
      <w:r>
        <w:rPr>
          <w:b w:val="0"/>
          <w:i w:val="0"/>
        </w:rPr>
        <w:t>Dole cần một lúc mới hiểu được những gì người đàn ông vừa nói. Quả thật, hầu hết các tòa nhà chọc trời ở Manhattan đều được xây dựng với một “giảm chấn khối lượng điều chỉnh” (tuned mass damper), một thiết bị có trọng lượng gắn ở tầng cao đóng vai trò đối trọng ổn định, giúp tòa nhà không bị lắc lư khi gió mạnh hoặc động đất. Với Random House Tower, giảm chấn khối lượng điều chỉnh của nó là một bồn nước nặng tám trăm tấn được treo ở tầng năm mươi.</w:t>
      </w:r>
    </w:p>
    <w:p>
      <w:pPr>
        <w:spacing w:after="80"/>
      </w:pPr>
      <w:r>
        <w:rPr>
          <w:b w:val="0"/>
          <w:i w:val="0"/>
        </w:rPr>
        <w:t>Kết cấu bị trục trặc ư? Sao ở bàn bảo vệ lại không có báo động?</w:t>
      </w:r>
    </w:p>
    <w:p>
      <w:pPr>
        <w:spacing w:after="80"/>
      </w:pPr>
      <w:r>
        <w:rPr>
          <w:b w:val="0"/>
          <w:i w:val="0"/>
        </w:rPr>
        <w:t>“Ông cần sơ tán, còn tôi cần lên trên,” người đàn ông thúc giục, đến sát quầy.</w:t>
      </w:r>
    </w:p>
    <w:p>
      <w:pPr>
        <w:spacing w:after="80"/>
      </w:pPr>
      <w:r>
        <w:rPr>
          <w:b w:val="0"/>
          <w:i w:val="0"/>
        </w:rPr>
        <w:t>“Nhưng tôi không hiểu—”</w:t>
      </w:r>
    </w:p>
    <w:p>
      <w:pPr>
        <w:spacing w:after="80"/>
      </w:pPr>
      <w:r>
        <w:rPr>
          <w:b w:val="0"/>
          <w:i w:val="0"/>
        </w:rPr>
        <w:t>Một thoáng chuyển động, và một nắm đấm giáng vào xương ức Dole, đánh bật hơi thở khỏi phổi anh. Người gác đêm ngã đập lưng xuống sàn, thở hổn hển, khuất sau quầy. Ngay sau đó, gã đàn ông to lớn quỳ xuống đè lên người anh, nòng súng ấn chặt vào ngực.</w:t>
      </w:r>
    </w:p>
    <w:p>
      <w:pPr>
        <w:spacing w:after="80"/>
      </w:pPr>
      <w:r>
        <w:rPr>
          <w:b w:val="0"/>
          <w:i w:val="0"/>
        </w:rPr>
        <w:t>“Đừng có một tiếng động chết tiệt nào,” gã đàn ông thì thầm khi móc thẻ khóa tổng từ túi đồng phục của Dole và ném qua quầy cho gã kia.</w:t>
      </w:r>
    </w:p>
    <w:p>
      <w:pPr>
        <w:spacing w:after="80"/>
      </w:pPr>
      <w:r>
        <w:rPr>
          <w:b w:val="0"/>
          <w:i w:val="0"/>
        </w:rPr>
        <w:t>Dole nằm bất động trên lưng, mắt nhìn trân trân lên trần sảnh. Anh nghe thấy tiếng bước chân vội vã rời đi và một chuỗi tiếng bíp quen thuộc; kẻ đột nhập còn lại vừa dùng thẻ khóa để qua cổng quay an ninh và vào thang máy.</w:t>
      </w:r>
    </w:p>
    <w:p>
      <w:pPr>
        <w:spacing w:after="80"/>
      </w:pPr>
      <w:r>
        <w:rPr>
          <w:b w:val="0"/>
          <w:i w:val="0"/>
        </w:rPr>
        <w:t>“Cứ nằm yên đó,” gã đàn ông phía trên thì thầm, “rồi anh sẽ không sao đâu.” Gã trói tay Dole bằng dây rút, nhặt chiếc mũ bảo vệ của anh, đội lên đầu mình, rồi bình thản ngồi vào ghế gác danh tại quầy, súng đặt trên đùi.</w:t>
      </w:r>
    </w:p>
    <w:p>
      <w:pPr>
        <w:spacing w:after="80"/>
      </w:pPr>
      <w:r>
        <w:rPr>
          <w:b w:val="0"/>
          <w:i w:val="0"/>
        </w:rPr>
        <w:t>Ngực Dole đau nhói khi anh cố lấy lại hơi thở. Dù bọn đột nhập là ai, chúng chỉ cần chưa đầy mười giây để chiếm vị trí gác của Dole và lấy trộm một thẻ khóa mở được toàn bộ tòa nhà.</w:t>
      </w:r>
    </w:p>
    <w:p>
      <w:pPr>
        <w:jc w:val="center"/>
      </w:pPr>
      <w:r>
        <w:drawing>
          <wp:inline xmlns:a="http://schemas.openxmlformats.org/drawingml/2006/main" xmlns:pic="http://schemas.openxmlformats.org/drawingml/2006/picture">
            <wp:extent cx="5486400" cy="362122"/>
            <wp:docPr id="56" name="Picture 56"/>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Trên tầng bốn, Jonas Faukman bước ra khỏi thang máy và đi về phía cánh cửa thép có ghi Trung tâm An ninh Dữ liệu. Nó cần một thẻ khóa đặc biệt, và anh đập cửa thật mạnh cho đến khi cuối cùng cửa mở ra, và một gương mặt quen thuộc xuất hiện.</w:t>
      </w:r>
    </w:p>
    <w:p>
      <w:pPr>
        <w:spacing w:after="80"/>
      </w:pPr>
      <w:r>
        <w:rPr>
          <w:b w:val="0"/>
          <w:i w:val="0"/>
        </w:rPr>
        <w:t>Alex Conan trông như vừa trải qua một cuộc chiến của riêng mình. “Ơn Chúa,” anh chàng kỹ thuật viên nói. “Anh đã về được rồi.”</w:t>
      </w:r>
    </w:p>
    <w:p>
      <w:pPr>
        <w:spacing w:after="80"/>
      </w:pPr>
      <w:r>
        <w:rPr>
          <w:b w:val="0"/>
          <w:i w:val="0"/>
        </w:rPr>
        <w:t xml:space="preserve">“Có tin gì về Langdon và Katherine không?” Faukman gặng hỏi, vẫn còn ám ảnh bởi lời của anh kỹ thuật viên trong cuộc gọi cuống cuồng lúc nãy: </w:t>
      </w:r>
      <w:r>
        <w:rPr>
          <w:b w:val="0"/>
          <w:i/>
        </w:rPr>
        <w:t>Bọn hacker đã xóa bản thảo của anh…tôi nghĩ chúng có thể đã giết một trong những tác giả của anh.</w:t>
      </w:r>
    </w:p>
    <w:p>
      <w:pPr>
        <w:spacing w:after="80"/>
      </w:pPr>
      <w:r>
        <w:rPr>
          <w:b w:val="0"/>
          <w:i w:val="0"/>
        </w:rPr>
        <w:t>“Tôi sẽ giải thích mọi chuyện,” Alex nói, “nhưng đây là tin tốt. Không ai bị giết cả. Tôi đã nhầm.”</w:t>
      </w:r>
    </w:p>
    <w:p>
      <w:pPr>
        <w:spacing w:after="80"/>
      </w:pPr>
      <w:r>
        <w:rPr>
          <w:b w:val="0"/>
          <w:i w:val="0"/>
        </w:rPr>
        <w:t xml:space="preserve">Faukman cảm thấy một cơn nhẹ nhõm dâng trào đến tận ruột gan, anh cúi gập người, hai tay chống lên đầu gối, hít thật sâu mấy lần. </w:t>
      </w:r>
      <w:r>
        <w:rPr>
          <w:b w:val="0"/>
          <w:i/>
        </w:rPr>
        <w:t>Ơn Chúa.</w:t>
      </w:r>
    </w:p>
    <w:p>
      <w:pPr>
        <w:spacing w:after="80"/>
      </w:pPr>
      <w:r>
        <w:rPr>
          <w:b w:val="0"/>
          <w:i w:val="0"/>
        </w:rPr>
        <w:t>“Langdon chính là người tôi tưởng là…đã chết,” Alex nói khi dẫn Faukman vào trung tâm an ninh. “Nhưng tôi vừa nói chuyện với quản lý khách sạn Four Seasons. Tình hình phức tạp, nhưng ông ấy xác nhận Robert Langdon vẫn còn sống rất khỏe…dù nghe có vẻ như anh ấy đang gặp rắc rối với chính quyền địa phương.”</w:t>
      </w:r>
    </w:p>
    <w:p>
      <w:pPr>
        <w:spacing w:after="80"/>
      </w:pPr>
      <w:r>
        <w:rPr>
          <w:b w:val="0"/>
          <w:i/>
        </w:rPr>
        <w:t>Rắc rối kiểu gì nhỉ?</w:t>
      </w:r>
      <w:r>
        <w:rPr>
          <w:b w:val="0"/>
          <w:i w:val="0"/>
        </w:rPr>
        <w:t xml:space="preserve"> Faukman thắc mắc, dù sự tò mò của anh bị lấn át bởi nỗi nhẹ nhõm sâu sắc khi biết Langdon vẫn ổn.</w:t>
      </w:r>
    </w:p>
    <w:p>
      <w:pPr>
        <w:spacing w:after="80"/>
      </w:pPr>
      <w:r>
        <w:rPr>
          <w:b w:val="0"/>
          <w:i w:val="0"/>
        </w:rPr>
        <w:t>Được tiếp thêm tinh thần bởi tin tốt lành, anh theo Alex băng qua một mê cung những dãy máy chủ cao chạm trần, tất cả đều kêu ù ù inh ỏi. Họ bước ra một khu vực mở với một trạm làm việc rộng lớn đặt nhiều màn hình máy tính, xòe ra thành một vòng bán nguyệt nhẹ nhàng. Vài chiếc ghế đệm tựa lưng cao đặt trước các màn hình. Faukman cảm thấy như mình vừa bước vào một trung tâm điều khiển nhiệm vụ thu nhỏ.</w:t>
      </w:r>
    </w:p>
    <w:p>
      <w:pPr>
        <w:spacing w:after="80"/>
      </w:pPr>
      <w:r>
        <w:rPr>
          <w:b w:val="0"/>
          <w:i w:val="0"/>
        </w:rPr>
        <w:t>Trên bức tường phía trên trạm làm việc là một bức tranh minh họa khung rộng mô tả một con tàu viễn dương gặp nạn…đang chìm vào biển những số một và số không. Dòng chú thích ghi: Bit Lỏng Lẻo Làm Chìm Tàu. Câu chế giễu khẩu hiệu nổi tiếng thời Thế chiến II ấy nhằm nhắc nhở việc bảo mật dữ liệu ngay từ cấp gốc.</w:t>
      </w:r>
    </w:p>
    <w:p>
      <w:pPr>
        <w:spacing w:after="80"/>
      </w:pPr>
      <w:r>
        <w:rPr>
          <w:b w:val="0"/>
          <w:i/>
        </w:rPr>
        <w:t>Hơi muộn cho việc đó rồi,</w:t>
      </w:r>
      <w:r>
        <w:rPr>
          <w:b w:val="0"/>
          <w:i w:val="0"/>
        </w:rPr>
        <w:t xml:space="preserve"> Faukman nghĩ. </w:t>
      </w:r>
      <w:r>
        <w:rPr>
          <w:b w:val="0"/>
          <w:i/>
        </w:rPr>
        <w:t>Bản thảo đã biến mất rồi.</w:t>
      </w:r>
    </w:p>
    <w:p>
      <w:pPr>
        <w:spacing w:after="80"/>
      </w:pPr>
      <w:r>
        <w:rPr>
          <w:b w:val="0"/>
          <w:i w:val="0"/>
        </w:rPr>
        <w:t>Alex kéo một chiếc ghế xoay thứ hai lại cạnh ghế mình, và hai người ngồi xuống, xoay người đối diện nhau. “Được rồi…rất nhiều chuyện đã xảy ra,” anh kỹ thuật viên nói, vẻ mặt nghiêm trọng. “Để tôi bắt đầu từ đầu.”</w:t>
      </w:r>
    </w:p>
    <w:p>
      <w:pPr>
        <w:spacing w:after="80"/>
      </w:pPr>
      <w:r>
        <w:rPr>
          <w:b w:val="0"/>
          <w:i w:val="0"/>
        </w:rPr>
        <w:t>Bắt đầu từ đầu, Faukman biết, là cách kể chuyện tệ nhất, nhưng anh nín lặng.</w:t>
      </w:r>
    </w:p>
    <w:p>
      <w:pPr>
        <w:spacing w:after="80"/>
      </w:pPr>
      <w:r>
        <w:rPr>
          <w:b w:val="0"/>
          <w:i w:val="0"/>
        </w:rPr>
        <w:t>“Tôi không muốn kể hết mọi chuyện qua điện thoại,” Alex mở lời, “nhưng sau khi anh biến mất, tôi hoảng sợ và thấy mình nên cảnh báo Katherine Solomon ngay lập tức rằng bản thảo của cô ấy đang bị tấn công—và rằng cô ấy có thể đang gặp nguy hiểm cá nhân.”</w:t>
      </w:r>
    </w:p>
    <w:p>
      <w:pPr>
        <w:spacing w:after="80"/>
      </w:pPr>
      <w:r>
        <w:rPr>
          <w:b w:val="0"/>
          <w:i w:val="0"/>
        </w:rPr>
        <w:t>“Được rồi.”</w:t>
      </w:r>
    </w:p>
    <w:p>
      <w:pPr>
        <w:spacing w:after="80"/>
      </w:pPr>
      <w:r>
        <w:rPr>
          <w:b w:val="0"/>
          <w:i w:val="0"/>
        </w:rPr>
        <w:t>“Tôi lấy hồ sơ nhân viên của cô ấy, gọi vào di động, nhưng không có ai trả lời. Robert Langdon cũng vậy. Khi không liên lạc được với cả ba người, tôi hoảng loạn và quyết định theo dõi chính xác vị trí của các người bằng cách xâm nhập vào điện thoại.”</w:t>
      </w:r>
    </w:p>
    <w:p>
      <w:pPr>
        <w:spacing w:after="80"/>
      </w:pPr>
      <w:r>
        <w:rPr>
          <w:b w:val="0"/>
          <w:i w:val="0"/>
        </w:rPr>
        <w:t>“Khoan… anh làm được vậy à?”</w:t>
      </w:r>
    </w:p>
    <w:p>
      <w:pPr>
        <w:spacing w:after="80"/>
      </w:pPr>
      <w:r>
        <w:rPr>
          <w:b w:val="0"/>
          <w:i w:val="0"/>
        </w:rPr>
        <w:t xml:space="preserve">“Trường hợp của </w:t>
      </w:r>
      <w:r>
        <w:rPr>
          <w:b w:val="0"/>
          <w:i/>
        </w:rPr>
        <w:t>anh</w:t>
      </w:r>
      <w:r>
        <w:rPr>
          <w:b w:val="0"/>
          <w:i w:val="0"/>
        </w:rPr>
        <w:t xml:space="preserve"> thì không,” anh chàng kỹ thuật nói, xoay người về phía màn hình và bắt đầu gõ. “Và của Tiến sĩ Solomon cũng không, nhưng ông Langdon thì dễ ợt. Tôi để ý thấy ông ấy có một địa chỉ email iCloud và còn chọn </w:t>
      </w:r>
      <w:r>
        <w:rPr>
          <w:b w:val="0"/>
          <w:i/>
        </w:rPr>
        <w:t>cùng</w:t>
      </w:r>
      <w:r>
        <w:rPr>
          <w:b w:val="0"/>
          <w:i w:val="0"/>
        </w:rPr>
        <w:t xml:space="preserve"> một mật khẩu y hệt cho nhiều tài khoản trên máy chủ PRH. Phải nói là tôi bất ngờ khi một người thông minh như vậy lại dùng chung một mật khẩu, nhất là một mật khẩu yếu như ‘Dolphin123.’”</w:t>
      </w:r>
    </w:p>
    <w:p>
      <w:pPr>
        <w:spacing w:after="80"/>
      </w:pPr>
      <w:r>
        <w:rPr>
          <w:b w:val="0"/>
          <w:i/>
        </w:rPr>
        <w:t>Mật khẩu của Langdon là Dolphin123?</w:t>
      </w:r>
      <w:r>
        <w:rPr>
          <w:b w:val="0"/>
          <w:i w:val="0"/>
        </w:rPr>
        <w:t xml:space="preserve"> Faukman cúi gằm đầu. </w:t>
      </w:r>
      <w:r>
        <w:rPr>
          <w:b w:val="0"/>
          <w:i/>
        </w:rPr>
        <w:t>Thế thì mình cần giao thức bảo mật làm gì cho mệt?</w:t>
      </w:r>
      <w:r>
        <w:rPr>
          <w:b w:val="0"/>
          <w:i w:val="0"/>
        </w:rPr>
        <w:t xml:space="preserve"> Biệt danh của Langdon ở Harvard là “The Dolphin” vì anh ta vẫn có thể bơi nhanh hơn một nửa đội bóng nước của trường. Đáng tiếc, Langdon còn tự nhận mình là một kẻ Luddite—một nhà cổ điển học với chuyên môn về quá khứ xa xưa, khiến anh ta khó lòng thân thiết với tương lai. </w:t>
      </w:r>
      <w:r>
        <w:rPr>
          <w:b w:val="0"/>
          <w:i/>
        </w:rPr>
        <w:t>Anh ta vẫn còn dùng một cuốn Rolodex và đeo đồng hồ Mickey Mouse, lạy Chúa.</w:t>
      </w:r>
    </w:p>
    <w:p>
      <w:pPr>
        <w:spacing w:after="80"/>
      </w:pPr>
      <w:r>
        <w:rPr>
          <w:b w:val="0"/>
          <w:i w:val="0"/>
        </w:rPr>
        <w:t>“Tôi tuyệt vọng muốn tìm ra một trong các người,” Alex nói, “nên tôi dùng mật khẩu của Langdon để xâm nhập vào ứng dụng FindMy của ông ấy và xác định vị trí.”</w:t>
      </w:r>
    </w:p>
    <w:p>
      <w:pPr>
        <w:spacing w:after="80"/>
      </w:pPr>
      <w:r>
        <w:rPr>
          <w:b w:val="0"/>
          <w:i w:val="0"/>
        </w:rPr>
        <w:t>Anh chàng kỹ thuật gõ thêm vài phím, và một tấm bản đồ Prague hiện ra.</w:t>
      </w:r>
    </w:p>
    <w:p>
      <w:pPr>
        <w:spacing w:after="80"/>
      </w:pPr>
      <w:r>
        <w:rPr>
          <w:b w:val="0"/>
          <w:i w:val="0"/>
        </w:rPr>
        <w:t xml:space="preserve">“Theo iCloud,” anh ta tiếp tục, “điện thoại của Langdon </w:t>
      </w:r>
      <w:r>
        <w:rPr>
          <w:b w:val="0"/>
          <w:i/>
        </w:rPr>
        <w:t>hoàn toàn</w:t>
      </w:r>
      <w:r>
        <w:rPr>
          <w:b w:val="0"/>
          <w:i w:val="0"/>
        </w:rPr>
        <w:t xml:space="preserve"> ngoại tuyến, điều này rất bất thường. Và nếu kiểm tra vị trí được biết đến lần cuối của ông ấy… ta có hình ảnh đáng lo này.” Conan làm mới màn hình, phóng to lên. “Đây ghi vị trí được biết đến lần cuối của ông Langdon là sáng nay lúc 7:02 giờ địa phương, và ông ấy ở chính xác…</w:t>
      </w:r>
      <w:r>
        <w:rPr>
          <w:b w:val="0"/>
          <w:i/>
        </w:rPr>
        <w:t>đây này.</w:t>
      </w:r>
      <w:r>
        <w:rPr>
          <w:b w:val="0"/>
          <w:i w:val="0"/>
        </w:rPr>
        <w:t>” Anh ta chỉ vào một chấm xanh tí xíu trên bản đồ. “Rồi sau đó không có gì nữa.”</w:t>
      </w:r>
    </w:p>
    <w:p>
      <w:pPr>
        <w:spacing w:after="80"/>
      </w:pPr>
      <w:r>
        <w:rPr>
          <w:b w:val="0"/>
          <w:i w:val="0"/>
        </w:rPr>
        <w:t>Faukman nheo mắt nhìn chấm trên bản đồ. “Xin lỗi? Cái này ghi là ông ấy đang ở giữa sông Vltava à?”</w:t>
      </w:r>
    </w:p>
    <w:p>
      <w:pPr>
        <w:spacing w:after="80"/>
      </w:pPr>
      <w:r>
        <w:rPr>
          <w:b w:val="0"/>
          <w:i w:val="0"/>
        </w:rPr>
        <w:t>“Đúng vậy! Xét việc chúng ta bị tấn công bởi những hacker cấp độ quân sự,” Alex nói, “và anh thì biến mất, còn Langdon thì không trả lời…”</w:t>
      </w:r>
    </w:p>
    <w:p>
      <w:pPr>
        <w:spacing w:after="80"/>
      </w:pPr>
      <w:r>
        <w:rPr>
          <w:b w:val="0"/>
          <w:i w:val="0"/>
        </w:rPr>
        <w:t xml:space="preserve">“Anh tưởng ông ấy bị </w:t>
      </w:r>
      <w:r>
        <w:rPr>
          <w:b w:val="0"/>
          <w:i/>
        </w:rPr>
        <w:t>chết đuối</w:t>
      </w:r>
      <w:r>
        <w:rPr>
          <w:b w:val="0"/>
          <w:i w:val="0"/>
        </w:rPr>
        <w:t>? Langdon là vận động viên bơi lội đẳng cấp thế giới đấy! Có khi ông ấy chỉ vứt điện thoại đi thôi.”</w:t>
      </w:r>
    </w:p>
    <w:p>
      <w:pPr>
        <w:spacing w:after="80"/>
      </w:pPr>
      <w:r>
        <w:rPr>
          <w:b w:val="0"/>
          <w:i w:val="0"/>
        </w:rPr>
        <w:t xml:space="preserve">“Tôi cũng muốn tin như vậy, nhưng nếu Langdon </w:t>
      </w:r>
      <w:r>
        <w:rPr>
          <w:b w:val="0"/>
          <w:i/>
        </w:rPr>
        <w:t>vứt</w:t>
      </w:r>
      <w:r>
        <w:rPr>
          <w:b w:val="0"/>
          <w:i w:val="0"/>
        </w:rPr>
        <w:t xml:space="preserve"> điện thoại, thì vệt theo dõi vị trí của điện thoại sẽ là một đường thẳng. Nhưng vệt của </w:t>
      </w:r>
      <w:r>
        <w:rPr>
          <w:b w:val="0"/>
          <w:i/>
        </w:rPr>
        <w:t>ông ấy</w:t>
      </w:r>
      <w:r>
        <w:rPr>
          <w:b w:val="0"/>
          <w:i w:val="0"/>
        </w:rPr>
        <w:t xml:space="preserve"> lại di chuyển vòng vèo và thậm chí quay ngược lại trước khi biến mất! Có vẻ như Langdon bị đưa ra giữa sông, bị ném xuống nước, rồi cố bơi vào bờ, trước khi chết đuối và mang theo điện thoại xuống đáy.”</w:t>
      </w:r>
    </w:p>
    <w:p>
      <w:pPr>
        <w:spacing w:after="80"/>
      </w:pPr>
      <w:r>
        <w:rPr>
          <w:b w:val="0"/>
          <w:i w:val="0"/>
        </w:rPr>
        <w:t xml:space="preserve">Faukman thấy đây đúng là một viễn cảnh đáng báo động, nhưng cú nhảy vọt mong manh của Alex từ “vị trí được biết đến lần cuối” của một chiếc điện thoại đến việc Langdon bị giết còn thiếu vài bước logic. Nhưng nghĩ lại, nó có lẽ cũng chẳng kém logic hơn cái sự trùng hợp kỳ quái khi điện thoại của cả Langdon </w:t>
      </w:r>
      <w:r>
        <w:rPr>
          <w:b w:val="0"/>
          <w:i/>
        </w:rPr>
        <w:t>lẫn</w:t>
      </w:r>
      <w:r>
        <w:rPr>
          <w:b w:val="0"/>
          <w:i w:val="0"/>
        </w:rPr>
        <w:t xml:space="preserve"> Faukman đều nằm dưới đáy sông ở hai phía khác nhau của hành tinh.</w:t>
      </w:r>
    </w:p>
    <w:p>
      <w:pPr>
        <w:spacing w:after="80"/>
      </w:pPr>
      <w:r>
        <w:rPr>
          <w:b w:val="0"/>
          <w:i w:val="0"/>
        </w:rPr>
        <w:t xml:space="preserve">“Tôi biết anh nghĩ tôi phản ứng thái quá,” Alex nói, “nhưng xét đến việc </w:t>
      </w:r>
      <w:r>
        <w:rPr>
          <w:b w:val="0"/>
          <w:i/>
        </w:rPr>
        <w:t>ai</w:t>
      </w:r>
      <w:r>
        <w:rPr>
          <w:b w:val="0"/>
          <w:i w:val="0"/>
        </w:rPr>
        <w:t xml:space="preserve"> đã hack chúng ta…tôi có quyền lo lắng. Đến giờ tôi vẫn lo.”</w:t>
      </w:r>
    </w:p>
    <w:p>
      <w:pPr>
        <w:spacing w:after="80"/>
      </w:pPr>
      <w:r>
        <w:rPr>
          <w:b w:val="0"/>
          <w:i w:val="0"/>
        </w:rPr>
        <w:t>“Vậy ai đã hack chúng ta?” Faukman gặng hỏi, người nghiêng về phía trước.</w:t>
      </w:r>
    </w:p>
    <w:p>
      <w:pPr>
        <w:spacing w:after="80"/>
      </w:pPr>
      <w:r>
        <w:rPr>
          <w:b w:val="0"/>
          <w:i w:val="0"/>
        </w:rPr>
        <w:t>“Đó là lý do tôi muốn nói chuyện với Katherine—để xem cô ấy có nghĩ ra ai đó có thể đang nhắm vào mình không, để tôi có thể xây dựng một thuật toán độc quyền và tìm kiếm các dấu vết kỹ thuật số cụ thể.”</w:t>
      </w:r>
    </w:p>
    <w:p>
      <w:pPr>
        <w:spacing w:after="80"/>
      </w:pPr>
      <w:r>
        <w:rPr>
          <w:b w:val="0"/>
          <w:i w:val="0"/>
        </w:rPr>
        <w:t>Trời ạ, thằng nhóc này cần một biên tập viên. Chỉ cần nói cho tôi biết ai là kẻ đã làm chuyện này?!</w:t>
      </w:r>
    </w:p>
    <w:p>
      <w:pPr>
        <w:spacing w:after="80"/>
      </w:pPr>
      <w:r>
        <w:rPr>
          <w:b w:val="0"/>
          <w:i w:val="0"/>
        </w:rPr>
        <w:t>“Nhưng trước khi tôi kịp xây dựng thuật toán, bản quét FTK của tôi đã trả về một kết quả trùng khớp. Một trong các IoC từ vụ hack này có kết quả khớp trên MISP liên quan đến các—”</w:t>
      </w:r>
    </w:p>
    <w:p>
      <w:pPr>
        <w:spacing w:after="80"/>
      </w:pPr>
      <w:r>
        <w:rPr>
          <w:b w:val="0"/>
          <w:i w:val="0"/>
        </w:rPr>
        <w:t>“Alex, tôi không biết gì cả—”</w:t>
      </w:r>
    </w:p>
    <w:p>
      <w:pPr>
        <w:spacing w:after="80"/>
      </w:pPr>
      <w:r>
        <w:rPr>
          <w:b w:val="0"/>
          <w:i w:val="0"/>
        </w:rPr>
        <w:t xml:space="preserve">“Tất cả những gì ông cần biết là những kẻ đã hack PRH đang rất vội! Chúng tiết kiệm thời gian bằng cách dùng một đoạn mã tái chế của </w:t>
      </w:r>
      <w:r>
        <w:rPr>
          <w:b w:val="0"/>
          <w:i/>
        </w:rPr>
        <w:t>chính chúng</w:t>
      </w:r>
      <w:r>
        <w:rPr>
          <w:b w:val="0"/>
          <w:i w:val="0"/>
        </w:rPr>
        <w:t>—những chuỗi bị trùng lặp mà dân hacker gọi là copy pasta! Nó tiết kiệm thời gian, nhưng cũng có nguy cơ để lộ—”</w:t>
      </w:r>
    </w:p>
    <w:p>
      <w:pPr>
        <w:spacing w:after="80"/>
      </w:pPr>
      <w:r>
        <w:rPr>
          <w:b w:val="0"/>
          <w:i w:val="0"/>
        </w:rPr>
        <w:t>Anh chàng kỹ thuật viên đột nhiên bật dậy và xoay người, chăm chăm nhìn ngược qua những dãy thiết bị gắn trên giá về phía lối vào. “Allison?!” anh ta hét lên.</w:t>
      </w:r>
    </w:p>
    <w:p>
      <w:pPr>
        <w:spacing w:after="80"/>
      </w:pPr>
      <w:r>
        <w:rPr>
          <w:b w:val="0"/>
          <w:i w:val="0"/>
        </w:rPr>
        <w:t>Faukman vốn đã căng thẳng. “Allison là ai?”</w:t>
      </w:r>
    </w:p>
    <w:p>
      <w:pPr>
        <w:spacing w:after="80"/>
      </w:pPr>
      <w:r>
        <w:rPr>
          <w:b w:val="0"/>
          <w:i w:val="0"/>
        </w:rPr>
        <w:t>“Sếp của tôi. Hoặc là cô ấy đến sớm, hoặc là tôi đang nghe nhầm.” Alex đứng dậy, xem đồng hồ. “Ông có nghe thấy tiếng cửa bíp mở không?”</w:t>
      </w:r>
    </w:p>
    <w:p>
      <w:pPr>
        <w:spacing w:after="80"/>
      </w:pPr>
      <w:r>
        <w:rPr>
          <w:b w:val="0"/>
          <w:i w:val="0"/>
        </w:rPr>
        <w:t xml:space="preserve">Faukman lắc đầu. </w:t>
      </w:r>
      <w:r>
        <w:rPr>
          <w:b w:val="0"/>
          <w:i/>
        </w:rPr>
        <w:t>Tôi chẳng nghe thấy gì từ ngày 5 tháng 10 năm 1987. Hàng thứ tư, Pink Floyd, Madison Square Garden. Gilmour chơi quá đỉnh.</w:t>
      </w:r>
    </w:p>
    <w:p>
      <w:pPr>
        <w:spacing w:after="80"/>
      </w:pPr>
      <w:r>
        <w:rPr>
          <w:b w:val="0"/>
          <w:i w:val="0"/>
        </w:rPr>
        <w:t>“Chờ chút,” Alex nói, biến mất vào mê cung máy tính.</w:t>
      </w:r>
    </w:p>
    <w:p>
      <w:pPr>
        <w:spacing w:after="80"/>
      </w:pPr>
      <w:r>
        <w:rPr>
          <w:b w:val="0"/>
          <w:i/>
        </w:rPr>
        <w:t>Không thể tin nổi,</w:t>
      </w:r>
      <w:r>
        <w:rPr>
          <w:b w:val="0"/>
          <w:i w:val="0"/>
        </w:rPr>
        <w:t xml:space="preserve"> Faukman nghĩ, sốt ruột chờ đợi.</w:t>
      </w:r>
    </w:p>
    <w:p>
      <w:pPr>
        <w:spacing w:after="80"/>
      </w:pPr>
      <w:r>
        <w:rPr>
          <w:b w:val="0"/>
          <w:i w:val="0"/>
        </w:rPr>
        <w:t>Mười giây sau, anh chàng kỹ thuật viên quay lại với vẻ nhún vai. “Xin lỗi, tối nay tôi hoàn toàn bị hoang tưởng.” Anh ta trông có vẻ run rẩy khi ngồi xuống lại. “Những kẻ chúng ta đang đối đầu không phải loại người mà ông muốn dây vào.” Alex lăn ghế đến một trạm máy tính gần đó và ra hiệu cho Faukman lại gần, ông làm theo. “Để tôi cho ông xem,” cậu nhóc nói, mở một trình duyệt web. “Ông sẽ không tin nổi—”</w:t>
      </w:r>
    </w:p>
    <w:p>
      <w:pPr>
        <w:spacing w:after="80"/>
      </w:pPr>
      <w:r>
        <w:rPr>
          <w:b w:val="0"/>
          <w:i w:val="0"/>
        </w:rPr>
        <w:t xml:space="preserve">Faukman bất ngờ đưa tay ra và nắm lấy cánh tay anh chàng kỹ thuật viên, ra hiệu cho anh ta ngừng nói. </w:t>
      </w:r>
      <w:r>
        <w:rPr>
          <w:b w:val="0"/>
          <w:i/>
        </w:rPr>
        <w:t>Không thêm một lời nào nữa!</w:t>
      </w:r>
    </w:p>
    <w:p>
      <w:pPr>
        <w:spacing w:after="80"/>
      </w:pPr>
      <w:r>
        <w:rPr>
          <w:b w:val="0"/>
          <w:i w:val="0"/>
        </w:rPr>
        <w:t>“Cái quái gì thế?!” Alex nói, giật mình lùi lại.</w:t>
      </w:r>
    </w:p>
    <w:p>
      <w:pPr>
        <w:spacing w:after="80"/>
      </w:pPr>
      <w:r>
        <w:rPr>
          <w:b w:val="0"/>
          <w:i w:val="0"/>
        </w:rPr>
        <w:t>“Xin lỗi,” Faukman nói to nhưng bình tĩnh. “Tôi chỉ muốn kiểm tra nhanh một thứ trên mạng.”</w:t>
      </w:r>
    </w:p>
    <w:p>
      <w:pPr>
        <w:spacing w:after="80"/>
      </w:pPr>
      <w:r>
        <w:rPr>
          <w:b w:val="0"/>
          <w:i w:val="0"/>
        </w:rPr>
        <w:t>Faukman đưa ngón tay lên môi, chăm chăm nhìn anh chàng kỹ thuật viên trẻ, thúc giục anh ta im lặng. Khi Alex gật đầu hiểu ý, Faukman nắm lấy bàn phím máy tính. Trình duyệt đã mở sẵn một trang tìm kiếm tiêu chuẩn, và Faukman nhanh chóng gõ chuỗi tìm kiếm của mình toàn bằng chữ in hoa:</w:t>
      </w:r>
    </w:p>
    <w:p>
      <w:pPr>
        <w:spacing w:after="80"/>
      </w:pPr>
      <w:r>
        <w:rPr>
          <w:b w:val="0"/>
          <w:i w:val="0"/>
        </w:rPr>
        <w:t>Bạn và tôi không đơn độc trong này đâu…cứ làm theo tôi.</w:t>
      </w:r>
    </w:p>
    <w:p>
      <w:pPr>
        <w:spacing w:after="80"/>
      </w:pPr>
      <w:r>
        <w:rPr>
          <w:b w:val="0"/>
          <w:i w:val="0"/>
        </w:rPr>
        <w:t>Anh chàng kỹ thuật viên quay phắt về phía Faukman, ánh mắt lóe lên vẻ sợ hãi.</w:t>
      </w:r>
    </w:p>
    <w:p>
      <w:pPr>
        <w:spacing w:after="80"/>
      </w:pPr>
      <w:r>
        <w:rPr>
          <w:b w:val="0"/>
          <w:i/>
        </w:rPr>
        <w:t>Đúng, tôi cũng sợ chứ,</w:t>
      </w:r>
      <w:r>
        <w:rPr>
          <w:b w:val="0"/>
          <w:i w:val="0"/>
        </w:rPr>
        <w:t xml:space="preserve"> Faukman thầm nghĩ, vừa nhận ra rằng tiếng bíp mà Alex nghe thấy không phải là do trí tưởng tượng hoang mang; đúng là có ai đó đã bước vào phòng điều khiển này và giờ đang trốn đâu đó giữa các giá thiết bị phía sau họ.</w:t>
      </w:r>
    </w:p>
    <w:p>
      <w:pPr>
        <w:spacing w:after="80"/>
      </w:pPr>
      <w:r>
        <w:rPr>
          <w:b w:val="0"/>
          <w:i/>
        </w:rPr>
        <w:t>Và giờ họ đang nghe lén chúng ta.</w:t>
      </w:r>
      <w:r>
        <w:rPr>
          <w:b w:val="0"/>
          <w:i w:val="0"/>
        </w:rPr>
        <w:t xml:space="preserve"> Lúc trước, Faukman đã để ý thấy một chấm sáng xanh lam gần như không thể nhận ra phản chiếu trên mặt kính của bức tranh minh họa đóng khung gần đó. </w:t>
      </w:r>
      <w:r>
        <w:rPr>
          <w:b w:val="0"/>
          <w:i/>
        </w:rPr>
        <w:t>Hóa ra nghề biên tập tiểu thuyết gián điệp cũng có ích thật.</w:t>
      </w:r>
      <w:r>
        <w:rPr>
          <w:b w:val="0"/>
          <w:i w:val="0"/>
        </w:rPr>
        <w:t xml:space="preserve"> Có người sẽ tưởng chấm sáng đó là tia ngắm la-de của một khẩu súng, nhưng chấm này màu xanh lam, không phải màu đỏ, và nó đang chiếu vào một tấm </w:t>
      </w:r>
      <w:r>
        <w:rPr>
          <w:b w:val="0"/>
          <w:i/>
        </w:rPr>
        <w:t>kính.</w:t>
      </w:r>
    </w:p>
    <w:p>
      <w:pPr>
        <w:spacing w:after="80"/>
      </w:pPr>
      <w:r>
        <w:rPr>
          <w:b w:val="0"/>
          <w:i w:val="0"/>
        </w:rPr>
        <w:t>“Trang này thú vị đấy,” Faukman nói, bình tĩnh xóa tin nhắn đầu tiên của mình và gõ tin khác.</w:t>
      </w:r>
    </w:p>
    <w:p>
      <w:pPr>
        <w:spacing w:after="80"/>
      </w:pPr>
      <w:r>
        <w:rPr>
          <w:b w:val="0"/>
          <w:i w:val="0"/>
        </w:rPr>
        <w:t>Ai chịu trách nhiệm cho vụ hack?</w:t>
      </w:r>
    </w:p>
    <w:p>
      <w:pPr>
        <w:spacing w:after="80"/>
      </w:pPr>
      <w:r>
        <w:rPr>
          <w:b w:val="0"/>
          <w:i w:val="0"/>
        </w:rPr>
        <w:t>Mặt Alex tái mét khi Faukman đẩy bàn phím về phía anh.</w:t>
      </w:r>
    </w:p>
    <w:p>
      <w:pPr>
        <w:spacing w:after="80"/>
      </w:pPr>
      <w:r>
        <w:rPr>
          <w:b w:val="0"/>
          <w:i w:val="0"/>
        </w:rPr>
        <w:t>Hít một hơi thật sâu, anh chàng kỹ thuật viên ngoan ngoãn gõ câu trả lời.</w:t>
      </w:r>
    </w:p>
    <w:p>
      <w:pPr>
        <w:spacing w:after="80"/>
      </w:pPr>
      <w:r>
        <w:rPr>
          <w:b w:val="0"/>
          <w:i w:val="0"/>
        </w:rPr>
        <w:t>Faukman chăm chú nhìn cái từ kỳ quặc có gạch nối mà Alex vừa gõ. Anh thấy xa lạ. Anh nhún vai bối rối với anh chàng kỹ thuật viên và lo lắng mấp máy môi: “Ai…thế…này?”</w:t>
      </w:r>
    </w:p>
    <w:p>
      <w:pPr>
        <w:spacing w:after="80"/>
      </w:pPr>
      <w:r>
        <w:rPr>
          <w:b w:val="0"/>
          <w:i w:val="0"/>
        </w:rPr>
        <w:t>Alex lại bắt đầu gõ — lần này là một từ viết tắt ngắn.</w:t>
      </w:r>
    </w:p>
    <w:p>
      <w:pPr>
        <w:spacing w:after="80"/>
      </w:pPr>
      <w:r>
        <w:rPr>
          <w:b w:val="0"/>
          <w:i w:val="0"/>
        </w:rPr>
        <w:t xml:space="preserve">Faukman sững sờ nhìn nó, không thốt nên lời. </w:t>
      </w:r>
      <w:r>
        <w:rPr>
          <w:b w:val="0"/>
          <w:i/>
        </w:rPr>
        <w:t>Không.</w:t>
      </w:r>
    </w:p>
    <w:p>
      <w:pPr>
        <w:spacing w:after="80"/>
      </w:pPr>
      <w:r>
        <w:rPr>
          <w:b w:val="0"/>
          <w:i w:val="0"/>
        </w:rPr>
        <w:t>Vào bất kỳ buổi sáng nào khác, Faukman sẽ chẳng bao giờ tin nổi điều vừa hiện ra trên màn hình, nhưng xét đến mọi chuyện đã xảy ra đêm nay, thông tin này chắc chắn đã giải đáp được rất nhiều câu hỏi.</w:t>
      </w:r>
    </w:p>
    <w:p>
      <w:pPr>
        <w:spacing w:after="80"/>
      </w:pPr>
      <w:r>
        <w:rPr>
          <w:b w:val="0"/>
          <w:i w:val="0"/>
        </w:rPr>
        <w:t>Chết tiệt.</w:t>
      </w:r>
    </w:p>
    <w:p>
      <w:pPr>
        <w:spacing w:after="80"/>
      </w:pPr>
      <w:r>
        <w:rPr>
          <w:b w:val="0"/>
          <w:i w:val="0"/>
        </w:rPr>
        <w:t>Câu hỏi bây giờ là Faukman sẽ làm gì với tình cảnh khó xử hiện tại. Ông nghi câu trả lời nằm ở kỹ năng viết lời thoại của mình…và cả ở việc hiểu được sự khác biệt tinh tế giữa hai từ rất giống nhau.</w:t>
      </w:r>
    </w:p>
    <w:p>
      <w:pPr>
        <w:spacing w:after="80"/>
      </w:pPr>
      <w:r>
        <w:rPr>
          <w:b w:val="0"/>
          <w:i w:val="0"/>
        </w:rPr>
        <w:t xml:space="preserve">Thông tin sai lệch và </w:t>
      </w:r>
      <w:r>
        <w:rPr>
          <w:b w:val="0"/>
          <w:i/>
        </w:rPr>
        <w:t>thông tin gây nhiễu.</w:t>
      </w:r>
    </w:p>
    <w:p>
      <w:pPr>
        <w:pStyle w:val="Heading1"/>
      </w:pPr>
      <w:r>
        <w:rPr>
          <w:rFonts w:ascii="Calibri" w:hAnsi="Calibri"/>
          <w:b/>
          <w:i w:val="0"/>
          <w:sz w:val="40"/>
        </w:rPr>
        <w:t>Chương 63</w:t>
      </w:r>
    </w:p>
    <w:p>
      <w:pPr>
        <w:spacing w:after="80"/>
      </w:pPr>
      <w:r>
        <w:rPr>
          <w:b w:val="0"/>
          <w:i w:val="0"/>
        </w:rPr>
        <w:t>Bên trong Thư viện Baroque, Langdon đảo mắt quét đi quét lại khuôn mặt của đám đông du khách, cuối cùng đành chấp nhận rằng mình đã đến đây quá muộn.</w:t>
      </w:r>
    </w:p>
    <w:p>
      <w:pPr>
        <w:spacing w:after="80"/>
      </w:pPr>
      <w:r>
        <w:rPr>
          <w:b w:val="0"/>
          <w:i w:val="0"/>
        </w:rPr>
        <w:t>Cô ấy đi rồi.</w:t>
      </w:r>
    </w:p>
    <w:p>
      <w:pPr>
        <w:spacing w:after="80"/>
      </w:pPr>
      <w:r>
        <w:rPr>
          <w:b w:val="0"/>
          <w:i w:val="0"/>
        </w:rPr>
        <w:t>Đã hai tiếng trôi qua kể từ khi Katherine gửi cho anh email mã hóa bảo anh đến chỗ này; kể cả nếu cô có ở đây từ sớm, vé của cô cũng đã hết hạn, và các hướng dẫn viên sẽ yêu cầu cô rời đi.</w:t>
      </w:r>
    </w:p>
    <w:p>
      <w:pPr>
        <w:spacing w:after="80"/>
      </w:pPr>
      <w:r>
        <w:rPr>
          <w:b w:val="0"/>
          <w:i w:val="0"/>
        </w:rPr>
        <w:t>Khi Langdon nhìn xuống Codex Gigas, cuốn sách mở rộng trong khối kính bảo vệ, hình minh họa "Diaper Devil" (Quỷ Tã Lót) dường như đang nhìn lại anh một cách chế giễu. Mới hôm qua thôi, anh và Katherine đã đứng ngay tại chỗ này, tay trong tay, vui vẻ bàn luận về những bí ẩn của cuốn sách tuyệt vời này.</w:t>
      </w:r>
    </w:p>
    <w:p>
      <w:pPr>
        <w:spacing w:after="80"/>
      </w:pPr>
      <w:r>
        <w:rPr>
          <w:b w:val="0"/>
          <w:i w:val="0"/>
        </w:rPr>
        <w:t>Katherine đã bị cuốn hút bởi truyền thuyết về Kinh Thánh của Quỷ, nhưng chính kiến trúc của thư viện tráng lệ này mới là thứ khơi dậy trí tưởng tượng của cô nhiều nhất. Say mê vẻ đẹp của nó, cô hỏi anh về sàn gỗ lát, những bức bích họa, và thứ mà cô gọi là "ban công giả."</w:t>
      </w:r>
    </w:p>
    <w:p>
      <w:pPr>
        <w:spacing w:after="80"/>
      </w:pPr>
      <w:r>
        <w:rPr>
          <w:b w:val="0"/>
          <w:i w:val="0"/>
        </w:rPr>
        <w:t xml:space="preserve">"Ý em là gì khi nói </w:t>
      </w:r>
      <w:r>
        <w:rPr>
          <w:b w:val="0"/>
          <w:i/>
        </w:rPr>
        <w:t>giả</w:t>
      </w:r>
      <w:r>
        <w:rPr>
          <w:b w:val="0"/>
          <w:i w:val="0"/>
        </w:rPr>
        <w:t>?" Langdon thắc mắc, ngạc nhiên.</w:t>
      </w:r>
    </w:p>
    <w:p>
      <w:pPr>
        <w:spacing w:after="80"/>
      </w:pPr>
      <w:r>
        <w:rPr>
          <w:b w:val="0"/>
          <w:i w:val="0"/>
        </w:rPr>
        <w:t xml:space="preserve">"Nó chỉ để </w:t>
      </w:r>
      <w:r>
        <w:rPr>
          <w:b w:val="0"/>
          <w:i/>
        </w:rPr>
        <w:t>trang trí</w:t>
      </w:r>
      <w:r>
        <w:rPr>
          <w:b w:val="0"/>
          <w:i w:val="0"/>
        </w:rPr>
        <w:t>, đúng không?" Cô chỉ lên ban công bao quanh toàn bộ căn phòng. "Nhìn kìa…không có cách nào lên đó được—không có thang hay cửa nào dẫn từ phía trên xuống."</w:t>
      </w:r>
    </w:p>
    <w:p>
      <w:pPr>
        <w:spacing w:after="80"/>
      </w:pPr>
      <w:r>
        <w:rPr>
          <w:b w:val="0"/>
          <w:i w:val="0"/>
        </w:rPr>
        <w:t xml:space="preserve">Langdon phải bật cười. </w:t>
      </w:r>
      <w:r>
        <w:rPr>
          <w:b w:val="0"/>
          <w:i/>
        </w:rPr>
        <w:t>Đúng là nhà khoa học, mới để ý ra sự bất hợp lý đó.</w:t>
      </w:r>
      <w:r>
        <w:rPr>
          <w:b w:val="0"/>
          <w:i w:val="0"/>
        </w:rPr>
        <w:t xml:space="preserve"> Hầu hết du khách chiêm ngưỡng lối đi treo quanh phòng đều không nhận ra câu đố hiển nhiên: không có lối nào để tiếp cận nó.</w:t>
      </w:r>
    </w:p>
    <w:p>
      <w:pPr>
        <w:spacing w:after="80"/>
      </w:pPr>
      <w:r>
        <w:rPr>
          <w:b w:val="0"/>
          <w:i w:val="0"/>
        </w:rPr>
        <w:t>"Đi theo tôi," Langdon thì thầm, khẽ gật đầu về phía bên phải. Anh dẫn cô vào góc thư viện, rồi sau khi kiểm tra lại rằng những người khác đều đang chăm chú vào cuốn Kinh Thánh, anh nhẹ nhàng nắm một phần kệ sách và kéo về phía mình. Chiếc kệ xoay ra ngoài không một tiếng động, để lộ một hốc tối, trong đó có một cầu thang xoắn ốc dẫn lên một ô cửa trên sàn ban công.</w:t>
      </w:r>
    </w:p>
    <w:p>
      <w:pPr>
        <w:spacing w:after="80"/>
      </w:pPr>
      <w:r>
        <w:rPr>
          <w:b w:val="0"/>
          <w:i w:val="0"/>
        </w:rPr>
        <w:t>"Và dĩ nhiên là anh biết điều đó," cô nói, đảo mắt.</w:t>
      </w:r>
    </w:p>
    <w:p>
      <w:pPr>
        <w:spacing w:after="80"/>
      </w:pPr>
      <w:r>
        <w:rPr>
          <w:b w:val="0"/>
          <w:i w:val="0"/>
        </w:rPr>
        <w:t>Những ký ức ấm áp về ngày hôm qua của Langdon tan biến khi một giọng nói đầy uy quyền bỗng phá vỡ sự im lặng và bắt đầu hét lên ở cửa thư viện.</w:t>
      </w:r>
    </w:p>
    <w:p>
      <w:pPr>
        <w:spacing w:after="80"/>
      </w:pPr>
      <w:r>
        <w:rPr>
          <w:b w:val="0"/>
          <w:i/>
        </w:rPr>
        <w:t>"Dámy a pánové!"</w:t>
      </w:r>
      <w:r>
        <w:rPr>
          <w:b w:val="0"/>
          <w:i w:val="0"/>
        </w:rPr>
        <w:t xml:space="preserve"> một người đàn ông hét lên. </w:t>
      </w:r>
      <w:r>
        <w:rPr>
          <w:b w:val="0"/>
          <w:i/>
        </w:rPr>
        <w:t>"Opusťte výstavu! Požární poplach!"</w:t>
      </w:r>
    </w:p>
    <w:p>
      <w:pPr>
        <w:spacing w:after="80"/>
      </w:pPr>
      <w:r>
        <w:rPr>
          <w:b w:val="0"/>
          <w:i w:val="0"/>
        </w:rPr>
        <w:t>Nhiều du khách Séc trao đổi ánh mắt giật mình và lập tức bắt đầu di chuyển về phía lối ra. Một vài du khách nước ngoài liếc nhìn họ rồi đi theo.</w:t>
      </w:r>
    </w:p>
    <w:p>
      <w:pPr>
        <w:spacing w:after="80"/>
      </w:pPr>
      <w:r>
        <w:rPr>
          <w:b w:val="0"/>
          <w:i/>
        </w:rPr>
        <w:t>"Báo cháy khẩn cấp!"</w:t>
      </w:r>
      <w:r>
        <w:rPr>
          <w:b w:val="0"/>
          <w:i w:val="0"/>
        </w:rPr>
        <w:t xml:space="preserve"> cùng giọng nói đó hét lên. </w:t>
      </w:r>
      <w:r>
        <w:rPr>
          <w:b w:val="0"/>
          <w:i/>
        </w:rPr>
        <w:t>"Ra lối thoát! Ngay!"</w:t>
      </w:r>
    </w:p>
    <w:p>
      <w:pPr>
        <w:spacing w:after="80"/>
      </w:pPr>
      <w:r>
        <w:rPr>
          <w:b w:val="0"/>
          <w:i/>
        </w:rPr>
        <w:t>Cháy ư?</w:t>
      </w:r>
      <w:r>
        <w:rPr>
          <w:b w:val="0"/>
          <w:i w:val="0"/>
        </w:rPr>
        <w:t xml:space="preserve"> Langdon chẳng ngửi thấy gì cả. </w:t>
      </w:r>
      <w:r>
        <w:rPr>
          <w:b w:val="0"/>
          <w:i/>
        </w:rPr>
        <w:t>Thật sao?</w:t>
      </w:r>
    </w:p>
    <w:p>
      <w:pPr>
        <w:spacing w:after="80"/>
      </w:pPr>
      <w:r>
        <w:rPr>
          <w:b w:val="0"/>
          <w:i w:val="0"/>
        </w:rPr>
        <w:t>Anh nhìn về phía đám đông du khách đang chen chúc qua lối ra duy nhất của thư viện. Phía sau đám đông, ở hành lang, một người đàn ông lực lưỡng mặc đồng phục ÚZSI màu xanh đang giám sát việc sơ tán thư viện…chăm chú quan sát từng người bước ra, thậm chí dừng một hai người lại để soi kỹ khuôn mặt họ hơn.</w:t>
      </w:r>
    </w:p>
    <w:p>
      <w:pPr>
        <w:spacing w:after="80"/>
      </w:pPr>
      <w:r>
        <w:rPr>
          <w:b w:val="0"/>
          <w:i w:val="0"/>
        </w:rPr>
        <w:t xml:space="preserve">Anh nhận ra ông ta ngay lập tức. </w:t>
      </w:r>
      <w:r>
        <w:rPr>
          <w:b w:val="0"/>
          <w:i/>
        </w:rPr>
        <w:t>Trung úy Pavel.</w:t>
      </w:r>
    </w:p>
    <w:p>
      <w:pPr>
        <w:spacing w:after="80"/>
      </w:pPr>
      <w:r>
        <w:rPr>
          <w:b w:val="0"/>
          <w:i w:val="0"/>
        </w:rPr>
        <w:t>Anh không hiểu bằng cách nào mà gã đàn ông đó lại tìm ra anh nhanh đến vậy—và chính xác đến thế—nhưng gã đang ở ngay đó, lách qua đám đông.</w:t>
      </w:r>
    </w:p>
    <w:p>
      <w:pPr>
        <w:spacing w:after="80"/>
      </w:pPr>
      <w:r>
        <w:rPr>
          <w:b w:val="0"/>
          <w:i/>
        </w:rPr>
        <w:t>Đây là một tình huống khẩn cấp giả,</w:t>
      </w:r>
      <w:r>
        <w:rPr>
          <w:b w:val="0"/>
          <w:i w:val="0"/>
        </w:rPr>
        <w:t xml:space="preserve"> Langdon linh cảm. </w:t>
      </w:r>
      <w:r>
        <w:rPr>
          <w:b w:val="0"/>
          <w:i/>
        </w:rPr>
        <w:t>Để gã có thể bẫy mình.</w:t>
      </w:r>
    </w:p>
    <w:p>
      <w:pPr>
        <w:spacing w:after="80"/>
      </w:pPr>
      <w:r>
        <w:rPr>
          <w:b w:val="0"/>
          <w:i w:val="0"/>
        </w:rPr>
        <w:t>Xét việc Pavel đã từng nổ súng vào Langdon trong Mê Cung Gương, chẳng có gì đảm bảo rằng gã sẽ không đơn giản bắn anh ngay khi thấy mặt, một khi người cuối cùng đã rời khỏi thư viện.</w:t>
      </w:r>
    </w:p>
    <w:p>
      <w:pPr>
        <w:spacing w:after="80"/>
      </w:pPr>
      <w:r>
        <w:rPr>
          <w:b w:val="0"/>
          <w:i w:val="0"/>
        </w:rPr>
        <w:t>Đảo mắt khắp phòng tìm chỗ trốn, Langdon chỉ thấy dãy quả địa cầu và tủ trưng bày trong suốt của cuốn codex. Cả hai đều chẳng giúp được gì mấy. Trong cơn tuyệt vọng, anh hướng mắt lên ban công phía trên rồi xuống chiếc tủ sách có bản lề ở góc phòng.</w:t>
      </w:r>
    </w:p>
    <w:p>
      <w:pPr>
        <w:spacing w:after="80"/>
      </w:pPr>
      <w:r>
        <w:rPr>
          <w:b w:val="0"/>
          <w:i w:val="0"/>
        </w:rPr>
        <w:t xml:space="preserve">Kể cả Langdon có leo lên ban công, trên đó cũng chẳng có lối thoát nào. </w:t>
      </w:r>
      <w:r>
        <w:rPr>
          <w:b w:val="0"/>
          <w:i/>
        </w:rPr>
        <w:t>Tủ sách là ngõ cụt.</w:t>
      </w:r>
      <w:r>
        <w:rPr>
          <w:b w:val="0"/>
          <w:i w:val="0"/>
        </w:rPr>
        <w:t xml:space="preserve"> Nhưng trốn trên cầu thang bí mật có thể giúp anh câu thêm vài phút. Tất nhiên rồi, bảo vệ bảo tàng sẽ tìm ra anh, nhưng bất cứ điều gì cũng tốt hơn là ở một mình với một sĩ quan ÚZSI điên rồ, súng lăm lăm trong tay.</w:t>
      </w:r>
    </w:p>
    <w:p>
      <w:pPr>
        <w:spacing w:after="80"/>
      </w:pPr>
      <w:r>
        <w:rPr>
          <w:b w:val="0"/>
          <w:i w:val="0"/>
        </w:rPr>
        <w:t>Trước khi Pavel kịp nhìn thấy anh, Langdon lẻn khỏi đám khách đang ùa ra và quay lại phía tủ sách. Đến nơi, anh nắm lấy cánh cửa và kéo về phía mình.</w:t>
      </w:r>
    </w:p>
    <w:p>
      <w:pPr>
        <w:spacing w:after="80"/>
      </w:pPr>
      <w:r>
        <w:rPr>
          <w:b w:val="0"/>
          <w:i w:val="0"/>
        </w:rPr>
        <w:t>Cánh cửa không nhúc nhích.</w:t>
      </w:r>
    </w:p>
    <w:p>
      <w:pPr>
        <w:spacing w:after="80"/>
      </w:pPr>
      <w:r>
        <w:rPr>
          <w:b w:val="0"/>
          <w:i w:val="0"/>
        </w:rPr>
        <w:t>Bối rối, anh kéo lần nữa.</w:t>
      </w:r>
    </w:p>
    <w:p>
      <w:pPr>
        <w:spacing w:after="80"/>
      </w:pPr>
      <w:r>
        <w:rPr>
          <w:b w:val="0"/>
          <w:i w:val="0"/>
        </w:rPr>
        <w:t>Họ khóa nó rồi sao?</w:t>
      </w:r>
    </w:p>
    <w:p>
      <w:pPr>
        <w:spacing w:after="80"/>
      </w:pPr>
      <w:r>
        <w:rPr>
          <w:b w:val="0"/>
          <w:i w:val="0"/>
        </w:rPr>
        <w:t>Gắn khóa lên chiếc tủ sách này thì chẳng có lý gì cả, mà hơn nữa, cánh cửa vẫn mở được hôm qua khi anh và Kath—</w:t>
      </w:r>
    </w:p>
    <w:p>
      <w:pPr>
        <w:spacing w:after="80"/>
      </w:pPr>
      <w:r>
        <w:rPr>
          <w:b w:val="0"/>
          <w:i w:val="0"/>
        </w:rPr>
        <w:t>Một ý nghĩ bất ngờ hiện ra.</w:t>
      </w:r>
    </w:p>
    <w:p>
      <w:pPr>
        <w:spacing w:after="80"/>
      </w:pPr>
      <w:r>
        <w:rPr>
          <w:b w:val="0"/>
          <w:i w:val="0"/>
        </w:rPr>
        <w:t>Không thể giải thích nổi…vậy mà…</w:t>
      </w:r>
    </w:p>
    <w:p>
      <w:pPr>
        <w:spacing w:after="80"/>
      </w:pPr>
      <w:r>
        <w:rPr>
          <w:b w:val="0"/>
          <w:i w:val="0"/>
        </w:rPr>
        <w:t>Giật mình vì khả năng đó, Langdon ghé sát miệng vào vách ngăn và thì thầm, "Katherine?"</w:t>
      </w:r>
    </w:p>
    <w:p>
      <w:pPr>
        <w:spacing w:after="80"/>
      </w:pPr>
      <w:r>
        <w:rPr>
          <w:b w:val="0"/>
          <w:i w:val="0"/>
        </w:rPr>
        <w:t>Langdon nghe thấy tiếng sột soạt bên trong, như thể ai đó đang tháo thứ gì đang giữ cánh cửa đóng lại. Một lát sau, tủ sách bật mở.</w:t>
      </w:r>
    </w:p>
    <w:p>
      <w:pPr>
        <w:spacing w:after="80"/>
      </w:pPr>
      <w:r>
        <w:rPr>
          <w:b w:val="0"/>
          <w:i w:val="0"/>
        </w:rPr>
        <w:t>Langdon nhận ra mình đang nhìn thẳng vào đôi mắt đẫm lệ của Katherine Solomon.</w:t>
      </w:r>
    </w:p>
    <w:p>
      <w:pPr>
        <w:spacing w:after="80"/>
      </w:pPr>
      <w:r>
        <w:rPr>
          <w:b w:val="0"/>
          <w:i w:val="0"/>
        </w:rPr>
        <w:t>Không chút do dự, anh bước vào vòng tay cô, để mặc chiếc kệ sách khép lại phía sau. Khi họ ôm nhau trong bóng tối của hốc tường nhỏ xíu, Langdon có thể nghe thấy tiếng cô khẽ khóc.</w:t>
      </w:r>
    </w:p>
    <w:p>
      <w:pPr>
        <w:spacing w:after="80"/>
      </w:pPr>
      <w:r>
        <w:rPr>
          <w:b w:val="0"/>
          <w:i w:val="0"/>
        </w:rPr>
        <w:t>“Ơn Chúa,” cô cố nói. “Em tưởng anh đã chết.”</w:t>
      </w:r>
    </w:p>
    <w:p>
      <w:pPr>
        <w:spacing w:after="80"/>
      </w:pPr>
      <w:r>
        <w:rPr>
          <w:b w:val="0"/>
          <w:i w:val="0"/>
        </w:rPr>
        <w:t>“Anh đang ở ngay đây mà,” anh thì thầm.</w:t>
      </w:r>
    </w:p>
    <w:p>
      <w:pPr>
        <w:pStyle w:val="Heading1"/>
      </w:pPr>
      <w:r>
        <w:rPr>
          <w:rFonts w:ascii="Calibri" w:hAnsi="Calibri"/>
          <w:b/>
          <w:i w:val="0"/>
          <w:sz w:val="40"/>
        </w:rPr>
        <w:t>Chương 64</w:t>
      </w:r>
    </w:p>
    <w:p>
      <w:pPr>
        <w:spacing w:after="80"/>
      </w:pPr>
      <w:r>
        <w:rPr>
          <w:b w:val="0"/>
          <w:i w:val="0"/>
        </w:rPr>
        <w:t>Trong bóng tối của hốc tường, Katherine áp sát người vào Langdon, ôm chặt lấy anh, không ai nói một lời. Dù bên ngoài khoảng không gian nhỏ bé này đang có bao nhiêu hỗn loạn, thì lúc này họ đang ở một mình trên đời, ít nhất là trong khoảnh khắc ngắn ngủi này, an toàn và bên nhau.</w:t>
      </w:r>
    </w:p>
    <w:p>
      <w:pPr>
        <w:spacing w:after="80"/>
      </w:pPr>
      <w:r>
        <w:rPr>
          <w:b w:val="0"/>
          <w:i/>
        </w:rPr>
        <w:t>Mình tưởng có lẽ sẽ không bao giờ gặp lại anh ấy nữa,</w:t>
      </w:r>
      <w:r>
        <w:rPr>
          <w:b w:val="0"/>
          <w:i w:val="0"/>
        </w:rPr>
        <w:t xml:space="preserve"> Katherine nghĩ.</w:t>
      </w:r>
    </w:p>
    <w:p>
      <w:pPr>
        <w:spacing w:after="80"/>
      </w:pPr>
      <w:r>
        <w:rPr>
          <w:b w:val="0"/>
          <w:i w:val="0"/>
        </w:rPr>
        <w:t>Cô có cảm giác như đã trốn ở đây cả một đời, sợ hãi cho tính mạng mình và cũng đau đớn vì có thể đã mất đi người đàn ông mà cô đang dần yêu. Không có anh thì đó sẽ là một nỗi đau tàn nhẫn nhất; suốt nhiều năm Katherine đã cảm thấy bị sức hút tự nhiên của Langdon cuốn hút mạnh mẽ, vậy mà vì lý do nào đó, cô luôn kìm lại không để nó trở thành chuyện tình cảm. Có lẽ đó là nỗi sợ mất anh với tư cách một người bạn, nhưng dù vậy, mỗi lần đường họ giao nhau, cô đều thầm tự hỏi liệu một ngày nào đó, sau bao nhiêu thập kỷ làm bạn, thời điểm có thể sẽ chín muồi.</w:t>
      </w:r>
    </w:p>
    <w:p>
      <w:pPr>
        <w:spacing w:after="80"/>
      </w:pPr>
      <w:r>
        <w:rPr>
          <w:b w:val="0"/>
          <w:i w:val="0"/>
        </w:rPr>
        <w:t xml:space="preserve">Và giờ…cuối cùng, nó </w:t>
      </w:r>
      <w:r>
        <w:rPr>
          <w:b w:val="0"/>
          <w:i/>
        </w:rPr>
        <w:t>đã</w:t>
      </w:r>
      <w:r>
        <w:rPr>
          <w:b w:val="0"/>
          <w:i w:val="0"/>
        </w:rPr>
        <w:t xml:space="preserve"> đến.</w:t>
      </w:r>
    </w:p>
    <w:p>
      <w:pPr>
        <w:spacing w:after="80"/>
      </w:pPr>
      <w:r>
        <w:rPr>
          <w:b w:val="0"/>
          <w:i w:val="0"/>
        </w:rPr>
        <w:t>Tràn ngập cảm xúc, Katherine ôm Langdon chặt hơn, tận hưởng sự hòa hợp trọn vẹn trong vòng tay họ và hơi ấm từ cơ thể anh.</w:t>
      </w:r>
    </w:p>
    <w:p>
      <w:pPr>
        <w:spacing w:after="80"/>
      </w:pPr>
      <w:r>
        <w:rPr>
          <w:b w:val="0"/>
          <w:i w:val="0"/>
        </w:rPr>
        <w:t>“Người em lạnh quá,” Langdon thì thầm. “Em có sao không? Áo khoác của em đâu?”</w:t>
      </w:r>
    </w:p>
    <w:p>
      <w:pPr>
        <w:spacing w:after="80"/>
      </w:pPr>
      <w:r>
        <w:rPr>
          <w:b w:val="0"/>
          <w:i w:val="0"/>
        </w:rPr>
        <w:t>“Em dùng nó để buộc cửa lại rồi,” cô nói, sau khi đã quấn một tay áo vào lan can xoắn ốc và tay áo kia vào tay nắm cửa để không ai có thể kéo mở kệ sách. “Hốc tường này là chỗ duy nhất em nghĩ ra để trốn.”</w:t>
      </w:r>
    </w:p>
    <w:p>
      <w:pPr>
        <w:spacing w:after="80"/>
      </w:pPr>
      <w:r>
        <w:rPr>
          <w:b w:val="0"/>
          <w:i w:val="0"/>
        </w:rPr>
        <w:t xml:space="preserve">“Nhưng </w:t>
      </w:r>
      <w:r>
        <w:rPr>
          <w:b w:val="0"/>
          <w:i/>
        </w:rPr>
        <w:t>tại sao</w:t>
      </w:r>
      <w:r>
        <w:rPr>
          <w:b w:val="0"/>
          <w:i w:val="0"/>
        </w:rPr>
        <w:t xml:space="preserve"> em lại trốn?!” anh hỏi, giọng nghe hoàn toàn bối rối.</w:t>
      </w:r>
    </w:p>
    <w:p>
      <w:pPr>
        <w:spacing w:after="80"/>
      </w:pPr>
      <w:r>
        <w:rPr>
          <w:b w:val="0"/>
          <w:i w:val="0"/>
        </w:rPr>
        <w:t>Katherine giải thích việc sáng nay cô nhận được một tin nhắn thoại hoảng loạn từ một kỹ thuật viên hệ thống của PRH tên là Alex. Cô đã gọi lại, và anh ta điên cuồng cảnh báo cô rằng có kẻ đã xâm nhập vào máy chủ PRH…và xóa sạch mọi dấu vết bản thảo của cô.</w:t>
      </w:r>
    </w:p>
    <w:p>
      <w:pPr>
        <w:spacing w:after="80"/>
      </w:pPr>
      <w:r>
        <w:rPr>
          <w:b w:val="0"/>
          <w:i w:val="0"/>
        </w:rPr>
        <w:t xml:space="preserve">“Cái gì?!” Langdon nghe có vẻ kinh hoàng. “Bản thảo của em </w:t>
      </w:r>
      <w:r>
        <w:rPr>
          <w:b w:val="0"/>
          <w:i/>
        </w:rPr>
        <w:t>biến mất</w:t>
      </w:r>
      <w:r>
        <w:rPr>
          <w:b w:val="0"/>
          <w:i w:val="0"/>
        </w:rPr>
        <w:t xml:space="preserve"> rồi?”</w:t>
      </w:r>
    </w:p>
    <w:p>
      <w:pPr>
        <w:spacing w:after="80"/>
      </w:pPr>
      <w:r>
        <w:rPr>
          <w:b w:val="0"/>
          <w:i w:val="0"/>
        </w:rPr>
        <w:t xml:space="preserve">“Có vẻ là vậy,” cô nói. “Và anh kỹ thuật viên đó sợ lắm. Anh ta bảo em…” Katherine ngừng lại, giọng nghẹn ngào vì xúc động. “Robert…anh ta nói anh ta nghĩ </w:t>
      </w:r>
      <w:r>
        <w:rPr>
          <w:b w:val="0"/>
          <w:i/>
        </w:rPr>
        <w:t>anh</w:t>
      </w:r>
      <w:r>
        <w:rPr>
          <w:b w:val="0"/>
          <w:i w:val="0"/>
        </w:rPr>
        <w:t xml:space="preserve"> đã chết đuối.”</w:t>
      </w:r>
    </w:p>
    <w:p>
      <w:pPr>
        <w:jc w:val="center"/>
      </w:pPr>
      <w:r>
        <w:drawing>
          <wp:inline xmlns:a="http://schemas.openxmlformats.org/drawingml/2006/main" xmlns:pic="http://schemas.openxmlformats.org/drawingml/2006/picture">
            <wp:extent cx="5486400" cy="362122"/>
            <wp:docPr id="57" name="Picture 57"/>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 xml:space="preserve">Langdon lùi ra, cố nhìn gương mặt cô trong bóng tối. “Anh ta nói với em là anh </w:t>
      </w:r>
      <w:r>
        <w:rPr>
          <w:b w:val="0"/>
          <w:i/>
        </w:rPr>
        <w:t>đã chết</w:t>
      </w:r>
      <w:r>
        <w:rPr>
          <w:b w:val="0"/>
          <w:i w:val="0"/>
        </w:rPr>
        <w:t>?!”</w:t>
      </w:r>
    </w:p>
    <w:p>
      <w:pPr>
        <w:spacing w:after="80"/>
      </w:pPr>
      <w:r>
        <w:rPr>
          <w:b w:val="0"/>
          <w:i w:val="0"/>
        </w:rPr>
        <w:t xml:space="preserve">“Anh ấy cũng lo đúng như vậy, đúng thế,” Katherine đáp, giọng yếu ớt và đầy xúc động. “Anh ấy nói đã lần theo điện thoại của em đến giữa sông Vltava…và tín hiệu biến mất. Em quá hoảng nên chẳng buồn hỏi han gì, còn anh ấy bảo em vứt ngay điện thoại đi, rời khỏi đường phố, và trốn ở đâu đó an toàn cho đến khi anh ấy có thêm thông tin. Vấn đề là anh ấy không thể liên lạc với chúng ta ở bất cứ đâu, và có vẻ như kẻ đã xóa bản thảo của em đang nhắm đến cả </w:t>
      </w:r>
      <w:r>
        <w:rPr>
          <w:b w:val="0"/>
          <w:i/>
        </w:rPr>
        <w:t>ba</w:t>
      </w:r>
      <w:r>
        <w:rPr>
          <w:b w:val="0"/>
          <w:i w:val="0"/>
        </w:rPr>
        <w:t xml:space="preserve"> người chúng ta! Anh ấy còn nói với em là Jonas đã biến mất hoàn toàn!”</w:t>
      </w:r>
    </w:p>
    <w:p>
      <w:pPr>
        <w:spacing w:after="80"/>
      </w:pPr>
      <w:r>
        <w:rPr>
          <w:b w:val="0"/>
          <w:i w:val="0"/>
        </w:rPr>
        <w:t xml:space="preserve">Langdon gần như không thể tiêu hóa nổi những gì mình đang nghe. </w:t>
      </w:r>
      <w:r>
        <w:rPr>
          <w:b w:val="0"/>
          <w:i/>
        </w:rPr>
        <w:t>Jonas mất tích ư?</w:t>
      </w:r>
      <w:r>
        <w:rPr>
          <w:b w:val="0"/>
          <w:i w:val="0"/>
        </w:rPr>
        <w:t xml:space="preserve"> “Nhưng tại sao lại có kẻ nhắm vào bản thảo của em? Hay nhắm vào bất kỳ ai trong chúng ta chứ?!”</w:t>
      </w:r>
    </w:p>
    <w:p>
      <w:pPr>
        <w:spacing w:after="80"/>
      </w:pPr>
      <w:r>
        <w:rPr>
          <w:b w:val="0"/>
          <w:i w:val="0"/>
        </w:rPr>
        <w:t>“Em không biết nữa,” cô nói, kéo anh lại gần hơn, mái tóc thơm ngát của cô xõa xuống má anh. “Em chỉ nhẹ cả người vì anh vẫn an toàn.”</w:t>
      </w:r>
    </w:p>
    <w:p>
      <w:pPr>
        <w:spacing w:after="80"/>
      </w:pPr>
      <w:r>
        <w:rPr>
          <w:b w:val="0"/>
          <w:i w:val="0"/>
        </w:rPr>
        <w:t>“Katherine,” anh thì thầm. “Anh không hiểu chuyện gì đang xảy ra ở đây…nhưng anh rất tiếc vì em đã phải trải qua chuyện này.” Anh biết mình cần kể cho cô nghe chi tiết về buổi sáng hỗn loạn của chính mình, nhưng lúc này anh vẫn đang cố nghĩ xem tiếp theo nên làm gì. “Và em chắc chắn bản thảo của em đã…</w:t>
      </w:r>
      <w:r>
        <w:rPr>
          <w:b w:val="0"/>
          <w:i/>
        </w:rPr>
        <w:t>biến mất</w:t>
      </w:r>
      <w:r>
        <w:rPr>
          <w:b w:val="0"/>
          <w:i w:val="0"/>
        </w:rPr>
        <w:t xml:space="preserve"> rồi chứ?”</w:t>
      </w:r>
    </w:p>
    <w:p>
      <w:pPr>
        <w:spacing w:after="80"/>
      </w:pPr>
      <w:r>
        <w:rPr>
          <w:b w:val="0"/>
          <w:i w:val="0"/>
        </w:rPr>
        <w:t>“Theo lời Alex thì đúng vậy,” cô nói. “Bị xóa khỏi mọi máy chủ. Tin tốt duy nhất là sáng nay, trên đường rời khách sạn, em thấy phòng dịch vụ doanh nghiệp vắng tanh, và em quyết định tận dụng khoảnh khắc riêng tư đó để in một bản cứng của bản thảo cho anh đọc.”</w:t>
      </w:r>
    </w:p>
    <w:p>
      <w:pPr>
        <w:spacing w:after="80"/>
      </w:pPr>
      <w:r>
        <w:rPr>
          <w:b w:val="0"/>
          <w:i w:val="0"/>
        </w:rPr>
        <w:t xml:space="preserve">Mấy ngày qua, Katherine nói rằng cô gần như đã sẵn sàng đưa anh một bản để đọc, nhưng phép tắc xuất bản đòi hỏi </w:t>
      </w:r>
      <w:r>
        <w:rPr>
          <w:b w:val="0"/>
          <w:i/>
        </w:rPr>
        <w:t>biên tập viên</w:t>
      </w:r>
      <w:r>
        <w:rPr>
          <w:b w:val="0"/>
          <w:i w:val="0"/>
        </w:rPr>
        <w:t xml:space="preserve"> của cô phải nhận bản thảo trước…mà giờ thì anh ấy đã nhận được rồi.</w:t>
      </w:r>
    </w:p>
    <w:p>
      <w:pPr>
        <w:spacing w:after="80"/>
      </w:pPr>
      <w:r>
        <w:rPr>
          <w:b w:val="0"/>
          <w:i w:val="0"/>
        </w:rPr>
        <w:t>“Em in bản của anh, nhưng đúng lúc em định lên lầu khóa nó vào két an toàn trong phòng của chúng ta thì chuông báo cháy trong khách sạn vang lên, và em phải sơ tán khỏi tòa nhà!”</w:t>
      </w:r>
    </w:p>
    <w:p>
      <w:pPr>
        <w:spacing w:after="80"/>
      </w:pPr>
      <w:r>
        <w:rPr>
          <w:b w:val="0"/>
          <w:i w:val="0"/>
        </w:rPr>
        <w:t xml:space="preserve">Langdon sững sờ nhận ra rằng Katherine đã ở ngay sau khúc quanh trong phòng dịch vụ doanh nghiệp vào lúc anh lao qua sảnh và kéo chuông báo cháy. </w:t>
      </w:r>
      <w:r>
        <w:rPr>
          <w:b w:val="0"/>
          <w:i/>
        </w:rPr>
        <w:t>Trời ơi, mình vừa suýt gặp được cô ấy.</w:t>
      </w:r>
    </w:p>
    <w:p>
      <w:pPr>
        <w:spacing w:after="80"/>
      </w:pPr>
      <w:r>
        <w:rPr>
          <w:b w:val="0"/>
          <w:i w:val="0"/>
        </w:rPr>
        <w:t>“Bản cứng em đã in,” Langdon hỏi, chẳng nhìn thấy gì trong bóng tối. “Em có kịp cất nó ở đâu đó an toàn không?”</w:t>
      </w:r>
    </w:p>
    <w:p>
      <w:pPr>
        <w:spacing w:after="80"/>
      </w:pPr>
      <w:r>
        <w:rPr>
          <w:b w:val="0"/>
          <w:i w:val="0"/>
        </w:rPr>
        <w:t xml:space="preserve">“Nó đây, ngay trong túi của em!” cô nói. “Khi em bảo Alex là em đang mang nó theo, anh ấy nói có thể đây sẽ là bản duy nhất còn lại, và anh ấy giục em mang nó đến một nơi an toàn cho đến khi chúng ta hiểu ra chuyện gì đang xảy ra. Lúc đó em ở ngay dưới phố, nên em đến </w:t>
      </w:r>
      <w:r>
        <w:rPr>
          <w:b w:val="0"/>
          <w:i/>
        </w:rPr>
        <w:t>đây.</w:t>
      </w:r>
      <w:r>
        <w:rPr>
          <w:b w:val="0"/>
          <w:i w:val="0"/>
        </w:rPr>
        <w:t>”</w:t>
      </w:r>
    </w:p>
    <w:p>
      <w:pPr>
        <w:spacing w:after="80"/>
      </w:pPr>
      <w:r>
        <w:rPr>
          <w:b w:val="0"/>
          <w:i w:val="0"/>
        </w:rPr>
        <w:t>Langdon ôm cô chặt hơn.</w:t>
      </w:r>
    </w:p>
    <w:p>
      <w:pPr>
        <w:spacing w:after="80"/>
      </w:pPr>
      <w:r>
        <w:rPr>
          <w:b w:val="0"/>
          <w:i w:val="0"/>
        </w:rPr>
        <w:t xml:space="preserve">“Em tin là anh còn sống, Robert—em </w:t>
      </w:r>
      <w:r>
        <w:rPr>
          <w:b w:val="0"/>
          <w:i/>
        </w:rPr>
        <w:t>cảm nhận</w:t>
      </w:r>
      <w:r>
        <w:rPr>
          <w:b w:val="0"/>
          <w:i w:val="0"/>
        </w:rPr>
        <w:t xml:space="preserve"> được điều đó, bất kể Alex nói gì về việc anh chết đuối. Em muốn gọi cho anh và nói em sẽ đợi anh ở đâu. Vấn đề là anh ấy cảnh báo em rằng có lẽ ai đó đang theo dõi liên lạc của chúng ta.”</w:t>
      </w:r>
    </w:p>
    <w:p>
      <w:pPr>
        <w:spacing w:after="80"/>
      </w:pPr>
      <w:r>
        <w:rPr>
          <w:b w:val="0"/>
          <w:i w:val="0"/>
        </w:rPr>
        <w:t>“Nên em gửi email cho anh bằng mật mã trước khi vứt điện thoại,” Langdon nói, cảm thấy các mảnh ghép giờ đã khớp vào nhau.</w:t>
      </w:r>
    </w:p>
    <w:p>
      <w:pPr>
        <w:spacing w:after="80"/>
      </w:pPr>
      <w:r>
        <w:rPr>
          <w:b w:val="0"/>
          <w:i w:val="0"/>
        </w:rPr>
        <w:t>“Đúng vậy. Enochian và Codex XL. Đó là thông điệp khó hiểu nhất mà em có thể nghĩ ra, nhưng em biết anh sẽ hiểu.”</w:t>
      </w:r>
    </w:p>
    <w:p>
      <w:pPr>
        <w:spacing w:after="80"/>
      </w:pPr>
      <w:r>
        <w:rPr>
          <w:b w:val="0"/>
          <w:i w:val="0"/>
        </w:rPr>
        <w:t>Langdon không nhịn được cười. “Thật ra thì cũng khá là thông minh đấy, Katherine Solomon ạ.”</w:t>
      </w:r>
    </w:p>
    <w:p>
      <w:pPr>
        <w:spacing w:after="80"/>
      </w:pPr>
      <w:r>
        <w:rPr>
          <w:b w:val="0"/>
          <w:i w:val="0"/>
        </w:rPr>
        <w:t xml:space="preserve">“Cũng không khó lắm.” Cô cười và dịu dàng hôn lên má anh. “Em chỉ tự hỏi mình: </w:t>
      </w:r>
      <w:r>
        <w:rPr>
          <w:b w:val="0"/>
          <w:i/>
        </w:rPr>
        <w:t>Anh</w:t>
      </w:r>
      <w:r>
        <w:rPr>
          <w:b w:val="0"/>
          <w:i w:val="0"/>
        </w:rPr>
        <w:t xml:space="preserve"> sẽ làm gì?”</w:t>
      </w:r>
    </w:p>
    <w:p>
      <w:pPr>
        <w:jc w:val="center"/>
      </w:pPr>
      <w:r>
        <w:drawing>
          <wp:inline xmlns:a="http://schemas.openxmlformats.org/drawingml/2006/main" xmlns:pic="http://schemas.openxmlformats.org/drawingml/2006/picture">
            <wp:extent cx="5486400" cy="362122"/>
            <wp:docPr id="58" name="Picture 58"/>
            <wp:cNvGraphicFramePr>
              <a:graphicFrameLocks noChangeAspect="1"/>
            </wp:cNvGraphicFramePr>
            <a:graphic>
              <a:graphicData uri="http://schemas.openxmlformats.org/drawingml/2006/picture">
                <pic:pic>
                  <pic:nvPicPr>
                    <pic:cNvPr id="0" name="image_rsrc8XU.jpg"/>
                    <pic:cNvPicPr/>
                  </pic:nvPicPr>
                  <pic:blipFill>
                    <a:blip r:embed="rId22"/>
                    <a:stretch>
                      <a:fillRect/>
                    </a:stretch>
                  </pic:blipFill>
                  <pic:spPr>
                    <a:xfrm>
                      <a:off x="0" y="0"/>
                      <a:ext cx="5486400" cy="362122"/>
                    </a:xfrm>
                    <a:prstGeom prst="rect"/>
                  </pic:spPr>
                </pic:pic>
              </a:graphicData>
            </a:graphic>
          </wp:inline>
        </w:drawing>
      </w:r>
    </w:p>
    <w:p>
      <w:pPr>
        <w:spacing w:after="80"/>
      </w:pPr>
      <w:r>
        <w:rPr>
          <w:b w:val="0"/>
          <w:i w:val="0"/>
        </w:rPr>
        <w:t>Ở hành lang bên ngoài Thư viện Baroque, Trung úy Pavel dõi theo những vị khách du lịch cuối cùng bước ra.</w:t>
      </w:r>
    </w:p>
    <w:p>
      <w:pPr>
        <w:spacing w:after="80"/>
      </w:pPr>
      <w:r>
        <w:rPr>
          <w:b w:val="0"/>
          <w:i w:val="0"/>
        </w:rPr>
        <w:t>Robert Langdon đang ở quái đâu rồi?</w:t>
      </w:r>
    </w:p>
    <w:p>
      <w:pPr>
        <w:spacing w:after="80"/>
      </w:pPr>
      <w:r>
        <w:rPr>
          <w:b w:val="0"/>
          <w:i w:val="0"/>
        </w:rPr>
        <w:t>Năm phút trước, Pavel đã cho người hướng dẫn viên bảo tàng đang kiểm tra vé ở cửa thư viện xem ảnh của Langdon. Người đàn ông này xác nhận rằng gã người Mỹ cao lớn kia đúng là đã bước vào thư viện này ngay trước khi Pavel đến và, theo hiểu biết của anh ta, vẫn chưa hề bước ra.</w:t>
      </w:r>
    </w:p>
    <w:p>
      <w:pPr>
        <w:spacing w:after="80"/>
      </w:pPr>
      <w:r>
        <w:rPr>
          <w:b w:val="0"/>
          <w:i w:val="0"/>
        </w:rPr>
        <w:t>Vậy hắn ở đâu chứ?!</w:t>
      </w:r>
    </w:p>
    <w:p>
      <w:pPr>
        <w:spacing w:after="80"/>
      </w:pPr>
      <w:r>
        <w:rPr>
          <w:b w:val="0"/>
          <w:i w:val="0"/>
        </w:rPr>
        <w:t>"Có lối ra nào khác không?" Pavel gặng hỏi. "</w:t>
      </w:r>
      <w:r>
        <w:rPr>
          <w:b w:val="0"/>
          <w:i/>
        </w:rPr>
        <w:t>Jiný východ?!</w:t>
      </w:r>
      <w:r>
        <w:rPr>
          <w:b w:val="0"/>
          <w:i w:val="0"/>
        </w:rPr>
        <w:t>"</w:t>
      </w:r>
    </w:p>
    <w:p>
      <w:pPr>
        <w:spacing w:after="80"/>
      </w:pPr>
      <w:r>
        <w:rPr>
          <w:b w:val="0"/>
          <w:i w:val="0"/>
        </w:rPr>
        <w:t xml:space="preserve">Người hướng dẫn viên đang sợ hãi lắc đầu. </w:t>
      </w:r>
      <w:r>
        <w:rPr>
          <w:b w:val="0"/>
          <w:i/>
        </w:rPr>
        <w:t>"Žádný tu není."</w:t>
      </w:r>
    </w:p>
    <w:p>
      <w:pPr>
        <w:spacing w:after="80"/>
      </w:pPr>
      <w:r>
        <w:rPr>
          <w:b w:val="0"/>
          <w:i w:val="0"/>
        </w:rPr>
        <w:t>Pavel bước qua ngưỡng cửa và đảo mắt nhìn khắp căn phòng hình chữ nhật dài. Đây thực chất là một hành lang rộng với những kệ sách cao chót vót làm tường, chẳng có chỗ nào để trốn. Một dãy quả địa cầu cổ chạy dọc giữa phòng dẫn về phía một tủ trưng bày trong suốt khổng lồ nào đó—cả hai đều chẳng che chắn được gì nhiều.</w:t>
      </w:r>
    </w:p>
    <w:p>
      <w:pPr>
        <w:spacing w:after="80"/>
      </w:pPr>
      <w:r>
        <w:rPr>
          <w:b w:val="0"/>
          <w:i w:val="0"/>
        </w:rPr>
        <w:t>Chính lúc đó Pavel mới để ý đến ban công.</w:t>
      </w:r>
    </w:p>
    <w:p>
      <w:pPr>
        <w:spacing w:after="80"/>
      </w:pPr>
      <w:r>
        <w:rPr>
          <w:b w:val="0"/>
          <w:i w:val="0"/>
        </w:rPr>
        <w:t>Khéo thật đấy, Giáo sư.</w:t>
      </w:r>
    </w:p>
    <w:p>
      <w:pPr>
        <w:spacing w:after="80"/>
      </w:pPr>
      <w:r>
        <w:rPr>
          <w:b w:val="0"/>
          <w:i w:val="0"/>
        </w:rPr>
        <w:t>Hành lang bao quanh thư viện được đặt cao đến mức Langdon chỉ cần nằm bẹp xuống sàn trên cao là có thể khuất khỏi tầm nhìn. Pavel nhìn quanh phòng và không thấy cầu thang, cửa hay lối nào dẫn lên tầng trên.</w:t>
      </w:r>
    </w:p>
    <w:p>
      <w:pPr>
        <w:spacing w:after="80"/>
      </w:pPr>
      <w:r>
        <w:rPr>
          <w:b w:val="0"/>
          <w:i w:val="0"/>
        </w:rPr>
        <w:t>Anh gọi người hướng dẫn viên đến và chỉ lên ban công. "Làm sao lên được đó?" anh hỏi khẽ, lù lù đứng trước chàng trai gầy gò.</w:t>
      </w:r>
    </w:p>
    <w:p>
      <w:pPr>
        <w:spacing w:after="80"/>
      </w:pPr>
      <w:r>
        <w:rPr>
          <w:b w:val="0"/>
          <w:i w:val="0"/>
        </w:rPr>
        <w:t>Người hướng dẫn viên run rẩy chỉ về góc thư viện bên trái cửa vào. "Có một cánh cửa trong kệ sách…và một cầu thang xoắn ốc phía sau nó."</w:t>
      </w:r>
    </w:p>
    <w:p>
      <w:pPr>
        <w:spacing w:after="80"/>
      </w:pPr>
      <w:r>
        <w:rPr>
          <w:b w:val="0"/>
          <w:i w:val="0"/>
        </w:rPr>
        <w:t xml:space="preserve">Pavel cân nhắc các lựa chọn của mình. "Niêm phong thư viện lại!" anh ra lệnh. "Ra ngoài và giữ cửa khóa chặt. Kẻ bị kẹt bên trong cực kỳ nguy hiểm. </w:t>
      </w:r>
      <w:r>
        <w:rPr>
          <w:b w:val="0"/>
          <w:i/>
        </w:rPr>
        <w:t>Tuyệt đối không</w:t>
      </w:r>
      <w:r>
        <w:rPr>
          <w:b w:val="0"/>
          <w:i w:val="0"/>
        </w:rPr>
        <w:t xml:space="preserve"> mở những cánh cửa này vì bất kỳ lý do gì—dù có nghe thấy gì đi nữa! Kể cả tiếng súng. Rõ chưa?!"</w:t>
      </w:r>
    </w:p>
    <w:p>
      <w:pPr>
        <w:spacing w:after="80"/>
      </w:pPr>
      <w:r>
        <w:rPr>
          <w:b w:val="0"/>
          <w:i w:val="0"/>
        </w:rPr>
        <w:t>Người hướng dẫn viên tái mét mặt và gật đầu, không chậm trễ lao ngay trở lại hành lang và đẩy mạnh đóng sầm cửa lại sau lưng. Tiếng đóng cửa vang vọng khắp căn phòng trống, và Pavel nghe thấy nhiều chốt khóa cài vào ổ loảng xoảng.</w:t>
      </w:r>
    </w:p>
    <w:p>
      <w:pPr>
        <w:spacing w:after="80"/>
      </w:pPr>
      <w:r>
        <w:rPr>
          <w:b w:val="0"/>
          <w:i w:val="0"/>
        </w:rPr>
        <w:t>Giờ chỉ còn một mình, Pavel quay lại và đối diện với căn phòng im lặng.</w:t>
      </w:r>
    </w:p>
    <w:p>
      <w:pPr>
        <w:spacing w:after="80"/>
      </w:pPr>
      <w:r>
        <w:rPr>
          <w:b w:val="0"/>
          <w:i w:val="0"/>
        </w:rPr>
        <w:t>Chỉ có mày và tao thôi, Giáo sư…trong cái hộp giết người tuyệt đẹp này.</w:t>
      </w:r>
    </w:p>
    <w:p>
      <w:pPr>
        <w:pStyle w:val="Heading1"/>
      </w:pPr>
      <w:r>
        <w:rPr>
          <w:rFonts w:ascii="Calibri" w:hAnsi="Calibri"/>
          <w:b/>
          <w:i w:val="0"/>
          <w:sz w:val="40"/>
        </w:rPr>
        <w:t>Chương 65</w:t>
      </w:r>
    </w:p>
    <w:p>
      <w:pPr>
        <w:spacing w:after="80"/>
      </w:pPr>
      <w:r>
        <w:rPr>
          <w:b w:val="0"/>
          <w:i w:val="0"/>
        </w:rPr>
        <w:t>Giáo đường Do Thái cổ kính Old-New Synagogue nằm nép mình trong khu phố Josefov—từng là khu ghetto Do Thái có tường bao quanh đầu tiên của Prague. Là giáo đường Do Thái còn hoạt động lâu đời nhất châu Âu, nơi đây đã lặng lẽ chứng kiến bao thăng trầm của lịch sử kể từ cuối thế kỷ mười ba. Bất chấp sự bào mòn của thời gian và những biến cố dữ dội mà Prague từng trải qua, giáo đường vẫn vẹn nguyên—một minh chứng cho sức sống bền bỉ của đức tin và truyền thống.</w:t>
      </w:r>
    </w:p>
    <w:p>
      <w:pPr>
        <w:spacing w:after="80"/>
      </w:pPr>
      <w:r>
        <w:rPr>
          <w:b w:val="0"/>
          <w:i w:val="0"/>
        </w:rPr>
        <w:t xml:space="preserve">Theo truyền thuyết, những phiến đá dựng nên ngôi đền này được các thiên thần mang từ Jerusalem đến với "điều kiện" rằng số đá ấy sẽ được trả về Jerusalem khi Đấng Messiah xuất hiện. Nhiều học giả cho rằng món quà "có điều kiện" này—trong tiếng Hebrew là </w:t>
      </w:r>
      <w:r>
        <w:rPr>
          <w:b w:val="0"/>
          <w:i/>
        </w:rPr>
        <w:t>al tnay</w:t>
      </w:r>
      <w:r>
        <w:rPr>
          <w:b w:val="0"/>
          <w:i w:val="0"/>
        </w:rPr>
        <w:t xml:space="preserve">—đã bị nhầm lẫn với từ </w:t>
      </w:r>
      <w:r>
        <w:rPr>
          <w:b w:val="0"/>
          <w:i/>
        </w:rPr>
        <w:t>alt-nay</w:t>
      </w:r>
      <w:r>
        <w:rPr>
          <w:b w:val="0"/>
          <w:i w:val="0"/>
        </w:rPr>
        <w:t xml:space="preserve"> trong tiếng Yiddish, nghĩa đen là Cũ-Mới, và từ đó tòa nhà có cái tên kỳ lạ như vậy.</w:t>
      </w:r>
    </w:p>
    <w:p>
      <w:pPr>
        <w:spacing w:after="80"/>
      </w:pPr>
      <w:r>
        <w:rPr>
          <w:b w:val="0"/>
          <w:i/>
        </w:rPr>
        <w:t>Một ốc đảo tâm linh…giữa sa mạc của chủ nghĩa vật chất,</w:t>
      </w:r>
      <w:r>
        <w:rPr>
          <w:b w:val="0"/>
          <w:i w:val="0"/>
        </w:rPr>
        <w:t xml:space="preserve"> The Golěm thầm nghĩ, đưa mắt nhìn về phía mặt tiền bằng đá khắc khổ của giáo đường, hai bên sát vách là những cửa hàng của Hermès, Montblanc và Valentino. Thế giới hiện đại đã xâm chiếm đến từng ngóc ngách của khu ghetto cổ xưa này, nuốt chửng những ngôi nhà u ám của nó cho đến khi gần như chẳng còn dấu vết nào của những con phố hiểm nguy từng được con golem huyền thoại nguyên thủy—được tạo ra ngay tại nơi này từ nhiều thế kỷ trước—tuần tra.</w:t>
      </w:r>
    </w:p>
    <w:p>
      <w:pPr>
        <w:spacing w:after="80"/>
      </w:pPr>
      <w:r>
        <w:rPr>
          <w:b w:val="0"/>
          <w:i w:val="0"/>
        </w:rPr>
        <w:t>Theo nhiều cách, giáo đường cũng chính là nơi The Golěm đã ra đời. Không lâu sau khi đến Prague, anh đã lang thang vô định ngang qua tòa nhà này thì nghe một hướng dẫn viên du lịch kể lại truyền thuyết về vị hộ vệ vĩ đại của khu ghetto Do Thái—một linh hồn canh gác được đưa vào thân xác của một con quái vật bằng đất sét. Câu chuyện nghe thật quen thuộc và thân thiết. Như thể bị một lực hấp dẫn vô hình nào đó lôi kéo, The Golěm đã bước vào ngôi đền.</w:t>
      </w:r>
    </w:p>
    <w:p>
      <w:pPr>
        <w:spacing w:after="80"/>
      </w:pPr>
      <w:r>
        <w:rPr>
          <w:b w:val="0"/>
          <w:i w:val="0"/>
        </w:rPr>
        <w:t>Bên trong, không khí tĩnh lặng đến chết chóc, thấm đẫm một nguồn năng lượng gần như huyền bí. Phía sau bàn thờ, hòm thánh linh thiêng đứng canh gác, cất giữ những cuộn kinh Torah cổ xưa được truyền cảm hứng từ cuộc đối thoại vĩnh cửu giữa cõi trần và cõi thiêng. The Golěm cảm thấy được an ủi bởi sự im lặng và ánh sáng mờ ảo. Anh ngồi xuống một dãy ghế gỗ mà bề mặt đã bị mài nhẵn bóng qua bao thế hệ tín đồ, và chính tại đó, dưới ánh sáng mong manh của những chiếc đèn chùm thời trung cổ, anh đã nhặt lên một tờ rơi giới thiệu…và bắt đầu đọc.</w:t>
      </w:r>
    </w:p>
    <w:p>
      <w:pPr>
        <w:spacing w:after="80"/>
      </w:pPr>
      <w:r>
        <w:rPr>
          <w:b w:val="0"/>
          <w:i w:val="0"/>
        </w:rPr>
        <w:t xml:space="preserve">Anh thấy mình bị cuốn hút bởi truyền thuyết về con golem và </w:t>
      </w:r>
      <w:r>
        <w:rPr>
          <w:b w:val="0"/>
          <w:i/>
        </w:rPr>
        <w:t>người tạo ra nó,</w:t>
      </w:r>
      <w:r>
        <w:rPr>
          <w:b w:val="0"/>
          <w:i w:val="0"/>
        </w:rPr>
        <w:t xml:space="preserve"> một giáo sĩ Do Thái quyền năng tên là Judah Loew ben Bezalel, còn được tôn kính là Maharal xứ Prague. Ngoài việc là một học giả về huyền học Do Thái và kinh Talmud, Giáo sĩ Loew còn là một nhà toán học, nhà thiên văn học, nhà triết học và nhà Kabbalah, người đã viết rất nhiều tác phẩm, trong đó có một văn bản quan trọng mang tên </w:t>
      </w:r>
      <w:r>
        <w:rPr>
          <w:b w:val="0"/>
          <w:i/>
        </w:rPr>
        <w:t>Gur Aryeh al HaTorah.</w:t>
      </w:r>
    </w:p>
    <w:p>
      <w:pPr>
        <w:spacing w:after="80"/>
      </w:pPr>
      <w:r>
        <w:rPr>
          <w:b w:val="0"/>
          <w:i w:val="0"/>
        </w:rPr>
        <w:t xml:space="preserve">Đêm hôm đó, The Golěm đã lặng lẽ đọc văn bản của vị giáo sĩ, cuốn sách mà anh đã mua ở cửa hàng quà tặng bên cạnh giáo đường. Khi ngấu nghiến những dòng chữ cổ xưa ấy, The Golěm sững sờ khi thấy </w:t>
      </w:r>
      <w:r>
        <w:rPr>
          <w:b w:val="0"/>
          <w:i/>
        </w:rPr>
        <w:t>chính mình</w:t>
      </w:r>
      <w:r>
        <w:rPr>
          <w:b w:val="0"/>
          <w:i w:val="0"/>
        </w:rPr>
        <w:t xml:space="preserve"> trên từng trang giấy…Chân lý đúng như anh đã hiểu từ trước đến nay!</w:t>
      </w:r>
    </w:p>
    <w:p>
      <w:pPr>
        <w:spacing w:after="80"/>
      </w:pPr>
      <w:r>
        <w:rPr>
          <w:b w:val="0"/>
          <w:i w:val="0"/>
        </w:rPr>
        <w:t>Thực tại có nhiều tầng bậc khác nhau.</w:t>
      </w:r>
    </w:p>
    <w:p>
      <w:pPr>
        <w:spacing w:after="80"/>
      </w:pPr>
      <w:r>
        <w:rPr>
          <w:b w:val="0"/>
          <w:i w:val="0"/>
        </w:rPr>
        <w:t>Guf, nefesh, sechel…</w:t>
      </w:r>
    </w:p>
    <w:p>
      <w:pPr>
        <w:spacing w:after="80"/>
      </w:pPr>
      <w:r>
        <w:rPr>
          <w:b w:val="0"/>
          <w:i w:val="0"/>
        </w:rPr>
        <w:t>Một linh hồn đơn độc có thể hòa hợp với một linh hồn khác để tạo thành một thực thể mới.</w:t>
      </w:r>
    </w:p>
    <w:p>
      <w:pPr>
        <w:spacing w:after="80"/>
      </w:pPr>
      <w:r>
        <w:rPr>
          <w:b w:val="0"/>
          <w:i w:val="0"/>
        </w:rPr>
        <w:t>Yesodot, taarovot, tarkovot.</w:t>
      </w:r>
    </w:p>
    <w:p>
      <w:pPr>
        <w:spacing w:after="80"/>
      </w:pPr>
      <w:r>
        <w:rPr>
          <w:b w:val="0"/>
          <w:i w:val="0"/>
        </w:rPr>
        <w:t>Linh hồn được tái sinh hết lần này đến lần khác.</w:t>
      </w:r>
    </w:p>
    <w:p>
      <w:pPr>
        <w:spacing w:after="80"/>
      </w:pPr>
      <w:r>
        <w:rPr>
          <w:b w:val="0"/>
          <w:i w:val="0"/>
        </w:rPr>
        <w:t>Gilgul neshamot…</w:t>
      </w:r>
    </w:p>
    <w:p>
      <w:pPr>
        <w:spacing w:after="80"/>
      </w:pPr>
      <w:r>
        <w:rPr>
          <w:b w:val="0"/>
          <w:i w:val="0"/>
        </w:rPr>
        <w:t>Đêm định mệnh ấy, khi nghiên cứu về vòng tuần hoàn của các linh hồn, anh bỗng nhận ra rằng mình, giống như con golem nguyên thủy, đã hiện thân một cách rõ ràng và không hề báo trước vào cõi giới này, một linh hồn trống rỗng thức tỉnh bên trong một thân xác mà anh thấy xa lạ đến mức ghê tởm.</w:t>
      </w:r>
    </w:p>
    <w:p>
      <w:pPr>
        <w:spacing w:after="80"/>
      </w:pPr>
      <w:r>
        <w:rPr>
          <w:b w:val="0"/>
          <w:i w:val="0"/>
        </w:rPr>
        <w:t>Anh nhớ lại khoảnh khắc đầu tiên ấy bên trong trại tâm thần ẩm thấp, khi được thôi thúc bởi một hành động tàn ác không thể diễn tả thành lời, The Golěm bỗng nhận thức được chính mình và cảm thấy có mục đích…vươn lên từ hư vô…nhìn thấy một người phụ nữ bất lực bị một nữ y tá ca đêm đánh đập đến mất trí. Anh đã lao tới và quật ngã nữ y tá xuống đất, siết cổ cô ta không ngừng nghỉ cho đến khi sự sống rời khỏi thân xác cô.</w:t>
      </w:r>
    </w:p>
    <w:p>
      <w:pPr>
        <w:spacing w:after="80"/>
      </w:pPr>
      <w:r>
        <w:rPr>
          <w:b w:val="0"/>
          <w:i w:val="0"/>
        </w:rPr>
        <w:t>Rồi hắn đứng sừng sững trên nạn nhân của mình và tận hưởng chiến thắng, được tiếp thêm sức mạnh nhờ hành động phụng sự đầu tiên ở cõi này. Người phụ nữ hắn cứu đã không còn tỉnh táo để chứng kiến hành động dũng cảm của hắn. Cô cũng không hề cảm nhận được việc hắn đưa thân thể bị đánh đập tơi tả của cô trở về giường, nơi hắn chăm sóc những vết thương cho cô rồi lại lặng lẽ chìm vào bóng tối… bắt đầu hiểu ra mình là ai và vì sao mình được triệu hồi.</w:t>
      </w:r>
    </w:p>
    <w:p>
      <w:pPr>
        <w:spacing w:after="80"/>
      </w:pPr>
      <w:r>
        <w:rPr>
          <w:b w:val="0"/>
          <w:i w:val="0"/>
        </w:rPr>
        <w:t>Ta là người bảo vệ của cô ấy.</w:t>
      </w:r>
    </w:p>
    <w:p>
      <w:pPr>
        <w:spacing w:after="80"/>
      </w:pPr>
      <w:r>
        <w:rPr>
          <w:b w:val="0"/>
          <w:i w:val="0"/>
        </w:rPr>
        <w:t>Từ đó trở đi, hắn phục vụ như một người hộ vệ thầm lặng trong những bức tường ngục tù ấy, quan sát từ trong bóng tối, xác nhận rằng cô vẫn an toàn. Mãi đến đêm hôm đó ở Prague, khi đọc những dòng chữ của Giáo sĩ Loew, The Golěm mới cuối cùng vỡ lẽ vì sao truyền thuyết Do Thái lại nghe quen thuộc đến thế… và lý do thật sự khiến hắn được đưa đến Prague.</w:t>
      </w:r>
    </w:p>
    <w:p>
      <w:pPr>
        <w:spacing w:after="80"/>
      </w:pPr>
      <w:r>
        <w:rPr>
          <w:b w:val="0"/>
          <w:i w:val="0"/>
        </w:rPr>
        <w:t>Ta là The Golěm.</w:t>
      </w:r>
    </w:p>
    <w:p>
      <w:pPr>
        <w:spacing w:after="80"/>
      </w:pPr>
      <w:r>
        <w:rPr>
          <w:b w:val="0"/>
          <w:i w:val="0"/>
        </w:rPr>
        <w:t>Hắn hình dung ra con quái vật bằng đất sét thức giấc không báo trước, chỉ biết rằng mình ở đây là để bảo vệ.</w:t>
      </w:r>
    </w:p>
    <w:p>
      <w:pPr>
        <w:spacing w:after="80"/>
      </w:pPr>
      <w:r>
        <w:rPr>
          <w:b w:val="0"/>
          <w:i w:val="0"/>
        </w:rPr>
        <w:t>Câu chuyện của ta là câu chuyện của hắn.</w:t>
      </w:r>
    </w:p>
    <w:p>
      <w:pPr>
        <w:spacing w:after="80"/>
      </w:pPr>
      <w:r>
        <w:rPr>
          <w:b w:val="0"/>
          <w:i w:val="0"/>
        </w:rPr>
        <w:t>Giống như con quái vật đất sét thuở xưa, The Golěm thường cảm thấy mình như kẻ bị ruồng bỏ, bị kết án phải cô độc một mình. Hắn cũng vật lộn với sự tỉnh táo của chính mình. Đôi khi The Golěm khao khát được công nhận sự hy sinh của mình, nhưng đó không phải là vị trí của hắn. Và thế là hắn tiếp tục bước đi trong thế giới của cô, không ai nhìn thấy.</w:t>
      </w:r>
    </w:p>
    <w:p>
      <w:pPr>
        <w:spacing w:after="80"/>
      </w:pPr>
      <w:r>
        <w:rPr>
          <w:b w:val="0"/>
          <w:i w:val="0"/>
        </w:rPr>
        <w:t>Hôm nay mang đến một thử thách hoàn toàn khác. Hắn đã giết người thầy dẫn dắt của cô, và cả người tình của cô nữa—hai con quái vật đã lạm dụng lòng tin của cô—nhưng điều tối quan trọng là Sasha không được phát hiện ra những việc hắn làm thay cho cô.</w:t>
      </w:r>
    </w:p>
    <w:p>
      <w:pPr>
        <w:spacing w:after="80"/>
      </w:pPr>
      <w:r>
        <w:rPr>
          <w:b w:val="0"/>
          <w:i w:val="0"/>
        </w:rPr>
        <w:t>Cô ấy sẽ không bao giờ tha thứ cho ta… không bao giờ hiểu được.</w:t>
      </w:r>
    </w:p>
    <w:p>
      <w:pPr>
        <w:spacing w:after="80"/>
      </w:pPr>
      <w:r>
        <w:rPr>
          <w:b w:val="0"/>
          <w:i w:val="0"/>
        </w:rPr>
        <w:t>Vì lý do đó, The Golěm đã quyết định điều cần phải làm. Hắn nhẹ nhàng khóa Sasha lại trong bóng tối, nơi cô sẽ may mắn không hay biết gì về tất cả những gì đang diễn ra… và tất cả những gì hắn sắp làm.</w:t>
      </w:r>
    </w:p>
    <w:p>
      <w:pPr>
        <w:spacing w:after="80"/>
      </w:pPr>
      <w:r>
        <w:rPr>
          <w:b w:val="0"/>
          <w:i w:val="0"/>
        </w:rPr>
        <w:t>Khi đến gần giáo đường Do Thái, hắn cảm thấy nặng nề, và gánh nặng hắn mang theo không chỉ là tinh thần. Túi áo choàng của hắn đầy ắp—một khẩu súng điện Vipertek, một lưỡi dao bật ra được, và một cây gậy kim loại để điều khiển Ether. The Golěm ngờ rằng hắn sẽ cần đến tất cả chúng.</w:t>
      </w:r>
    </w:p>
    <w:p>
      <w:pPr>
        <w:spacing w:after="80"/>
      </w:pPr>
      <w:r>
        <w:rPr>
          <w:b w:val="0"/>
          <w:i w:val="0"/>
        </w:rPr>
        <w:t>Trước khi đến ngôi đền, The Golěm đột ngột rẽ trái vào phố Široká, hôm nay không hướng đến giáo đường Do Thái mà là đến khu đất bên cạnh—ba mẫu đất được bao quanh bởi một bức tường đá cao.</w:t>
      </w:r>
    </w:p>
    <w:p>
      <w:pPr>
        <w:spacing w:after="80"/>
      </w:pPr>
      <w:r>
        <w:rPr>
          <w:b w:val="0"/>
          <w:i w:val="0"/>
        </w:rPr>
        <w:t>Vừa được kính trọng vừa bị sợ hãi, những gì nằm trong những bức tường này đã trở nên nổi tiếng khắp thế giới… như nơi ma quái nhất trên trái đất.</w:t>
      </w:r>
    </w:p>
    <w:p>
      <w:pPr>
        <w:pStyle w:val="Heading1"/>
      </w:pPr>
      <w:r>
        <w:rPr>
          <w:rFonts w:ascii="Calibri" w:hAnsi="Calibri"/>
          <w:b/>
          <w:i w:val="0"/>
          <w:sz w:val="40"/>
        </w:rPr>
        <w:t>Chương 66</w:t>
      </w:r>
    </w:p>
    <w:p>
      <w:pPr>
        <w:spacing w:after="80"/>
      </w:pPr>
      <w:r>
        <w:rPr>
          <w:b w:val="0"/>
          <w:i w:val="0"/>
        </w:rPr>
        <w:t>Trong hoàn cảnh khác, Trung úy Pavel có lẽ đã cố gắng cảm nhận sự thanh bình của thư viện cổ kính này, nhưng hôm nay cuộc đời anh không còn chỗ cho sự tĩnh lặng. Cơn giận đang lớn dần trong anh không giống bất cứ điều gì anh từng cảm thấy.</w:t>
      </w:r>
    </w:p>
    <w:p>
      <w:pPr>
        <w:spacing w:after="80"/>
      </w:pPr>
      <w:r>
        <w:rPr>
          <w:b w:val="0"/>
          <w:i w:val="0"/>
        </w:rPr>
        <w:t>Đội trưởng của tôi, chú tôi… bị giết hại.</w:t>
      </w:r>
    </w:p>
    <w:p>
      <w:pPr>
        <w:spacing w:after="80"/>
      </w:pPr>
      <w:r>
        <w:rPr>
          <w:b w:val="0"/>
          <w:i/>
        </w:rPr>
        <w:t>“Giáo sư!”</w:t>
      </w:r>
      <w:r>
        <w:rPr>
          <w:b w:val="0"/>
          <w:i w:val="0"/>
        </w:rPr>
        <w:t xml:space="preserve"> anh gầm lên vào khoảng không trống rỗng, rút vũ khí ra và đảo mắt nhìn lên ban công phía trên mình. </w:t>
      </w:r>
      <w:r>
        <w:rPr>
          <w:b w:val="0"/>
          <w:i/>
        </w:rPr>
        <w:t>“Ta biết ông ở trên đó! Đứng lên đi!”</w:t>
      </w:r>
    </w:p>
    <w:p>
      <w:pPr>
        <w:spacing w:after="80"/>
      </w:pPr>
      <w:r>
        <w:rPr>
          <w:b w:val="0"/>
          <w:i w:val="0"/>
        </w:rPr>
        <w:t>Không có động tĩnh gì.</w:t>
      </w:r>
    </w:p>
    <w:p>
      <w:pPr>
        <w:spacing w:after="80"/>
      </w:pPr>
      <w:r>
        <w:rPr>
          <w:b w:val="0"/>
          <w:i w:val="0"/>
        </w:rPr>
        <w:t>Im lặng.</w:t>
      </w:r>
    </w:p>
    <w:p>
      <w:pPr>
        <w:spacing w:after="80"/>
      </w:pPr>
      <w:r>
        <w:rPr>
          <w:b w:val="0"/>
          <w:i w:val="0"/>
        </w:rPr>
        <w:t>“Ra mặt ngay đi!”</w:t>
      </w:r>
    </w:p>
    <w:p>
      <w:pPr>
        <w:spacing w:after="80"/>
      </w:pPr>
      <w:r>
        <w:rPr>
          <w:b w:val="0"/>
          <w:i w:val="0"/>
        </w:rPr>
        <w:t>Pavel xoay người chậm rãi, để khẩu súng của mình vạch một đường chậm rãi quanh toàn bộ chu vi của lối đi.</w:t>
      </w:r>
    </w:p>
    <w:p>
      <w:pPr>
        <w:spacing w:after="80"/>
      </w:pPr>
      <w:r>
        <w:rPr>
          <w:b w:val="0"/>
          <w:i w:val="0"/>
        </w:rPr>
        <w:t>Không có gì cả.</w:t>
      </w:r>
    </w:p>
    <w:p>
      <w:pPr>
        <w:spacing w:after="80"/>
      </w:pPr>
      <w:r>
        <w:rPr>
          <w:b w:val="0"/>
          <w:i w:val="0"/>
        </w:rPr>
        <w:t>Quay về phía góc phòng nơi người hướng dẫn viên đã chỉ rằng có một cầu thang ẩn, Pavel lén lút băng qua sàn nhà và tìm ra một phần kệ sách được khoét khéo léo thành ô cửa. Anh nắm lấy tay nắm đồng nhỏ xíu và kéo, nhưng cánh cửa chỉ nhích lên một chút rồi dừng lại.</w:t>
      </w:r>
    </w:p>
    <w:p>
      <w:pPr>
        <w:spacing w:after="80"/>
      </w:pPr>
      <w:r>
        <w:rPr>
          <w:b w:val="0"/>
          <w:i w:val="0"/>
        </w:rPr>
        <w:t>Anh thử lại. Cánh cửa dường như bị khóa từ bên trong.</w:t>
      </w:r>
    </w:p>
    <w:p>
      <w:pPr>
        <w:spacing w:after="80"/>
      </w:pPr>
      <w:r>
        <w:rPr>
          <w:b w:val="0"/>
          <w:i w:val="0"/>
        </w:rPr>
        <w:t>Lấy hết sức bình sinh, Pavel kéo tay nắm bằng toàn bộ sức lực, nhưng cánh cửa chỉ nhích được một nửa inch miễn cưỡng trước khi tay nắm đồng bật tung khỏi chiếc kệ sách cổ, khiến Pavel ngã ngửa ra sau xuống sàn gỗ cứng. Cú va chạm với mặt sàn làm cơn đau xé toạc chạy qua hộp sọ vốn đã đau nhức của anh.</w:t>
      </w:r>
    </w:p>
    <w:p>
      <w:pPr>
        <w:spacing w:after="80"/>
      </w:pPr>
      <w:r>
        <w:rPr>
          <w:b w:val="0"/>
          <w:i w:val="0"/>
        </w:rPr>
        <w:t>Nổi giận, viên trung úy nhảy phắt dậy, chĩa súng vào cánh cửa kệ sách và bóp cò. Với một tiếng vang dội như nổ, một viên đạn xuyên qua kệ sách và kêu loảng xoảng vào thứ gì đó bằng kim loại ở phía bên kia, có lẽ là cầu thang xoắn ốc mà người hướng dẫn viên đã nói với anh dẫn lên tầng hai.</w:t>
      </w:r>
    </w:p>
    <w:p>
      <w:pPr>
        <w:spacing w:after="80"/>
      </w:pPr>
      <w:r>
        <w:rPr>
          <w:b w:val="0"/>
          <w:i w:val="0"/>
        </w:rPr>
        <w:t>Pavel không nghe thấy tiếng ai đó ngã xuống sàn. Anh cân nhắc việc xả toàn bộ băng đạn vào kệ sách, nhưng anh biết rõ hơn.</w:t>
      </w:r>
    </w:p>
    <w:p>
      <w:pPr>
        <w:spacing w:after="80"/>
      </w:pPr>
      <w:r>
        <w:rPr>
          <w:b w:val="0"/>
          <w:i/>
        </w:rPr>
        <w:t>Trpělivost,</w:t>
      </w:r>
      <w:r>
        <w:rPr>
          <w:b w:val="0"/>
          <w:i w:val="0"/>
        </w:rPr>
        <w:t xml:space="preserve"> bóng ma của viên đội trưởng thì thầm. </w:t>
      </w:r>
      <w:r>
        <w:rPr>
          <w:b w:val="0"/>
          <w:i/>
        </w:rPr>
        <w:t>Kiên nhẫn là một vũ khí.</w:t>
      </w:r>
    </w:p>
    <w:p>
      <w:pPr>
        <w:spacing w:after="80"/>
      </w:pPr>
      <w:r>
        <w:rPr>
          <w:b w:val="0"/>
          <w:i w:val="0"/>
        </w:rPr>
        <w:t>Pavel hạ khẩu súng xuống.</w:t>
      </w:r>
    </w:p>
    <w:p>
      <w:pPr>
        <w:spacing w:after="80"/>
      </w:pPr>
      <w:r>
        <w:rPr>
          <w:b w:val="0"/>
          <w:i w:val="0"/>
        </w:rPr>
        <w:t>Nếu tiếng súng không khiến lũ hướng dẫn viên chạy vào, thì chẳng có gì khiến họ vào được. Thời gian đứng về phía Pavel, và anh đã kịp nảy ra một ý tưởng.</w:t>
      </w:r>
    </w:p>
    <w:p>
      <w:pPr>
        <w:spacing w:after="80"/>
      </w:pPr>
      <w:r>
        <w:rPr>
          <w:b w:val="0"/>
          <w:i w:val="0"/>
        </w:rPr>
        <w:t>Ở cuối phòng có một chiếc thang cổ dựng vào kệ sách. Được thiết kế để lấy sách từ những kệ cao nhất ở tầng một, chiếc thang không đủ dài để với tới tận ban công.</w:t>
      </w:r>
    </w:p>
    <w:p>
      <w:pPr>
        <w:spacing w:after="80"/>
      </w:pPr>
      <w:r>
        <w:rPr>
          <w:b w:val="0"/>
          <w:i w:val="0"/>
        </w:rPr>
        <w:t>Mắt anh chuyển sang tủ trưng bày trong suốt ở cuối phòng. Khối hộp Plexiglas nặng trịch gần cao bằng chính Pavel và trông có vẻ chống đạn—một cái đế hoàn hảo cho chiếc thang. Nếu Pavel có thể làm chiếc thang với tới ban công, anh có thể trèo qua, vòng ra tới đỉnh cầu thang xoắn ốc…và tấn công từ trên xuống.</w:t>
      </w:r>
    </w:p>
    <w:p>
      <w:pPr>
        <w:spacing w:after="80"/>
      </w:pPr>
      <w:r>
        <w:rPr>
          <w:b w:val="0"/>
          <w:i/>
        </w:rPr>
        <w:t>Kiên nhẫn,</w:t>
      </w:r>
      <w:r>
        <w:rPr>
          <w:b w:val="0"/>
          <w:i w:val="0"/>
        </w:rPr>
        <w:t xml:space="preserve"> anh nghĩ. </w:t>
      </w:r>
      <w:r>
        <w:rPr>
          <w:b w:val="0"/>
          <w:i/>
        </w:rPr>
        <w:t>Kiên nhẫn, thuyền trưởng của tôi.</w:t>
      </w:r>
    </w:p>
    <w:p>
      <w:pPr>
        <w:jc w:val="center"/>
      </w:pPr>
      <w:r>
        <w:drawing>
          <wp:inline xmlns:a="http://schemas.openxmlformats.org/drawingml/2006/main" xmlns:pic="http://schemas.openxmlformats.org/drawingml/2006/picture">
            <wp:extent cx="5486400" cy="362122"/>
            <wp:docPr id="59" name="Picture 59"/>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Trong hốc tường, Katherine và Langdon co rúm trong nỗi kinh hoàng, vừa mới nghe thấy một viên đạn rít lên lao vào khoảng không chật hẹp và đập vào cầu thang kim loại bên dưới họ. Nó bùng lên một tia lửa sáng rực cùng tiếng kim loại va chạm chói tai.</w:t>
      </w:r>
    </w:p>
    <w:p>
      <w:pPr>
        <w:spacing w:after="80"/>
      </w:pPr>
      <w:r>
        <w:rPr>
          <w:b w:val="0"/>
          <w:i w:val="0"/>
        </w:rPr>
        <w:t>Một phút trước đó, khi nghe thấy giọng Pavel và tiếng sập của những cánh cửa ngoài bị khóa lại, Langdon đã nhanh chóng buộc lại chiếc áo khoác dài Canada Goose của Katherine quanh lan can cầu thang chặt hết mức có thể. Rồi họ leo lên nửa chừng cầu thang xoắn ốc, chờ ở chiếu nghỉ giữa hai tầng để có thể nhanh chóng tẩu thoát lên trên hoặc xuống dưới. Pavel vừa mới cho thấy rõ rằng anh ta sẽ bắn trước rồi mới hỏi sau.</w:t>
      </w:r>
    </w:p>
    <w:p>
      <w:pPr>
        <w:spacing w:after="80"/>
      </w:pPr>
      <w:r>
        <w:rPr>
          <w:b w:val="0"/>
          <w:i w:val="0"/>
        </w:rPr>
        <w:t>Chúng ta đang bị nhốt trong thư viện này cùng một kẻ điên.</w:t>
      </w:r>
    </w:p>
    <w:p>
      <w:pPr>
        <w:spacing w:after="80"/>
      </w:pPr>
      <w:r>
        <w:rPr>
          <w:b w:val="0"/>
          <w:i w:val="0"/>
        </w:rPr>
        <w:t xml:space="preserve">Langdon tự hỏi liệu vết thương ở đầu của Pavel có khiến anh ta thực sự mất trí, hay liệu viên trung úy này đã được cấp phép chính thức để dùng vũ lực chết người. </w:t>
      </w:r>
      <w:r>
        <w:rPr>
          <w:b w:val="0"/>
          <w:i/>
        </w:rPr>
        <w:t>Được cấp phép từ ai chứ?</w:t>
      </w:r>
      <w:r>
        <w:rPr>
          <w:b w:val="0"/>
          <w:i w:val="0"/>
        </w:rPr>
        <w:t xml:space="preserve"> Xét đến mọi điều Langdon đã biết lúc này, có một ý nghĩ đáng lo ngại rằng Pavel đã được ai đó giao nhiệm vụ truy lùng bản thảo của Katherine và tiêu hủy nó.</w:t>
      </w:r>
    </w:p>
    <w:p>
      <w:pPr>
        <w:spacing w:after="80"/>
      </w:pPr>
      <w:r>
        <w:rPr>
          <w:b w:val="0"/>
          <w:i/>
        </w:rPr>
        <w:t>Và tiêu hủy</w:t>
      </w:r>
      <w:r>
        <w:rPr>
          <w:b w:val="0"/>
          <w:i w:val="0"/>
        </w:rPr>
        <w:t xml:space="preserve"> luôn cả chúng ta </w:t>
      </w:r>
      <w:r>
        <w:rPr>
          <w:b w:val="0"/>
          <w:i/>
        </w:rPr>
        <w:t>theo cùng.</w:t>
      </w:r>
    </w:p>
    <w:p>
      <w:pPr>
        <w:spacing w:after="80"/>
      </w:pPr>
      <w:r>
        <w:rPr>
          <w:b w:val="0"/>
          <w:i w:val="0"/>
        </w:rPr>
        <w:t>Langdon cảm thấy hy vọng duy nhất của họ là báo ngay cho đại sứ quán hoặc cảnh sát địa phương. Vấn đề là họ không có điện thoại, và nếu họ hét lên cầu cứu thì Pavel sẽ là người duy nhất nghe thấy.</w:t>
      </w:r>
    </w:p>
    <w:p>
      <w:pPr>
        <w:spacing w:after="80"/>
      </w:pPr>
      <w:r>
        <w:rPr>
          <w:b w:val="0"/>
          <w:i w:val="0"/>
        </w:rPr>
        <w:t>“Anh có sao không?” Langdon thì thầm trong bóng tối.</w:t>
      </w:r>
    </w:p>
    <w:p>
      <w:pPr>
        <w:spacing w:after="80"/>
      </w:pPr>
      <w:r>
        <w:rPr>
          <w:b w:val="0"/>
          <w:i w:val="0"/>
        </w:rPr>
        <w:t>“Không ổn chút nào,” giọng Katherine đáp lại. “Còn anh?”</w:t>
      </w:r>
    </w:p>
    <w:p>
      <w:pPr>
        <w:spacing w:after="80"/>
      </w:pPr>
      <w:r>
        <w:rPr>
          <w:b w:val="0"/>
          <w:i w:val="0"/>
        </w:rPr>
        <w:t>Langdon tìm thấy tay cô và siết chặt. “Đừng di chuyển. Ở yên trên chiếu nghỉ này. Anh sẽ lên trên xem có lối thoát nào khác khỏi đây không.”</w:t>
      </w:r>
    </w:p>
    <w:p>
      <w:pPr>
        <w:spacing w:after="80"/>
      </w:pPr>
      <w:r>
        <w:rPr>
          <w:b w:val="0"/>
          <w:i w:val="0"/>
        </w:rPr>
        <w:t>Trong bóng tối hoàn toàn, Langdon mò mẫm leo nốt phần còn lại của chiếc cầu thang nhỏ cho đến khi chạm thấy cửa sập phía trên. Anh nhẹ nhàng đẩy lên, và tấm gỗ vuông nhỏ hé mở một khe.</w:t>
      </w:r>
    </w:p>
    <w:p>
      <w:pPr>
        <w:spacing w:after="80"/>
      </w:pPr>
      <w:r>
        <w:rPr>
          <w:b w:val="0"/>
          <w:i w:val="0"/>
        </w:rPr>
        <w:t>Ánh sáng tràn qua khe hở, và Langdon nheo mắt khi nâng tấm ván lên, nhích đầu lên từ từ cho đến khi mắt anh ngang mặt sàn. Thò đầu ra từ dưới cửa sập, anh quan sát ban công tìm bất kỳ lối thoát nào—kể cả một cửa sổ dẫn ra mái nhà. Không có gì. Chỉ có những bức tường đầy sách cổ cao vút lên tới bức bích họa trần tuyệt đẹp vòm cong phía trên.</w:t>
      </w:r>
    </w:p>
    <w:p>
      <w:pPr>
        <w:spacing w:after="80"/>
      </w:pPr>
      <w:r>
        <w:rPr>
          <w:b w:val="0"/>
          <w:i w:val="0"/>
        </w:rPr>
        <w:t>Langdon mở hẳn cửa sập ra và nhẹ nhàng đặt nó xuống sàn ban công. Anh leo thêm một bậc nữa cho đến khi có thể nhìn xuống qua lan can ban công. Bên dưới, ở tận cùng thư viện, Pavel hiện ra với lưng quay về phía Langdon, mặt áp sát vào tủ trưng bày cuốn Kinh thánh của Quỷ…như thể đang chăm chú xem xét cổ vật ấy.</w:t>
      </w:r>
    </w:p>
    <w:p>
      <w:pPr>
        <w:spacing w:after="80"/>
      </w:pPr>
      <w:r>
        <w:rPr>
          <w:b w:val="0"/>
          <w:i w:val="0"/>
        </w:rPr>
        <w:t>Pavel không giống mẫu người mà Langdon nghĩ sẽ quan tâm đến một cuốn sách cổ, nhất là vào lúc này, nhưng rồi Langdon nghe thấy một tiếng rít the thé và thấy chiếc tủ dịch đi vài inch. Viên trung úy lực lưỡng, anh nhận ra, không phải đang chiêm ngưỡng cuốn sách cổ, mà đang cố đẩy chiếc tủ trưng bày khổng lồ của nó băng qua sàn.</w:t>
      </w:r>
    </w:p>
    <w:p>
      <w:pPr>
        <w:spacing w:after="80"/>
      </w:pPr>
      <w:r>
        <w:rPr>
          <w:b w:val="0"/>
          <w:i w:val="0"/>
        </w:rPr>
        <w:t>Tại sao chứ? Cái khối đó chắc phải nặng cả ngàn pound!</w:t>
      </w:r>
    </w:p>
    <w:p>
      <w:pPr>
        <w:spacing w:after="80"/>
      </w:pPr>
      <w:r>
        <w:rPr>
          <w:b w:val="0"/>
          <w:i w:val="0"/>
        </w:rPr>
        <w:t xml:space="preserve">Langdon đau lòng khi thấy những vết xước sâu hằn lên sàn gỗ lát hình khối tuyệt đẹp, dù anh còn hoảng hơn nhiều khi thấy chiếc thang cổ nằm trên sàn gần tủ trưng bày. Trong khoảnh khắc, ý đồ của Pavel trở nên rõ ràng. </w:t>
      </w:r>
      <w:r>
        <w:rPr>
          <w:b w:val="0"/>
          <w:i/>
        </w:rPr>
        <w:t>Hắn đang lên đây.</w:t>
      </w:r>
      <w:r>
        <w:rPr>
          <w:b w:val="0"/>
          <w:i w:val="0"/>
        </w:rPr>
        <w:t xml:space="preserve"> Khối hộp trong suốt chắc chắn trông đủ vững chắc để đỡ chân thang, và Pavel rõ ràng đủ khỏe để dịch chuyển nó. Chiếc tủ nhích đi vài inch mỗi lần anh ta ra sức, bò dần về phía bên kia căn phòng. Để đẩy nó tới đủ gần sẽ cần thời gian và sự kiên nhẫn, nhưng có vẻ Pavel có đủ cả hai.</w:t>
      </w:r>
    </w:p>
    <w:p>
      <w:pPr>
        <w:spacing w:after="80"/>
      </w:pPr>
      <w:r>
        <w:rPr>
          <w:b w:val="0"/>
          <w:i w:val="0"/>
        </w:rPr>
        <w:t>Nếu hắn lùa chúng ta ra ngoài, chẳng còn chỗ nào để trốn. Không lối thoát khỏi căn phòng bị khóa này.</w:t>
      </w:r>
    </w:p>
    <w:p>
      <w:pPr>
        <w:spacing w:after="80"/>
      </w:pPr>
      <w:r>
        <w:rPr>
          <w:b w:val="0"/>
          <w:i w:val="0"/>
        </w:rPr>
        <w:t>Langdon ráo riết tìm kiếm một giải pháp, và mắt ông hướng lên trời, như ông vẫn thường làm mỗi khi hy vọng có được cảm hứng. Nhìn chằm chằm vào khoảng không rực rỡ sắc màu của bức bích họa vòm lên trên đầu, ông thấy mình hoàn toàn bị bao trùm bởi vẻ đẹp của tác phẩm — một cảnh khắc họa các thánh Dòng Tên đang mải mê đọc và viết giữa những đám mây, nhấn mạnh tầm quan trọng của tri thức.</w:t>
      </w:r>
    </w:p>
    <w:p>
      <w:pPr>
        <w:spacing w:after="80"/>
      </w:pPr>
      <w:r>
        <w:rPr>
          <w:b w:val="0"/>
          <w:i w:val="0"/>
        </w:rPr>
        <w:t>Nghĩ đi, Robert.</w:t>
      </w:r>
    </w:p>
    <w:p>
      <w:pPr>
        <w:spacing w:after="80"/>
      </w:pPr>
      <w:r>
        <w:rPr>
          <w:b w:val="0"/>
          <w:i w:val="0"/>
        </w:rPr>
        <w:t>Khi ông ngắm nhìn khung cảnh thiên đường cao vợi ấy, mắt ông bất ngờ dừng lại ở một vật thể chẳng ăn nhập gì, đang ngụy trang giữa những đám mây cuồn cuộn trong bức bích họa.</w:t>
      </w:r>
    </w:p>
    <w:p>
      <w:pPr>
        <w:spacing w:after="80"/>
      </w:pPr>
      <w:r>
        <w:rPr>
          <w:b w:val="0"/>
          <w:i w:val="0"/>
        </w:rPr>
        <w:t>Đó là một chiếc đĩa kim loại nhỏ.</w:t>
      </w:r>
    </w:p>
    <w:p>
      <w:pPr>
        <w:spacing w:after="80"/>
      </w:pPr>
      <w:r>
        <w:rPr>
          <w:b w:val="0"/>
          <w:i w:val="0"/>
        </w:rPr>
        <w:t>Một thứ giống như vầng hào quang lấp lánh…</w:t>
      </w:r>
    </w:p>
    <w:p>
      <w:pPr>
        <w:spacing w:after="80"/>
      </w:pPr>
      <w:r>
        <w:rPr>
          <w:b w:val="0"/>
          <w:i w:val="0"/>
        </w:rPr>
        <w:t xml:space="preserve">Langdon biết, chiếc đĩa kim loại này chắc chắn </w:t>
      </w:r>
      <w:r>
        <w:rPr>
          <w:b w:val="0"/>
          <w:i/>
        </w:rPr>
        <w:t>không</w:t>
      </w:r>
      <w:r>
        <w:rPr>
          <w:b w:val="0"/>
          <w:i w:val="0"/>
        </w:rPr>
        <w:t xml:space="preserve"> phải do họa sĩ đặt ở đó, và dù ông thấy việc nó xâm nhập vào bức bích họa thật khó chịu, khi mắt Langdon bắt gặp nó, ông cảm giác như thể thiên đường vừa mở ra…và trao cho ông một con đường dẫn tới sự cứu rỗi.</w:t>
      </w:r>
    </w:p>
    <w:p>
      <w:pPr>
        <w:pStyle w:val="Heading1"/>
      </w:pPr>
      <w:r>
        <w:rPr>
          <w:rFonts w:ascii="Calibri" w:hAnsi="Calibri"/>
          <w:b/>
          <w:i w:val="0"/>
          <w:sz w:val="40"/>
        </w:rPr>
        <w:t>Chương 67</w:t>
      </w:r>
    </w:p>
    <w:p>
      <w:pPr>
        <w:spacing w:after="80"/>
      </w:pPr>
      <w:r>
        <w:rPr>
          <w:b w:val="0"/>
          <w:i w:val="0"/>
        </w:rPr>
        <w:t xml:space="preserve">Sĩ quan hiện trường Housemore đến Pháo đài Thánh Giá và phát hiện không có xe nào đỗ bên ngoài, không có dấu hiệu của sự sống, và cửa trước đã bị phá hủy. </w:t>
      </w:r>
      <w:r>
        <w:rPr>
          <w:b w:val="0"/>
          <w:i/>
        </w:rPr>
        <w:t>Chuyện gì đã xảy ra ở đây?</w:t>
      </w:r>
      <w:r>
        <w:rPr>
          <w:b w:val="0"/>
          <w:i w:val="0"/>
        </w:rPr>
        <w:t xml:space="preserve"> Súng ngắn giơ lên, cô bước thận trọng vào lối vào đầy mảnh kính, giày cô lạo xạo trên những mảnh vỡ rải rác.</w:t>
      </w:r>
    </w:p>
    <w:p>
      <w:pPr>
        <w:spacing w:after="80"/>
      </w:pPr>
      <w:r>
        <w:rPr>
          <w:b w:val="0"/>
          <w:i w:val="0"/>
        </w:rPr>
        <w:t>Housemore nhẹ nhõm khi thấy cánh cửa thép có ghi chữ Lab vẫn còn nguyên vẹn và bị khóa. Cô đi dọc hành lang vào khu tiếp tân và văn phòng của Gessner.</w:t>
      </w:r>
    </w:p>
    <w:p>
      <w:pPr>
        <w:spacing w:after="80"/>
      </w:pPr>
      <w:r>
        <w:rPr>
          <w:b w:val="0"/>
          <w:i w:val="0"/>
        </w:rPr>
        <w:t>Mọi người đâu cả rồi?</w:t>
      </w:r>
    </w:p>
    <w:p>
      <w:pPr>
        <w:spacing w:after="80"/>
      </w:pPr>
      <w:r>
        <w:rPr>
          <w:b w:val="0"/>
          <w:i w:val="0"/>
        </w:rPr>
        <w:t>Cô gọi một cuộc Signal cho ông Finch, thuật lại những gì mình đã phát hiện.</w:t>
      </w:r>
    </w:p>
    <w:p>
      <w:pPr>
        <w:spacing w:after="80"/>
      </w:pPr>
      <w:r>
        <w:rPr>
          <w:b w:val="0"/>
          <w:i w:val="0"/>
        </w:rPr>
        <w:t>“Máy bay phản lực của tôi vừa cất cánh từ London,” Finch đáp, giọng ông có vẻ căng thẳng lạ thường. “Bảo vệ tòa nhà — không ai được ra vào. Dùng vũ lực chí mạng nếu cần.”</w:t>
      </w:r>
    </w:p>
    <w:p>
      <w:pPr>
        <w:spacing w:after="80"/>
      </w:pPr>
      <w:r>
        <w:rPr>
          <w:b w:val="0"/>
          <w:i w:val="0"/>
        </w:rPr>
        <w:t>Nói xong, ông biến mất.</w:t>
      </w:r>
    </w:p>
    <w:p>
      <w:pPr>
        <w:jc w:val="center"/>
      </w:pPr>
      <w:r>
        <w:drawing>
          <wp:inline xmlns:a="http://schemas.openxmlformats.org/drawingml/2006/main" xmlns:pic="http://schemas.openxmlformats.org/drawingml/2006/picture">
            <wp:extent cx="5486400" cy="362122"/>
            <wp:docPr id="60" name="Picture 60"/>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Trên tầng bốn của Tòa nhà Random House, ẩn mình trong mê cung những dãy máy tính kêu vo vo ầm ĩ, điệp viên Chinburg chỉnh lại tai nghe và chăm chú lắng nghe cuộc trò chuyện đang diễn ra cách đó khoảng bốn mươi feet giữa Jonas Faukman và Alex Conan.</w:t>
      </w:r>
    </w:p>
    <w:p>
      <w:pPr>
        <w:spacing w:after="80"/>
      </w:pPr>
      <w:r>
        <w:rPr>
          <w:b w:val="0"/>
          <w:i w:val="0"/>
        </w:rPr>
        <w:t>Chùm tia của chiếc micro laser của anh ta nhắm vào bề mặt nhẵn nhất mà anh tìm được — một tấm kính che bức minh họa một con tàu đang chìm. Thật tiện, bức minh họa có cả một đại dương xanh, trên đó chấm sáng xanh lam được ngụy trang khá tốt. Quan trọng hơn, bức minh họa treo rất gần chỗ Faukman và anh kỹ thuật viên đang nói chuyện, đủ gần để âm thanh giọng nói của họ gây ra những rung động siêu nhỏ trên bề mặt tấm kính, đến lượt nó lại gây ra những dao động siêu nhỏ trong chùm tia laser. Sau đó một máy giao thoa kế phân tích các mẫu giao thoa trong chùm sáng và “dịch” những rung động trở lại thành âm thanh.</w:t>
      </w:r>
    </w:p>
    <w:p>
      <w:pPr>
        <w:spacing w:after="80"/>
      </w:pPr>
      <w:r>
        <w:rPr>
          <w:b w:val="0"/>
          <w:i w:val="0"/>
        </w:rPr>
        <w:t xml:space="preserve">Chinburg nghe rõ từng chữ. </w:t>
      </w:r>
      <w:r>
        <w:rPr>
          <w:b w:val="0"/>
          <w:i/>
        </w:rPr>
        <w:t>Và tôi không phải người duy nhất đang nghe.</w:t>
      </w:r>
    </w:p>
    <w:p>
      <w:pPr>
        <w:spacing w:after="80"/>
      </w:pPr>
      <w:r>
        <w:rPr>
          <w:b w:val="0"/>
          <w:i w:val="0"/>
        </w:rPr>
        <w:t>Đâu đó trên chiếc máy bay riêng của mình trên bầu trời châu Âu, ông Finch đã được kết nối qua vệ tinh và Voice-Over-Wi-Fi, lắng nghe theo thời gian thực. Chinburg chắc mẩm ông sếp của họ sẽ hài lòng. Cho đến chỉ vài khoảnh khắc trước, cả đội đều lo rằng gã kỹ thuật viên của PRH có thể thực sự đã tìm ra cách xác định Q chính là nguồn gốc của vụ hack.</w:t>
      </w:r>
    </w:p>
    <w:p>
      <w:pPr>
        <w:spacing w:after="80"/>
      </w:pPr>
      <w:r>
        <w:rPr>
          <w:b w:val="0"/>
          <w:i w:val="0"/>
        </w:rPr>
        <w:t>Không hề gần như vậy.</w:t>
      </w:r>
    </w:p>
    <w:p>
      <w:pPr>
        <w:spacing w:after="80"/>
      </w:pPr>
      <w:r>
        <w:rPr>
          <w:b w:val="0"/>
          <w:i w:val="0"/>
        </w:rPr>
        <w:t xml:space="preserve">Chinburg nhếch mép, vừa nghe qua tai nghe vừa thấy thích thú khi vị biên tập viên gầm gừ với gã kỹ thuật viên trẻ. </w:t>
      </w:r>
      <w:r>
        <w:rPr>
          <w:b w:val="0"/>
          <w:i/>
        </w:rPr>
        <w:t>"Library Genesis!"</w:t>
      </w:r>
      <w:r>
        <w:rPr>
          <w:b w:val="0"/>
          <w:i w:val="0"/>
        </w:rPr>
        <w:t xml:space="preserve"> Faukman phun ra. "Chúng ta bị hack bởi Library-Fucking-Genesis! Một trong những tổ chức vi phạm bản quyền khét tiếng nhất thế giới! Sao cậu lại để chúng lọt vào máy chủ của chúng ta hả, Alex!"</w:t>
      </w:r>
    </w:p>
    <w:p>
      <w:pPr>
        <w:spacing w:after="80"/>
      </w:pPr>
      <w:r>
        <w:rPr>
          <w:b w:val="0"/>
          <w:i w:val="0"/>
        </w:rPr>
        <w:t>Chinburg dĩ nhiên đã từng nghe về tổ chức khó nắm bắt này, được giới hacker biết đến với cái tên LibGen. Được thành lập hơn một thập kỷ trước bởi các nhà khoa học Nga, LibGen là "thư viện bóng tối" (shadow library) lớn nhất trên Internet chứa các tác phẩm học thuật và văn học bị sao chép lậu. Bất chấp vô số thách thức pháp lý và các vụ kiện từ những nhà xuất bản lớn, LibGen vẫn tồn tại được, nhờ vào một cấu trúc phi tập trung cực kỳ tinh xảo gồm các trang gương (mirror site) và tên miền dự phòng.</w:t>
      </w:r>
    </w:p>
    <w:p>
      <w:pPr>
        <w:spacing w:after="80"/>
      </w:pPr>
      <w:r>
        <w:rPr>
          <w:b w:val="0"/>
          <w:i w:val="0"/>
        </w:rPr>
        <w:t>Gã kỹ thuật viên đã đoán sai. Chúng ta thoát rồi.</w:t>
      </w:r>
    </w:p>
    <w:p>
      <w:pPr>
        <w:spacing w:after="80"/>
      </w:pPr>
      <w:r>
        <w:rPr>
          <w:b w:val="0"/>
          <w:i w:val="0"/>
        </w:rPr>
        <w:t>Chinburg nhẹ nhõm, cảm nhận được rằng mọi chuyện lẽ ra đã có thể đi theo hướng ngược lại. Đội của anh đã đẩy nhanh cuộc tấn công bằng cách tận dụng lại mã nguồn sẵn có mà, trong kỷ nguyên mới của việc quét web được AI hỗ trợ này, có khả năng dẫn ngược về bộ phận tác chiến của Q.</w:t>
      </w:r>
    </w:p>
    <w:p>
      <w:pPr>
        <w:spacing w:after="80"/>
      </w:pPr>
      <w:r>
        <w:rPr>
          <w:b w:val="0"/>
          <w:i w:val="0"/>
        </w:rPr>
        <w:t>May thay, gã kỹ thuật viên đã bỏ sót điều đó.</w:t>
      </w:r>
    </w:p>
    <w:p>
      <w:pPr>
        <w:spacing w:after="80"/>
      </w:pPr>
      <w:r>
        <w:rPr>
          <w:b w:val="0"/>
          <w:i w:val="0"/>
        </w:rPr>
        <w:t>Phỏng đoán tốt nhất của Chinburg là LibGen đã từng cố gắng hack PRH vào một thời điểm nào đó trong quá khứ gần đây, và đêm nay gã kỹ thuật viên đã phát hiện ra một dấu vết kỹ thuật số từ vụ hack cũ đó.</w:t>
      </w:r>
    </w:p>
    <w:p>
      <w:pPr>
        <w:spacing w:after="80"/>
      </w:pPr>
      <w:r>
        <w:rPr>
          <w:b w:val="0"/>
          <w:i w:val="0"/>
        </w:rPr>
        <w:t>Faukman tiếp tục mắng nhiếc nhóm vi phạm bản quyền khét tiếng trong khi gã kỹ thuật viên gõ phím điên cuồng, rất có thể đang tìm thêm thông tin… hoặc có lẽ đang soạn lá đơn xin nghỉ việc.</w:t>
      </w:r>
    </w:p>
    <w:p>
      <w:pPr>
        <w:spacing w:after="80"/>
      </w:pPr>
      <w:r>
        <w:rPr>
          <w:b w:val="0"/>
          <w:i/>
        </w:rPr>
        <w:t>Cứ tìm tiếp đi,</w:t>
      </w:r>
      <w:r>
        <w:rPr>
          <w:b w:val="0"/>
          <w:i w:val="0"/>
        </w:rPr>
        <w:t xml:space="preserve"> Chinburg nghĩ thầm. </w:t>
      </w:r>
      <w:r>
        <w:rPr>
          <w:b w:val="0"/>
          <w:i/>
        </w:rPr>
        <w:t>Ngươi đang sủa nhầm cây rồi.</w:t>
      </w:r>
    </w:p>
    <w:p>
      <w:pPr>
        <w:spacing w:after="80"/>
      </w:pPr>
      <w:r>
        <w:rPr>
          <w:b w:val="0"/>
          <w:i w:val="0"/>
        </w:rPr>
        <w:t>Đúng lúc đó, Chinburg cảm thấy điện thoại rung lên, và anh kiểm tra màn hình.</w:t>
      </w:r>
    </w:p>
    <w:p>
      <w:pPr>
        <w:spacing w:after="80"/>
      </w:pPr>
      <w:r>
        <w:rPr>
          <w:b w:val="0"/>
          <w:i w:val="0"/>
        </w:rPr>
        <w:t>Đó là một tin nhắn bảo mật từ ông Finch, người rõ ràng đã nghe đủ rồi.</w:t>
      </w:r>
    </w:p>
    <w:p>
      <w:pPr>
        <w:spacing w:after="80"/>
      </w:pPr>
      <w:r>
        <w:rPr>
          <w:b w:val="0"/>
          <w:i w:val="0"/>
        </w:rPr>
        <w:t>Nhiệm vụ hoàn thành. Rút lui ngay.</w:t>
      </w:r>
    </w:p>
    <w:p>
      <w:pPr>
        <w:jc w:val="center"/>
      </w:pPr>
      <w:r>
        <w:drawing>
          <wp:inline xmlns:a="http://schemas.openxmlformats.org/drawingml/2006/main" xmlns:pic="http://schemas.openxmlformats.org/drawingml/2006/picture">
            <wp:extent cx="5486400" cy="362122"/>
            <wp:docPr id="61" name="Picture 61"/>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Ở tầng dưới, tại sảnh chờ, nằm bất động trên sàn sau quầy, nhân viên bảo vệ Mark Dole vẫn đang tự trách mình vì đã không xử lý tình huống này tốt hơn.</w:t>
      </w:r>
    </w:p>
    <w:p>
      <w:pPr>
        <w:spacing w:after="80"/>
      </w:pPr>
      <w:r>
        <w:rPr>
          <w:b w:val="0"/>
          <w:i w:val="0"/>
        </w:rPr>
        <w:t>Mọi chuyện diễn ra quá nhanh… mình đã thất bại đúng vào lúc quan trọng nhất.</w:t>
      </w:r>
    </w:p>
    <w:p>
      <w:pPr>
        <w:spacing w:after="80"/>
      </w:pPr>
      <w:r>
        <w:rPr>
          <w:b w:val="0"/>
          <w:i w:val="0"/>
        </w:rPr>
        <w:t>Tên côn đồ lực lưỡng đã chiếm chỗ ngồi và mũ bảo vệ của Dole giờ đang lục lọi điện thoại và ví của Dole, ghi chép lại.</w:t>
      </w:r>
    </w:p>
    <w:p>
      <w:pPr>
        <w:spacing w:after="80"/>
      </w:pPr>
      <w:r>
        <w:rPr>
          <w:b w:val="0"/>
          <w:i w:val="0"/>
        </w:rPr>
        <w:t>Dole ước gì mình đã sáng suốt gọi 911 khi bọn này đến. Đồn cảnh sát Midtown North chỉ cách vài dãy nhà, và cảnh sát có thể đã tới trong vài phút.</w:t>
      </w:r>
    </w:p>
    <w:p>
      <w:pPr>
        <w:spacing w:after="80"/>
      </w:pPr>
      <w:r>
        <w:rPr>
          <w:b w:val="0"/>
          <w:i w:val="0"/>
        </w:rPr>
        <w:t>Thang máy kêu "ting", và Dole nghe thấy kẻ đột nhập thứ hai quay lại sảnh.</w:t>
      </w:r>
    </w:p>
    <w:p>
      <w:pPr>
        <w:spacing w:after="80"/>
      </w:pPr>
      <w:r>
        <w:rPr>
          <w:b w:val="0"/>
          <w:i w:val="0"/>
        </w:rPr>
        <w:t>"Xong hết rồi," người vừa đến nói. "Bọn nó tin chắc bọn mình là cướp sách—mình an toàn rồi."</w:t>
      </w:r>
    </w:p>
    <w:p>
      <w:pPr>
        <w:spacing w:after="80"/>
      </w:pPr>
      <w:r>
        <w:rPr>
          <w:b w:val="0"/>
          <w:i w:val="0"/>
        </w:rPr>
        <w:t>"Buồn cười thật." Gã to con xoay người lại và quỳ xuống bên cạnh Dole. "Sếp của mày chẳng biết gì cả, Mark. Tao hy vọng mày thông minh hơn… đủ thông minh để không bao giờ nhắc đến việc bọn tao đã ở đây."</w:t>
      </w:r>
    </w:p>
    <w:p>
      <w:pPr>
        <w:spacing w:after="80"/>
      </w:pPr>
      <w:r>
        <w:rPr>
          <w:b w:val="0"/>
          <w:i w:val="0"/>
        </w:rPr>
        <w:t>Dole nhìn thẳng vào đôi mắt sắt đá của gã.</w:t>
      </w:r>
    </w:p>
    <w:p>
      <w:pPr>
        <w:spacing w:after="80"/>
      </w:pPr>
      <w:r>
        <w:rPr>
          <w:b w:val="0"/>
          <w:i w:val="0"/>
        </w:rPr>
        <w:t>"Nhân tiện," tên côn đồ nói thêm, "bọn trẻ nhà mày dễ thương đấy. Tao thấy mày sống ở Sunset Park. Từ Brooklyn đi làm cũng không tệ, và chỗ của mày trên phố Forty-Sixth có vẻ gần công viên cho bọn trẻ. Mày có một cuộc sống yên bình đấy."</w:t>
      </w:r>
    </w:p>
    <w:p>
      <w:pPr>
        <w:spacing w:after="80"/>
      </w:pPr>
      <w:r>
        <w:rPr>
          <w:b w:val="0"/>
          <w:i w:val="0"/>
        </w:rPr>
        <w:t>Dole hiểu ẩn ý của gã.</w:t>
      </w:r>
    </w:p>
    <w:p>
      <w:pPr>
        <w:spacing w:after="80"/>
      </w:pPr>
      <w:r>
        <w:rPr>
          <w:b w:val="0"/>
          <w:i w:val="0"/>
        </w:rPr>
        <w:t>Gã nhấc Dole đứng dậy, vặn lại mũ bảo vệ lên đầu anh, cắt dây rút, và để ví cùng điện thoại của Dole trên quầy lễ tân. "Không có gì hư hại. Giờ quay lại làm việc đi."</w:t>
      </w:r>
    </w:p>
    <w:p>
      <w:pPr>
        <w:spacing w:after="80"/>
      </w:pPr>
      <w:r>
        <w:rPr>
          <w:b w:val="0"/>
          <w:i w:val="0"/>
        </w:rPr>
        <w:t>Dole nhìn hai gã sải bước thản nhiên qua sảnh về phía bốn cánh cửa thoát—hai cửa đẩy và hai cửa xoay. Chúng đang hướng tới cánh cửa đẩy mà chúng đã đi vào, nhưng trước khi chúng tới đó, Dole chạm vào một trong hai nút dưới quầy, lặng lẽ kích hoạt toàn bộ khóa tự động.</w:t>
      </w:r>
    </w:p>
    <w:p>
      <w:pPr>
        <w:spacing w:after="80"/>
      </w:pPr>
      <w:r>
        <w:rPr>
          <w:b w:val="0"/>
          <w:i w:val="0"/>
        </w:rPr>
        <w:t>Gã lực lưỡng tới cánh cửa đẩy và thấy nó bị khóa. "Này, mở cửa cho bọn tao ra!"</w:t>
      </w:r>
    </w:p>
    <w:p>
      <w:pPr>
        <w:spacing w:after="80"/>
      </w:pPr>
      <w:r>
        <w:rPr>
          <w:b w:val="0"/>
          <w:i w:val="0"/>
        </w:rPr>
        <w:t>"Không làm được," Dole nói dối.</w:t>
      </w:r>
    </w:p>
    <w:p>
      <w:pPr>
        <w:spacing w:after="80"/>
      </w:pPr>
      <w:r>
        <w:rPr>
          <w:b w:val="0"/>
          <w:i w:val="0"/>
        </w:rPr>
        <w:t xml:space="preserve">Gã quay lại, vẻ mặt không thể tin nổi. "Mày </w:t>
      </w:r>
      <w:r>
        <w:rPr>
          <w:b w:val="0"/>
          <w:i/>
        </w:rPr>
        <w:t>thật sự</w:t>
      </w:r>
      <w:r>
        <w:rPr>
          <w:b w:val="0"/>
          <w:i w:val="0"/>
        </w:rPr>
        <w:t xml:space="preserve"> muốn nhốt bọn tao ở đây với mày à?"</w:t>
      </w:r>
    </w:p>
    <w:p>
      <w:pPr>
        <w:spacing w:after="80"/>
      </w:pPr>
      <w:r>
        <w:rPr>
          <w:b w:val="0"/>
          <w:i w:val="0"/>
        </w:rPr>
        <w:t xml:space="preserve">"Không," Dole nói. "Ý tôi là tôi thật sự </w:t>
      </w:r>
      <w:r>
        <w:rPr>
          <w:b w:val="0"/>
          <w:i/>
        </w:rPr>
        <w:t>không thể.</w:t>
      </w:r>
      <w:r>
        <w:rPr>
          <w:b w:val="0"/>
          <w:i w:val="0"/>
        </w:rPr>
        <w:t xml:space="preserve"> Tôi không kiểm soát được cửa. Chúng tự động cả. Tòa nhà xanh các kiểu. Giữ nhiệt ở sảnh. Vào mùa đông, chỉ có cửa xoay—"</w:t>
      </w:r>
    </w:p>
    <w:p>
      <w:pPr>
        <w:spacing w:after="80"/>
      </w:pPr>
      <w:r>
        <w:rPr>
          <w:b w:val="0"/>
          <w:i w:val="0"/>
        </w:rPr>
        <w:t xml:space="preserve">"Bọn tao </w:t>
      </w:r>
      <w:r>
        <w:rPr>
          <w:b w:val="0"/>
          <w:i/>
        </w:rPr>
        <w:t>vừa mới</w:t>
      </w:r>
      <w:r>
        <w:rPr>
          <w:b w:val="0"/>
          <w:i w:val="0"/>
        </w:rPr>
        <w:t xml:space="preserve"> đi qua đúng cái cửa chết tiệt này!"</w:t>
      </w:r>
    </w:p>
    <w:p>
      <w:pPr>
        <w:spacing w:after="80"/>
      </w:pPr>
      <w:r>
        <w:rPr>
          <w:b w:val="0"/>
          <w:i w:val="0"/>
        </w:rPr>
        <w:t>"</w:t>
      </w:r>
      <w:r>
        <w:rPr>
          <w:b w:val="0"/>
          <w:i/>
        </w:rPr>
        <w:t>Đi vào</w:t>
      </w:r>
      <w:r>
        <w:rPr>
          <w:b w:val="0"/>
          <w:i w:val="0"/>
        </w:rPr>
        <w:t xml:space="preserve"> thì dùng thẻ khóa nhân viên. </w:t>
      </w:r>
      <w:r>
        <w:rPr>
          <w:b w:val="0"/>
          <w:i/>
        </w:rPr>
        <w:t>Đi ra</w:t>
      </w:r>
      <w:r>
        <w:rPr>
          <w:b w:val="0"/>
          <w:i w:val="0"/>
        </w:rPr>
        <w:t xml:space="preserve"> thì mọi nhân viên đều phải dùng cửa xoay. Kể cả mấy thằng khốn."</w:t>
      </w:r>
    </w:p>
    <w:p>
      <w:pPr>
        <w:spacing w:after="80"/>
      </w:pPr>
      <w:r>
        <w:rPr>
          <w:b w:val="0"/>
          <w:i w:val="0"/>
        </w:rPr>
        <w:t>“Anh may mắn đấy vì bọn tôi đang vội,” gã đàn ông nói, cùng đồng bọn bước về phía một trong những cánh cửa xoay. Dole nhanh chóng nhấn nút dưới quầy lần nữa, lần này lặng lẽ mở khóa cả bốn cánh cửa.</w:t>
      </w:r>
    </w:p>
    <w:p>
      <w:pPr>
        <w:spacing w:after="80"/>
      </w:pPr>
      <w:r>
        <w:rPr>
          <w:b w:val="0"/>
          <w:i w:val="0"/>
        </w:rPr>
        <w:t>Cửa xoay ở Random House Tower có kích thước quá khổ, nghĩa là hầu hết các nhóm nhỏ đều dùng chung một khoang. Dole hài lòng khi thấy hai tên côn đồ cũng không ngoại lệ. Khi chúng bước vào cùng một khoang và đẩy ra ngoài, cánh cửa bắt đầu xoay ngược chiều kim đồng hồ. Dole bình thản quan sát, ngón tay lơ lửng trên nút khóa. Khi cửa đã xoay đúng một phần tư vòng, Dole nhấn nút lần thứ ba, kích hoạt lại toàn bộ khóa. Cánh cửa xoay đột ngột khựng lại, giữa chừng, nhốt hai kẻ tấn công vào một nhà tù kính tí hon.</w:t>
      </w:r>
    </w:p>
    <w:p>
      <w:pPr>
        <w:spacing w:after="80"/>
      </w:pPr>
      <w:r>
        <w:rPr>
          <w:b w:val="0"/>
          <w:i w:val="0"/>
        </w:rPr>
        <w:t>Trong khi Dole gọi 911, một tràng chửi thề bị bóp nghẹt vang vọng khắp sảnh.</w:t>
      </w:r>
    </w:p>
    <w:p>
      <w:pPr>
        <w:spacing w:after="80"/>
      </w:pPr>
      <w:r>
        <w:rPr>
          <w:b w:val="0"/>
          <w:i/>
        </w:rPr>
        <w:t>Cứ hét thoải mái đi,</w:t>
      </w:r>
      <w:r>
        <w:rPr>
          <w:b w:val="0"/>
          <w:i w:val="0"/>
        </w:rPr>
        <w:t xml:space="preserve"> Dole nghĩ. </w:t>
      </w:r>
      <w:r>
        <w:rPr>
          <w:b w:val="0"/>
          <w:i/>
        </w:rPr>
        <w:t>Không ai được đe dọa bọn trẻ của tôi.</w:t>
      </w:r>
    </w:p>
    <w:p>
      <w:pPr>
        <w:jc w:val="center"/>
      </w:pPr>
      <w:r>
        <w:drawing>
          <wp:inline xmlns:a="http://schemas.openxmlformats.org/drawingml/2006/main" xmlns:pic="http://schemas.openxmlformats.org/drawingml/2006/picture">
            <wp:extent cx="5486400" cy="362122"/>
            <wp:docPr id="62" name="Picture 62"/>
            <wp:cNvGraphicFramePr>
              <a:graphicFrameLocks noChangeAspect="1"/>
            </wp:cNvGraphicFramePr>
            <a:graphic>
              <a:graphicData uri="http://schemas.openxmlformats.org/drawingml/2006/picture">
                <pic:pic>
                  <pic:nvPicPr>
                    <pic:cNvPr id="0" name="image_rsrc8XP.jpg"/>
                    <pic:cNvPicPr/>
                  </pic:nvPicPr>
                  <pic:blipFill>
                    <a:blip r:embed="rId18"/>
                    <a:stretch>
                      <a:fillRect/>
                    </a:stretch>
                  </pic:blipFill>
                  <pic:spPr>
                    <a:xfrm>
                      <a:off x="0" y="0"/>
                      <a:ext cx="5486400" cy="362122"/>
                    </a:xfrm>
                    <a:prstGeom prst="rect"/>
                  </pic:spPr>
                </pic:pic>
              </a:graphicData>
            </a:graphic>
          </wp:inline>
        </w:drawing>
      </w:r>
    </w:p>
    <w:p>
      <w:pPr>
        <w:spacing w:after="80"/>
      </w:pPr>
      <w:r>
        <w:rPr>
          <w:b w:val="0"/>
          <w:i w:val="0"/>
        </w:rPr>
        <w:t>Suốt hai phút tròn sau khi chấm micrô laser biến mất và cánh cửa đóng sập lại, Jonas Faukman vẫn tiếp tục màn kịch phản đối lũ cướp sách LibGen, chỉ để chắc chắn rằng kẻ nghe lén thực sự đã đi. Rõ ràng việc ăn cắp sách chẳng liên quan gì đến vụ hack PRH, nhưng sự thật thì vô cùng đáng lo ngại hơn nhiều.</w:t>
      </w:r>
    </w:p>
    <w:p>
      <w:pPr>
        <w:spacing w:after="80"/>
      </w:pPr>
      <w:r>
        <w:rPr>
          <w:b w:val="0"/>
          <w:i w:val="0"/>
        </w:rPr>
        <w:t>Faukman vẫn còn choáng váng khi nhìn thấy từ viết tắt mà Alex đã gõ, tự hỏi tại sao nhóm này lại phát động một chiến dịch quốc tế phối hợp chống lại Katherine Solomon và cuốn sách chưa xuất bản của cô. Chắc chắn chúng có đủ nguồn lực và ảnh hưởng để làm vậy.</w:t>
      </w:r>
    </w:p>
    <w:p>
      <w:pPr>
        <w:spacing w:after="80"/>
      </w:pPr>
      <w:r>
        <w:rPr>
          <w:b w:val="0"/>
          <w:i w:val="0"/>
        </w:rPr>
        <w:t>Với một cơn sợ hãi dâng trào, Faukman nhận ra rằng nỗi hoảng loạn của Alex về Robert Langdon và Katherine Solomon bỗng nhiên có vẻ hợp lý hơn nhiều. Ông cũng chợt nghĩ rằng kẻ đột nhập vào Random House Tower hẳn phải vượt qua được bác bảo vệ đêm tốt bụng, Mark Dole.</w:t>
      </w:r>
    </w:p>
    <w:p>
      <w:pPr>
        <w:spacing w:after="80"/>
      </w:pPr>
      <w:r>
        <w:rPr>
          <w:b w:val="0"/>
          <w:i w:val="0"/>
        </w:rPr>
        <w:t>Faukman lập tức gọi xuống bàn bảo vệ để hỏi thăm ông ấy.</w:t>
      </w:r>
    </w:p>
    <w:p>
      <w:pPr>
        <w:spacing w:after="80"/>
      </w:pPr>
      <w:r>
        <w:rPr>
          <w:b w:val="0"/>
          <w:i w:val="0"/>
        </w:rPr>
        <w:t xml:space="preserve">Không có ai trả lời. </w:t>
      </w:r>
      <w:r>
        <w:rPr>
          <w:b w:val="0"/>
          <w:i/>
        </w:rPr>
        <w:t>Chết tiệt.</w:t>
      </w:r>
    </w:p>
    <w:p>
      <w:pPr>
        <w:spacing w:after="80"/>
      </w:pPr>
      <w:r>
        <w:rPr>
          <w:b w:val="0"/>
          <w:i w:val="0"/>
        </w:rPr>
        <w:t>Lo sợ điều tồi tệ nhất, Faukman lao về phía thang máy. Khi đến tầng trệt, ông phóng vòng qua góc tường vào sảnh, sẵn sàng đối mặt với điều tồi tệ nhất. Nhưng cảnh tượng trước mắt hoàn toàn yên bình, và bất ngờ. Bác bảo vệ đêm Mark Dole vẫn sống khỏe mạnh, bình tĩnh khai báo với hai viên cảnh sát thành phố.</w:t>
      </w:r>
    </w:p>
    <w:p>
      <w:pPr>
        <w:spacing w:after="80"/>
      </w:pPr>
      <w:r>
        <w:rPr>
          <w:b w:val="0"/>
          <w:i w:val="0"/>
        </w:rPr>
        <w:t>Cảnh sát ở đây rồi?</w:t>
      </w:r>
    </w:p>
    <w:p>
      <w:pPr>
        <w:spacing w:after="80"/>
      </w:pPr>
      <w:r>
        <w:rPr>
          <w:b w:val="0"/>
          <w:i w:val="0"/>
        </w:rPr>
        <w:t>Faukman nhẹ nhõm khi thấy Dole không hề hấn gì, và sự chú ý của vị biên tập viên lập tức chuyển sang hai gã đàn ông bị còng tay nằm trên sàn gần cửa xoay, cả hai đều trông giận dữ.</w:t>
      </w:r>
    </w:p>
    <w:p>
      <w:pPr>
        <w:spacing w:after="80"/>
      </w:pPr>
      <w:r>
        <w:rPr>
          <w:b w:val="0"/>
          <w:i w:val="0"/>
        </w:rPr>
        <w:t>Trời ơi…đó có phải là…?</w:t>
      </w:r>
    </w:p>
    <w:p>
      <w:pPr>
        <w:spacing w:after="80"/>
      </w:pPr>
      <w:r>
        <w:rPr>
          <w:b w:val="0"/>
          <w:i w:val="0"/>
        </w:rPr>
        <w:t>Faukman không thể nào tưởng tượng nổi chuyện gì đã xảy ra dưới này, nhưng ông chẳng buồn giấu đi vẻ thích thú khi bước qua sảnh về phía hai kẻ bị bắt, đang bị khống chế và nằm nghiêng.</w:t>
      </w:r>
    </w:p>
    <w:p>
      <w:pPr>
        <w:spacing w:after="80"/>
      </w:pPr>
      <w:r>
        <w:rPr>
          <w:b w:val="0"/>
          <w:i w:val="0"/>
        </w:rPr>
        <w:t>“Này! Chào mừng đến với Random House!” Faukman tuôn trào. “Tôi đâu có biết các anh là độc giả.”</w:t>
      </w:r>
    </w:p>
    <w:p>
      <w:pPr>
        <w:spacing w:after="80"/>
      </w:pPr>
      <w:r>
        <w:rPr>
          <w:b w:val="0"/>
          <w:i w:val="0"/>
        </w:rPr>
        <w:t>“Ông không muốn làm chuyện này đâu,” Buzzcut rít lên, trừng mắt nhìn lên ông. “Ông không biết bọn tôi làm việc cho ai đâu.”</w:t>
      </w:r>
    </w:p>
    <w:p>
      <w:pPr>
        <w:spacing w:after="80"/>
      </w:pPr>
      <w:r>
        <w:rPr>
          <w:b w:val="0"/>
          <w:i w:val="0"/>
        </w:rPr>
        <w:t xml:space="preserve">“Với </w:t>
      </w:r>
      <w:r>
        <w:rPr>
          <w:b w:val="0"/>
          <w:i/>
        </w:rPr>
        <w:t>ai</w:t>
      </w:r>
      <w:r>
        <w:rPr>
          <w:b w:val="0"/>
          <w:i w:val="0"/>
        </w:rPr>
        <w:t xml:space="preserve"> cơ,” Faukman chỉnh lại, cau mày. “Tôi tưởng chúng ta đã nói rõ chuyện này rồi chứ.”</w:t>
      </w:r>
    </w:p>
    <w:p>
      <w:pPr>
        <w:spacing w:after="80"/>
      </w:pPr>
      <w:r>
        <w:rPr>
          <w:b w:val="0"/>
          <w:i w:val="0"/>
        </w:rPr>
        <w:t>“Cút đi!” anh ta gắt lên, đôi mắt rực lên vì giận dữ.</w:t>
      </w:r>
    </w:p>
    <w:p>
      <w:pPr>
        <w:spacing w:after="80"/>
      </w:pPr>
      <w:r>
        <w:rPr>
          <w:b w:val="0"/>
          <w:i w:val="0"/>
        </w:rPr>
        <w:t>Faukman ngồi xổm xuống và mỉm cười. “Cậu biết không, Buzz, nếu cậu đến thư viện thường xuyên như đến phòng gym, cậu sẽ nhận ra rằng mọi câu chuyện hay đều có cùng một kết thúc.” Ông nháy mắt. “Kẻ xấu luôn thua.”</w:t>
      </w:r>
    </w:p>
    <w:p>
      <w:pPr>
        <w:pStyle w:val="Heading1"/>
      </w:pPr>
      <w:r>
        <w:rPr>
          <w:rFonts w:ascii="Calibri" w:hAnsi="Calibri"/>
          <w:b/>
          <w:i w:val="0"/>
          <w:sz w:val="40"/>
        </w:rPr>
        <w:t>Chương 68</w:t>
      </w:r>
    </w:p>
    <w:p>
      <w:pPr>
        <w:spacing w:after="80"/>
      </w:pPr>
      <w:r>
        <w:rPr>
          <w:b w:val="0"/>
          <w:i w:val="0"/>
        </w:rPr>
        <w:t>Katherine nhẹ cả người khi thấy Langdon bước xuống từ ban công, bóng anh in rõ trên nền ánh sáng mờ ảo hắt xuống từ cánh cửa sập mà anh vừa mở phía trên.</w:t>
      </w:r>
    </w:p>
    <w:p>
      <w:pPr>
        <w:spacing w:after="80"/>
      </w:pPr>
      <w:r>
        <w:rPr>
          <w:b w:val="0"/>
          <w:i w:val="0"/>
        </w:rPr>
        <w:t>“Chúng ta cần lửa,” anh nói gấp gáp khi đến bên cô ở chiếu nghỉ. “Nói với tôi là cô có bật lửa hoặc diêm đi.”</w:t>
      </w:r>
    </w:p>
    <w:p>
      <w:pPr>
        <w:spacing w:after="80"/>
      </w:pPr>
      <w:r>
        <w:rPr>
          <w:b w:val="0"/>
          <w:i w:val="0"/>
        </w:rPr>
        <w:t xml:space="preserve">“Xin lỗi, </w:t>
      </w:r>
      <w:r>
        <w:rPr>
          <w:b w:val="0"/>
          <w:i/>
        </w:rPr>
        <w:t>cái gì</w:t>
      </w:r>
      <w:r>
        <w:rPr>
          <w:b w:val="0"/>
          <w:i w:val="0"/>
        </w:rPr>
        <w:t xml:space="preserve"> cơ?”</w:t>
      </w:r>
    </w:p>
    <w:p>
      <w:pPr>
        <w:spacing w:after="80"/>
      </w:pPr>
      <w:r>
        <w:rPr>
          <w:b w:val="0"/>
          <w:i w:val="0"/>
        </w:rPr>
        <w:t>“</w:t>
      </w:r>
      <w:r>
        <w:rPr>
          <w:b w:val="0"/>
          <w:i/>
        </w:rPr>
        <w:t>Khói.</w:t>
      </w:r>
      <w:r>
        <w:rPr>
          <w:b w:val="0"/>
          <w:i w:val="0"/>
        </w:rPr>
        <w:t xml:space="preserve"> Chúng ta cần khói nếu muốn thoát khỏi đây.” Vẻ khẩn thiết trong mắt Langdon truyền đi một thông điệp rất rõ ràng: những gì anh thấy từ ban công đã khiến anh hoảng sợ… và có lẽ cũng đã gợi ra một giải pháp. “Katherine, chúng ta chỉ còn khoảng hai phút trước khi một tên xạ thủ điên loạn lao xuống cầu thang này.”</w:t>
      </w:r>
    </w:p>
    <w:p>
      <w:pPr>
        <w:spacing w:after="80"/>
      </w:pPr>
      <w:r>
        <w:rPr>
          <w:b w:val="0"/>
          <w:i w:val="0"/>
        </w:rPr>
        <w:t>“Tôi… tôi không chắc mình có gì. Túi của tôi ở dưới cuối—”</w:t>
      </w:r>
    </w:p>
    <w:p>
      <w:pPr>
        <w:spacing w:after="80"/>
      </w:pPr>
      <w:r>
        <w:rPr>
          <w:b w:val="0"/>
          <w:i w:val="0"/>
        </w:rPr>
        <w:t>“Lấy nó đi—ngay!”</w:t>
      </w:r>
    </w:p>
    <w:p>
      <w:pPr>
        <w:spacing w:after="80"/>
      </w:pPr>
      <w:r>
        <w:rPr>
          <w:b w:val="0"/>
          <w:i w:val="0"/>
        </w:rPr>
        <w:t xml:space="preserve">Langdon bám sát gót, Katherine xuống cầu thang, giờ đã hiểu được logic của Langdon. Nếu tiếng súng không kéo được nhân viên bảo tàng tới, thì chẳng gì khác làm được… trừ khi, có lẽ, là mối đe dọa </w:t>
      </w:r>
      <w:r>
        <w:rPr>
          <w:b w:val="0"/>
          <w:i/>
        </w:rPr>
        <w:t>hỏa hoạn</w:t>
      </w:r>
      <w:r>
        <w:rPr>
          <w:b w:val="0"/>
          <w:i w:val="0"/>
        </w:rPr>
        <w:t xml:space="preserve"> trong một thư viện cổ.</w:t>
      </w:r>
    </w:p>
    <w:p>
      <w:pPr>
        <w:spacing w:after="80"/>
      </w:pPr>
      <w:r>
        <w:rPr>
          <w:b w:val="0"/>
          <w:i w:val="0"/>
        </w:rPr>
        <w:t>Hôm qua, khi cô ở đây cùng Langdon, anh đã chỉ cho cô bức bích họa tỉ mỉ của Jan Hiebl trên trần nhà, và than phiền về sự hiện diện của ba cái đĩa kim loại xấu xí được lắp đặt vào những năm 1970, rải rác khắp bức tranh. Katherine ngờ rằng giờ đây Langdon lại thấy mừng vì những cái đĩa nhỏ ấy đã được lắp đặt, dù chúng chướng mắt.</w:t>
      </w:r>
    </w:p>
    <w:p>
      <w:pPr>
        <w:spacing w:after="80"/>
      </w:pPr>
      <w:r>
        <w:rPr>
          <w:b w:val="0"/>
          <w:i w:val="0"/>
        </w:rPr>
        <w:t>Đầu báo khói.</w:t>
      </w:r>
    </w:p>
    <w:p>
      <w:pPr>
        <w:spacing w:after="80"/>
      </w:pPr>
      <w:r>
        <w:rPr>
          <w:b w:val="0"/>
          <w:i w:val="0"/>
        </w:rPr>
        <w:t>Xuống đến chân cầu thang, Katherine tìm thấy túi đeo vai của mình và nhấc nó lên bậc thang đầu tiên. Hôm nay chiếc túi nặng một cách bất thường, vì trong đó có bản thảo của cô—một chồng hơn bốn trăm trang—cùng với một chai nước lớn. Cô thò tay xuống đáy túi, bắt đầu lục lọi gần như mò mẫm trong đống đồ để tìm cách nhóm lửa.</w:t>
      </w:r>
    </w:p>
    <w:p>
      <w:pPr>
        <w:spacing w:after="80"/>
      </w:pPr>
      <w:r>
        <w:rPr>
          <w:b w:val="0"/>
          <w:i w:val="0"/>
        </w:rPr>
        <w:t>Katherine biết trong túi mình không có diêm hay bật lửa, dù rằng như vô số chương trình “sinh tồn” trên truyền hình đã chứng minh, lửa có thể được tạo ra bằng đủ loại vật dụng hằng ngày—điện thoại di động, kính lúp, pin, bùi nhùi thép. Nhưng khi lục tung chiếc túi, Katherine nhận ra đó là một ngõ cụt.</w:t>
      </w:r>
    </w:p>
    <w:p>
      <w:pPr>
        <w:spacing w:after="80"/>
      </w:pPr>
      <w:r>
        <w:rPr>
          <w:b w:val="0"/>
          <w:i w:val="0"/>
        </w:rPr>
        <w:t>“Tôi không có gì cả,” cô thì thầm với Langdon, người đang ở ngay phía trên cô trên cầu thang. “Không diêm. Không bật lửa. Điện thoại của tôi thì đang nằm trong thùng rác. Tôi có găng tay, son dưỡng môi, một tờ giấy giới thiệu bảo tàng, một thanh granola, một chai nư—”</w:t>
      </w:r>
    </w:p>
    <w:p>
      <w:pPr>
        <w:spacing w:after="80"/>
      </w:pPr>
      <w:r>
        <w:rPr>
          <w:b w:val="0"/>
          <w:i w:val="0"/>
        </w:rPr>
        <w:t>“Thanh granola hả? Từ khách sạn á?”</w:t>
      </w:r>
    </w:p>
    <w:p>
      <w:pPr>
        <w:spacing w:after="80"/>
      </w:pPr>
      <w:r>
        <w:rPr>
          <w:b w:val="0"/>
          <w:i w:val="0"/>
        </w:rPr>
        <w:t>“Ừ. Từ minibar.”</w:t>
      </w:r>
    </w:p>
    <w:p>
      <w:pPr>
        <w:spacing w:after="80"/>
      </w:pPr>
      <w:r>
        <w:rPr>
          <w:b w:val="0"/>
          <w:i w:val="0"/>
        </w:rPr>
        <w:t>“Được đấy.”</w:t>
      </w:r>
    </w:p>
    <w:p>
      <w:pPr>
        <w:spacing w:after="80"/>
      </w:pPr>
      <w:r>
        <w:rPr>
          <w:b w:val="0"/>
          <w:i w:val="0"/>
        </w:rPr>
        <w:t>Granola dễ cháy ư?</w:t>
      </w:r>
    </w:p>
    <w:p>
      <w:pPr>
        <w:spacing w:after="80"/>
      </w:pPr>
      <w:r>
        <w:rPr>
          <w:b w:val="0"/>
          <w:i w:val="0"/>
        </w:rPr>
        <w:t>“Pin thì sao?” Langdon gặng hỏi. “Có gì chạy điện không? Đèn pin nhỏ, chìa khóa điện tử, tai nghe, bất cứ thứ gì?”</w:t>
      </w:r>
    </w:p>
    <w:p>
      <w:pPr>
        <w:spacing w:after="80"/>
      </w:pPr>
      <w:r>
        <w:rPr>
          <w:b w:val="0"/>
          <w:i w:val="0"/>
        </w:rPr>
        <w:t>“Không, Robert, em xin lỗi.” Cô ngừng lại. “Mặc dù… túi của em có một cái Clutch trong lớp lót. Em không biết là—”</w:t>
      </w:r>
    </w:p>
    <w:p>
      <w:pPr>
        <w:spacing w:after="80"/>
      </w:pPr>
      <w:r>
        <w:rPr>
          <w:b w:val="0"/>
          <w:i w:val="0"/>
        </w:rPr>
        <w:t>“Clutch? Đó là cái gì?”</w:t>
      </w:r>
    </w:p>
    <w:p>
      <w:pPr>
        <w:spacing w:after="80"/>
      </w:pPr>
      <w:r>
        <w:rPr>
          <w:b w:val="0"/>
          <w:i w:val="0"/>
        </w:rPr>
        <w:t>“Một cục sạc điện thoại cho túi xách,” cô nói, mở túi ra. Cô gạt bản thảo dày cộp của mình sang một bên và cho Langdon xem đầu dây cáp sạc điện thoại thò ra từ lớp lót bên trong. “Kiểu như một chiêu trò của Cuyana ấy, nhưng cũng tiện. Em đã sạc nó trước chuyến đi, nhưng em không biết còn được bao nhiêu—”</w:t>
      </w:r>
    </w:p>
    <w:p>
      <w:pPr>
        <w:spacing w:after="80"/>
      </w:pPr>
      <w:r>
        <w:rPr>
          <w:b w:val="0"/>
          <w:i w:val="0"/>
        </w:rPr>
        <w:t>“Cứ đứng yên đó,” Langdon nói, cầm lấy túi. “Một phút nữa em sẽ biết phải làm gì.”</w:t>
      </w:r>
    </w:p>
    <w:p>
      <w:pPr>
        <w:spacing w:after="80"/>
      </w:pPr>
      <w:r>
        <w:rPr>
          <w:b w:val="0"/>
          <w:i w:val="0"/>
        </w:rPr>
        <w:t>Không nói thêm lời nào, anh lao ngược lên cầu thang xoắn ốc.</w:t>
      </w:r>
    </w:p>
    <w:p>
      <w:pPr>
        <w:jc w:val="center"/>
      </w:pPr>
      <w:r>
        <w:drawing>
          <wp:inline xmlns:a="http://schemas.openxmlformats.org/drawingml/2006/main" xmlns:pic="http://schemas.openxmlformats.org/drawingml/2006/picture">
            <wp:extent cx="5486400" cy="362122"/>
            <wp:docPr id="63" name="Picture 63"/>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rPr>
        <w:t>Mong cô ấy tha thứ cho mình vì chuyện này,</w:t>
      </w:r>
      <w:r>
        <w:rPr>
          <w:b w:val="0"/>
          <w:i w:val="0"/>
        </w:rPr>
        <w:t xml:space="preserve"> Langdon thấp thỏm nghĩ.</w:t>
      </w:r>
    </w:p>
    <w:p>
      <w:pPr>
        <w:spacing w:after="80"/>
      </w:pPr>
      <w:r>
        <w:rPr>
          <w:b w:val="0"/>
          <w:i w:val="0"/>
        </w:rPr>
        <w:t xml:space="preserve">Sáu mươi giây đã trôi qua kể từ lúc anh rời khỏi cô ở dưới nhà, và giờ anh đang ngồi xổm trên chiếu nghỉ giữa chừng cầu thang. Anh đã tìm được thanh granola và đặt nó cùng chồng giấy bản thảo mà anh đã để riêng ra. Giờ anh đang mò mẫm quanh lớp lót lụa của chiếc túi, cuối cùng cũng sờ thấy một hình chữ nhật cứng trong một ngăn dán Velcro. Anh lôi nó ra. </w:t>
      </w:r>
      <w:r>
        <w:rPr>
          <w:b w:val="0"/>
          <w:i/>
        </w:rPr>
        <w:t>Đây là cục sạc à?</w:t>
      </w:r>
      <w:r>
        <w:rPr>
          <w:b w:val="0"/>
          <w:i w:val="0"/>
        </w:rPr>
        <w:t xml:space="preserve"> Cái Clutch siêu mỏng của Katherine trông giống một tấm thẻ tín dụng màu hồng có đuôi hơn. </w:t>
      </w:r>
      <w:r>
        <w:rPr>
          <w:b w:val="0"/>
          <w:i/>
        </w:rPr>
        <w:t>Mong là nó còn pin.</w:t>
      </w:r>
    </w:p>
    <w:p>
      <w:pPr>
        <w:spacing w:after="80"/>
      </w:pPr>
      <w:r>
        <w:rPr>
          <w:b w:val="0"/>
          <w:i w:val="0"/>
        </w:rPr>
        <w:t>Đưa Clutch lên miệng, anh ngậm dây nguồn của nó giữa hai hàm răng, giật mạnh, và bẻ gãy phích cắm đầu nối. Rồi anh tách hai sợi dây ra, dùng răng tuốt vỏ từng sợi, và chạm nhanh hai đầu dây trần vào nhau.</w:t>
      </w:r>
    </w:p>
    <w:p>
      <w:pPr>
        <w:spacing w:after="80"/>
      </w:pPr>
      <w:r>
        <w:rPr>
          <w:b w:val="0"/>
          <w:i w:val="0"/>
        </w:rPr>
        <w:t>Một tia lửa sáng rực lóe lên trong khoảng không tối tăm trong chốc lát.</w:t>
      </w:r>
    </w:p>
    <w:p>
      <w:pPr>
        <w:spacing w:after="80"/>
      </w:pPr>
      <w:r>
        <w:rPr>
          <w:b w:val="0"/>
          <w:i w:val="0"/>
        </w:rPr>
        <w:t>Anh hy vọng thế là đủ.</w:t>
      </w:r>
    </w:p>
    <w:p>
      <w:pPr>
        <w:spacing w:after="80"/>
      </w:pPr>
      <w:r>
        <w:rPr>
          <w:b w:val="0"/>
          <w:i w:val="0"/>
        </w:rPr>
        <w:t>Langdon đặt cục sạc nằm phẳng trên các trang bản thảo và nhặt thanh granola lên, đúng như dự đoán, nó có một lớp giấy bạc mỏng bọc ngoài. Anh xé lớp giấy bạc ra và bóc một dải hẹp, vo tròn giữa các ngón tay để tạo thành một thứ giống như sợi chỉ bạc. Sau đó anh gắn một đầu sợi bạc vào một trong những sợi dây trần của Clutch, để đầu kia lủng lẳng.</w:t>
      </w:r>
    </w:p>
    <w:p>
      <w:pPr>
        <w:spacing w:after="80"/>
      </w:pPr>
      <w:r>
        <w:rPr>
          <w:b w:val="0"/>
          <w:i w:val="0"/>
        </w:rPr>
        <w:t xml:space="preserve">Về lý thuyết, một khi anh nối được đầu dây lỏng lẻo và hoàn thành mạch điện, dòng điện sẽ chạy qua lớp giấy bạc. Vì là chất dẫn điện kém, giấy bạc sẽ tạo ra điện trở, dẫn đến tích tụ nhiệt…cuối cùng sẽ </w:t>
      </w:r>
      <w:r>
        <w:rPr>
          <w:b w:val="0"/>
          <w:i/>
        </w:rPr>
        <w:t>đốt cháy</w:t>
      </w:r>
      <w:r>
        <w:rPr>
          <w:b w:val="0"/>
          <w:i w:val="0"/>
        </w:rPr>
        <w:t xml:space="preserve"> lớp giấy bạc.</w:t>
      </w:r>
    </w:p>
    <w:p>
      <w:pPr>
        <w:spacing w:after="80"/>
      </w:pPr>
      <w:r>
        <w:rPr>
          <w:b w:val="0"/>
          <w:i w:val="0"/>
        </w:rPr>
        <w:t>Tóm lại.</w:t>
      </w:r>
    </w:p>
    <w:p>
      <w:pPr>
        <w:spacing w:after="80"/>
      </w:pPr>
      <w:r>
        <w:rPr>
          <w:b w:val="0"/>
          <w:i w:val="0"/>
        </w:rPr>
        <w:t>Đáng tiếc thay, vật liệu siêu mỏng này chỉ cháy được trong chốc lát—không đủ để đốt cháy một cuốn sách quảng cáo ép nhựa hay thậm chí một tờ giấy bản thảo mỏng. Nếu Langdon muốn có chút cơ hội nào để nhóm được ngọn lửa này, anh sẽ cần một thứ gì đó dễ cháy.</w:t>
      </w:r>
    </w:p>
    <w:p>
      <w:pPr>
        <w:spacing w:after="80"/>
      </w:pPr>
      <w:r>
        <w:rPr>
          <w:b w:val="0"/>
          <w:i w:val="0"/>
        </w:rPr>
        <w:t>Cực kỳ dễ cháy.</w:t>
      </w:r>
    </w:p>
    <w:p>
      <w:pPr>
        <w:jc w:val="center"/>
      </w:pPr>
      <w:r>
        <w:drawing>
          <wp:inline xmlns:a="http://schemas.openxmlformats.org/drawingml/2006/main" xmlns:pic="http://schemas.openxmlformats.org/drawingml/2006/picture">
            <wp:extent cx="5486400" cy="362122"/>
            <wp:docPr id="64" name="Picture 64"/>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 xml:space="preserve">Dưới chân cầu thang, Katherine càng lúc càng lo lắng khi cô lặng lẽ chờ đợi chỉ dẫn tiếp theo từ Langdon. </w:t>
      </w:r>
      <w:r>
        <w:rPr>
          <w:b w:val="0"/>
          <w:i/>
        </w:rPr>
        <w:t>Cứ đứng yên đó…tôi sẽ nói cho em biết phải làm gì trong một phút nữa,</w:t>
      </w:r>
      <w:r>
        <w:rPr>
          <w:b w:val="0"/>
          <w:i w:val="0"/>
        </w:rPr>
        <w:t xml:space="preserve"> anh đã bảo cô như vậy. Anh đã di chuyển quanh quẩn trên cầu thang và cuối cùng dừng lại ở vị trí giữa chừng trên chiếu nghỉ có lưới sắt, nơi họ đã đứng trước đó.</w:t>
      </w:r>
    </w:p>
    <w:p>
      <w:pPr>
        <w:spacing w:after="80"/>
      </w:pPr>
      <w:r>
        <w:rPr>
          <w:b w:val="0"/>
          <w:i w:val="0"/>
        </w:rPr>
        <w:t xml:space="preserve">Ngoài những âm thanh từ phía trên Langdon, Katherine còn nghe thấy tiếng động từ thư viện—một loạt tiếng rít chói tai, lặp đi lặp lại, dồn dập—mà Langdon nói là do tủ trưng bày đang được di chuyển. </w:t>
      </w:r>
      <w:r>
        <w:rPr>
          <w:b w:val="0"/>
          <w:i/>
        </w:rPr>
        <w:t>Tiếng ồn đó giờ đã ngừng rồi,</w:t>
      </w:r>
      <w:r>
        <w:rPr>
          <w:b w:val="0"/>
          <w:i w:val="0"/>
        </w:rPr>
        <w:t xml:space="preserve"> Katherine nhận ra, cảm thấy họ sắp hết thời gian.</w:t>
      </w:r>
    </w:p>
    <w:p>
      <w:pPr>
        <w:spacing w:after="80"/>
      </w:pPr>
      <w:r>
        <w:rPr>
          <w:b w:val="0"/>
          <w:i w:val="0"/>
        </w:rPr>
        <w:t>Với nỗi sợ ngày càng tăng, cô lại ngước nhìn lên tấm lưới sắt mà Langdon đang làm việc. Trước sự ngạc nhiên của cô, ánh sáng lọc qua tấm lưới giờ đây đột nhiên trông khác lạ. Nó không còn chỉ là những tia sáng nhợt nhạt từ cửa sập phía trên họ nữa…mà là một thứ ánh sáng chập chờn.</w:t>
      </w:r>
    </w:p>
    <w:p>
      <w:pPr>
        <w:spacing w:after="80"/>
      </w:pPr>
      <w:r>
        <w:rPr>
          <w:b w:val="0"/>
          <w:i w:val="0"/>
        </w:rPr>
        <w:t>Lửa?</w:t>
      </w:r>
    </w:p>
    <w:p>
      <w:pPr>
        <w:spacing w:after="80"/>
      </w:pPr>
      <w:r>
        <w:rPr>
          <w:b w:val="0"/>
          <w:i w:val="0"/>
        </w:rPr>
        <w:t>Anh ấy làm được rồi?!</w:t>
      </w:r>
    </w:p>
    <w:p>
      <w:pPr>
        <w:spacing w:after="80"/>
      </w:pPr>
      <w:r>
        <w:rPr>
          <w:b w:val="0"/>
          <w:i w:val="0"/>
        </w:rPr>
        <w:t>Sững sờ, cô nín thở, chờ đợi…</w:t>
      </w:r>
    </w:p>
    <w:p>
      <w:pPr>
        <w:spacing w:after="80"/>
      </w:pPr>
      <w:r>
        <w:rPr>
          <w:b w:val="0"/>
          <w:i w:val="0"/>
        </w:rPr>
        <w:t>Trong vài giây, ánh sáng bắt đầu rực lên, và Katherine cuối cùng thở phào với một niềm hy vọng trào dâng. Cô không biết Langdon đã dùng phép thuật Hướng đạo sinh nào để nhóm được ngọn lửa này, nhưng khi ngọn lửa lan rộng, cô có thể thấy tấm lưới kim loại xốp mà anh đặt lửa lên đang tạo ra luồng thông gió hoàn hảo từ bên dưới.</w:t>
      </w:r>
    </w:p>
    <w:p>
      <w:pPr>
        <w:spacing w:after="80"/>
      </w:pPr>
      <w:r>
        <w:rPr>
          <w:b w:val="0"/>
          <w:i w:val="0"/>
        </w:rPr>
        <w:t>Tuy nhiên, sự kinh ngạc của cô nhanh chóng chuyển thành lo lắng.</w:t>
      </w:r>
    </w:p>
    <w:p>
      <w:pPr>
        <w:spacing w:after="80"/>
      </w:pPr>
      <w:r>
        <w:rPr>
          <w:b w:val="0"/>
          <w:i w:val="0"/>
        </w:rPr>
        <w:t>Lửa to quá…</w:t>
      </w:r>
    </w:p>
    <w:p>
      <w:pPr>
        <w:spacing w:after="80"/>
      </w:pPr>
      <w:r>
        <w:rPr>
          <w:b w:val="0"/>
          <w:i w:val="0"/>
        </w:rPr>
        <w:t>Ngọn lửa nhanh chóng lan rộng và giờ dường như đang bao phủ một phần lớn hơn của chiếu nghỉ. Trong ánh lửa ngày càng mạnh, cô có thể thấy Langdon đã rời khỏi bệ và giờ đang quỳ ở vài bậc thang bên dưới, tiếp thêm lửa từ bên hông. Khi ngọn lửa lan ra, Katherine bắt đầu cảm thấy không khí tràn vào dưới cánh cửa kệ sách, bốc lên theo giếng cầu thang như một ống khói, tiếp thêm sức cho ngọn lửa.</w:t>
      </w:r>
    </w:p>
    <w:p>
      <w:pPr>
        <w:spacing w:after="80"/>
      </w:pPr>
      <w:r>
        <w:rPr>
          <w:b w:val="0"/>
          <w:i w:val="0"/>
        </w:rPr>
        <w:t xml:space="preserve">Katherine biết mối lo đầu tiên của cô lẽ ra phải là: </w:t>
      </w:r>
      <w:r>
        <w:rPr>
          <w:b w:val="0"/>
          <w:i/>
        </w:rPr>
        <w:t>Điều này có an toàn không?</w:t>
      </w:r>
      <w:r>
        <w:rPr>
          <w:b w:val="0"/>
          <w:i w:val="0"/>
        </w:rPr>
        <w:t xml:space="preserve"> Nhưng không phải vậy. Mối lo đầu tiên của cô là một chuyện hoàn toàn khác. </w:t>
      </w:r>
      <w:r>
        <w:rPr>
          <w:b w:val="0"/>
          <w:i/>
        </w:rPr>
        <w:t>Anh ấy đang đốt cái gì vậy?!</w:t>
      </w:r>
      <w:r>
        <w:rPr>
          <w:b w:val="0"/>
          <w:i w:val="0"/>
        </w:rPr>
        <w:t xml:space="preserve"> Những ngọn lửa này đã lớn đến mức không thể là một cuốn sách quảng cáo bảo tàng, một gói khăn giấy Kleenex, hay bất cứ thứ gì khác anh tìm thấy trong túi cô. </w:t>
      </w:r>
      <w:r>
        <w:rPr>
          <w:b w:val="0"/>
          <w:i/>
        </w:rPr>
        <w:t>Anh ấy đang dùng gì làm nhiên liệu?!</w:t>
      </w:r>
    </w:p>
    <w:p>
      <w:pPr>
        <w:spacing w:after="80"/>
      </w:pPr>
      <w:r>
        <w:rPr>
          <w:b w:val="0"/>
          <w:i w:val="0"/>
        </w:rPr>
        <w:t>Câu trả lời của cô xuất hiện một lát sau khi một mẩu giấy bị cháy sém một phần bay xuống từ phía trên, rơi xuống cầu thang ngay trước mặt cô. Mẩu giấy trắng bị cháy xém có in chữ đen, một số vẫn còn đọc được. Katherine chỉ cần một khoảnh khắc để nhận ra những dòng chữ đó.</w:t>
      </w:r>
    </w:p>
    <w:p>
      <w:pPr>
        <w:spacing w:after="80"/>
      </w:pPr>
      <w:r>
        <w:rPr>
          <w:b w:val="0"/>
          <w:i w:val="0"/>
        </w:rPr>
        <w:t>Robert, không!</w:t>
      </w:r>
    </w:p>
    <w:p>
      <w:pPr>
        <w:spacing w:after="80"/>
      </w:pPr>
      <w:r>
        <w:rPr>
          <w:b w:val="0"/>
          <w:i w:val="0"/>
        </w:rPr>
        <w:t xml:space="preserve">Cô lao mình lên cầu thang, gọi anh dừng lại. Khi cô xoắn ốc lên phía Langdon, cô chợt nghi ngờ rằng anh đã bảo cô ở dưới vì anh biết cô sẽ không bao giờ đồng ý với kế hoạch của anh. </w:t>
      </w:r>
      <w:r>
        <w:rPr>
          <w:b w:val="0"/>
          <w:i/>
        </w:rPr>
        <w:t>Anh ta đang đốt bản thảo của mình!</w:t>
      </w:r>
    </w:p>
    <w:p>
      <w:pPr>
        <w:spacing w:after="80"/>
      </w:pPr>
      <w:r>
        <w:rPr>
          <w:b w:val="0"/>
          <w:i w:val="0"/>
        </w:rPr>
        <w:t>Cô có thể cảm nhận được sức nóng khi đến bên dưới chiếu nghỉ. Phía trên cô, qua tấm lưới kim loại, cô thấy mặt dưới của một xấp giấy bản thảo mà Langdon đang ném vào lửa. Những trang giấy cháy nhanh và sáng rực.</w:t>
      </w:r>
    </w:p>
    <w:p>
      <w:pPr>
        <w:spacing w:after="80"/>
      </w:pPr>
      <w:r>
        <w:rPr>
          <w:b w:val="0"/>
          <w:i w:val="0"/>
        </w:rPr>
        <w:t xml:space="preserve">"Dừng lại!" cô thở hổn hển. "Đó là bản </w:t>
      </w:r>
      <w:r>
        <w:rPr>
          <w:b w:val="0"/>
          <w:i/>
        </w:rPr>
        <w:t>duy nhất</w:t>
      </w:r>
      <w:r>
        <w:rPr>
          <w:b w:val="0"/>
          <w:i w:val="0"/>
        </w:rPr>
        <w:t xml:space="preserve"> của chúng ta! Chúng ta không thể mất nó!"</w:t>
      </w:r>
    </w:p>
    <w:p>
      <w:pPr>
        <w:spacing w:after="80"/>
      </w:pPr>
      <w:r>
        <w:rPr>
          <w:b w:val="0"/>
          <w:i w:val="0"/>
        </w:rPr>
        <w:t xml:space="preserve">Langdon liếc xuống, ánh mắt anh mãnh liệt trong ánh lửa. "Chúng ta </w:t>
      </w:r>
      <w:r>
        <w:rPr>
          <w:b w:val="0"/>
          <w:i/>
        </w:rPr>
        <w:t>đã</w:t>
      </w:r>
      <w:r>
        <w:rPr>
          <w:b w:val="0"/>
          <w:i w:val="0"/>
        </w:rPr>
        <w:t xml:space="preserve"> mất nó rồi, Katherine—anh rất xin lỗi. Bản cứng này sẽ bị tịch thu ngay </w:t>
      </w:r>
      <w:r>
        <w:rPr>
          <w:b w:val="0"/>
          <w:i/>
        </w:rPr>
        <w:t>giây phút</w:t>
      </w:r>
      <w:r>
        <w:rPr>
          <w:b w:val="0"/>
          <w:i w:val="0"/>
        </w:rPr>
        <w:t xml:space="preserve"> chúng ta bước ra khỏi hốc tường này. Và thế là hết với chúng ta. Thà dùng nó để cứu mạng chúng ta còn hơn."</w:t>
      </w:r>
    </w:p>
    <w:p>
      <w:pPr>
        <w:spacing w:after="80"/>
      </w:pPr>
      <w:r>
        <w:rPr>
          <w:b w:val="0"/>
          <w:i w:val="0"/>
        </w:rPr>
        <w:t>"Nhưng không có bản nào khác—"</w:t>
      </w:r>
    </w:p>
    <w:p>
      <w:pPr>
        <w:spacing w:after="80"/>
      </w:pPr>
      <w:r>
        <w:rPr>
          <w:b w:val="0"/>
          <w:i w:val="0"/>
        </w:rPr>
        <w:t xml:space="preserve">"Làm ơn nghe anh," anh nói, vẫn tiếp tục ném giấy vào lửa. "Có những điều anh chưa kể cho em, nhưng hôm nay đã có người </w:t>
      </w:r>
      <w:r>
        <w:rPr>
          <w:b w:val="0"/>
          <w:i/>
        </w:rPr>
        <w:t>bị giết</w:t>
      </w:r>
      <w:r>
        <w:rPr>
          <w:b w:val="0"/>
          <w:i w:val="0"/>
        </w:rPr>
        <w:t xml:space="preserve"> vì cuốn sách này. Chừng nào chúng ta còn giữ bản thảo này, chúng ta là </w:t>
      </w:r>
      <w:r>
        <w:rPr>
          <w:b w:val="0"/>
          <w:i/>
        </w:rPr>
        <w:t>mục tiêu.</w:t>
      </w:r>
      <w:r>
        <w:rPr>
          <w:b w:val="0"/>
          <w:i w:val="0"/>
        </w:rPr>
        <w:t xml:space="preserve"> Viên đạn đầu tiên suýt trúng chúng ta. Viên tiếp theo sẽ không trượt đâu."</w:t>
      </w:r>
    </w:p>
    <w:p>
      <w:pPr>
        <w:spacing w:after="80"/>
      </w:pPr>
      <w:r>
        <w:rPr>
          <w:b w:val="0"/>
          <w:i w:val="0"/>
        </w:rPr>
        <w:t>"Chúa ơi, có người bị giết sao?!" cô lặp lại. "Vì bản thảo của mình?!"</w:t>
      </w:r>
    </w:p>
    <w:p>
      <w:pPr>
        <w:spacing w:after="80"/>
      </w:pPr>
      <w:r>
        <w:rPr>
          <w:b w:val="0"/>
          <w:i w:val="0"/>
        </w:rPr>
        <w:t xml:space="preserve">"Katherine, những kẻ chuyên nghiệp đã </w:t>
      </w:r>
      <w:r>
        <w:rPr>
          <w:b w:val="0"/>
          <w:i/>
        </w:rPr>
        <w:t>xóa</w:t>
      </w:r>
      <w:r>
        <w:rPr>
          <w:b w:val="0"/>
          <w:i w:val="0"/>
        </w:rPr>
        <w:t xml:space="preserve"> bản thảo của em khỏi một máy chủ công ty bảo mật! Viên đội trưởng ÚZSI đã thẩm vấn anh sáng nay đã buộc tội chúng ta dàn dựng một màn quảng cáo khủng bố cho cuốn sách này. Brigita Gessner đã xin một bản đọc trước, và cô ấy đã bị tra tấn và giết chết đêm qua. Jonas có vẻ đã mất tích. ÚZSI đã săn lùng </w:t>
      </w:r>
      <w:r>
        <w:rPr>
          <w:b w:val="0"/>
          <w:i/>
        </w:rPr>
        <w:t>anh</w:t>
      </w:r>
      <w:r>
        <w:rPr>
          <w:b w:val="0"/>
          <w:i w:val="0"/>
        </w:rPr>
        <w:t xml:space="preserve"> từ kh—"</w:t>
      </w:r>
    </w:p>
    <w:p>
      <w:pPr>
        <w:spacing w:after="80"/>
      </w:pPr>
      <w:r>
        <w:rPr>
          <w:b w:val="0"/>
          <w:i w:val="0"/>
        </w:rPr>
        <w:t xml:space="preserve">"Brigita Gessner </w:t>
      </w:r>
      <w:r>
        <w:rPr>
          <w:b w:val="0"/>
          <w:i/>
        </w:rPr>
        <w:t>chết</w:t>
      </w:r>
      <w:r>
        <w:rPr>
          <w:b w:val="0"/>
          <w:i w:val="0"/>
        </w:rPr>
        <w:t xml:space="preserve"> rồi?!"</w:t>
      </w:r>
    </w:p>
    <w:p>
      <w:pPr>
        <w:spacing w:after="80"/>
      </w:pPr>
      <w:r>
        <w:rPr>
          <w:b w:val="0"/>
          <w:i w:val="0"/>
        </w:rPr>
        <w:t xml:space="preserve">Langdon gật đầu nghiêm nghị. "Anh không dám nói mình biết chuyện gì đang xảy ra, nhưng </w:t>
      </w:r>
      <w:r>
        <w:rPr>
          <w:b w:val="0"/>
          <w:i/>
        </w:rPr>
        <w:t>không gì</w:t>
      </w:r>
      <w:r>
        <w:rPr>
          <w:b w:val="0"/>
          <w:i w:val="0"/>
        </w:rPr>
        <w:t xml:space="preserve"> đáng đánh đổi bằng mạng sống của chúng ta. Và của nhau. Đây là nước đi đúng. Anh cần em tin anh."</w:t>
      </w:r>
    </w:p>
    <w:p>
      <w:pPr>
        <w:spacing w:after="80"/>
      </w:pPr>
      <w:r>
        <w:rPr>
          <w:b w:val="0"/>
          <w:i/>
        </w:rPr>
        <w:t>Hơi muộn để nói về niềm tin,</w:t>
      </w:r>
      <w:r>
        <w:rPr>
          <w:b w:val="0"/>
          <w:i w:val="0"/>
        </w:rPr>
        <w:t xml:space="preserve"> cô nghĩ, nhìn xấp giấy ít ỏi còn lại. </w:t>
      </w:r>
      <w:r>
        <w:rPr>
          <w:b w:val="0"/>
          <w:i/>
        </w:rPr>
        <w:t>Anh đã đốt gần hết rồi.</w:t>
      </w:r>
    </w:p>
    <w:p>
      <w:pPr>
        <w:jc w:val="center"/>
      </w:pPr>
      <w:r>
        <w:drawing>
          <wp:inline xmlns:a="http://schemas.openxmlformats.org/drawingml/2006/main" xmlns:pic="http://schemas.openxmlformats.org/drawingml/2006/picture">
            <wp:extent cx="5486400" cy="362122"/>
            <wp:docPr id="65" name="Picture 65"/>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Trung úy Pavel đau nhức đầu vì gắng sức.</w:t>
      </w:r>
    </w:p>
    <w:p>
      <w:pPr>
        <w:spacing w:after="80"/>
      </w:pPr>
      <w:r>
        <w:rPr>
          <w:b w:val="0"/>
          <w:i w:val="0"/>
        </w:rPr>
        <w:t>Anh ta đã kéo lê xong chiếc tủ trưng bày lớn khắp sàn thư viện, cuối cùng cũng đặt được nó bên dưới ban công. Khối lập phương trong suốt nặng hơn vẻ ngoài của nó khá nhiều, phần lớn trọng lượng chắc chắn đến từ vật thể khổng lồ bên trong.</w:t>
      </w:r>
    </w:p>
    <w:p>
      <w:pPr>
        <w:spacing w:after="80"/>
      </w:pPr>
      <w:r>
        <w:rPr>
          <w:b w:val="0"/>
          <w:i w:val="0"/>
        </w:rPr>
        <w:t>Pavel mất một phút để lấy lại hơi, nhìn xuyên qua tấm Plexiglas dày vào cuốn sách to một cách lố bịch bên trong khối hộp. Nó nổi tiếng đến mức kéo được đám đông, nhưng cuốn sách đang mở ở một trang mô tả một con quỷ bán khỏa thân, ngồi xổm trong chiếc khố.</w:t>
      </w:r>
    </w:p>
    <w:p>
      <w:pPr>
        <w:spacing w:after="80"/>
      </w:pPr>
      <w:r>
        <w:rPr>
          <w:b w:val="0"/>
          <w:i w:val="0"/>
        </w:rPr>
        <w:t>Người ta trả tiền để xem cái này sao?</w:t>
      </w:r>
    </w:p>
    <w:p>
      <w:pPr>
        <w:spacing w:after="80"/>
      </w:pPr>
      <w:r>
        <w:rPr>
          <w:b w:val="0"/>
          <w:i w:val="0"/>
        </w:rPr>
        <w:t>Pavel háo hức muốn lên ban công, liền lấy lại chiếc thang và nhấc bổng nó lên đặt trên nóc tủ trưng bày, hài lòng khi thấy nó giờ đã chạm tới ban công.</w:t>
      </w:r>
    </w:p>
    <w:p>
      <w:pPr>
        <w:spacing w:after="80"/>
      </w:pPr>
      <w:r>
        <w:rPr>
          <w:b w:val="0"/>
          <w:i w:val="0"/>
        </w:rPr>
        <w:t>Trước khi trèo lên tủ trưng bày, Pavel quay lại quét mắt lần cuối khắp ban công xem Langdon đã tỉnh trí và lộ diện chưa. Khi ánh mắt anh lướt dọc theo vành trên của căn phòng, men theo ban công, ánh nhìn anh bỗng khựng lại.</w:t>
      </w:r>
    </w:p>
    <w:p>
      <w:pPr>
        <w:spacing w:after="80"/>
      </w:pPr>
      <w:r>
        <w:rPr>
          <w:b w:val="0"/>
          <w:i w:val="0"/>
        </w:rPr>
        <w:t>Pavel hy vọng mình đang bị ảo giác.</w:t>
      </w:r>
    </w:p>
    <w:p>
      <w:pPr>
        <w:spacing w:after="80"/>
      </w:pPr>
      <w:r>
        <w:rPr>
          <w:b w:val="0"/>
          <w:i w:val="0"/>
        </w:rPr>
        <w:t>Ở góc xa của ban công, phía trên hốc tường bị khóa, một cột khói đen dường như đang bốc lên từ hư không… trôi dạt tới điểm cao nhất của trần vòm… đã tụ lại thành một đám mây đen giờ đang lan dần ra khắp bức bích họa vô giá.</w:t>
      </w:r>
    </w:p>
    <w:p>
      <w:pPr>
        <w:spacing w:after="80"/>
      </w:pPr>
      <w:r>
        <w:rPr>
          <w:b w:val="0"/>
          <w:i w:val="0"/>
        </w:rPr>
        <w:t>Không…</w:t>
      </w:r>
    </w:p>
    <w:p>
      <w:pPr>
        <w:spacing w:after="80"/>
      </w:pPr>
      <w:r>
        <w:rPr>
          <w:b w:val="0"/>
          <w:i w:val="0"/>
        </w:rPr>
        <w:t>Nhưng đã quá muộn.</w:t>
      </w:r>
    </w:p>
    <w:p>
      <w:pPr>
        <w:spacing w:after="80"/>
      </w:pPr>
      <w:r>
        <w:rPr>
          <w:b w:val="0"/>
          <w:i w:val="0"/>
        </w:rPr>
        <w:t>Một tích tắc sau, chuông báo cháy bắt đầu rú lên.</w:t>
      </w:r>
    </w:p>
    <w:p>
      <w:pPr>
        <w:pStyle w:val="Heading1"/>
      </w:pPr>
      <w:r>
        <w:rPr>
          <w:rFonts w:ascii="Calibri" w:hAnsi="Calibri"/>
          <w:b/>
          <w:i w:val="0"/>
          <w:sz w:val="40"/>
        </w:rPr>
        <w:t>Chương 69</w:t>
      </w:r>
    </w:p>
    <w:p>
      <w:pPr>
        <w:spacing w:after="80"/>
      </w:pPr>
      <w:r>
        <w:rPr>
          <w:b w:val="0"/>
          <w:i w:val="0"/>
        </w:rPr>
        <w:t>Chỉ vài giây sau khi chuông báo khói vang lên, Trung úy Pavel đã nghe thấy tiếng người hướng dẫn viên cuống cuồng mở then cửa Thư viện Baroque.</w:t>
      </w:r>
    </w:p>
    <w:p>
      <w:pPr>
        <w:spacing w:after="80"/>
      </w:pPr>
      <w:r>
        <w:rPr>
          <w:b w:val="0"/>
          <w:i/>
        </w:rPr>
        <w:t>Tôi đã ra lệnh cho anh rồi!</w:t>
      </w:r>
      <w:r>
        <w:rPr>
          <w:b w:val="0"/>
          <w:i w:val="0"/>
        </w:rPr>
        <w:t xml:space="preserve"> Pavel giận dữ. </w:t>
      </w:r>
      <w:r>
        <w:rPr>
          <w:b w:val="0"/>
          <w:i/>
        </w:rPr>
        <w:t>Ở ngoài đi!</w:t>
      </w:r>
    </w:p>
    <w:p>
      <w:pPr>
        <w:spacing w:after="80"/>
      </w:pPr>
      <w:r>
        <w:rPr>
          <w:b w:val="0"/>
          <w:i w:val="0"/>
        </w:rPr>
        <w:t>Nhưng rõ ràng mối đe dọa cháy ở một thư viện cổ đã lấn át cả mệnh lệnh của ÚZSI, và người hướng dẫn viên lao vào, quay cuồng điên cuồng và tìm nguồn khói.</w:t>
      </w:r>
    </w:p>
    <w:p>
      <w:pPr>
        <w:spacing w:after="80"/>
      </w:pPr>
      <w:r>
        <w:rPr>
          <w:b w:val="0"/>
          <w:i w:val="0"/>
        </w:rPr>
        <w:t>Pavel đang ở tận cùng căn phòng, đứng trên nóc tủ trưng bày, chuẩn bị trèo thang lên ban công. Người hướng dẫn viên thậm chí không nhận ra anh, mà chỉ dán mắt vào cột khói đang bốc lên từ ban công. Người hướng dẫn viên chạy tới chiếc tủ sách ẩn, cố mở nó nhưng vô ích.</w:t>
      </w:r>
    </w:p>
    <w:p>
      <w:pPr>
        <w:spacing w:after="80"/>
      </w:pPr>
      <w:r>
        <w:rPr>
          <w:b w:val="0"/>
          <w:i/>
        </w:rPr>
        <w:t>Mình vẫn có thể giết Langdon,</w:t>
      </w:r>
      <w:r>
        <w:rPr>
          <w:b w:val="0"/>
          <w:i w:val="0"/>
        </w:rPr>
        <w:t xml:space="preserve"> Pavel biết vậy, bắt đầu trèo lên thang. </w:t>
      </w:r>
      <w:r>
        <w:rPr>
          <w:b w:val="0"/>
          <w:i/>
        </w:rPr>
        <w:t>Mắt đền mắt.</w:t>
      </w:r>
    </w:p>
    <w:p>
      <w:pPr>
        <w:spacing w:after="80"/>
      </w:pPr>
      <w:r>
        <w:rPr>
          <w:b w:val="0"/>
          <w:i w:val="0"/>
        </w:rPr>
        <w:t>Hai nhân viên bảo tàng khác cầm bình chữa cháy chạy vào phía sau người hướng dẫn viên, hét gọi nhau và cố mở cánh cửa bí mật mà không làm hỏng nó. Không ăn thua. Nhưng làn khói cuồn cuộn qua cửa sập giờ dường như đang tan dần nhanh như khi nó xuất hiện.</w:t>
      </w:r>
    </w:p>
    <w:p>
      <w:pPr>
        <w:spacing w:after="80"/>
      </w:pPr>
      <w:r>
        <w:rPr>
          <w:b w:val="0"/>
          <w:i w:val="0"/>
        </w:rPr>
        <w:t xml:space="preserve">Pavel đang ở lưng chừng thang thì một người hướng dẫn viên khác phát hiện ra anh. Người đàn ông lớn tuổi lao tới, trông kinh hoàng khi thấy có kẻ đứng trên một chiếc thang chắp vá trên nóc vật trưng bày vô giá của thư viện. </w:t>
      </w:r>
      <w:r>
        <w:rPr>
          <w:b w:val="0"/>
          <w:i/>
        </w:rPr>
        <w:t>“Co to sakra děláš?!”</w:t>
      </w:r>
      <w:r>
        <w:rPr>
          <w:b w:val="0"/>
          <w:i w:val="0"/>
        </w:rPr>
        <w:t xml:space="preserve"> người hướng dẫn viên hét lên, tiến tới bên dưới anh. </w:t>
      </w:r>
      <w:r>
        <w:rPr>
          <w:b w:val="0"/>
          <w:i/>
        </w:rPr>
        <w:t>Anh đang làm cái quái gì thế?!</w:t>
      </w:r>
    </w:p>
    <w:p>
      <w:pPr>
        <w:spacing w:after="80"/>
      </w:pPr>
      <w:r>
        <w:rPr>
          <w:b w:val="0"/>
          <w:i w:val="0"/>
        </w:rPr>
        <w:t>Pavel phớt lờ ông ta, vẫn tiếp tục trèo.</w:t>
      </w:r>
    </w:p>
    <w:p>
      <w:pPr>
        <w:spacing w:after="80"/>
      </w:pPr>
      <w:r>
        <w:rPr>
          <w:b w:val="0"/>
          <w:i w:val="0"/>
        </w:rPr>
        <w:t>Khi anh gần lên đến đỉnh, anh có thể nếm được mùi khói trong phổi. Đám mây mù mịt đã tụ lại ngay phía trên anh, dọc theo đỉnh của trần vòm, mặc dù những chiếc quạt thông gió ồn ào vừa được bật lên và dường như đang nhanh chóng làm sạch không khí.</w:t>
      </w:r>
    </w:p>
    <w:p>
      <w:pPr>
        <w:spacing w:after="80"/>
      </w:pPr>
      <w:r>
        <w:rPr>
          <w:b w:val="0"/>
          <w:i w:val="0"/>
        </w:rPr>
        <w:t xml:space="preserve">Pavel lên đến đỉnh thang và nhìn qua lan can ban công về phía cửa sập ở đầu xa. Nó vẫn mở toang. Kế hoạch khói của người Mỹ thật thông minh, nhưng nó sắp phản tác dụng. </w:t>
      </w:r>
      <w:r>
        <w:rPr>
          <w:b w:val="0"/>
          <w:i/>
        </w:rPr>
        <w:t>Langdon sẽ không bao giờ thấy mình đến.</w:t>
      </w:r>
      <w:r>
        <w:rPr>
          <w:b w:val="0"/>
          <w:i w:val="0"/>
        </w:rPr>
        <w:t xml:space="preserve"> Ngay cả khi hắn mở khóa cửa và lao ra thư viện, Pavel vẫn giữ vị trí cao—một điểm quan sát hoàn hảo cho phát bắn hạ gục.</w:t>
      </w:r>
    </w:p>
    <w:p>
      <w:pPr>
        <w:spacing w:after="80"/>
      </w:pPr>
      <w:r>
        <w:rPr>
          <w:b w:val="0"/>
          <w:i/>
        </w:rPr>
        <w:t>Kiên nhẫn,</w:t>
      </w:r>
      <w:r>
        <w:rPr>
          <w:b w:val="0"/>
          <w:i w:val="0"/>
        </w:rPr>
        <w:t xml:space="preserve"> đội trưởng của anh đã khuyên, và sự kiên nhẫn đã được đền đáp. Vươn tay ra, anh nắm lấy lan can sắt của ban công và chuẩn bị kéo mình qua.</w:t>
      </w:r>
    </w:p>
    <w:p>
      <w:pPr>
        <w:spacing w:after="80"/>
      </w:pPr>
      <w:r>
        <w:rPr>
          <w:b w:val="0"/>
          <w:i w:val="0"/>
        </w:rPr>
        <w:t>“Trung úy Pavel!” một giọng nói đầy uy quyền của phụ nữ hét lên từ lối vào thư viện. “Đứng yên đó!”</w:t>
      </w:r>
    </w:p>
    <w:p>
      <w:pPr>
        <w:spacing w:after="80"/>
      </w:pPr>
      <w:r>
        <w:rPr>
          <w:b w:val="0"/>
          <w:i w:val="0"/>
        </w:rPr>
        <w:t>Đứng trên bậc thang cao nhất, Pavel quay lại và quét mắt khắp thư viện, chớp mắt vài lần, cố gắng hiểu điều anh đang thấy. Ảo ảnh đang tiến về phía anh thật bất ngờ và kỳ quái đến mức anh tự hỏi liệu khói và vết thương ở đầu có đang gây ra ảo giác không.</w:t>
      </w:r>
    </w:p>
    <w:p>
      <w:pPr>
        <w:spacing w:after="80"/>
      </w:pPr>
      <w:r>
        <w:rPr>
          <w:b w:val="0"/>
          <w:i w:val="0"/>
        </w:rPr>
        <w:t>Người phụ nữ đang tiến lại là một người đẹp thanh lịch, tóc đen—dễ dàng là một trong những người phụ nữ đẹp ngoạn mục nhất mà Pavel từng thấy bằng xương bằng thịt. Cô bước đi trên đôi chân thon thả, mang theo cô với sự mãnh liệt của một người mẫu thời trang trên sàn diễn. Cô có thể là một trong những giấc mơ trong Dream Zone của Pavel… ngoại trừ một vấn đề nhỏ: cô được hai lính thủy đánh bộ Mỹ trong bộ lễ phục đại sứ quán đầy đủ và mang vũ khí bên mình hộ tống hai bên.</w:t>
      </w:r>
    </w:p>
    <w:p>
      <w:pPr>
        <w:jc w:val="center"/>
      </w:pPr>
      <w:r>
        <w:drawing>
          <wp:inline xmlns:a="http://schemas.openxmlformats.org/drawingml/2006/main" xmlns:pic="http://schemas.openxmlformats.org/drawingml/2006/picture">
            <wp:extent cx="5486400" cy="362122"/>
            <wp:docPr id="66" name="Picture 66"/>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Bên trong cầu thang, trên chiếu nghỉ của cầu thang xoắn ốc, Langdon đứng trên đống tro âm ỉ, muốn đảm bảo rằng từng tia lửa cuối cùng đều đã được dập tắt.</w:t>
      </w:r>
    </w:p>
    <w:p>
      <w:pPr>
        <w:spacing w:after="80"/>
      </w:pPr>
      <w:r>
        <w:rPr>
          <w:b w:val="0"/>
          <w:i/>
        </w:rPr>
        <w:t>Ngọn lửa này được thực hiện nhờ Procter &amp; Gamble,</w:t>
      </w:r>
      <w:r>
        <w:rPr>
          <w:b w:val="0"/>
          <w:i w:val="0"/>
        </w:rPr>
        <w:t xml:space="preserve"> anh thầm nghĩ, biết ơn lọ nước rửa tay nhỏ xíu mà anh tìm thấy dưới đáy túi của Katherine.</w:t>
      </w:r>
    </w:p>
    <w:p>
      <w:pPr>
        <w:spacing w:after="80"/>
      </w:pPr>
      <w:r>
        <w:rPr>
          <w:b w:val="0"/>
          <w:i w:val="0"/>
        </w:rPr>
        <w:t>Gel Safeguard có 80 phần trăm cồn, và Langdon đã bôi nó thoải mái lên trang tiêu đề bản thảo của Katherine trước khi cuộn tờ giấy thành một ống để tập trung khói. Sau khi nhét ống vào lưới để giữ nó ở vị trí thẳng đứng, Langdon dùng Clutch để đốt lá giấy bạc ngay trên miệng ống. Đúng như dự đoán, lá giấy bạc bùng cháy gần như ngay lập tức, nhưng nồng độ khói cồn bốc cháy, và ống thấm gel bốc lên trong lửa.</w:t>
      </w:r>
    </w:p>
    <w:p>
      <w:pPr>
        <w:spacing w:after="80"/>
      </w:pPr>
      <w:r>
        <w:rPr>
          <w:b w:val="0"/>
          <w:i w:val="0"/>
        </w:rPr>
        <w:t>Phần còn lại diễn ra nhanh chóng.</w:t>
      </w:r>
    </w:p>
    <w:p>
      <w:pPr>
        <w:spacing w:after="80"/>
      </w:pPr>
      <w:r>
        <w:rPr>
          <w:b w:val="0"/>
          <w:i w:val="0"/>
        </w:rPr>
        <w:t>Giấy in của Séc liên kết ánh sáng cháy nhanh hơn Langdon dự đoán; trong một khoảnh khắc, anh sợ rằng mình đã phạm một sai lầm khủng khiếp và đặt toàn bộ thư viện vào nguy hiểm. Ngọn lửa bùng lên chỉ trong vài giây. Trong khi tiếp thêm nhiều trang giấy, Langdon cũng đổ hết phần nước còn lại của Katherine và ném chai nhựa lên các trang bản thảo, tạo ra những đám mây khói đen cuồn cuộn khi nó tan chảy.</w:t>
      </w:r>
    </w:p>
    <w:p>
      <w:pPr>
        <w:spacing w:after="80"/>
      </w:pPr>
      <w:r>
        <w:rPr>
          <w:b w:val="0"/>
          <w:i w:val="0"/>
        </w:rPr>
        <w:t xml:space="preserve">Hiếm khi Langdon nhắc đến Shakespeare, nhưng thảm họa suýt xảy ra này có vẻ xứng đáng với Bard. </w:t>
      </w:r>
      <w:r>
        <w:rPr>
          <w:b w:val="0"/>
          <w:i/>
        </w:rPr>
        <w:t>Mọi chuyện đều tốt đẹp khi kết thúc tốt đẹp,</w:t>
      </w:r>
      <w:r>
        <w:rPr>
          <w:b w:val="0"/>
          <w:i w:val="0"/>
        </w:rPr>
        <w:t xml:space="preserve"> anh tự trấn an, vì anh có thể đã thiêu rụi một thư viện vô giá hoặc bị bắn chết.</w:t>
      </w:r>
    </w:p>
    <w:p>
      <w:pPr>
        <w:spacing w:after="80"/>
      </w:pPr>
      <w:r>
        <w:rPr>
          <w:b w:val="0"/>
          <w:i w:val="0"/>
        </w:rPr>
        <w:t>Giờ đây, sau khi xác nhận mình không để lại gì phía sau, Langdon nhấc túi của Katherine, nhẹ hơn nhiều khi không còn bản thảo và nước của cô. Cô đã xuống trong im lặng, đau khổ vì chứng kiến các trang bản thảo của mình bị thiêu hủy. Langdon cảm thấy tự tin rằng cuối cùng cô sẽ hiểu rằng anh đã chơi những quân bài của họ tốt nhất có thể.</w:t>
      </w:r>
    </w:p>
    <w:p>
      <w:pPr>
        <w:spacing w:after="80"/>
      </w:pPr>
      <w:r>
        <w:rPr>
          <w:b w:val="0"/>
          <w:i w:val="0"/>
        </w:rPr>
        <w:t>Chúng ta còn sống.</w:t>
      </w:r>
    </w:p>
    <w:p>
      <w:pPr>
        <w:spacing w:after="80"/>
      </w:pPr>
      <w:r>
        <w:rPr>
          <w:b w:val="0"/>
          <w:i w:val="0"/>
        </w:rPr>
        <w:t>Khi Langdon bước xuống các bậc thang, anh có thể nghe thấy nhiều cuộc trò chuyện bên ngoài cửa tủ sách, và anh hy vọng đám đông bao gồm cả bảo vệ bảo tàng.</w:t>
      </w:r>
    </w:p>
    <w:p>
      <w:pPr>
        <w:spacing w:after="80"/>
      </w:pPr>
      <w:r>
        <w:rPr>
          <w:b w:val="0"/>
          <w:i w:val="0"/>
        </w:rPr>
        <w:t>“Ông Langdon?!” một giọng nói trầm vang lên qua cửa. Giọng có âm sắc Mỹ. “Tôi là Lính gác Đại sứ quán Thủy quân Lục chiến Morgan Dudley.”</w:t>
      </w:r>
    </w:p>
    <w:p>
      <w:pPr>
        <w:spacing w:after="80"/>
      </w:pPr>
      <w:r>
        <w:rPr>
          <w:b w:val="0"/>
          <w:i w:val="0"/>
        </w:rPr>
        <w:t xml:space="preserve">Langdon và Katherine trao đổi một ánh mắt giật mình. </w:t>
      </w:r>
      <w:r>
        <w:rPr>
          <w:b w:val="0"/>
          <w:i/>
        </w:rPr>
        <w:t>Nhanh thật.</w:t>
      </w:r>
    </w:p>
    <w:p>
      <w:pPr>
        <w:spacing w:after="80"/>
      </w:pPr>
      <w:r>
        <w:rPr>
          <w:b w:val="0"/>
          <w:i w:val="0"/>
        </w:rPr>
        <w:t>“Ngài có thể ra ngoài an toàn rồi,” người đàn ông thông báo. “Tôi xác nhận được rằng viên trung úy ÚZSI đã đe dọa ngài đã giao nộp vũ khí, và lệnh Báo động Xanh đã được hủy bỏ.”</w:t>
      </w:r>
    </w:p>
    <w:p>
      <w:pPr>
        <w:spacing w:after="80"/>
      </w:pPr>
      <w:r>
        <w:rPr>
          <w:b w:val="0"/>
          <w:i w:val="0"/>
        </w:rPr>
        <w:t>Langdon chẳng biết Báo động Xanh là gì, nhưng sự hiện diện của đại sứ quán nghe chắc chắn là khá hơn ÚZSI nhiều.</w:t>
      </w:r>
    </w:p>
    <w:p>
      <w:pPr>
        <w:spacing w:after="80"/>
      </w:pPr>
      <w:r>
        <w:rPr>
          <w:b w:val="0"/>
          <w:i w:val="0"/>
        </w:rPr>
        <w:t>“Mở cửa đi, ngài.” Giọng nói lịch sự nhưng giờ đã cứng rắn hơn.</w:t>
      </w:r>
    </w:p>
    <w:p>
      <w:pPr>
        <w:spacing w:after="80"/>
      </w:pPr>
      <w:r>
        <w:rPr>
          <w:b w:val="0"/>
          <w:i w:val="0"/>
        </w:rPr>
        <w:t>Katherine lập tức bắt đầu gỡ tay áo chiếc áo khoác dài của mình khỏi tay nắm cửa.</w:t>
      </w:r>
    </w:p>
    <w:p>
      <w:pPr>
        <w:spacing w:after="80"/>
      </w:pPr>
      <w:r>
        <w:rPr>
          <w:b w:val="0"/>
          <w:i w:val="0"/>
        </w:rPr>
        <w:t>“Khoan đã!” Langdon thì thầm, cảm thấy lo lắng. “Hắn ta có thể là một sĩ quan ÚZSI giả làm người Mỹ.”</w:t>
      </w:r>
    </w:p>
    <w:p>
      <w:pPr>
        <w:spacing w:after="80"/>
      </w:pPr>
      <w:r>
        <w:rPr>
          <w:b w:val="0"/>
          <w:i w:val="0"/>
        </w:rPr>
        <w:t xml:space="preserve">Langdon không biết người đàn ông bên ngoài kia có khả năng ngoại cảm hay đã nghe lỏm được câu nói đó, nhưng một lát sau, một tấm thẻ nhựa bọc carnet trượt vào dưới khe cửa. Trong ánh sáng mờ ảo, Langdon không đọc được dòng chữ nhỏ, nhưng thật hợp lý, nỗi sợ của ông được xoa dịu nhờ </w:t>
      </w:r>
      <w:r>
        <w:rPr>
          <w:b w:val="0"/>
          <w:i/>
        </w:rPr>
        <w:t>biểu tượng</w:t>
      </w:r>
      <w:r>
        <w:rPr>
          <w:b w:val="0"/>
          <w:i w:val="0"/>
        </w:rPr>
        <w:t xml:space="preserve"> dập nổi trên tấm thẻ—một con đại bàng đầu trắng với tấm khiên đầy sao và sọc.</w:t>
      </w:r>
    </w:p>
    <w:p>
      <w:pPr>
        <w:jc w:val="center"/>
      </w:pPr>
      <w:r>
        <w:drawing>
          <wp:inline xmlns:a="http://schemas.openxmlformats.org/drawingml/2006/main" xmlns:pic="http://schemas.openxmlformats.org/drawingml/2006/picture">
            <wp:extent cx="5486400" cy="362122"/>
            <wp:docPr id="67" name="Picture 67"/>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Bên ngoài kệ sách, Dana Daněk hồi hộp chờ cánh cửa bí mật mở ra. Chưa đầy mười phút trôi qua kể từ khi Đại sứ Nagel lao vào văn phòng của Dana với một mệnh lệnh khẩn cấp—đi cùng một toán lính thủy đánh bộ hộ tống đến Klementinum và cứu mạng một người Mỹ.</w:t>
      </w:r>
    </w:p>
    <w:p>
      <w:pPr>
        <w:spacing w:after="80"/>
      </w:pPr>
      <w:r>
        <w:rPr>
          <w:b w:val="0"/>
          <w:i/>
        </w:rPr>
        <w:t>Hoàn thành nhiệm vụ,</w:t>
      </w:r>
      <w:r>
        <w:rPr>
          <w:b w:val="0"/>
          <w:i w:val="0"/>
        </w:rPr>
        <w:t xml:space="preserve"> cô nghĩ. </w:t>
      </w:r>
      <w:r>
        <w:rPr>
          <w:b w:val="0"/>
          <w:i/>
        </w:rPr>
        <w:t>Dù chỉ vừa vặn.</w:t>
      </w:r>
    </w:p>
    <w:p>
      <w:pPr>
        <w:spacing w:after="80"/>
      </w:pPr>
      <w:r>
        <w:rPr>
          <w:b w:val="0"/>
          <w:i w:val="0"/>
        </w:rPr>
        <w:t>Trung úy Pavel đã được áp giải ra khỏi thư viện và đưa vào một phòng giam giữ, và cấp trên của anh ta đã được thông báo. ÚZSI vô cùng phẫn nộ khi biết tin đại sứ quán Mỹ can thiệp vào một lệnh Báo động Xanh chính thức—bất kể nguồn gốc của nó là gì—dù họ không có lựa chọn nào khác ngoài việc ban hành ngay một lệnh “Hủy Báo động.”</w:t>
      </w:r>
    </w:p>
    <w:p>
      <w:pPr>
        <w:spacing w:after="80"/>
      </w:pPr>
      <w:r>
        <w:rPr>
          <w:b w:val="0"/>
          <w:i w:val="0"/>
        </w:rPr>
        <w:t>Khi cánh cửa kệ sách cuối cùng cũng mở ra, Robert Langdon bước tới, nheo mắt từ trong hốc tối. Dana Daněk nhẹ nhõm thấy ông an toàn, nhưng cô vẫn sững sờ khi thấy ông bước ra cùng một người phụ nữ. Dana nhận ra gương mặt thanh tú ấy ngay lập tức.</w:t>
      </w:r>
    </w:p>
    <w:p>
      <w:pPr>
        <w:spacing w:after="80"/>
      </w:pPr>
      <w:r>
        <w:rPr>
          <w:b w:val="0"/>
          <w:i w:val="0"/>
        </w:rPr>
        <w:t>Katherine Solomon.</w:t>
      </w:r>
    </w:p>
    <w:p>
      <w:pPr>
        <w:pStyle w:val="Heading1"/>
      </w:pPr>
      <w:r>
        <w:rPr>
          <w:rFonts w:ascii="Calibri" w:hAnsi="Calibri"/>
          <w:b/>
          <w:i w:val="0"/>
          <w:sz w:val="40"/>
        </w:rPr>
        <w:t>Chương 70</w:t>
      </w:r>
    </w:p>
    <w:p>
      <w:pPr>
        <w:spacing w:after="80"/>
      </w:pPr>
      <w:r>
        <w:rPr>
          <w:b w:val="0"/>
          <w:i w:val="0"/>
        </w:rPr>
        <w:t>Vẫn còn run rẩy sau khoảng thời gian trong cầu thang lạnh giá, Katherine tận hưởng hơi ấm tương đối của các hành lang Klementinum khi cô liên lạc quan hệ công chúng nổi bật của đại sứ quán, cô Daněk, vội vã dẫn họ về phía lối ra của bảo tàng.</w:t>
      </w:r>
    </w:p>
    <w:p>
      <w:pPr>
        <w:spacing w:after="80"/>
      </w:pPr>
      <w:r>
        <w:rPr>
          <w:b w:val="0"/>
          <w:i w:val="0"/>
        </w:rPr>
        <w:t>Lính thủy đánh bộ Mỹ đã lùng sục khắp hốc tối, chụp ảnh đống tro trên chiếu nghỉ và thu nhặt những mảnh giấy bản thảo cháy sém trên sàn. Sự quan tâm sâu sắc của họ đối với phần di hài bị đốt cháy của cuốn sách cô—dù khó tin đến đâu—dường như càng củng cố cho lời khẳng định của Langdon rằng bản thảo của cô thực sự là tâm điểm của mọi chuyện đang diễn ra ở đây hôm nay.</w:t>
      </w:r>
    </w:p>
    <w:p>
      <w:pPr>
        <w:spacing w:after="80"/>
      </w:pPr>
      <w:r>
        <w:rPr>
          <w:b w:val="0"/>
          <w:i w:val="0"/>
        </w:rPr>
        <w:t>Nhưng tại sao?</w:t>
      </w:r>
    </w:p>
    <w:p>
      <w:pPr>
        <w:spacing w:after="80"/>
      </w:pPr>
      <w:r>
        <w:rPr>
          <w:b w:val="0"/>
          <w:i w:val="0"/>
        </w:rPr>
        <w:t>Càng lúc càng rõ ràng hơn rằng Langdon có lẽ đã quyết định đúng; bản thảo khiến họ trở thành mục tiêu, và việc loại bỏ nó đã cứu mạng họ.</w:t>
      </w:r>
    </w:p>
    <w:p>
      <w:pPr>
        <w:spacing w:after="80"/>
      </w:pPr>
      <w:r>
        <w:rPr>
          <w:b w:val="0"/>
          <w:i w:val="0"/>
        </w:rPr>
        <w:t>Ý nghĩ phải viết lại cuốn sách của mình từ đầu khiến Katherine chìm trong nỗi sợ hãi mà lúc này cô chưa thể nào xử lý nổi. Langdon đã gợi ý rằng PRH có thể bằng cách nào đó khôi phục được một bản sao kỹ thuật số từ máy chủ bị tấn công, hoặc có lẽ bọn hacker sẽ đòi một khoản tiền chuộc hợp lý. Cô hy vọng anh nói đúng. Hoặc có lẽ vũ trụ sẽ ban cho một phép màu nào đó không lường trước được.</w:t>
      </w:r>
    </w:p>
    <w:p>
      <w:pPr>
        <w:spacing w:after="80"/>
      </w:pPr>
      <w:r>
        <w:rPr>
          <w:b w:val="0"/>
          <w:i/>
        </w:rPr>
        <w:t>Chúng ta còn sống,</w:t>
      </w:r>
      <w:r>
        <w:rPr>
          <w:b w:val="0"/>
          <w:i w:val="0"/>
        </w:rPr>
        <w:t xml:space="preserve"> cô nghĩ. </w:t>
      </w:r>
      <w:r>
        <w:rPr>
          <w:b w:val="0"/>
          <w:i/>
        </w:rPr>
        <w:t>Hãy bắt đầu từ đó.</w:t>
      </w:r>
    </w:p>
    <w:p>
      <w:pPr>
        <w:spacing w:after="80"/>
      </w:pPr>
      <w:r>
        <w:rPr>
          <w:b w:val="0"/>
          <w:i w:val="0"/>
        </w:rPr>
        <w:t xml:space="preserve">Cô không thể tin nổi rằng Brigita Gessner đã chết, và rõ ràng Langdon vẫn còn nhiều điều để kể về buổi sáng của </w:t>
      </w:r>
      <w:r>
        <w:rPr>
          <w:b w:val="0"/>
          <w:i/>
        </w:rPr>
        <w:t>chính anh</w:t>
      </w:r>
      <w:r>
        <w:rPr>
          <w:b w:val="0"/>
          <w:i w:val="0"/>
        </w:rPr>
        <w:t xml:space="preserve">; anh vừa nói với Dana Daněk rằng anh vô cùng lo lắng cho sự an toàn của hai người. </w:t>
      </w:r>
      <w:r>
        <w:rPr>
          <w:b w:val="0"/>
          <w:i/>
        </w:rPr>
        <w:t>Michael Harris? Sasha Vesna?</w:t>
      </w:r>
      <w:r>
        <w:rPr>
          <w:b w:val="0"/>
          <w:i w:val="0"/>
        </w:rPr>
        <w:t xml:space="preserve"> Katherine không nhận ra cái tên nào cả.</w:t>
      </w:r>
    </w:p>
    <w:p>
      <w:pPr>
        <w:spacing w:after="80"/>
      </w:pPr>
      <w:r>
        <w:rPr>
          <w:b w:val="0"/>
          <w:i w:val="0"/>
        </w:rPr>
        <w:t>Thêm vào đó, thật kỳ lạ, khi Langdon hỏi mượn cô Daněk một chiếc điện thoại để kiểm tra tình hình của Jonas Faukman, cô đã từ chối, nói rằng đại sứ khăng khăng không liên lạc với bên ngoài cho đến khi Katherine và Langdon được đưa đến nơi an toàn và được thông báo đầy đủ…để bảo vệ chính họ.</w:t>
      </w:r>
    </w:p>
    <w:p>
      <w:pPr>
        <w:spacing w:after="80"/>
      </w:pPr>
      <w:r>
        <w:rPr>
          <w:b w:val="0"/>
          <w:i w:val="0"/>
        </w:rPr>
        <w:t>Bảo vệ chính chúng ta ư?!</w:t>
      </w:r>
    </w:p>
    <w:p>
      <w:pPr>
        <w:spacing w:after="80"/>
      </w:pPr>
      <w:r>
        <w:rPr>
          <w:b w:val="0"/>
          <w:i w:val="0"/>
        </w:rPr>
        <w:t>Langdon giờ đang đi bên cạnh Katherine, và cô đưa tay nắm lấy tay anh. Cả nhóm, dẫn đầu bởi các lính thủy đánh bộ Mỹ có vũ trang, rời khỏi bảo tàng qua một loạt sân trong và vòm cổng để bước vào sự nhộn nhịp của Quảng trường Thành phố Cổ. Ngay phía trước, những lá cờ của Tòa Thị chính Mới tung bay trong cơn gió buốt, và Katherine nghe thấy tiếng còi hú ngày càng lớn ở phía xa. Những người lính thủy đánh bộ hộ tống họ, dường như cũng nghe thấy tiếng còi, giờ giục họ đi nhanh hơn. Langdon nắm chặt tay Katherine hơn và họ nhanh chóng theo chân các lính thủy đánh bộ vào quảng trường đến chiếc xe đang chờ.</w:t>
      </w:r>
    </w:p>
    <w:p>
      <w:pPr>
        <w:spacing w:after="80"/>
      </w:pPr>
      <w:r>
        <w:rPr>
          <w:b w:val="0"/>
          <w:i/>
        </w:rPr>
        <w:t>Đó là xe của chúng ta sao?</w:t>
      </w:r>
      <w:r>
        <w:rPr>
          <w:b w:val="0"/>
          <w:i w:val="0"/>
        </w:rPr>
        <w:t xml:space="preserve"> Katherine thầm nghĩ, giật mình. </w:t>
      </w:r>
      <w:r>
        <w:rPr>
          <w:b w:val="0"/>
          <w:i/>
        </w:rPr>
        <w:t>Không đúng kiểu kín đáo cho lắm.</w:t>
      </w:r>
    </w:p>
    <w:p>
      <w:pPr>
        <w:spacing w:after="80"/>
      </w:pPr>
      <w:r>
        <w:rPr>
          <w:b w:val="0"/>
          <w:i w:val="0"/>
        </w:rPr>
        <w:t>Một trong những người lính thủy đánh bộ đang giữ mở cửa chiếc limousine kéo dài màu đen có gắn logo đại sứ quán Mỹ ở bên hông và hai lá cờ nhỏ trên nắp ca-pô—một lá cờ Séc và một lá cờ Mỹ—cả hai đều đỏ, trắng và xanh lam. Chiếc limo đã thu hút sự chú ý đáng kể ở quảng trường.</w:t>
      </w:r>
    </w:p>
    <w:p>
      <w:pPr>
        <w:spacing w:after="80"/>
      </w:pPr>
      <w:r>
        <w:rPr>
          <w:b w:val="0"/>
          <w:i w:val="0"/>
        </w:rPr>
        <w:t>“Xin lỗi vì sự trang trọng này,” cô Daněk nói. “Xe ngoại giao mang lại một mức độ bảo vệ khỏi chính quyền địa phương. Đại sứ thấy điều đó là khôn ngoan. Xin mời lên xe.”</w:t>
      </w:r>
    </w:p>
    <w:p>
      <w:pPr>
        <w:spacing w:after="80"/>
      </w:pPr>
      <w:r>
        <w:rPr>
          <w:b w:val="0"/>
          <w:i w:val="0"/>
        </w:rPr>
        <w:t>Từ âm thanh của những tiếng còi đang đến gần, Katherine nhận ra rằng quyền miễn trừ ngoại giao có lẽ là một điều tốt. Tuy nhiên, khi Katherine bước một bước về phía xe, Langdon kín đáo giữ cô lại bằng một cái nắm chặt tay.</w:t>
      </w:r>
    </w:p>
    <w:p>
      <w:pPr>
        <w:spacing w:after="80"/>
      </w:pPr>
      <w:r>
        <w:rPr>
          <w:b w:val="0"/>
          <w:i w:val="0"/>
        </w:rPr>
        <w:t>Tiếng còi hú vang gần hơn.</w:t>
      </w:r>
    </w:p>
    <w:p>
      <w:pPr>
        <w:spacing w:after="80"/>
      </w:pPr>
      <w:r>
        <w:rPr>
          <w:b w:val="0"/>
          <w:i w:val="0"/>
        </w:rPr>
        <w:t xml:space="preserve">“Thưa bà?” người lính thủy đánh bộ nói. “Chúng ta cần cả hai người lên xe </w:t>
      </w:r>
      <w:r>
        <w:rPr>
          <w:b w:val="0"/>
          <w:i/>
        </w:rPr>
        <w:t>ngay bây giờ.</w:t>
      </w:r>
      <w:r>
        <w:rPr>
          <w:b w:val="0"/>
          <w:i w:val="0"/>
        </w:rPr>
        <w:t>”</w:t>
      </w:r>
    </w:p>
    <w:p>
      <w:pPr>
        <w:spacing w:after="80"/>
      </w:pPr>
      <w:r>
        <w:rPr>
          <w:b w:val="0"/>
          <w:i w:val="0"/>
        </w:rPr>
        <w:t>Bàn tay Langdon vẫn vững vàng và bất động, ánh mắt anh dán chặt vào lá cờ Mỹ đang tung bay trên nắp ca-pô chiếc limo. Katherine không biết anh đang nghĩ gì, nhưng vì lý do nào đó, Robert dường như đang do dự về việc lên xe.</w:t>
      </w:r>
    </w:p>
    <w:p>
      <w:pPr>
        <w:spacing w:after="80"/>
      </w:pPr>
      <w:r>
        <w:rPr>
          <w:b w:val="0"/>
          <w:i w:val="0"/>
        </w:rPr>
        <w:t>“Lên xe đi, thưa ông!” người lính thủy đánh bộ đột nhiên hét lên khi một hàng xe sedan đen với đèn nhấp nháy rẽ qua góc phố và xuất hiện trong tầm nhìn. “Ngay bây giờ!”</w:t>
      </w:r>
    </w:p>
    <w:p>
      <w:pPr>
        <w:spacing w:after="80"/>
      </w:pPr>
      <w:r>
        <w:rPr>
          <w:b w:val="0"/>
          <w:i w:val="0"/>
        </w:rPr>
        <w:t>Ánh mắt Langdon chuyển từ lá cờ sang nội thất chiếc limo rồi đến những ánh đèn nhấp nháy của chính quyền đang đến gần. Cuối cùng, với vẻ miễn cưỡng của một người đang chọn điều ít tệ hơn trong hai điều tệ, anh đỡ Katherine lên xe limo và leo vào theo sau cô.</w:t>
      </w:r>
    </w:p>
    <w:p>
      <w:pPr>
        <w:spacing w:after="80"/>
      </w:pPr>
      <w:r>
        <w:rPr>
          <w:b w:val="0"/>
          <w:i w:val="0"/>
        </w:rPr>
        <w:t>Người lính thủy quân lục chiến đóng sầm cửa xe đúng lúc một đoàn xe của ÚZSI ập đến, tiếng còi hú xé toạc không khí lạnh lẽo của buổi sáng.</w:t>
      </w:r>
    </w:p>
    <w:p>
      <w:pPr>
        <w:jc w:val="center"/>
      </w:pPr>
      <w:r>
        <w:drawing>
          <wp:inline xmlns:a="http://schemas.openxmlformats.org/drawingml/2006/main" xmlns:pic="http://schemas.openxmlformats.org/drawingml/2006/picture">
            <wp:extent cx="5486400" cy="362122"/>
            <wp:docPr id="68" name="Picture 68"/>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Dana Daněk đứng trên lề đường và nhìn chiếc limo của đại sứ quán phóng đi. Cô không chắc sự do dự của Langdon là vì điều gì, nhưng giờ điều đó không còn quan trọng nữa. Khi cả hai người họ đều đã an toàn dưới sự kiểm soát của đại sứ, Dana đã hoàn thành nhiệm vụ của mình.</w:t>
      </w:r>
    </w:p>
    <w:p>
      <w:pPr>
        <w:spacing w:after="80"/>
      </w:pPr>
      <w:r>
        <w:rPr>
          <w:b w:val="0"/>
          <w:i w:val="0"/>
        </w:rPr>
        <w:t>Cô đã gọi điện cho Đại sứ Nagel, người tỏ ra vô cùng nhẹ nhõm khi biết cả Langdon và Solomon đều được tìm thấy còn sống. Tuy nhiên, giờ đây Dana có thêm thông tin — thông tin vô cùng đáng lo ngại — và cô tìm một góc yên tĩnh sau bức tượng ở góc Tòa thị chính để gọi lại cho đại sứ.</w:t>
      </w:r>
    </w:p>
    <w:p>
      <w:pPr>
        <w:spacing w:after="80"/>
      </w:pPr>
      <w:r>
        <w:rPr>
          <w:b w:val="0"/>
          <w:i w:val="0"/>
        </w:rPr>
        <w:t>"Còn một điều nữa cần báo cáo, thưa bà," Dana nói khi cuộc gọi được chuyển cho đại sứ. "Tôi vừa nói chuyện với Giáo sư Langdon, ông ấy nói có lý do để rất lo ngại về sự an toàn của Sasha Vesna…" Cô ngừng lại, cảm xúc nghẹn lại nơi cổ họng. "Và cả về… Michael Harris nữa."</w:t>
      </w:r>
    </w:p>
    <w:p>
      <w:pPr>
        <w:spacing w:after="80"/>
      </w:pPr>
      <w:r>
        <w:rPr>
          <w:b w:val="0"/>
          <w:i w:val="0"/>
        </w:rPr>
        <w:t>"Harris?" Nagel có vẻ ngạc nhiên. "Langdon có nói với cô tại sao ông ấy lo ngại không?"</w:t>
      </w:r>
    </w:p>
    <w:p>
      <w:pPr>
        <w:spacing w:after="80"/>
      </w:pPr>
      <w:r>
        <w:rPr>
          <w:b w:val="0"/>
          <w:i w:val="0"/>
        </w:rPr>
        <w:t xml:space="preserve">Giờ thì Dana đã được thông báo về bản chất thật sự của "mối quan hệ" giữa Michael và Sasha Vesna, và dù Dana nhẹ nhõm vì những cuộc hẹn hò bí mật này không phải là lựa chọn của Michael, cô vẫn thầm giận dữ rằng đại sứ lại đặt anh vào tình huống như vậy. </w:t>
      </w:r>
      <w:r>
        <w:rPr>
          <w:b w:val="0"/>
          <w:i/>
        </w:rPr>
        <w:t>Anh ấy là tùy viên pháp lý, vì Chúa — đâu phải một điệp viên thực địa được huấn luyện!</w:t>
      </w:r>
    </w:p>
    <w:p>
      <w:pPr>
        <w:spacing w:after="80"/>
      </w:pPr>
      <w:r>
        <w:rPr>
          <w:b w:val="0"/>
          <w:i w:val="0"/>
        </w:rPr>
        <w:t>"Chúng tôi không có thời gian để nói chuyện," Dana đáp, "nhưng ông ấy nói ông ấy và Sasha định gặp Michael tại căn hộ của cô ấy, nhưng có chuyện gì đó đã xảy ra. Langdon giục tôi cử người đến kiểm tra cả hai người họ. Ông ấy đưa tôi chìa khóa căn hộ của Sasha."</w:t>
      </w:r>
    </w:p>
    <w:p>
      <w:pPr>
        <w:spacing w:after="80"/>
      </w:pPr>
      <w:r>
        <w:rPr>
          <w:b w:val="0"/>
          <w:i w:val="0"/>
        </w:rPr>
        <w:t>"Langdon có chìa khóa của Sasha?"</w:t>
      </w:r>
    </w:p>
    <w:p>
      <w:pPr>
        <w:spacing w:after="80"/>
      </w:pPr>
      <w:r>
        <w:rPr>
          <w:b w:val="0"/>
          <w:i w:val="0"/>
        </w:rPr>
        <w:t>Dana liếc xuống chiếc móc khóa Krazy Kitten sặc sỡ mà Langdon vừa đưa cho cô. "Cô ấy khăng khăng bắt ông ấy cầm — phòng khi ông ấy cần một nơi an toàn để đến."</w:t>
      </w:r>
    </w:p>
    <w:p>
      <w:pPr>
        <w:spacing w:after="80"/>
      </w:pPr>
      <w:r>
        <w:rPr>
          <w:b w:val="0"/>
          <w:i w:val="0"/>
        </w:rPr>
        <w:t>Vị đại sứ im lặng một nhịp lâu bất thường. "Được rồi," cuối cùng bà nói. "Tôi sẽ cử Scott Kerble xuống đón cô ngay lập tức. Cậu ấy có thể đi cùng cô đến nhà Sasha."</w:t>
      </w:r>
    </w:p>
    <w:p>
      <w:pPr>
        <w:spacing w:after="80"/>
      </w:pPr>
      <w:r>
        <w:rPr>
          <w:b w:val="0"/>
          <w:i/>
        </w:rPr>
        <w:t>Tôi ư?!</w:t>
      </w:r>
      <w:r>
        <w:rPr>
          <w:b w:val="0"/>
          <w:i w:val="0"/>
        </w:rPr>
        <w:t xml:space="preserve"> Dana không ngờ chính mình lại bị cử đi và tự hỏi đó là hình phạt hay là sự tín nhiệm. Dù thế nào đi nữa, Nagel đang cử người lính bảo vệ thủy quân lục chiến tài giỏi và đáng tin cậy nhất của bà. Có vẻ vị đại sứ muốn chắc chắn tuyệt đối rằng hôm nay sẽ không có gì </w:t>
      </w:r>
      <w:r>
        <w:rPr>
          <w:b w:val="0"/>
          <w:i/>
        </w:rPr>
        <w:t>khác</w:t>
      </w:r>
      <w:r>
        <w:rPr>
          <w:b w:val="0"/>
          <w:i w:val="0"/>
        </w:rPr>
        <w:t xml:space="preserve"> đi sai.</w:t>
      </w:r>
    </w:p>
    <w:p>
      <w:pPr>
        <w:jc w:val="center"/>
      </w:pPr>
      <w:r>
        <w:drawing>
          <wp:inline xmlns:a="http://schemas.openxmlformats.org/drawingml/2006/main" xmlns:pic="http://schemas.openxmlformats.org/drawingml/2006/picture">
            <wp:extent cx="5486400" cy="362122"/>
            <wp:docPr id="69" name="Picture 69"/>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Bất chấp luồng khí ấm phả ra từ các lỗ thông hơi của chiếc limo, cơn ớn lạnh của Katherine Solomon chỉ càng sâu thêm khi cô nghe Robert kể lại những sự kiện trong buổi sáng của anh.</w:t>
      </w:r>
    </w:p>
    <w:p>
      <w:pPr>
        <w:spacing w:after="80"/>
      </w:pPr>
      <w:r>
        <w:rPr>
          <w:b w:val="0"/>
          <w:i w:val="0"/>
        </w:rPr>
        <w:t>"Trời ơi, Robert. Em không biết phải nói gì…" Lời kể của Langdon về người phụ nữ trên cầu, tái hiện cơn ác mộng của Katherine, khiến cô không thốt nên lời.</w:t>
      </w:r>
    </w:p>
    <w:p>
      <w:pPr>
        <w:spacing w:after="80"/>
      </w:pPr>
      <w:r>
        <w:rPr>
          <w:b w:val="0"/>
          <w:i w:val="0"/>
        </w:rPr>
        <w:t>Khi chiếc xe lao đi dọc bờ sông về phía đại sứ quán, Langdon chia sẻ thêm một tin đáng lo ngại nữa — lý do anh đã do dự trước khi bước vào chiếc limo.</w:t>
      </w:r>
    </w:p>
    <w:p>
      <w:pPr>
        <w:spacing w:after="80"/>
      </w:pPr>
      <w:r>
        <w:rPr>
          <w:b w:val="0"/>
          <w:i w:val="0"/>
        </w:rPr>
        <w:t>Con dấu của đại sứ quán Hoa Kỳ trên hai bên hông xe.</w:t>
      </w:r>
    </w:p>
    <w:p>
      <w:pPr>
        <w:spacing w:after="80"/>
      </w:pPr>
      <w:r>
        <w:rPr>
          <w:b w:val="0"/>
          <w:i w:val="0"/>
        </w:rPr>
        <w:t xml:space="preserve">Khi Langdon giải thích, Katherine nhận ra anh vừa trải qua điều mà các nhà nghiên cứu trí tuệ (noeticists) gọi là "xử lý thị giác chậm trễ" (delayed visual processing), điều thường gặp ở những người có trí nhớ hình ảnh tuyệt đối (eidetic memory). Bởi vì trí nhớ hình ảnh tuyệt đối ghi lại một lượng lớn dữ liệu thị giác như vậy, não bộ không xử lý hết tất cả trong thời gian thực. Trên thực tế, phần lớn dữ liệu thị giác được lưu giữ bởi trí nhớ hình ảnh tuyệt đối không bao giờ được truy cập đến, không bao giờ được nhớ lại trừ khi cá nhân đó </w:t>
      </w:r>
      <w:r>
        <w:rPr>
          <w:b w:val="0"/>
          <w:i/>
        </w:rPr>
        <w:t>chủ động</w:t>
      </w:r>
      <w:r>
        <w:rPr>
          <w:b w:val="0"/>
          <w:i w:val="0"/>
        </w:rPr>
        <w:t xml:space="preserve"> cố gắng nhớ lại những gì mình đã thấy.</w:t>
      </w:r>
    </w:p>
    <w:p>
      <w:pPr>
        <w:spacing w:after="80"/>
      </w:pPr>
      <w:r>
        <w:rPr>
          <w:b w:val="0"/>
          <w:i w:val="0"/>
        </w:rPr>
        <w:t>Hoặc… trừ khi có một tác nhân kích hoạt.</w:t>
      </w:r>
    </w:p>
    <w:p>
      <w:pPr>
        <w:spacing w:after="80"/>
      </w:pPr>
      <w:r>
        <w:rPr>
          <w:b w:val="0"/>
          <w:i w:val="0"/>
        </w:rPr>
        <w:t>Con dấu của đại sứ quán Mỹ trên cửa chiếc limousine đã khơi gợi một trong những ký ức của Langdon từ sáng nay—một tấm thiệp nhỏ in cùng con dấu đại sứ quán ấy, đi kèm với bó hoa tulip đỏ, trắng, xanh lớn mà đại sứ quán Mỹ đã gửi đến khách sạn của họ.</w:t>
      </w:r>
    </w:p>
    <w:p>
      <w:pPr>
        <w:spacing w:after="80"/>
      </w:pPr>
      <w:r>
        <w:rPr>
          <w:b w:val="0"/>
          <w:i w:val="0"/>
        </w:rPr>
        <w:t>“Khi tôi quay về phòng vào sáng nay,” Langdon giải thích, “cửa sổ lồi vẫn còn mở toang, và tôi nhận ra tấm thiệp của đại sứ quán nằm trên sàn. Căn phòng lạnh cóng—và gió đã bắt đầu làm héo những bông hoa trên bệ cửa. Nhưng khi tôi đóng cửa sổ lại, tôi thấy một thanh kim loại mảnh với một cái nón nhựa trong suốt ở trên đầu—nó nằm lẫn giữa những cọng hoa.”</w:t>
      </w:r>
    </w:p>
    <w:p>
      <w:pPr>
        <w:spacing w:after="80"/>
      </w:pPr>
      <w:r>
        <w:rPr>
          <w:b w:val="0"/>
          <w:i w:val="0"/>
        </w:rPr>
        <w:t>Langdon đưa tay vuốt mái tóc đen của mình và dường như đang cố lục lại những chi tiết của ký ức.</w:t>
      </w:r>
    </w:p>
    <w:p>
      <w:pPr>
        <w:spacing w:after="80"/>
      </w:pPr>
      <w:r>
        <w:rPr>
          <w:b w:val="0"/>
          <w:i w:val="0"/>
        </w:rPr>
        <w:t>“Lúc đó tôi hầu như chẳng để tâm đến thiết bị ấy—tôi nghĩ nó chỉ là một cái máy đo độ ẩm hay thứ gì đó tầm thường—nhưng với mọi chuyện đang diễn ra bây giờ, tôi chợt nhận ra mình đã từng thấy một thiết bị tương tự ở Boston Symphony Hall…một chiếc micro parabol (parabolic microphone) lơ lửng trên dàn nhạc để thu trọn từng sắc thái của âm nhạc.</w:t>
      </w:r>
    </w:p>
    <w:p>
      <w:pPr>
        <w:spacing w:after="80"/>
      </w:pPr>
      <w:r>
        <w:rPr>
          <w:b w:val="0"/>
          <w:i w:val="0"/>
        </w:rPr>
        <w:t xml:space="preserve">“Khoan đã…” Katherine lắp bắp. “Anh nghĩ hoa của chúng ta bị </w:t>
      </w:r>
      <w:r>
        <w:rPr>
          <w:b w:val="0"/>
          <w:i/>
        </w:rPr>
        <w:t>gắn thiết bị nghe lén</w:t>
      </w:r>
      <w:r>
        <w:rPr>
          <w:b w:val="0"/>
          <w:i w:val="0"/>
        </w:rPr>
        <w:t xml:space="preserve"> sao?!”</w:t>
      </w:r>
    </w:p>
    <w:p>
      <w:pPr>
        <w:spacing w:after="80"/>
      </w:pPr>
      <w:r>
        <w:rPr>
          <w:b w:val="0"/>
          <w:i w:val="0"/>
        </w:rPr>
        <w:t>Langdon gật đầu. “Anh và em đã ngồi ngay cạnh bó hoa khi chúng ta nói về cơn ác mộng của em đêm qua. Đó là lời giải thích duy nhất. Nếu ai đó đã nghe em mô tả—”</w:t>
      </w:r>
    </w:p>
    <w:p>
      <w:pPr>
        <w:spacing w:after="80"/>
      </w:pPr>
      <w:r>
        <w:rPr>
          <w:b w:val="0"/>
          <w:i w:val="0"/>
        </w:rPr>
        <w:t xml:space="preserve">“Nhưng điều đó thật sự vô lý!” cô thốt lên, lắc đầu. “Tại sao </w:t>
      </w:r>
      <w:r>
        <w:rPr>
          <w:b w:val="0"/>
          <w:i/>
        </w:rPr>
        <w:t>đại sứ quán của chính chúng ta</w:t>
      </w:r>
      <w:r>
        <w:rPr>
          <w:b w:val="0"/>
          <w:i w:val="0"/>
        </w:rPr>
        <w:t xml:space="preserve"> lại nghe lén chúng ta chứ? Và kể cả nếu họ đã nghe và biết được giấc mơ của em, thì tại sao họ lại muốn…</w:t>
      </w:r>
      <w:r>
        <w:rPr>
          <w:b w:val="0"/>
          <w:i/>
        </w:rPr>
        <w:t>tái tạo</w:t>
      </w:r>
      <w:r>
        <w:rPr>
          <w:b w:val="0"/>
          <w:i w:val="0"/>
        </w:rPr>
        <w:t xml:space="preserve"> nó?”</w:t>
      </w:r>
    </w:p>
    <w:p>
      <w:pPr>
        <w:spacing w:after="80"/>
      </w:pPr>
      <w:r>
        <w:rPr>
          <w:b w:val="0"/>
          <w:i w:val="0"/>
        </w:rPr>
        <w:t>“Anh không biết. Nhưng anh nhất định sẽ hỏi bà đại sứ khi chúng ta đến đại sứ quán.”</w:t>
      </w:r>
    </w:p>
    <w:p>
      <w:pPr>
        <w:spacing w:after="80"/>
      </w:pPr>
      <w:r>
        <w:rPr>
          <w:b w:val="0"/>
          <w:i w:val="0"/>
        </w:rPr>
        <w:t>“Chúng ta không đến đại sứ quán đâu,” Katherine nói. “Em nghe Dana bảo tài xế đưa chúng ta đến dinh thự của bà đại sứ.”</w:t>
      </w:r>
    </w:p>
    <w:p>
      <w:pPr>
        <w:spacing w:after="80"/>
      </w:pPr>
      <w:r>
        <w:rPr>
          <w:b w:val="0"/>
          <w:i w:val="0"/>
        </w:rPr>
        <w:t>Langdon trông có vẻ ngạc nhiên. “Tại sao?”</w:t>
      </w:r>
    </w:p>
    <w:p>
      <w:pPr>
        <w:spacing w:after="80"/>
      </w:pPr>
      <w:r>
        <w:rPr>
          <w:b w:val="0"/>
          <w:i w:val="0"/>
        </w:rPr>
        <w:t>Katherine nhún vai. “Có lẽ cô ấy nghĩ như vậy sẽ thân thiện hơn?”</w:t>
      </w:r>
    </w:p>
    <w:p>
      <w:pPr>
        <w:spacing w:after="80"/>
      </w:pPr>
      <w:r>
        <w:rPr>
          <w:b w:val="0"/>
          <w:i w:val="0"/>
        </w:rPr>
        <w:t xml:space="preserve">Nhìn vẻ mặt bối rối của Langdon, cô có thể thấy anh cho rằng sự thay đổi này hoàn toàn trái ngược với thân thiện. “Những biện pháp bảo vệ đặc biệt dành cho công dân Mỹ chỉ có hiệu lực </w:t>
      </w:r>
      <w:r>
        <w:rPr>
          <w:b w:val="0"/>
          <w:i/>
        </w:rPr>
        <w:t>bên trong</w:t>
      </w:r>
      <w:r>
        <w:rPr>
          <w:b w:val="0"/>
          <w:i w:val="0"/>
        </w:rPr>
        <w:t xml:space="preserve"> đại sứ quán mà thôi,” anh thì thầm. “Bà đại sứ biết điều đó. Gặp nhau tại dinh thự của bà ấy nghĩa là em và anh vẫn…không được bảo vệ. Bị phơi bày.”</w:t>
      </w:r>
    </w:p>
    <w:p>
      <w:pPr>
        <w:spacing w:after="80"/>
      </w:pPr>
      <w:r>
        <w:rPr>
          <w:b w:val="0"/>
          <w:i w:val="0"/>
        </w:rPr>
        <w:t xml:space="preserve">Katherine cảm thấy một cơn hoảng loạn ập đến. </w:t>
      </w:r>
      <w:r>
        <w:rPr>
          <w:b w:val="0"/>
          <w:i/>
        </w:rPr>
        <w:t>Rốt cuộc họ có thể muốn gì ở chúng ta chứ?</w:t>
      </w:r>
      <w:r>
        <w:rPr>
          <w:b w:val="0"/>
          <w:i w:val="0"/>
        </w:rPr>
        <w:t xml:space="preserve"> Cô ước gì mình đã không nhận lời đề nghị đến Prague phát biểu của Gessner.</w:t>
      </w:r>
    </w:p>
    <w:p>
      <w:pPr>
        <w:spacing w:after="80"/>
      </w:pPr>
      <w:r>
        <w:rPr>
          <w:b w:val="0"/>
          <w:i w:val="0"/>
        </w:rPr>
        <w:t xml:space="preserve">“Dù vì lý do gì, thì </w:t>
      </w:r>
      <w:r>
        <w:rPr>
          <w:b w:val="0"/>
          <w:i/>
        </w:rPr>
        <w:t>tất cả</w:t>
      </w:r>
      <w:r>
        <w:rPr>
          <w:b w:val="0"/>
          <w:i w:val="0"/>
        </w:rPr>
        <w:t xml:space="preserve"> chuyện này đều xoay quanh cuốn sách của em, Katherine.” Langdon nghiêng người về phía trước, ánh mắt anh khóa chặt lấy mắt cô. “Em cần nói với anh. Chúng ta chỉ có vài phút riêng tư, và em cần kể cho anh mọi thứ. Trong bản thảo có gì? Em đã khám phá ra điều gì?”</w:t>
      </w:r>
    </w:p>
    <w:p>
      <w:pPr>
        <w:spacing w:after="80"/>
      </w:pPr>
      <w:r>
        <w:rPr>
          <w:b w:val="0"/>
          <w:i w:val="0"/>
        </w:rPr>
        <w:t>Katherine đã muốn Langdon đọc về những thí nghiệm và kết luận của mình một cách đầy đủ chi tiết, nhưng đặc ân đó không còn là một lựa chọn nữa.</w:t>
      </w:r>
    </w:p>
    <w:p>
      <w:pPr>
        <w:spacing w:after="80"/>
      </w:pPr>
      <w:r>
        <w:rPr>
          <w:b w:val="0"/>
          <w:i w:val="0"/>
        </w:rPr>
        <w:t>Không có bản thảo nào…và cũng không còn thời gian.</w:t>
      </w:r>
    </w:p>
    <w:p>
      <w:pPr>
        <w:spacing w:after="80"/>
      </w:pPr>
      <w:r>
        <w:rPr>
          <w:b w:val="0"/>
          <w:i w:val="0"/>
        </w:rPr>
        <w:t>“Được rồi,” cô thì thầm, xích lại gần anh hơn. “Em sẽ kể cho anh nghe.”</w:t>
      </w:r>
    </w:p>
    <w:p>
      <w:pPr>
        <w:pStyle w:val="Heading1"/>
      </w:pPr>
      <w:r>
        <w:rPr>
          <w:rFonts w:ascii="Calibri" w:hAnsi="Calibri"/>
          <w:b/>
          <w:i w:val="0"/>
          <w:sz w:val="40"/>
        </w:rPr>
        <w:t>Chương 71</w:t>
      </w:r>
    </w:p>
    <w:p>
      <w:pPr>
        <w:spacing w:after="80"/>
      </w:pPr>
      <w:r>
        <w:rPr>
          <w:b w:val="0"/>
          <w:i w:val="0"/>
        </w:rPr>
        <w:t>Giữa khu mua sắm sang trọng bậc nhất Prague, một mảnh đất nhỏ vẫn nằm nguyên vẹn, được bao quanh bởi một bức tường thành bằng đá. Suốt năm thế kỷ, mảnh đất linh thiêng này đã là một biên niên sử ảm đạm về sự bất dung của loài người.</w:t>
      </w:r>
    </w:p>
    <w:p>
      <w:pPr>
        <w:spacing w:after="80"/>
      </w:pPr>
      <w:r>
        <w:rPr>
          <w:b w:val="0"/>
          <w:i/>
        </w:rPr>
        <w:t>Nghĩa trang Do Thái Cổ,</w:t>
      </w:r>
      <w:r>
        <w:rPr>
          <w:b w:val="0"/>
          <w:i w:val="0"/>
        </w:rPr>
        <w:t xml:space="preserve"> The Golěm thầm nghĩ khi bước qua cánh cổng vào khu đất linh thiêng phủ đầy rêu và rải rác những bóng cây.</w:t>
      </w:r>
    </w:p>
    <w:p>
      <w:pPr>
        <w:spacing w:after="80"/>
      </w:pPr>
      <w:r>
        <w:rPr>
          <w:b w:val="0"/>
          <w:i w:val="0"/>
        </w:rPr>
        <w:t>Khung cảnh ma mị trước mắt anh ken đặc những bia mộ—hơn mười hai ngàn tấm trong một khoảng không gian nhỏ bé đến vậy. Những bia mộ cổ xưa chen chúc nhau chặt đến mức nhiều tấm chạm vào nhau…nghiêng ngả khắp mọi hướng. Cảnh tượng trông chẳng khác nào một bãi chứa bia mộ hơn là một nơi an táng linh thiêng.</w:t>
      </w:r>
    </w:p>
    <w:p>
      <w:pPr>
        <w:spacing w:after="80"/>
      </w:pPr>
      <w:r>
        <w:rPr>
          <w:b w:val="0"/>
          <w:i w:val="0"/>
        </w:rPr>
        <w:t>Thật khó tin, có hơn một trăm ngàn thi thể được chôn cất trong mảnh đất rộng ba mẫu Anh này. Người Do Thái ở Prague thế kỷ mười lăm bị gạt ra bên lề sự chấp nhận của xã hội và bị dồn vào khu ghetto riêng của họ. Khi họ cần chôn cất người đã khuất, theo phong tục Do Thái, những kẻ nắm quyền chỉ cấp cho họ một mảnh đất vô cùng nhỏ bé để làm việc đó.</w:t>
      </w:r>
    </w:p>
    <w:p>
      <w:pPr>
        <w:spacing w:after="80"/>
      </w:pPr>
      <w:r>
        <w:rPr>
          <w:b w:val="0"/>
          <w:i w:val="0"/>
        </w:rPr>
        <w:t xml:space="preserve">Bởi phong tục Do Thái cấm việc khai quật thi thể đã chôn, khi nghĩa trang đã kín chỗ, các lãnh đạo Do Thái chỉ đơn giản là đổ thêm một lớp đất mới, đắp chồng lên nghĩa trang ban đầu và dời những bia mộ hiện có lên mặt đất mới. Quá trình này được lặp đi lặp lại nhiều lần qua các thế kỷ, mỗi lần lại tạo ra một lớp thi thể mới và một nhóm bia mộ mới. Ở một số nơi, các thi thể được chôn sâu tới </w:t>
      </w:r>
      <w:r>
        <w:rPr>
          <w:b w:val="0"/>
          <w:i/>
        </w:rPr>
        <w:t>mười hai</w:t>
      </w:r>
      <w:r>
        <w:rPr>
          <w:b w:val="0"/>
          <w:i w:val="0"/>
        </w:rPr>
        <w:t xml:space="preserve"> lớp, và người ta nói rằng nếu không có các bức tường chắn giữ, Nghĩa trang Cổ đã từ lâu tràn ra các con phố xung quanh, rải rác xương cốt của năm thế kỷ khắp mọi hướng.</w:t>
      </w:r>
    </w:p>
    <w:p>
      <w:pPr>
        <w:spacing w:after="80"/>
      </w:pPr>
      <w:r>
        <w:rPr>
          <w:b w:val="0"/>
          <w:i w:val="0"/>
        </w:rPr>
        <w:t xml:space="preserve">Khi bước vào nghĩa trang, The Golěm dừng lại bên chiếc hộp gỗ lớn và chọn một chiếc </w:t>
      </w:r>
      <w:r>
        <w:rPr>
          <w:b w:val="0"/>
          <w:i/>
        </w:rPr>
        <w:t>kippa</w:t>
      </w:r>
      <w:r>
        <w:rPr>
          <w:b w:val="0"/>
          <w:i w:val="0"/>
        </w:rPr>
        <w:t>—chiếc “mũ chỏm” hay mũ đội đầu truyền thống của người Do Thái mà khách viếng nghĩa trang đội như biểu tượng của sự khiêm nhường và lòng tôn kính. Anh hạ mũ trùm xuống và đặt chiếc kippa lên cái sọ đầy đất sét của mình, phớt lờ những ánh nhìn và lời xì xào của vài người khách gần đó. Anh hiểu rằng sự xuất hiện của mình trong bộ dạng hóa trang ở đây có thể bị coi là thiếu tôn trọng, nhưng thực ra anh chỉ cảm thấy lòng tôn kính đối với nơi linh thiêng này…và đối với vị giáo sĩ đã tạo ra kẻ đầu tiên cùng loại với anh.</w:t>
      </w:r>
    </w:p>
    <w:p>
      <w:pPr>
        <w:spacing w:after="80"/>
      </w:pPr>
      <w:r>
        <w:rPr>
          <w:b w:val="0"/>
          <w:i w:val="0"/>
        </w:rPr>
        <w:t>Bước đi chậm rãi và dứt khoát, The Golěm len qua đống bia mộ hỗn độn, cẩn thận không để trượt chân trên con đường lát đá cuội phủ rêu. Tiến về phía rìa nghĩa trang và bức tường phía tây, The Golěm tìm đường đến mộ của Giáo sĩ Loew.</w:t>
        <w:br/>
        <w:t>&lt;&lt;&lt;|&gt;&gt;</w:t>
        <w:br/>
        <w:t>Bia mộ của vị giáo sĩ cao gần hai mét và được trang trí lộng lẫy với biểu tượng một con sư tử, minh chứng cho họ của Giáo sĩ Loew—“Löw” nghĩa là “Sư tử.” Gờ hẹp chạy ngang đỉnh tấm bia phủ đầy hàng chục mẩu giấy nhỏ gấp lại, trên đó người ta viết lời cầu nguyện và để lại. Những ai không có giấy thì để lại những viên sỏi nhỏ, theo đúng truyền thống Do Thái.</w:t>
      </w:r>
    </w:p>
    <w:p>
      <w:pPr>
        <w:spacing w:after="80"/>
      </w:pPr>
      <w:r>
        <w:rPr>
          <w:b w:val="0"/>
          <w:i w:val="0"/>
        </w:rPr>
        <w:t>Một mình trước ngôi mộ trang nhã, The Golěm kính cẩn quỳ xuống nền đất lạnh và mở tâm trí mình đón nhận những mối liên kết vô hình của vũ trụ…sự hợp nhất của các linh hồn mà bao người không thể nhận ra…và không chịu tin.</w:t>
      </w:r>
    </w:p>
    <w:p>
      <w:pPr>
        <w:spacing w:after="80"/>
      </w:pPr>
      <w:r>
        <w:rPr>
          <w:b w:val="0"/>
          <w:i w:val="0"/>
        </w:rPr>
        <w:t>Chúng ta là một.</w:t>
      </w:r>
    </w:p>
    <w:p>
      <w:pPr>
        <w:spacing w:after="80"/>
      </w:pPr>
      <w:r>
        <w:rPr>
          <w:b w:val="0"/>
          <w:i w:val="0"/>
        </w:rPr>
        <w:t>Chia cách chỉ là ảo ảnh.</w:t>
      </w:r>
    </w:p>
    <w:p>
      <w:pPr>
        <w:spacing w:after="80"/>
      </w:pPr>
      <w:r>
        <w:rPr>
          <w:b w:val="0"/>
          <w:i w:val="0"/>
        </w:rPr>
        <w:t>Nhiều phút trôi qua, và The Golěm cảm thấy mình đang hấp thụ năng lượng từ nơi huyền bí này. Dần dần, anh bắt đầu cảm nhận được một sự hiện diện đang lớn dần, và sức mạnh của con golem nguyên thủy dâng lên qua lòng đất, tràn ngập tâm hồn anh.</w:t>
      </w:r>
    </w:p>
    <w:p>
      <w:pPr>
        <w:spacing w:after="80"/>
      </w:pPr>
      <w:r>
        <w:rPr>
          <w:b w:val="0"/>
          <w:i w:val="0"/>
        </w:rPr>
        <w:t>Chương 72</w:t>
      </w:r>
    </w:p>
    <w:p>
      <w:pPr>
        <w:pStyle w:val="Heading1"/>
      </w:pPr>
      <w:r>
        <w:rPr>
          <w:rFonts w:ascii="Calibri" w:hAnsi="Calibri"/>
          <w:b/>
          <w:i w:val="0"/>
          <w:sz w:val="40"/>
        </w:rPr>
        <w:t>Chương 72</w:t>
      </w:r>
    </w:p>
    <w:p>
      <w:pPr>
        <w:spacing w:after="80"/>
      </w:pPr>
      <w:r>
        <w:rPr>
          <w:b w:val="0"/>
          <w:i w:val="0"/>
        </w:rPr>
        <w:t>Khi chiếc limousine của đại sứ quán rẽ trái vào Cầu Mánesův, Katherine mở một chai Kofola cola từ quầy bar trong xe và nhấp một ngụm dài. Langdon chờ đợi khi cô nhìn ra những ngọn tháp của Lâu đài Prague. Cô dường như đang sắp xếp lại suy nghĩ cho những gì sắp nói.</w:t>
      </w:r>
    </w:p>
    <w:p>
      <w:pPr>
        <w:spacing w:after="80"/>
      </w:pPr>
      <w:r>
        <w:rPr>
          <w:b w:val="0"/>
          <w:i/>
        </w:rPr>
        <w:t>Mình muốn nghe hết mọi chuyện,</w:t>
      </w:r>
      <w:r>
        <w:rPr>
          <w:b w:val="0"/>
          <w:i w:val="0"/>
        </w:rPr>
        <w:t xml:space="preserve"> anh nghĩ, vẫn không thể tưởng tượng nổi Katherine đã khám phá ra điều gì mà có thể khiến ai đó phá hủy bản thảo của cô. </w:t>
      </w:r>
      <w:r>
        <w:rPr>
          <w:b w:val="0"/>
          <w:i/>
        </w:rPr>
        <w:t>Hoặc phạm tội giết người…</w:t>
      </w:r>
    </w:p>
    <w:p>
      <w:pPr>
        <w:spacing w:after="80"/>
      </w:pPr>
      <w:r>
        <w:rPr>
          <w:b w:val="0"/>
          <w:i w:val="0"/>
        </w:rPr>
        <w:t>“Được rồi,” Katherine nói, hạ chai xuống và quay sang anh. “Có một hiện tượng khoa học gọi là khủng hoảng tái lập (replication crisis). Anh có quen với nó không?”</w:t>
      </w:r>
    </w:p>
    <w:p>
      <w:pPr>
        <w:spacing w:after="80"/>
      </w:pPr>
      <w:r>
        <w:rPr>
          <w:b w:val="0"/>
          <w:i w:val="0"/>
        </w:rPr>
        <w:t xml:space="preserve">Langdon đã từng nghe các đồng nghiệp ở khoa khoa học nhắc đến thuật ngữ này. “Nếu tôi không nhầm, nó ám chỉ bất kỳ kết quả thực nghiệm nào chỉ xảy ra </w:t>
      </w:r>
      <w:r>
        <w:rPr>
          <w:b w:val="0"/>
          <w:i/>
        </w:rPr>
        <w:t>một lần</w:t>
      </w:r>
      <w:r>
        <w:rPr>
          <w:b w:val="0"/>
          <w:i w:val="0"/>
        </w:rPr>
        <w:t xml:space="preserve"> và không thể tái lập được.”</w:t>
      </w:r>
    </w:p>
    <w:p>
      <w:pPr>
        <w:spacing w:after="80"/>
      </w:pPr>
      <w:r>
        <w:rPr>
          <w:b w:val="0"/>
          <w:i w:val="0"/>
        </w:rPr>
        <w:t xml:space="preserve">“Chính xác,” cô nói. “Và trong suốt năm mươi năm qua, hàng chục nhà khoa học được kính trọng đã tạo ra một loạt kết quả phòng thí nghiệm </w:t>
      </w:r>
      <w:r>
        <w:rPr>
          <w:b w:val="0"/>
          <w:i/>
        </w:rPr>
        <w:t>ủng hộ mạnh mẽ</w:t>
      </w:r>
      <w:r>
        <w:rPr>
          <w:b w:val="0"/>
          <w:i w:val="0"/>
        </w:rPr>
        <w:t xml:space="preserve"> ý thức phi cục bộ (nonlocal consciousness). Một số thí nghiệm này đã cho ra những kết quả thực sự khiến người ta choáng váng…vậy mà những nỗ lực </w:t>
      </w:r>
      <w:r>
        <w:rPr>
          <w:b w:val="0"/>
          <w:i/>
        </w:rPr>
        <w:t>lặp lại</w:t>
      </w:r>
      <w:r>
        <w:rPr>
          <w:b w:val="0"/>
          <w:i w:val="0"/>
        </w:rPr>
        <w:t xml:space="preserve"> chúng hoặc thất bại hoặc cho ra kết quả không rõ ràng.”</w:t>
      </w:r>
    </w:p>
    <w:p>
      <w:pPr>
        <w:spacing w:after="80"/>
      </w:pPr>
      <w:r>
        <w:rPr>
          <w:b w:val="0"/>
          <w:i/>
        </w:rPr>
        <w:t>Giống như phản ứng tổng hợp lạnh (cold fusion),</w:t>
      </w:r>
      <w:r>
        <w:rPr>
          <w:b w:val="0"/>
          <w:i w:val="0"/>
        </w:rPr>
        <w:t xml:space="preserve"> Langdon nghĩ.</w:t>
      </w:r>
    </w:p>
    <w:p>
      <w:pPr>
        <w:spacing w:after="80"/>
      </w:pPr>
      <w:r>
        <w:rPr>
          <w:b w:val="0"/>
          <w:i w:val="0"/>
        </w:rPr>
        <w:t>“Điều này thực sự khá điên rồ,” Katherine nói, giọng đầy thất vọng. “Hầu hết những kết quả không thể lặp lại này đều xuất phát từ những thí nghiệm được thực hiện tỉ mỉ, qua bình duyệt (peer review), do những nhà khoa học lành nghề và có uy tín tiến hành.”</w:t>
      </w:r>
    </w:p>
    <w:p>
      <w:pPr>
        <w:spacing w:after="80"/>
      </w:pPr>
      <w:r>
        <w:rPr>
          <w:b w:val="0"/>
          <w:i w:val="0"/>
        </w:rPr>
        <w:t>“Dù vậy, kết quả của họ vẫn bị bác bỏ sao?”</w:t>
      </w:r>
    </w:p>
    <w:p>
      <w:pPr>
        <w:spacing w:after="80"/>
      </w:pPr>
      <w:r>
        <w:rPr>
          <w:b w:val="0"/>
          <w:i w:val="0"/>
        </w:rPr>
        <w:t>“Hoàn toàn. Có một cuộc chiến trí tuệ đang diễn ra trong lĩnh vực của tôi giữa mô hình ý thức cục bộ (local) và phi cục bộ (nonlocal). Việc các nhà nghiên cứu ý thức học (noeticists) không thể tái lập một số kết quả nhất định đã trở thành tiếng hô xung trận của giới duy vật ở khắp mọi nơi—những người hoài nghi như Gessner, kẻ sẽ tố cáo thí nghiệm của anh là lừa dối và gán cho anh là một kẻ lang băm quá khích hoặc một kẻ gian lận.”</w:t>
      </w:r>
    </w:p>
    <w:p>
      <w:pPr>
        <w:spacing w:after="80"/>
      </w:pPr>
      <w:r>
        <w:rPr>
          <w:b w:val="0"/>
          <w:i w:val="0"/>
        </w:rPr>
        <w:t xml:space="preserve">Langdon không ngạc nhiên. Trong lĩnh vực lịch sử tôn giáo của anh, những tuyên bố được công bố thường bị bóc mẽ một cách tàn nhẫn như một phần của cuộc chiến giữa người tin và người không tin. Gian lận là chuyện thường ngày. Tấm Khăn Liệm Turin (Shroud of Turin)—được cho là tấm vải liệm của Chúa Kitô—nay đã được định tuổi bằng carbon phóng xạ cho thấy nó có niên đại 1,200 năm </w:t>
      </w:r>
      <w:r>
        <w:rPr>
          <w:b w:val="0"/>
          <w:i/>
        </w:rPr>
        <w:t>sau</w:t>
      </w:r>
      <w:r>
        <w:rPr>
          <w:b w:val="0"/>
          <w:i w:val="0"/>
        </w:rPr>
        <w:t xml:space="preserve"> Chúa Kitô. “Dòng chữ trên Hộp Đựng Xương của James” (James Ossuary Inscription) nổi tiếng năm 2002 đã bị phát hiện là hàng giả. Sắc lệnh hoàng đế có ảnh hưởng lớn mang tên Sự Ban Tặng của Constantine (Donation of Constantine) đã bị phát hiện là một sự ngụy tạo tinh vi do Giáo hội dựng nên để củng cố quyền lực.</w:t>
      </w:r>
    </w:p>
    <w:p>
      <w:pPr>
        <w:spacing w:after="80"/>
      </w:pPr>
      <w:r>
        <w:rPr>
          <w:b w:val="0"/>
          <w:i w:val="0"/>
        </w:rPr>
        <w:t>Chúng ta tuyên bố Sự Thật phục vụ nhu cầu của chính mình.</w:t>
      </w:r>
    </w:p>
    <w:p>
      <w:pPr>
        <w:spacing w:after="80"/>
      </w:pPr>
      <w:r>
        <w:rPr>
          <w:b w:val="0"/>
          <w:i w:val="0"/>
        </w:rPr>
        <w:t xml:space="preserve">“Có </w:t>
      </w:r>
      <w:r>
        <w:rPr>
          <w:b w:val="0"/>
          <w:i/>
        </w:rPr>
        <w:t>một</w:t>
      </w:r>
      <w:r>
        <w:rPr>
          <w:b w:val="0"/>
          <w:i w:val="0"/>
        </w:rPr>
        <w:t xml:space="preserve"> thí nghiệm PSI đặc biệt,” Katherine nói, “đã trở thành tâm điểm tranh cãi trong cơn bão đang diễn ra này. Nó được thực hiện lần đầu vào đầu những năm 1980 bởi một nhóm khoa học rất được kính trọng, những người đã làm việc với sự cẩn trọng nghiêm ngặt và tạo ra những kết quả không thể tưởng tượng nổi. Thật không may, những kết quả đó đã chứng minh là không thể tái lập, bất chấp vô số nỗ lực tiếp theo.”</w:t>
      </w:r>
    </w:p>
    <w:p>
      <w:pPr>
        <w:spacing w:after="80"/>
      </w:pPr>
      <w:r>
        <w:rPr>
          <w:b w:val="0"/>
          <w:i w:val="0"/>
        </w:rPr>
        <w:t>“Thí nghiệm Ganzfeld,” Langdon gợi ý.</w:t>
      </w:r>
    </w:p>
    <w:p>
      <w:pPr>
        <w:spacing w:after="80"/>
      </w:pPr>
      <w:r>
        <w:rPr>
          <w:b w:val="0"/>
          <w:i w:val="0"/>
        </w:rPr>
        <w:t>Katherine trông có vẻ ấn tượng. “Anh biết về nó à?”</w:t>
      </w:r>
    </w:p>
    <w:p>
      <w:pPr>
        <w:spacing w:after="80"/>
      </w:pPr>
      <w:r>
        <w:rPr>
          <w:b w:val="0"/>
          <w:i w:val="0"/>
        </w:rPr>
        <w:t>“Mới đây thôi,” anh thừa nhận. “Sau khi nghe bài giới thiệu sách khá là gây sốc của em về ý thức phi cục bộ, tôi quyết định đọc thêm vài thứ trong lĩnh vực này.”</w:t>
      </w:r>
    </w:p>
    <w:p>
      <w:pPr>
        <w:spacing w:after="80"/>
      </w:pPr>
      <w:r>
        <w:rPr>
          <w:b w:val="0"/>
          <w:i w:val="0"/>
        </w:rPr>
        <w:t>“Lẽ ra em nên thấy vinh dự,” cô nói, “nhưng em đoán là anh đang kiểm tra lại xem em có điên không.”</w:t>
      </w:r>
    </w:p>
    <w:p>
      <w:pPr>
        <w:spacing w:after="80"/>
      </w:pPr>
      <w:r>
        <w:rPr>
          <w:b w:val="0"/>
          <w:i w:val="0"/>
        </w:rPr>
        <w:t>Langdon bật cười. “Không hề. Tôi thực sự thấy hứng thú.”</w:t>
      </w:r>
    </w:p>
    <w:p>
      <w:pPr>
        <w:spacing w:after="80"/>
      </w:pPr>
      <w:r>
        <w:rPr>
          <w:b w:val="0"/>
          <w:i w:val="0"/>
        </w:rPr>
        <w:t xml:space="preserve">Thí nghiệm Ganzfeld, anh được biết, bao gồm việc đặt một đối tượng vào buồng cách ly giác quan và yêu cầu một đối tượng thứ hai “truyền hình ảnh bằng ý nghĩ” cho người đó. Thí nghiệm được tiến hành qua nhiều phiên, và kết quả áp đảo cho thấy sự tồn tại của thần giao cách cảm. Kỳ lạ thay, mức độ thành công thống kê đáng kinh ngạc trong loạt thử nghiệm </w:t>
      </w:r>
      <w:r>
        <w:rPr>
          <w:b w:val="0"/>
          <w:i/>
        </w:rPr>
        <w:t>đầu tiên</w:t>
      </w:r>
      <w:r>
        <w:rPr>
          <w:b w:val="0"/>
          <w:i w:val="0"/>
        </w:rPr>
        <w:t xml:space="preserve"> đó chưa bao giờ được tái lập, ngay cả bởi chính nhóm nghiên cứu, dẫn đến một cơn bão chỉ trích và những cáo buộc gian lận.</w:t>
      </w:r>
    </w:p>
    <w:p>
      <w:pPr>
        <w:spacing w:after="80"/>
      </w:pPr>
      <w:r>
        <w:rPr>
          <w:b w:val="0"/>
          <w:i w:val="0"/>
        </w:rPr>
        <w:t>“Và nếu anh đã đọc về Ganzfeld,” cô nói, “thì chắc anh cũng đọc về nhà khoa học xã hội Daryl Bem—một trong những người bảo vệ mạnh mẽ nhất cho thí nghiệm Ganzfeld và là tác giả của bài báo gây tranh cãi năm 2011 ‘Feeling the Future’.”</w:t>
      </w:r>
    </w:p>
    <w:p>
      <w:pPr>
        <w:spacing w:after="80"/>
      </w:pPr>
      <w:r>
        <w:rPr>
          <w:b w:val="0"/>
          <w:i w:val="0"/>
        </w:rPr>
        <w:t>“Tôi cũng đọc bài đó rồi,” Langdon thừa nhận, nhớ lại phụ đề thú vị: “Bằng chứng thực nghiệm về những ảnh hưởng ngược thời gian dị thường lên nhận thức và cảm xúc.”</w:t>
      </w:r>
    </w:p>
    <w:p>
      <w:pPr>
        <w:spacing w:after="80"/>
      </w:pPr>
      <w:r>
        <w:rPr>
          <w:b w:val="0"/>
          <w:i w:val="0"/>
        </w:rPr>
        <w:t>Bài báo của Bem mô tả một thí nghiệm trong đó ông cho người tham gia xem một danh sách các từ ngẫu nhiên, sau đó gỡ đi và yêu cầu họ nhớ lại càng nhiều từ trong danh sách càng tốt. Ngày hôm sau, ông đưa cho người tham gia một lựa chọn ngắn các từ được chọn hoàn toàn ngẫu nhiên từ danh sách ban đầu và bảo họ ghi nhớ những từ đó. Đáng kinh ngạc thay, kết quả kiểm tra từ ngày đầu tiên cho thấy rõ ràng rằng người tham gia có khả năng nhớ lại những từ mà họ sẽ gặp lại vào ngày thứ hai cao hơn nhiều—</w:t>
      </w:r>
      <w:r>
        <w:rPr>
          <w:b w:val="0"/>
          <w:i/>
        </w:rPr>
        <w:t>sau</w:t>
      </w:r>
      <w:r>
        <w:rPr>
          <w:b w:val="0"/>
          <w:i w:val="0"/>
        </w:rPr>
        <w:t xml:space="preserve"> bài kiểm tra!</w:t>
      </w:r>
    </w:p>
    <w:p>
      <w:pPr>
        <w:spacing w:after="80"/>
      </w:pPr>
      <w:r>
        <w:rPr>
          <w:b w:val="0"/>
          <w:i/>
        </w:rPr>
        <w:t>Khoan đã!</w:t>
      </w:r>
      <w:r>
        <w:rPr>
          <w:b w:val="0"/>
          <w:i w:val="0"/>
        </w:rPr>
        <w:t xml:space="preserve"> Langdon nhớ mình đã nghĩ, bối rối. </w:t>
      </w:r>
      <w:r>
        <w:rPr>
          <w:b w:val="0"/>
          <w:i/>
        </w:rPr>
        <w:t>Bạn có thể học</w:t>
      </w:r>
      <w:r>
        <w:rPr>
          <w:b w:val="0"/>
          <w:i w:val="0"/>
        </w:rPr>
        <w:t xml:space="preserve"> sau </w:t>
      </w:r>
      <w:r>
        <w:rPr>
          <w:b w:val="0"/>
          <w:i/>
        </w:rPr>
        <w:t>một bài kiểm tra ư? Tương lai ảnh hưởng đến quá khứ sao?</w:t>
      </w:r>
    </w:p>
    <w:p>
      <w:pPr>
        <w:spacing w:after="80"/>
      </w:pPr>
      <w:r>
        <w:rPr>
          <w:b w:val="0"/>
          <w:i w:val="0"/>
        </w:rPr>
        <w:t>Băn khoăn, anh mang kết quả của Bem đến một đồng nghiệp ở khoa vật lý—một người tốt nghiệp Oxford đeo nơ cổ tên Townley Chisholm—người tỏ ra bất ngờ là không hề nao núng trước dữ liệu này. Chisholm khẳng định với Langdon rằng “nhân quả ngược” (retrocausality) thực sự có thật và đã được quan sát trong nhiều thí nghiệm, bao gồm một thí nghiệm gọi là “cục tẩy lượng tử lựa chọn trễ” (delayed-choice quantum eraser).</w:t>
      </w:r>
    </w:p>
    <w:p>
      <w:pPr>
        <w:spacing w:after="80"/>
      </w:pPr>
      <w:r>
        <w:rPr>
          <w:b w:val="0"/>
          <w:i w:val="0"/>
        </w:rPr>
        <w:t xml:space="preserve">Chisholm mô tả nó như “một phiên bản tinh vi của thí nghiệm hai khe kinh điển.” Langdon biết rằng bản gốc đã làm cả thế giới sửng sốt khi chứng minh rằng ánh sáng đi qua một rào chắn có hai khe có thể di chuyển </w:t>
      </w:r>
      <w:r>
        <w:rPr>
          <w:b w:val="0"/>
          <w:i/>
        </w:rPr>
        <w:t>hoặc</w:t>
      </w:r>
      <w:r>
        <w:rPr>
          <w:b w:val="0"/>
          <w:i w:val="0"/>
        </w:rPr>
        <w:t xml:space="preserve"> như hạt hoặc như sóng…và, không thể tưởng tượng nổi, nó dường như “quyết định” hành xử theo cách nào mỗi lần dựa trên việc có ai đó chọn </w:t>
      </w:r>
      <w:r>
        <w:rPr>
          <w:b w:val="0"/>
          <w:i/>
        </w:rPr>
        <w:t>quan sát</w:t>
      </w:r>
      <w:r>
        <w:rPr>
          <w:b w:val="0"/>
          <w:i w:val="0"/>
        </w:rPr>
        <w:t xml:space="preserve"> nó hay không.</w:t>
      </w:r>
    </w:p>
    <w:p>
      <w:pPr>
        <w:spacing w:after="80"/>
      </w:pPr>
      <w:r>
        <w:rPr>
          <w:b w:val="0"/>
          <w:i w:val="0"/>
        </w:rPr>
        <w:t xml:space="preserve">Chisholm giải thích rằng phiên bản “lựa chọn trễ” kết hợp việc sử dụng các photon rối lượng tử và gương để thực sự “trì hoãn” lựa chọn thời gian thực của người quan sát về việc có quan sát hay không…cho đến </w:t>
      </w:r>
      <w:r>
        <w:rPr>
          <w:b w:val="0"/>
          <w:i/>
        </w:rPr>
        <w:t>sau khi</w:t>
      </w:r>
      <w:r>
        <w:rPr>
          <w:b w:val="0"/>
          <w:i w:val="0"/>
        </w:rPr>
        <w:t xml:space="preserve"> ánh sáng đã bộc lộ cách nó sẽ hành xử. Nói cách khác, các nhà khoa học buộc ánh sáng phản ứng với một quyết định </w:t>
      </w:r>
      <w:r>
        <w:rPr>
          <w:b w:val="0"/>
          <w:i/>
        </w:rPr>
        <w:t>chưa</w:t>
      </w:r>
      <w:r>
        <w:rPr>
          <w:b w:val="0"/>
          <w:i w:val="0"/>
        </w:rPr>
        <w:t xml:space="preserve"> được đưa ra. Kết quả làm hoa mắt là ánh sáng hoàn toàn không bị lừa. Bằng cách nào đó nó </w:t>
      </w:r>
      <w:r>
        <w:rPr>
          <w:b w:val="0"/>
          <w:i/>
        </w:rPr>
        <w:t>đoán trước</w:t>
      </w:r>
      <w:r>
        <w:rPr>
          <w:b w:val="0"/>
          <w:i w:val="0"/>
        </w:rPr>
        <w:t xml:space="preserve"> lựa chọn mà người quan sát sẽ đưa ra trong tương lai…như thể vũ trụ đã biết điều gì sẽ xảy ra </w:t>
      </w:r>
      <w:r>
        <w:rPr>
          <w:b w:val="0"/>
          <w:i/>
        </w:rPr>
        <w:t>trước khi</w:t>
      </w:r>
      <w:r>
        <w:rPr>
          <w:b w:val="0"/>
          <w:i w:val="0"/>
        </w:rPr>
        <w:t xml:space="preserve"> nó xảy ra.</w:t>
      </w:r>
    </w:p>
    <w:p>
      <w:pPr>
        <w:spacing w:after="80"/>
      </w:pPr>
      <w:r>
        <w:rPr>
          <w:b w:val="0"/>
          <w:i w:val="0"/>
        </w:rPr>
        <w:t xml:space="preserve">Sau đó, khi tìm kiếm thí nghiệm này trên Google, Langdon chỉ có thể hiểu đủ để chấp nhận rằng một số bộ óc rất thông minh tin rằng các sự kiện tương lai </w:t>
      </w:r>
      <w:r>
        <w:rPr>
          <w:b w:val="0"/>
          <w:i/>
        </w:rPr>
        <w:t>thực sự</w:t>
      </w:r>
      <w:r>
        <w:rPr>
          <w:b w:val="0"/>
          <w:i w:val="0"/>
        </w:rPr>
        <w:t xml:space="preserve"> ảnh hưởng đến các sự kiện quá khứ…và rằng thời gian có khả năng chảy ngược.</w:t>
      </w:r>
    </w:p>
    <w:p>
      <w:pPr>
        <w:spacing w:after="80"/>
      </w:pPr>
      <w:r>
        <w:rPr>
          <w:b w:val="0"/>
          <w:i w:val="0"/>
        </w:rPr>
        <w:t xml:space="preserve">“Tôi phải thừa nhận,” Langdon nói, cau mày nhìn Katherine, “chỉ riêng </w:t>
      </w:r>
      <w:r>
        <w:rPr>
          <w:b w:val="0"/>
          <w:i/>
        </w:rPr>
        <w:t>ý tưởng</w:t>
      </w:r>
      <w:r>
        <w:rPr>
          <w:b w:val="0"/>
          <w:i w:val="0"/>
        </w:rPr>
        <w:t xml:space="preserve"> về nhân quả ngược đã khiến tôi bị bất hòa nhận thức.”</w:t>
      </w:r>
    </w:p>
    <w:p>
      <w:pPr>
        <w:spacing w:after="80"/>
      </w:pPr>
      <w:r>
        <w:rPr>
          <w:b w:val="0"/>
          <w:i w:val="0"/>
        </w:rPr>
        <w:t>“Không chỉ mình anh đâu,” cô đáp. “Anh nên xem cách khách của tôi phản ứng với tấm biển trên bàn tôi. Nó ghi: ‘Trải nghiệm hôm nay là kết quả của những quyết định ngày mai.’”</w:t>
      </w:r>
    </w:p>
    <w:p>
      <w:pPr>
        <w:spacing w:after="80"/>
      </w:pPr>
      <w:r>
        <w:rPr>
          <w:b w:val="0"/>
          <w:i w:val="0"/>
        </w:rPr>
        <w:t xml:space="preserve">Dù Langdon cố gắng mở lòng với nhân quả ngược đến đâu, anh vẫn thấy không thể chấp nhận. “Nhưng thời gian chảy </w:t>
      </w:r>
      <w:r>
        <w:rPr>
          <w:b w:val="0"/>
          <w:i/>
        </w:rPr>
        <w:t>ngược</w:t>
      </w:r>
      <w:r>
        <w:rPr>
          <w:b w:val="0"/>
          <w:i w:val="0"/>
        </w:rPr>
        <w:t xml:space="preserve"> thì vô lý! Phải có cách giải thích nào khác chứ.”</w:t>
      </w:r>
    </w:p>
    <w:p>
      <w:pPr>
        <w:spacing w:after="80"/>
      </w:pPr>
      <w:r>
        <w:rPr>
          <w:b w:val="0"/>
          <w:i w:val="0"/>
        </w:rPr>
        <w:t xml:space="preserve">“Có đấy, nhưng anh cũng sẽ không thích hơn mấy đâu,” Katherine nói. “Khả năng khác là tất cả những người theo thuyết ‘ý thức vũ trụ’ điên rồ đều đúng…và vũ trụ biết </w:t>
      </w:r>
      <w:r>
        <w:rPr>
          <w:b w:val="0"/>
          <w:i/>
        </w:rPr>
        <w:t>mọi</w:t>
      </w:r>
      <w:r>
        <w:rPr>
          <w:b w:val="0"/>
          <w:i w:val="0"/>
        </w:rPr>
        <w:t xml:space="preserve"> thứ. Theo quan điểm này, vũ trụ không bị ràng buộc bởi thời gian tuyến tính như con người cảm nhận. Thay vào đó, nó vận hành như một tổng thể phi thời gian nơi quá khứ, hiện tại và tương lai cùng tồn tại.”</w:t>
      </w:r>
    </w:p>
    <w:p>
      <w:pPr>
        <w:spacing w:after="80"/>
      </w:pPr>
      <w:r>
        <w:rPr>
          <w:b w:val="0"/>
          <w:i w:val="0"/>
        </w:rPr>
        <w:t>Đầu Langdon bắt đầu đau. “Còn cuốn sách của cô thì sao? Cô đang nói về cuộc khủng hoảng tái lập…và cách nó hoành hành PSI và noetics?”</w:t>
      </w:r>
    </w:p>
    <w:p>
      <w:pPr>
        <w:spacing w:after="80"/>
      </w:pPr>
      <w:r>
        <w:rPr>
          <w:b w:val="0"/>
          <w:i w:val="0"/>
        </w:rPr>
        <w:t xml:space="preserve">“Đúng vậy, hơn bất kỳ lĩnh vực nào khác, và điều đó thật bất công.” Katherine nhấp một ngụm đồ uống. “Hãy xét lĩnh vực thể thao. Nếu một vận động viên có thành tích Olympic đáng kinh ngạc và lập kỷ lục thế giới—điều chưa từng xảy ra trước đây, và không ai khác có thể tái lập—chúng ta không kết luận rằng máy quay truyền hình đã chơi khăm, hay khán giả bị ảo giác. Chúng ta chỉ đơn giản coi đó là một kết quả đáng chú ý. Chỉ vì bạn không thể thực hiện cùng một việc </w:t>
      </w:r>
      <w:r>
        <w:rPr>
          <w:b w:val="0"/>
          <w:i/>
        </w:rPr>
        <w:t>hai lần,</w:t>
      </w:r>
      <w:r>
        <w:rPr>
          <w:b w:val="0"/>
          <w:i w:val="0"/>
        </w:rPr>
        <w:t xml:space="preserve"> điều đó không có nghĩa là nó đã không xảy ra.”</w:t>
      </w:r>
    </w:p>
    <w:p>
      <w:pPr>
        <w:spacing w:after="80"/>
      </w:pPr>
      <w:r>
        <w:rPr>
          <w:b w:val="0"/>
          <w:i w:val="0"/>
        </w:rPr>
        <w:t xml:space="preserve">“Đúng là có lý…nhưng đó là thể thao. Còn đây là khoa học. </w:t>
      </w:r>
      <w:r>
        <w:rPr>
          <w:b w:val="0"/>
          <w:i/>
        </w:rPr>
        <w:t>Tính lặp lại</w:t>
      </w:r>
      <w:r>
        <w:rPr>
          <w:b w:val="0"/>
          <w:i w:val="0"/>
        </w:rPr>
        <w:t xml:space="preserve"> là một phần quan trọng của quá trình khoa học.”</w:t>
      </w:r>
    </w:p>
    <w:p>
      <w:pPr>
        <w:spacing w:after="80"/>
      </w:pPr>
      <w:r>
        <w:rPr>
          <w:b w:val="0"/>
          <w:i w:val="0"/>
        </w:rPr>
        <w:t xml:space="preserve">“Đúng vậy, và tôi đồng ý rằng tính lặp lại là một yêu cầu chứng minh hợp lý ở cấp độ </w:t>
      </w:r>
      <w:r>
        <w:rPr>
          <w:b w:val="0"/>
          <w:i/>
        </w:rPr>
        <w:t>vĩ mô</w:t>
      </w:r>
      <w:r>
        <w:rPr>
          <w:b w:val="0"/>
          <w:i w:val="0"/>
        </w:rPr>
        <w:t xml:space="preserve">. Nhưng ở cấp độ </w:t>
      </w:r>
      <w:r>
        <w:rPr>
          <w:b w:val="0"/>
          <w:i/>
        </w:rPr>
        <w:t>lượng tử</w:t>
      </w:r>
      <w:r>
        <w:rPr>
          <w:b w:val="0"/>
          <w:i w:val="0"/>
        </w:rPr>
        <w:t xml:space="preserve">, mọi thứ vận hành khác đi, Robert. Thế giới lượng tử được hiểu là </w:t>
      </w:r>
      <w:r>
        <w:rPr>
          <w:b w:val="0"/>
          <w:i/>
        </w:rPr>
        <w:t>không thể đoán trước.</w:t>
      </w:r>
      <w:r>
        <w:rPr>
          <w:b w:val="0"/>
          <w:i w:val="0"/>
        </w:rPr>
        <w:t xml:space="preserve"> Thật ra, tính không thể đoán trước chính xác là đặc điểm được đồng thuận nhất của nó!”</w:t>
      </w:r>
    </w:p>
    <w:p>
      <w:pPr>
        <w:spacing w:after="80"/>
      </w:pPr>
      <w:r>
        <w:rPr>
          <w:b w:val="0"/>
          <w:i/>
        </w:rPr>
        <w:t>Lại là một điểm đúng,</w:t>
      </w:r>
      <w:r>
        <w:rPr>
          <w:b w:val="0"/>
          <w:i w:val="0"/>
        </w:rPr>
        <w:t xml:space="preserve"> anh nhận ra.</w:t>
      </w:r>
    </w:p>
    <w:p>
      <w:pPr>
        <w:spacing w:after="80"/>
      </w:pPr>
      <w:r>
        <w:rPr>
          <w:b w:val="0"/>
          <w:i w:val="0"/>
        </w:rPr>
        <w:t xml:space="preserve">“Ngôn ngữ của thế giới lượng tử,” cô nói, giờ nói nhanh hơn, “theo đúng nghĩa đen chính là ngôn ngữ của </w:t>
      </w:r>
      <w:r>
        <w:rPr>
          <w:b w:val="0"/>
          <w:i/>
        </w:rPr>
        <w:t>tính không thể đoán trước</w:t>
      </w:r>
      <w:r>
        <w:rPr>
          <w:b w:val="0"/>
          <w:i w:val="0"/>
        </w:rPr>
        <w:t>—sóng xác suất, thăng giáng lượng tử, nguyên lý bất định, xuyên hầm xác suất, hỗn loạn, giao thoa lượng tử, mất kết hợp lượng tử, chồng chập, đối ngẫu. Tất cả những điều này dịch nôm na thành ‘Chúng ta không biết điều gì sẽ xảy ra vì các quy tắc cổ điển của vật lý không còn áp dụng được!’ ”</w:t>
      </w:r>
    </w:p>
    <w:p>
      <w:pPr>
        <w:spacing w:after="80"/>
      </w:pPr>
      <w:r>
        <w:rPr>
          <w:b w:val="0"/>
          <w:i w:val="0"/>
        </w:rPr>
        <w:t>“Được rồi, vậy ý thức—”</w:t>
      </w:r>
    </w:p>
    <w:p>
      <w:pPr>
        <w:spacing w:after="80"/>
      </w:pPr>
      <w:r>
        <w:rPr>
          <w:b w:val="0"/>
          <w:i w:val="0"/>
        </w:rPr>
        <w:t xml:space="preserve">“Ý thức không phải là một cơ quan bằng xương bằng thịt trong cơ thể anh. Ý thức tồn tại trong </w:t>
      </w:r>
      <w:r>
        <w:rPr>
          <w:b w:val="0"/>
          <w:i/>
        </w:rPr>
        <w:t>cõi</w:t>
      </w:r>
      <w:r>
        <w:rPr>
          <w:b w:val="0"/>
          <w:i w:val="0"/>
        </w:rPr>
        <w:t xml:space="preserve"> lượng tử. Do đó, cực kỳ khó quan sát nó với bất kỳ tính dự đoán hay tính lặp lại nào. Anh có thể dùng ý thức của mình để quan sát một quả bóng đang nảy, nhưng khi anh dùng ý thức để quan sát </w:t>
      </w:r>
      <w:r>
        <w:rPr>
          <w:b w:val="0"/>
          <w:i/>
        </w:rPr>
        <w:t>ý thức</w:t>
      </w:r>
      <w:r>
        <w:rPr>
          <w:b w:val="0"/>
          <w:i w:val="0"/>
        </w:rPr>
        <w:t xml:space="preserve"> của chính mình…anh sẽ rơi vào một vòng phản hồi vô tận. Giống như cố gắng quan sát xem mắt mình có màu gì mà không dùng gương vậy. Dù anh thông minh hay kiên trì đến đâu, anh cũng không thể nào biết được, vì anh không thể dùng mắt để quan sát chính mắt mình—cũng như anh không thể dùng ý thức để quan sát chính ý thức của mình.”</w:t>
      </w:r>
    </w:p>
    <w:p>
      <w:pPr>
        <w:spacing w:after="80"/>
      </w:pPr>
      <w:r>
        <w:rPr>
          <w:b w:val="0"/>
          <w:i w:val="0"/>
        </w:rPr>
        <w:t>“Thú vị đấy. Và cô nêu luận điểm này trong sách của mình à?”</w:t>
      </w:r>
    </w:p>
    <w:p>
      <w:pPr>
        <w:spacing w:after="80"/>
      </w:pPr>
      <w:r>
        <w:rPr>
          <w:b w:val="0"/>
          <w:i w:val="0"/>
        </w:rPr>
        <w:t xml:space="preserve">“Đúng vậy, cùng với lập luận rằng </w:t>
      </w:r>
      <w:r>
        <w:rPr>
          <w:b w:val="0"/>
          <w:i/>
        </w:rPr>
        <w:t>tính lặp lại,</w:t>
      </w:r>
      <w:r>
        <w:rPr>
          <w:b w:val="0"/>
          <w:i w:val="0"/>
        </w:rPr>
        <w:t xml:space="preserve"> với tư cách là một yêu cầu chứng minh, là một tiêu chuẩn cao đến mức vô lý khi nghiên cứu ý thức. Nó đang gây tổn hại cho lĩnh vực này và hủy hoại sự nghiệp của người ta.”</w:t>
      </w:r>
    </w:p>
    <w:p>
      <w:pPr>
        <w:spacing w:after="80"/>
      </w:pPr>
      <w:r>
        <w:rPr>
          <w:b w:val="0"/>
          <w:i w:val="0"/>
        </w:rPr>
        <w:t>Langdon không chắc nên đáp lại thế nào. Đó là một khái niệm hấp dẫn, nhưng xét đến những gì họ đã trải qua hôm nay, anh đã kỳ vọng một điều gì đó gây tranh cãi hơn…hoặc nguy hiểm hơn…để xứng với kiểu chú ý mà cô đã thu hút. “Vậy đây là xương sống của…phát hiện của cô à?”</w:t>
      </w:r>
    </w:p>
    <w:p>
      <w:pPr>
        <w:spacing w:after="80"/>
      </w:pPr>
      <w:r>
        <w:rPr>
          <w:b w:val="0"/>
          <w:i w:val="0"/>
        </w:rPr>
        <w:t xml:space="preserve">“Trời ơi không phải!” Katherine cười lớn. “Tôi chỉ đang giải thích tại sao ý thức lại là một con thú khó săn đến vậy. Phát hiện của tôi thì </w:t>
      </w:r>
      <w:r>
        <w:rPr>
          <w:b w:val="0"/>
          <w:i/>
        </w:rPr>
        <w:t>hữu hình.</w:t>
      </w:r>
      <w:r>
        <w:rPr>
          <w:b w:val="0"/>
          <w:i w:val="0"/>
        </w:rPr>
        <w:t xml:space="preserve"> Tôi đã tìm ra một thứ tuyệt vời qua một loạt thí nghiệm.” Cô nghiêng người về phía anh và mỉm cười. “Và nhân tiện, đúng vậy, những thí nghiệm này tôi đã có thể </w:t>
      </w:r>
      <w:r>
        <w:rPr>
          <w:b w:val="0"/>
          <w:i/>
        </w:rPr>
        <w:t>lặp lại.</w:t>
      </w:r>
      <w:r>
        <w:rPr>
          <w:b w:val="0"/>
          <w:i w:val="0"/>
        </w:rPr>
        <w:t>”</w:t>
      </w:r>
    </w:p>
    <w:p>
      <w:pPr>
        <w:jc w:val="center"/>
      </w:pPr>
      <w:r>
        <w:drawing>
          <wp:inline xmlns:a="http://schemas.openxmlformats.org/drawingml/2006/main" xmlns:pic="http://schemas.openxmlformats.org/drawingml/2006/picture">
            <wp:extent cx="5486400" cy="362122"/>
            <wp:docPr id="70" name="Picture 70"/>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Trong tòa nhà Random House Tower, thang máy kêu “ping”, và Jonas Faukman bước ra trên một nền gạch lát đầy màu sắc như một bức tranh ghép. Tầng bảy giống như bước vào một chiều không gian song song, một nơi mà ông biết căng thẳng của mình sẽ tan biến. Ở đây không có những giá sách ngay ngắn, những tông màu trầm lắng và những đường thẳng tắp đặc trưng cho các tầng khác của PRH. Tầng bảy là một mê cung uốn lượn gồm những “tổ làm việc” rực rỡ sắc màu, được trang trí bằng tranh hoạt hình, cây cọ bơm hơi, ghế lười và thú nhồi bông.</w:t>
      </w:r>
    </w:p>
    <w:p>
      <w:pPr>
        <w:spacing w:after="80"/>
      </w:pPr>
      <w:r>
        <w:rPr>
          <w:b w:val="0"/>
          <w:i w:val="0"/>
        </w:rPr>
        <w:t>Sách thiếu nhi: trang trí tinh nghịch. Nhưng là công việc nghiêm túc.</w:t>
      </w:r>
    </w:p>
    <w:p>
      <w:pPr>
        <w:spacing w:after="80"/>
      </w:pPr>
      <w:r>
        <w:rPr>
          <w:b w:val="0"/>
          <w:i w:val="0"/>
        </w:rPr>
        <w:t>Ngoài khung cảnh dễ chịu đến ngộ nghĩnh của bộ phận này, Faukman còn thích thú rằng chiếc máy pha cà phê ở đây chẳng có gì trẻ con—một chiếc Franke A1000 với công nghệ FoamMaster—khác xa những viên nang Nespresso ở các tầng khác. Đôi khi, vào đêm muộn, Faukman sẽ lẻn vào đây với một bản thảo, pha một ly espresso đôi, rồi ngồi phịch xuống chiếc ghế lười để biên tập dưới ánh mắt trông chừng của một chú gấu Winnie-the-Pooh khổng lồ ở một bên phòng chờ và nụ cười tinh nghịch của chú Mèo đội mũ cao bảy feet ở bên kia.</w:t>
      </w:r>
    </w:p>
    <w:p>
      <w:pPr>
        <w:spacing w:after="80"/>
      </w:pPr>
      <w:r>
        <w:rPr>
          <w:b w:val="0"/>
          <w:i w:val="0"/>
        </w:rPr>
        <w:t>Đêm nay, khi chiếc máy xay cà phê cho ông, Faukman hít hà hương thơm, cố gắng xoa dịu nỗi sợ hãi của mình. Việc bắt giữ những điệp viên ở tầng dưới lẽ ra phải khiến ông nhẹ nhõm, nhưng ông không cảm thấy thực sự an tâm; tung tích của Robert và Katherine vẫn chưa rõ, và ông ngày càng thấy tuyệt vọng muốn biết họ có an toàn không.</w:t>
      </w:r>
    </w:p>
    <w:p>
      <w:pPr>
        <w:spacing w:after="80"/>
      </w:pPr>
      <w:r>
        <w:rPr>
          <w:b w:val="0"/>
          <w:i w:val="0"/>
        </w:rPr>
        <w:t>Alex Conan đã giải đáp được một câu hỏi hóc búa:</w:t>
      </w:r>
    </w:p>
    <w:p>
      <w:pPr>
        <w:spacing w:after="80"/>
      </w:pPr>
      <w:r>
        <w:rPr>
          <w:b w:val="0"/>
          <w:i w:val="0"/>
        </w:rPr>
        <w:t>Ai đã đánh cắp bản thảo của Katherine?</w:t>
      </w:r>
    </w:p>
    <w:p>
      <w:pPr>
        <w:spacing w:after="80"/>
      </w:pPr>
      <w:r>
        <w:rPr>
          <w:b w:val="0"/>
          <w:i w:val="0"/>
        </w:rPr>
        <w:t>Nhưng câu trả lời đáng kinh ngạc ấy giờ lại gợi ra một câu hỏi thứ hai.</w:t>
      </w:r>
    </w:p>
    <w:p>
      <w:pPr>
        <w:spacing w:after="80"/>
      </w:pPr>
      <w:r>
        <w:rPr>
          <w:b w:val="0"/>
          <w:i w:val="0"/>
        </w:rPr>
        <w:t>Tại sao?</w:t>
      </w:r>
    </w:p>
    <w:p>
      <w:pPr>
        <w:spacing w:after="80"/>
      </w:pPr>
      <w:r>
        <w:rPr>
          <w:b w:val="0"/>
          <w:i w:val="0"/>
        </w:rPr>
        <w:t>Jonas Faukman đã vạch ra một kế hoạch để làm sáng tỏ bí ẩn đó.</w:t>
      </w:r>
    </w:p>
    <w:p>
      <w:pPr>
        <w:pStyle w:val="Heading1"/>
      </w:pPr>
      <w:r>
        <w:rPr>
          <w:rFonts w:ascii="Calibri" w:hAnsi="Calibri"/>
          <w:b/>
          <w:i w:val="0"/>
          <w:sz w:val="40"/>
        </w:rPr>
        <w:t>Chương 73</w:t>
      </w:r>
    </w:p>
    <w:p>
      <w:pPr>
        <w:spacing w:after="80"/>
      </w:pPr>
      <w:r>
        <w:rPr>
          <w:b w:val="0"/>
          <w:i/>
        </w:rPr>
        <w:t>Chúng ta cần phải nhanh lên,</w:t>
      </w:r>
      <w:r>
        <w:rPr>
          <w:b w:val="0"/>
          <w:i w:val="0"/>
        </w:rPr>
        <w:t xml:space="preserve"> Langdon nghĩ khi chiếc limousine leo lên những khúc cua dốc ngoằn ngoèo xuyên qua Vườn Chotek. Khu "Prague 6" nơi có dinh thự của đại sứ chỉ cách đây vài phút, và Langdon vô cùng muốn biết mọi thứ có thể về cuốn sách của Katherine cùng phát hiện của cô. </w:t>
      </w:r>
      <w:r>
        <w:rPr>
          <w:b w:val="0"/>
          <w:i/>
        </w:rPr>
        <w:t>Trước khi chúng ta đối mặt với ngài đại sứ,</w:t>
      </w:r>
      <w:r>
        <w:rPr>
          <w:b w:val="0"/>
          <w:i w:val="0"/>
        </w:rPr>
        <w:t xml:space="preserve"> anh nghĩ, vẫn chưa chắc nên tin ai.</w:t>
      </w:r>
    </w:p>
    <w:p>
      <w:pPr>
        <w:spacing w:after="80"/>
      </w:pPr>
      <w:r>
        <w:rPr>
          <w:b w:val="0"/>
          <w:i w:val="0"/>
        </w:rPr>
        <w:t xml:space="preserve">Katherine tiếp tục. "Trong mô hình ý thức phi cục bộ (nonlocal consciousness), bộ não của bạn giống như một chiếc radio </w:t>
      </w:r>
      <w:r>
        <w:rPr>
          <w:b w:val="0"/>
          <w:i/>
        </w:rPr>
        <w:t>thu nhận</w:t>
      </w:r>
      <w:r>
        <w:rPr>
          <w:b w:val="0"/>
          <w:i w:val="0"/>
        </w:rPr>
        <w:t xml:space="preserve"> ý thức, và giống như mọi chiếc radio, nó có vô số đài phát liên tục bắn phá nó. Vậy nên bạn có thể hiểu ngay tại sao một chiếc radio phải có núm dò tần số—một cơ chế cho phép nó chọn </w:t>
      </w:r>
      <w:r>
        <w:rPr>
          <w:b w:val="0"/>
          <w:i/>
        </w:rPr>
        <w:t>một</w:t>
      </w:r>
      <w:r>
        <w:rPr>
          <w:b w:val="0"/>
          <w:i w:val="0"/>
        </w:rPr>
        <w:t xml:space="preserve"> tần số duy nhất mà nó muốn thu. Bản thân chiếc radio có khả năng thu mọi đài, nhưng nếu không có cách lọc các tần số tràn vào, nó sẽ phát tất cả các tần số đó cùng một lúc. Bộ não con người cũng hoạt động y như vậy; nó có một chuỗi bộ lọc phức tạp để ngăn tâm trí bị </w:t>
      </w:r>
      <w:r>
        <w:rPr>
          <w:b w:val="0"/>
          <w:i/>
        </w:rPr>
        <w:t>quá tải</w:t>
      </w:r>
      <w:r>
        <w:rPr>
          <w:b w:val="0"/>
          <w:i w:val="0"/>
        </w:rPr>
        <w:t xml:space="preserve"> bởi quá nhiều kích thích giác quan… nhờ đó nó chỉ có thể tập trung vào một mẩu nhỏ xíu của ý thức vũ trụ."</w:t>
      </w:r>
    </w:p>
    <w:p>
      <w:pPr>
        <w:spacing w:after="80"/>
      </w:pPr>
      <w:r>
        <w:rPr>
          <w:b w:val="0"/>
          <w:i/>
        </w:rPr>
        <w:t>Điều đó hoàn toàn hợp lý,</w:t>
      </w:r>
      <w:r>
        <w:rPr>
          <w:b w:val="0"/>
          <w:i w:val="0"/>
        </w:rPr>
        <w:t xml:space="preserve"> anh nghĩ. </w:t>
      </w:r>
      <w:r>
        <w:rPr>
          <w:b w:val="0"/>
          <w:i/>
        </w:rPr>
        <w:t>Cảm nhận của chúng ta về ánh sáng và âm thanh đều đã được lọc.</w:t>
      </w:r>
      <w:r>
        <w:rPr>
          <w:b w:val="0"/>
          <w:i w:val="0"/>
        </w:rPr>
        <w:t xml:space="preserve"> Langdon biết rằng hầu hết con người không nhận ra mình chỉ trải nghiệm một phần nhỏ của dải tần thực tế và phổ điện từ (electromagnetic spectrum); phần còn lại lướt qua chúng ta, vượt ngoài các núm dò của ta.</w:t>
      </w:r>
    </w:p>
    <w:p>
      <w:pPr>
        <w:spacing w:after="80"/>
      </w:pPr>
      <w:r>
        <w:rPr>
          <w:b w:val="0"/>
          <w:i w:val="0"/>
        </w:rPr>
        <w:t>"Sự chú ý có chọn lọc (selective attention) là ví dụ điển hình nhất về việc bộ não lọc thông tin," Katherine nói. "Người ta gọi đó là 'hiệu ứng tiệc cocktail' (cocktail party effect). Hãy hình dung bạn đang ở một bữa tiệc đông đúc, bộ não bạn chỉ tập trung vào lời của người đang nói chuyện với bạn—rồi bạn thấy chán, và sự tập trung của bạn chuyển ngay sang một cuộc trò chuyện thú vị hơn ở tận bên kia phòng. Chính cơ chế này giúp bạn lọc bỏ tiếng ồn nền và không bị choáng ngợp bởi mọi giọng nói trong tầm tai."</w:t>
      </w:r>
    </w:p>
    <w:p>
      <w:pPr>
        <w:spacing w:after="80"/>
      </w:pPr>
      <w:r>
        <w:rPr>
          <w:b w:val="0"/>
          <w:i/>
        </w:rPr>
        <w:t>Các cuộc họp khoa,</w:t>
      </w:r>
      <w:r>
        <w:rPr>
          <w:b w:val="0"/>
          <w:i w:val="0"/>
        </w:rPr>
        <w:t xml:space="preserve"> Langdon nghĩ, thường thấy mình lơ đãng lắng nghe tiếng nhạc ngoài sân trong khi đồng nghiệp đang tranh luận về chương trình giảng dạy hay lịch học.</w:t>
      </w:r>
    </w:p>
    <w:p>
      <w:pPr>
        <w:spacing w:after="80"/>
      </w:pPr>
      <w:r>
        <w:rPr>
          <w:b w:val="0"/>
          <w:i w:val="0"/>
        </w:rPr>
        <w:t>"Sự quen hóa (habituation) là một kiểu lọc khác," Katherine nói. "Kích thích giác quan lặp đi lặp lại bị bộ não chặn lại hiệu quả đến mức bạn thực sự không thể nghe tiếng ù ù không ngừng của máy điều hòa hay cảm nhận được cặp kính đang nằm trên mũi mình. Bộ lọc đó mạnh đến nỗi ta có thể lục tung cả nhà để tìm cặp kính đang nằm ngay trước mắt, hay chiếc điện thoại đang cầm trong tay."</w:t>
      </w:r>
    </w:p>
    <w:p>
      <w:pPr>
        <w:spacing w:after="80"/>
      </w:pPr>
      <w:r>
        <w:rPr>
          <w:b w:val="0"/>
          <w:i w:val="0"/>
        </w:rPr>
        <w:t>Langdon gật đầu. Anh đã không còn cảm nhận được chiếc đồng hồ Mickey Mouse trên cổ tay mình suốt mấy chục năm nay.</w:t>
      </w:r>
    </w:p>
    <w:p>
      <w:pPr>
        <w:spacing w:after="80"/>
      </w:pPr>
      <w:r>
        <w:rPr>
          <w:b w:val="0"/>
          <w:i w:val="0"/>
        </w:rPr>
        <w:t xml:space="preserve">Khái niệm "thực tại được lọc" (filtered reality), anh biết, là một chủ đề lặp đi lặp lại trong kinh điển cổ xưa. Vedanta của Ấn Độ giáo, thứ đã truyền cảm hứng cho những nhà vật lý lượng tử vĩ đại như Niels Bohr và Erwin Schrödinger, mô tả tâm trí vật lý như một "yếu tố giới hạn" chỉ có thể cảm nhận được một phần nhỏ của ý thức vũ trụ được gọi là </w:t>
      </w:r>
      <w:r>
        <w:rPr>
          <w:b w:val="0"/>
          <w:i/>
        </w:rPr>
        <w:t>Brahman.</w:t>
      </w:r>
      <w:r>
        <w:rPr>
          <w:b w:val="0"/>
          <w:i w:val="0"/>
        </w:rPr>
        <w:t xml:space="preserve"> Những người Sufi định nghĩa "tâm trí" là một tấm màn che giấu ánh sáng của ý thức thần thánh. Những người Kabbalah mô tả những </w:t>
      </w:r>
      <w:r>
        <w:rPr>
          <w:b w:val="0"/>
          <w:i/>
        </w:rPr>
        <w:t>klipot</w:t>
      </w:r>
      <w:r>
        <w:rPr>
          <w:b w:val="0"/>
          <w:i w:val="0"/>
        </w:rPr>
        <w:t xml:space="preserve"> của tâm trí như thứ che khuất phần lớn ánh sáng của Thượng đế. Và những người Phật giáo cảnh báo rằng bản ngã là một thấu kính giới hạn khiến ta cảm thấy tách rời khỏi vũ trụ—</w:t>
      </w:r>
      <w:r>
        <w:rPr>
          <w:b w:val="0"/>
          <w:i/>
        </w:rPr>
        <w:t>uni-versum</w:t>
      </w:r>
      <w:r>
        <w:rPr>
          <w:b w:val="0"/>
          <w:i w:val="0"/>
        </w:rPr>
        <w:t>—theo nghĩa đen là "tất cả là một."</w:t>
      </w:r>
    </w:p>
    <w:p>
      <w:pPr>
        <w:spacing w:after="80"/>
      </w:pPr>
      <w:r>
        <w:rPr>
          <w:b w:val="0"/>
          <w:i w:val="0"/>
        </w:rPr>
        <w:t>"Và khoa học thần kinh hiện đại," Katherine tiếp tục, "giờ đã xác định được cơ chế sinh học thực sự mà bộ não dùng để lọc dữ liệu đầu vào." Một nụ cười mờ nhạt thoáng qua môi cô. "Nó được gọi là GABA. Axit gamma-aminobutyric."</w:t>
      </w:r>
    </w:p>
    <w:p>
      <w:pPr>
        <w:spacing w:after="80"/>
      </w:pPr>
      <w:r>
        <w:rPr>
          <w:b w:val="0"/>
          <w:i w:val="0"/>
        </w:rPr>
        <w:t xml:space="preserve">"Được thôi." Langdon chợt nhớ ra rằng phần lớn công trình sau đại học của Katherine là về </w:t>
      </w:r>
      <w:r>
        <w:rPr>
          <w:b w:val="0"/>
          <w:i/>
        </w:rPr>
        <w:t>hóa học</w:t>
      </w:r>
      <w:r>
        <w:rPr>
          <w:b w:val="0"/>
          <w:i w:val="0"/>
        </w:rPr>
        <w:t xml:space="preserve"> thần kinh của bộ não.</w:t>
      </w:r>
    </w:p>
    <w:p>
      <w:pPr>
        <w:spacing w:after="80"/>
      </w:pPr>
      <w:r>
        <w:rPr>
          <w:b w:val="0"/>
          <w:i w:val="0"/>
        </w:rPr>
        <w:t xml:space="preserve">"GABA là một hợp chất đáng kinh ngạc—một chất truyền tin hóa học trong não bạn, đóng vai trò then chốt trong việc điều hòa hoạt động của não. Nhưng có lẽ không theo cách bạn nghĩ. Cụ thể, GABA là một tác nhân </w:t>
      </w:r>
      <w:r>
        <w:rPr>
          <w:b w:val="0"/>
          <w:i/>
        </w:rPr>
        <w:t>ức chế</w:t>
      </w:r>
      <w:r>
        <w:rPr>
          <w:b w:val="0"/>
          <w:i w:val="0"/>
        </w:rPr>
        <w:t>."</w:t>
      </w:r>
    </w:p>
    <w:p>
      <w:pPr>
        <w:spacing w:after="80"/>
      </w:pPr>
      <w:r>
        <w:rPr>
          <w:b w:val="0"/>
          <w:i w:val="0"/>
        </w:rPr>
        <w:t xml:space="preserve">"Ý là nó </w:t>
      </w:r>
      <w:r>
        <w:rPr>
          <w:b w:val="0"/>
          <w:i/>
        </w:rPr>
        <w:t>cản trở</w:t>
      </w:r>
      <w:r>
        <w:rPr>
          <w:b w:val="0"/>
          <w:i w:val="0"/>
        </w:rPr>
        <w:t xml:space="preserve"> hoạt động của não?"</w:t>
      </w:r>
    </w:p>
    <w:p>
      <w:pPr>
        <w:spacing w:after="80"/>
      </w:pPr>
      <w:r>
        <w:rPr>
          <w:b w:val="0"/>
          <w:i w:val="0"/>
        </w:rPr>
        <w:t xml:space="preserve">“Chính xác. Nó thực sự làm giảm hoạt động phát xung của nơ-ron và </w:t>
      </w:r>
      <w:r>
        <w:rPr>
          <w:b w:val="0"/>
          <w:i/>
        </w:rPr>
        <w:t>kìm hãm</w:t>
      </w:r>
      <w:r>
        <w:rPr>
          <w:b w:val="0"/>
          <w:i w:val="0"/>
        </w:rPr>
        <w:t xml:space="preserve"> toàn bộ hoạt động của các nơ-ron. Nói cách khác, GABA tắt đi một số phần của não nhằm lọc bớt lượng tín hiệu đầu vào quá mức. Theo cách hiểu cơ bản nhất, việc lọc của GABA đảm bảo não không bị quá tải vì lượng thông tin quá nhiều. Trong phép so sánh với radio, GABA giống như bộ dò sóng chỉ cho phép thu một tần số duy nhất trong khi chặn hàng chục tần số khác.”</w:t>
      </w:r>
    </w:p>
    <w:p>
      <w:pPr>
        <w:spacing w:after="80"/>
      </w:pPr>
      <w:r>
        <w:rPr>
          <w:b w:val="0"/>
          <w:i w:val="0"/>
        </w:rPr>
        <w:t>“Đến đây thì hoàn toàn hợp lý rồi…”</w:t>
      </w:r>
    </w:p>
    <w:p>
      <w:pPr>
        <w:spacing w:after="80"/>
      </w:pPr>
      <w:r>
        <w:rPr>
          <w:b w:val="0"/>
          <w:i w:val="0"/>
        </w:rPr>
        <w:t xml:space="preserve">“GABA thực sự khiến tôi chú ý vài năm trước,” Katherine hào hứng kể tiếp. “Tôi đọc được rằng não của trẻ sơ sinh có nồng độ GABA </w:t>
      </w:r>
      <w:r>
        <w:rPr>
          <w:b w:val="0"/>
          <w:i/>
        </w:rPr>
        <w:t>cao</w:t>
      </w:r>
      <w:r>
        <w:rPr>
          <w:b w:val="0"/>
          <w:i w:val="0"/>
        </w:rPr>
        <w:t xml:space="preserve"> đến kinh ngạc, lọc bỏ mọi thứ trừ những gì ngay trước mặt bé. Vì thế trẻ sơ sinh gần như không nhận biết được các chi tiết ở phía bên kia căn phòng. Các bộ lọc này hoạt động như một bộ bánh phụ tập đi, bảo vệ tâm trí em bé khỏi quá nhiều kích thích trong lúc phát triển. Khi ta trưởng thành, nồng độ GABA giảm dần, ta tiếp nhận nhiều hơn về thế giới và có được hiểu biết rộng hơn.”</w:t>
      </w:r>
    </w:p>
    <w:p>
      <w:pPr>
        <w:spacing w:after="80"/>
      </w:pPr>
      <w:r>
        <w:rPr>
          <w:b w:val="0"/>
          <w:i/>
        </w:rPr>
        <w:t>Thật hấp dẫn,</w:t>
      </w:r>
      <w:r>
        <w:rPr>
          <w:b w:val="0"/>
          <w:i w:val="0"/>
        </w:rPr>
        <w:t xml:space="preserve"> Langdon nghĩ. Anh vẫn luôn tưởng rằng phạm vi nhận thức nhỏ bé của trẻ sơ sinh là do bé nhìn không rõ.</w:t>
      </w:r>
    </w:p>
    <w:p>
      <w:pPr>
        <w:spacing w:after="80"/>
      </w:pPr>
      <w:r>
        <w:rPr>
          <w:b w:val="0"/>
          <w:i w:val="0"/>
        </w:rPr>
        <w:t>“Thế là tôi bắt đầu tìm hiểu sâu hơn,” Katherine nói, “và biết được rằng các nhà sư Tây Tạng cũng có nồng độ GABA cao đặc biệt trong khi thiền. Trạng thái thiền định dường như gây ra một đợt bùng phát của chất dẫn truyền thần kinh ức chế này, nó tắt gần như toàn bộ hoạt động phát xung của nơ-ron, về cơ bản là ngăn phần lớn thế giới bên ngoài xâm nhập vào não họ trong lúc thiền sâu.”</w:t>
      </w:r>
    </w:p>
    <w:p>
      <w:pPr>
        <w:spacing w:after="80"/>
      </w:pPr>
      <w:r>
        <w:rPr>
          <w:b w:val="0"/>
          <w:i/>
        </w:rPr>
        <w:t>Tâm trí trống rỗng khó nắm bắt ấy,</w:t>
      </w:r>
      <w:r>
        <w:rPr>
          <w:b w:val="0"/>
          <w:i w:val="0"/>
        </w:rPr>
        <w:t xml:space="preserve"> Langdon nghĩ, anh quen thuộc với mục tiêu của thiền định nhưng chưa bao giờ biết quá trình hóa học đạt được điều đó. </w:t>
      </w:r>
      <w:r>
        <w:rPr>
          <w:b w:val="0"/>
          <w:i/>
        </w:rPr>
        <w:t>Theo đúng nghĩa đen là chặn đứng thế giới bên ngoài…trở về sự thuần khiết của tâm trí trẻ sơ sinh.</w:t>
      </w:r>
    </w:p>
    <w:p>
      <w:pPr>
        <w:spacing w:after="80"/>
      </w:pPr>
      <w:r>
        <w:rPr>
          <w:b w:val="0"/>
          <w:i w:val="0"/>
        </w:rPr>
        <w:t xml:space="preserve">“Tôi cho rằng kết quả đó không quá gây sốc,” Katherine nói, “nhưng chúng cho tôi một ý tưởng—khái niệm ý thức con người là một </w:t>
      </w:r>
      <w:r>
        <w:rPr>
          <w:b w:val="0"/>
          <w:i/>
        </w:rPr>
        <w:t>tín hiệu</w:t>
      </w:r>
      <w:r>
        <w:rPr>
          <w:b w:val="0"/>
          <w:i w:val="0"/>
        </w:rPr>
        <w:t>…chảy vào não qua một chuỗi các cổng.”</w:t>
      </w:r>
    </w:p>
    <w:p>
      <w:pPr>
        <w:spacing w:after="80"/>
      </w:pPr>
      <w:r>
        <w:rPr>
          <w:b w:val="0"/>
          <w:i w:val="0"/>
        </w:rPr>
        <w:t>“Những cổng quyết định cho bao nhiêu phần của thế giới đi vào.”</w:t>
      </w:r>
    </w:p>
    <w:p>
      <w:pPr>
        <w:spacing w:after="80"/>
      </w:pPr>
      <w:r>
        <w:rPr>
          <w:b w:val="0"/>
          <w:i w:val="0"/>
        </w:rPr>
        <w:t>“Chính xác, và khoảng mười tám tháng trước, trong lúc tôi nghiên cứu sâu hơn về GABA, tôi tình cờ bắt gặp một bài báo khoa học thần kinh…do Brigita Gessner viết.”</w:t>
      </w:r>
    </w:p>
    <w:p>
      <w:pPr>
        <w:spacing w:after="80"/>
      </w:pPr>
      <w:r>
        <w:rPr>
          <w:b w:val="0"/>
          <w:i/>
        </w:rPr>
        <w:t>À đúng rồi,</w:t>
      </w:r>
      <w:r>
        <w:rPr>
          <w:b w:val="0"/>
          <w:i w:val="0"/>
        </w:rPr>
        <w:t xml:space="preserve"> Langdon nghĩ, </w:t>
      </w:r>
      <w:r>
        <w:rPr>
          <w:b w:val="0"/>
          <w:i/>
        </w:rPr>
        <w:t>chính bài báo đó đã khơi nguồn cho lời mời Katherine đến thuyết trình ở Prague.</w:t>
      </w:r>
    </w:p>
    <w:p>
      <w:pPr>
        <w:spacing w:after="80"/>
      </w:pPr>
      <w:r>
        <w:rPr>
          <w:b w:val="0"/>
          <w:i w:val="0"/>
        </w:rPr>
        <w:t xml:space="preserve">“Bài báo của Gessner,” Katherine tiết lộ, “nói về một con chip </w:t>
      </w:r>
      <w:r>
        <w:rPr>
          <w:b w:val="0"/>
          <w:i/>
        </w:rPr>
        <w:t>động kinh</w:t>
      </w:r>
      <w:r>
        <w:rPr>
          <w:b w:val="0"/>
          <w:i w:val="0"/>
        </w:rPr>
        <w:t xml:space="preserve"> mà cô ấy phát minh, có thể ngăn chặn cơn co giật sắp xảy ra bằng cách kích hoạt phản ứng GABA tự nhiên của não, theo đúng nghĩa đen là ‘làm dịu’ các dây thần kinh. Điều đó hợp lý. Hóa ra, động kinh là một tình trạng thường liên quan đến nồng độ GABA </w:t>
      </w:r>
      <w:r>
        <w:rPr>
          <w:b w:val="0"/>
          <w:i/>
        </w:rPr>
        <w:t>thấp</w:t>
      </w:r>
      <w:r>
        <w:rPr>
          <w:b w:val="0"/>
          <w:i w:val="0"/>
        </w:rPr>
        <w:t xml:space="preserve"> một cách nguy hiểm, mà GABA chính là cơ chế phanh của não. Khi có quá ít GABA, não bạn chạy quá tốc độ, hoạt động phát xung của nơ-ron mất kiểm soát, và cuối cùng—”</w:t>
      </w:r>
    </w:p>
    <w:p>
      <w:pPr>
        <w:spacing w:after="80"/>
      </w:pPr>
      <w:r>
        <w:rPr>
          <w:b w:val="0"/>
          <w:i w:val="0"/>
        </w:rPr>
        <w:t>“Một cơn co giật.”</w:t>
      </w:r>
    </w:p>
    <w:p>
      <w:pPr>
        <w:spacing w:after="80"/>
      </w:pPr>
      <w:r>
        <w:rPr>
          <w:b w:val="0"/>
          <w:i w:val="0"/>
        </w:rPr>
        <w:t xml:space="preserve">“Đúng vậy,” cô nói, nhấp một ngụm Kofola. “Cơn bão điện hỗn loạn của một cơn động kinh chính là </w:t>
      </w:r>
      <w:r>
        <w:rPr>
          <w:b w:val="0"/>
          <w:i/>
        </w:rPr>
        <w:t>đối lập</w:t>
      </w:r>
      <w:r>
        <w:rPr>
          <w:b w:val="0"/>
          <w:i w:val="0"/>
        </w:rPr>
        <w:t xml:space="preserve"> hoàn toàn với tâm trí trống rỗng tập trung của một nhà sư đang thiền; động kinh gắn với sự thiếu hụt GABA…còn thiền thì gắn với sự dư thừa. Tôi đã biết tất cả những điều này từ trước, nhưng bài báo của cô ấy nhắc tôi nhớ rằng các cơn động kinh thường được theo sau bởi một giai đoạn trơ dễ chịu gọi là hạnh phúc sau cơn (postictal bliss)—một trạng thái ý thức bình yên, mở rộng, kèm theo những đợt bùng nổ cảm giác gắn kết, sáng tạo, khai sáng tâm linh và trải nghiệm xuất hồn.”</w:t>
      </w:r>
    </w:p>
    <w:p>
      <w:pPr>
        <w:spacing w:after="80"/>
      </w:pPr>
      <w:r>
        <w:rPr>
          <w:b w:val="0"/>
          <w:i w:val="0"/>
        </w:rPr>
        <w:t>Langdon nhớ lại trải nghiệm của mình lúc trước với Sasha, cũng như những mô tả của vô số người động kinh có tầm nhìn trong lịch sử.</w:t>
      </w:r>
    </w:p>
    <w:p>
      <w:pPr>
        <w:spacing w:after="80"/>
      </w:pPr>
      <w:r>
        <w:rPr>
          <w:b w:val="0"/>
          <w:i w:val="0"/>
        </w:rPr>
        <w:t>“Và tôi bỗng tự hỏi,” Katherine nói, “</w:t>
      </w:r>
      <w:r>
        <w:rPr>
          <w:b w:val="0"/>
          <w:i/>
        </w:rPr>
        <w:t>làm thế nào</w:t>
      </w:r>
      <w:r>
        <w:rPr>
          <w:b w:val="0"/>
          <w:i w:val="0"/>
        </w:rPr>
        <w:t xml:space="preserve"> một bộ não động kinh có thể chuyển đổi nhanh đến vậy từ cơn bão của một cơn co giật…sang sự bình yên của hạnh phúc sau cơn.”</w:t>
      </w:r>
    </w:p>
    <w:p>
      <w:pPr>
        <w:spacing w:after="80"/>
      </w:pPr>
      <w:r>
        <w:rPr>
          <w:b w:val="0"/>
          <w:i w:val="0"/>
        </w:rPr>
        <w:t>Langdon nhún vai. “Tôi đoán là một đợt tăng đột biến tự nhiên của nồng độ GABA…làm lặng cơn bão?”</w:t>
      </w:r>
    </w:p>
    <w:p>
      <w:pPr>
        <w:spacing w:after="80"/>
      </w:pPr>
      <w:r>
        <w:rPr>
          <w:b w:val="0"/>
          <w:i w:val="0"/>
        </w:rPr>
        <w:t xml:space="preserve">“Đoán hay lắm—tôi cũng từng nghĩ vậy—nó gọi là ức chế hồi phục (rebound inhibition), và đúng là có xảy ra thật, nhưng không phải ngay lập tức. Hóa ra, có một thứ </w:t>
      </w:r>
      <w:r>
        <w:rPr>
          <w:b w:val="0"/>
          <w:i/>
        </w:rPr>
        <w:t>khác</w:t>
      </w:r>
      <w:r>
        <w:rPr>
          <w:b w:val="0"/>
          <w:i w:val="0"/>
        </w:rPr>
        <w:t xml:space="preserve"> xảy ra trước tiên. Não </w:t>
      </w:r>
      <w:r>
        <w:rPr>
          <w:b w:val="0"/>
          <w:i/>
        </w:rPr>
        <w:t>khởi động lại.</w:t>
      </w:r>
      <w:r>
        <w:rPr>
          <w:b w:val="0"/>
          <w:i w:val="0"/>
        </w:rPr>
        <w:t xml:space="preserve"> Toàn bộ hệ thống tắt ngấm. Và khi nó hoạt động trở lại, nó làm vậy </w:t>
      </w:r>
      <w:r>
        <w:rPr>
          <w:b w:val="0"/>
          <w:i/>
        </w:rPr>
        <w:t>từ từ</w:t>
      </w:r>
      <w:r>
        <w:rPr>
          <w:b w:val="0"/>
          <w:i w:val="0"/>
        </w:rPr>
        <w:t>…tranh thủ thời gian để não khôi phục mức GABA, bật lại các bộ lọc, và che chắn cho bộ não đang thức giấc khỏi quá nhiều luồng thông tin.”</w:t>
      </w:r>
    </w:p>
    <w:p>
      <w:pPr>
        <w:spacing w:after="80"/>
      </w:pPr>
      <w:r>
        <w:rPr>
          <w:b w:val="0"/>
          <w:i w:val="0"/>
        </w:rPr>
        <w:t xml:space="preserve">“Nghe giống như cách chúng ta thức dậy vào buổi sáng…mở mắt </w:t>
      </w:r>
      <w:r>
        <w:rPr>
          <w:b w:val="0"/>
          <w:i/>
        </w:rPr>
        <w:t>từ từ</w:t>
      </w:r>
      <w:r>
        <w:rPr>
          <w:b w:val="0"/>
          <w:i w:val="0"/>
        </w:rPr>
        <w:t xml:space="preserve"> để cho đồng tử có thời gian co lại và lọc bớt ánh sáng buổi sớm.”</w:t>
      </w:r>
    </w:p>
    <w:p>
      <w:pPr>
        <w:spacing w:after="80"/>
      </w:pPr>
      <w:r>
        <w:rPr>
          <w:b w:val="0"/>
          <w:i w:val="0"/>
        </w:rPr>
        <w:t xml:space="preserve">“Chính xác! Chỉ khác là trong </w:t>
      </w:r>
      <w:r>
        <w:rPr>
          <w:b w:val="0"/>
          <w:i/>
        </w:rPr>
        <w:t>tình huống này</w:t>
      </w:r>
      <w:r>
        <w:rPr>
          <w:b w:val="0"/>
          <w:i w:val="0"/>
        </w:rPr>
        <w:t>, chúng ta không bao giờ thấy được ánh sáng buổi sáng thật sự, vì khi ta thức dậy, có ai đó đồng thời kéo tấm rèm dày qua cửa sổ để ta không thể thấy bên ngoài thực sự có gì.”</w:t>
      </w:r>
    </w:p>
    <w:p>
      <w:pPr>
        <w:spacing w:after="80"/>
      </w:pPr>
      <w:r>
        <w:rPr>
          <w:b w:val="0"/>
          <w:i w:val="0"/>
        </w:rPr>
        <w:t xml:space="preserve">“Và cái </w:t>
      </w:r>
      <w:r>
        <w:rPr>
          <w:b w:val="0"/>
          <w:i/>
        </w:rPr>
        <w:t>ai đó</w:t>
      </w:r>
      <w:r>
        <w:rPr>
          <w:b w:val="0"/>
          <w:i w:val="0"/>
        </w:rPr>
        <w:t>, tôi đoán, chính là GABA?”</w:t>
      </w:r>
    </w:p>
    <w:p>
      <w:pPr>
        <w:spacing w:after="80"/>
      </w:pPr>
      <w:r>
        <w:rPr>
          <w:b w:val="0"/>
          <w:i w:val="0"/>
        </w:rPr>
        <w:t xml:space="preserve">“Chuẩn luôn. GABA </w:t>
      </w:r>
      <w:r>
        <w:rPr>
          <w:b w:val="0"/>
          <w:i/>
        </w:rPr>
        <w:t>thường</w:t>
      </w:r>
      <w:r>
        <w:rPr>
          <w:b w:val="0"/>
          <w:i w:val="0"/>
        </w:rPr>
        <w:t xml:space="preserve"> kéo rèm kịp lúc, trước khi mắt ta mở ra. Nhưng nếu thời điểm bị lệch, và rèm không kéo lại đủ nhanh—”</w:t>
      </w:r>
    </w:p>
    <w:p>
      <w:pPr>
        <w:spacing w:after="80"/>
      </w:pPr>
      <w:r>
        <w:rPr>
          <w:b w:val="0"/>
          <w:i w:val="0"/>
        </w:rPr>
        <w:t>“Chúng ta thoáng nhìn thấy thế giới bên ngoài.”</w:t>
      </w:r>
    </w:p>
    <w:p>
      <w:pPr>
        <w:spacing w:after="80"/>
      </w:pPr>
      <w:r>
        <w:rPr>
          <w:b w:val="0"/>
          <w:i w:val="0"/>
        </w:rPr>
        <w:t>“Đúng vậy,” cô nói với một nụ cười. “Và hình như nó đẹp lắm. Thực tại không bị lọc. Niềm hạnh phúc sau cơn động kinh (postictal bliss). Ý thức thuần khiết.”</w:t>
      </w:r>
    </w:p>
    <w:p>
      <w:pPr>
        <w:spacing w:after="80"/>
      </w:pPr>
      <w:r>
        <w:rPr>
          <w:b w:val="0"/>
          <w:i/>
        </w:rPr>
        <w:t>Thật đáng kinh ngạc,</w:t>
      </w:r>
      <w:r>
        <w:rPr>
          <w:b w:val="0"/>
          <w:i w:val="0"/>
        </w:rPr>
        <w:t xml:space="preserve"> anh trầm ngâm, tự hỏi liệu vài “tia chớp thiên tài” nổi tiếng trong lịch sử có thể là do một trục trặc thời điểm…một khoảnh khắc ngắn ngủi khi cánh cửa dẫn tới thực tại bị vô tình để hé mở.</w:t>
      </w:r>
    </w:p>
    <w:p>
      <w:pPr>
        <w:spacing w:after="80"/>
      </w:pPr>
      <w:r>
        <w:rPr>
          <w:b w:val="0"/>
          <w:i w:val="0"/>
        </w:rPr>
        <w:t>“Càng nghĩ về GABA,” Katherine nói, “tôi càng nhận ra GABA chính là chiếc chìa khóa mà tôi hằng tìm kiếm…”</w:t>
      </w:r>
    </w:p>
    <w:p>
      <w:pPr>
        <w:spacing w:after="80"/>
      </w:pPr>
      <w:r>
        <w:rPr>
          <w:b w:val="0"/>
          <w:i w:val="0"/>
        </w:rPr>
        <w:t>“Chìa khóa để…?”</w:t>
      </w:r>
    </w:p>
    <w:p>
      <w:pPr>
        <w:spacing w:after="80"/>
      </w:pPr>
      <w:r>
        <w:rPr>
          <w:b w:val="0"/>
          <w:i/>
        </w:rPr>
        <w:t>“Chìa khóa để hiểu về ý thức!”</w:t>
      </w:r>
      <w:r>
        <w:rPr>
          <w:b w:val="0"/>
          <w:i w:val="0"/>
        </w:rPr>
        <w:t xml:space="preserve"> cô thốt lên. “Con người có những bộ óc cực kỳ mạnh mẽ, nhưng chúng ta </w:t>
      </w:r>
      <w:r>
        <w:rPr>
          <w:b w:val="0"/>
          <w:i/>
        </w:rPr>
        <w:t>cũng</w:t>
      </w:r>
      <w:r>
        <w:rPr>
          <w:b w:val="0"/>
          <w:i w:val="0"/>
        </w:rPr>
        <w:t xml:space="preserve"> có những bộ lọc cực kỳ hiệu quả để ngăn ngừa quá tải thông tin. GABA là tấm màn bảo vệ ngăn não ta trải nghiệm những gì ta không thể xử lý. Nó </w:t>
      </w:r>
      <w:r>
        <w:rPr>
          <w:b w:val="0"/>
          <w:i/>
        </w:rPr>
        <w:t>giới hạn</w:t>
      </w:r>
      <w:r>
        <w:rPr>
          <w:b w:val="0"/>
          <w:i w:val="0"/>
        </w:rPr>
        <w:t xml:space="preserve"> mức độ rộng mở của ý thức bạn. Chính chất hóa học đơn lẻ này có thể là lý do vì sao con người không thể cảm nhận </w:t>
      </w:r>
      <w:r>
        <w:rPr>
          <w:b w:val="0"/>
          <w:i/>
        </w:rPr>
        <w:t>thực tại</w:t>
      </w:r>
      <w:r>
        <w:rPr>
          <w:b w:val="0"/>
          <w:i w:val="0"/>
        </w:rPr>
        <w:t xml:space="preserve"> đúng như nó vốn có.”</w:t>
      </w:r>
    </w:p>
    <w:p>
      <w:pPr>
        <w:spacing w:after="80"/>
      </w:pPr>
      <w:r>
        <w:rPr>
          <w:b w:val="0"/>
          <w:i w:val="0"/>
        </w:rPr>
        <w:t>Langdon ngồi tựa lưng vào ghế limousine êm ái, tiếp nhận ý tưởng đầy khiêu khích ấy. “Ý cô là quanh ta có một thực tại…mà ta không thể cảm nhận được?”</w:t>
      </w:r>
    </w:p>
    <w:p>
      <w:pPr>
        <w:spacing w:after="80"/>
      </w:pPr>
      <w:r>
        <w:rPr>
          <w:b w:val="0"/>
          <w:i w:val="0"/>
        </w:rPr>
        <w:t>“</w:t>
      </w:r>
      <w:r>
        <w:rPr>
          <w:b w:val="0"/>
          <w:i/>
        </w:rPr>
        <w:t>Đúng chính xác</w:t>
      </w:r>
      <w:r>
        <w:rPr>
          <w:b w:val="0"/>
          <w:i w:val="0"/>
        </w:rPr>
        <w:t xml:space="preserve"> là ý tôi, Robert.” Mắt cô lóe lên vẻ phấn khích. “Nhưng đó mới chỉ là một nửa câu chuyện thôi.”</w:t>
      </w:r>
    </w:p>
    <w:p>
      <w:pPr>
        <w:jc w:val="center"/>
      </w:pPr>
      <w:r>
        <w:drawing>
          <wp:inline xmlns:a="http://schemas.openxmlformats.org/drawingml/2006/main" xmlns:pic="http://schemas.openxmlformats.org/drawingml/2006/picture">
            <wp:extent cx="5486400" cy="362122"/>
            <wp:docPr id="71" name="Picture 71"/>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Trong Nghĩa trang Do Thái Cổ, những âm thanh từ các con phố nhộn nhịp gần đó đã phai dần khỏi cảm nhận của The Golěm…tâm trí ông giờ đắm chìm trong một sự tĩnh lặng dễ chịu. Quỳ trên đầu gối, ông hấp thụ sức mạnh của mảnh đất linh thiêng này…lắng nghe tiếng nói của người tiền nhiệm.</w:t>
      </w:r>
    </w:p>
    <w:p>
      <w:pPr>
        <w:spacing w:after="80"/>
      </w:pPr>
      <w:r>
        <w:rPr>
          <w:b w:val="0"/>
          <w:i w:val="0"/>
        </w:rPr>
        <w:t>Không có nơi sinh thật sự của riêng mình, The Golěm gọi nơi này là nhà, thỉnh thoảng ghé về khi cần thêm sức mạnh.</w:t>
      </w:r>
    </w:p>
    <w:p>
      <w:pPr>
        <w:spacing w:after="80"/>
      </w:pPr>
      <w:r>
        <w:rPr>
          <w:b w:val="0"/>
          <w:i w:val="0"/>
        </w:rPr>
        <w:t>Golem đầu tiên đã phát điên…nhưng ta mạnh mẽ hơn thế.</w:t>
      </w:r>
    </w:p>
    <w:p>
      <w:pPr>
        <w:spacing w:after="80"/>
      </w:pPr>
      <w:r>
        <w:rPr>
          <w:b w:val="0"/>
          <w:i w:val="0"/>
        </w:rPr>
        <w:t>Những lần ghé thăm nơi này luôn giúp ông tĩnh tâm và hồi sức, nhưng hôm nay, ông cảm thấy mình được tiếp thêm sức mạnh một cách đặc biệt. Khi mở mắt và đứng dậy đối mặt với nhiệm vụ trước mắt, một làn gió nhẹ thì thầm len qua nghĩa trang. Golěm nghe thấy tiếng nói của con golem nguyên thủy…một từ duy nhất xào xạc trong những cành cây trơ trụi trên đầu.</w:t>
      </w:r>
    </w:p>
    <w:p>
      <w:pPr>
        <w:spacing w:after="80"/>
      </w:pPr>
      <w:r>
        <w:rPr>
          <w:b w:val="0"/>
          <w:i w:val="0"/>
        </w:rPr>
        <w:t>Sự thật…</w:t>
      </w:r>
    </w:p>
    <w:p>
      <w:pPr>
        <w:spacing w:after="80"/>
      </w:pPr>
      <w:r>
        <w:rPr>
          <w:b w:val="0"/>
          <w:i w:val="0"/>
        </w:rPr>
        <w:t>Ông hình dung những chữ cái cổ xưa trên trán mình. Sự thật về mục đích của ông ở cõi này là bảo vệ một linh hồn đẹp đẽ không đủ sức mạnh để tự bảo vệ mình. Sự thật là cô sẽ không an toàn cho đến khi Golěm thực hiện những hành động trừng phạt của mình.</w:t>
      </w:r>
    </w:p>
    <w:p>
      <w:pPr>
        <w:spacing w:after="80"/>
      </w:pPr>
      <w:r>
        <w:rPr>
          <w:b w:val="0"/>
          <w:i w:val="0"/>
        </w:rPr>
        <w:t>“Chỉ có hai con đường,” gió thì thầm trong những tán cây. “Sự thật hoặc Cái chết.”</w:t>
      </w:r>
    </w:p>
    <w:p>
      <w:pPr>
        <w:spacing w:after="80"/>
      </w:pPr>
      <w:r>
        <w:rPr>
          <w:b w:val="0"/>
          <w:i w:val="0"/>
        </w:rPr>
        <w:t>Golěm đã đưa ra lựa chọn của mình rồi.</w:t>
      </w:r>
    </w:p>
    <w:p>
      <w:pPr>
        <w:spacing w:after="80"/>
      </w:pPr>
      <w:r>
        <w:rPr>
          <w:b w:val="0"/>
          <w:i w:val="0"/>
        </w:rPr>
        <w:t>Ta chọn cả hai.</w:t>
      </w:r>
    </w:p>
    <w:p>
      <w:pPr>
        <w:pStyle w:val="Heading1"/>
      </w:pPr>
      <w:r>
        <w:rPr>
          <w:rFonts w:ascii="Calibri" w:hAnsi="Calibri"/>
          <w:b/>
          <w:i w:val="0"/>
          <w:sz w:val="40"/>
        </w:rPr>
        <w:t>Chương 74</w:t>
      </w:r>
    </w:p>
    <w:p>
      <w:pPr>
        <w:spacing w:after="80"/>
      </w:pPr>
      <w:r>
        <w:rPr>
          <w:b w:val="0"/>
          <w:i w:val="0"/>
        </w:rPr>
        <w:t>Chiếc limousine đang tiến đến khu phố sang trọng Bubeneč, và Langdon biết dinh thự của đại sứ không còn xa nữa. Bị cuốn hút bởi những tiết lộ của Katherine, ông háo hức muốn nghe phần còn lại.</w:t>
      </w:r>
    </w:p>
    <w:p>
      <w:pPr>
        <w:spacing w:after="80"/>
      </w:pPr>
      <w:r>
        <w:rPr>
          <w:b w:val="0"/>
          <w:i w:val="0"/>
        </w:rPr>
        <w:t>Có một thực tại xung quanh chúng ta mà ta không thể cảm nhận được?</w:t>
      </w:r>
    </w:p>
    <w:p>
      <w:pPr>
        <w:spacing w:after="80"/>
      </w:pPr>
      <w:r>
        <w:rPr>
          <w:b w:val="0"/>
          <w:i w:val="0"/>
        </w:rPr>
        <w:t xml:space="preserve">“Ý tưởng này lần đầu lóe lên trong đầu tôi,” Katherine tiếp tục, “khi tôi đang nghiên cứu những trải nghiệm sau cơn động kinh được mô tả bởi những người </w:t>
      </w:r>
      <w:r>
        <w:rPr>
          <w:b w:val="0"/>
          <w:i/>
        </w:rPr>
        <w:t>mắc chứng động kinh,</w:t>
      </w:r>
      <w:r>
        <w:rPr>
          <w:b w:val="0"/>
          <w:i w:val="0"/>
        </w:rPr>
        <w:t xml:space="preserve">” cô giải thích. “Tôi chợt nhận ra rằng những trải nghiệm hạnh phúc của họ giống một cách đáng kinh ngạc với những lời kể của </w:t>
      </w:r>
      <w:r>
        <w:rPr>
          <w:b w:val="0"/>
          <w:i/>
        </w:rPr>
        <w:t>một</w:t>
      </w:r>
      <w:r>
        <w:rPr>
          <w:b w:val="0"/>
          <w:i w:val="0"/>
        </w:rPr>
        <w:t xml:space="preserve"> nhóm khác.” Cô ngừng lại, mắt sáng lên. “Những người đã </w:t>
      </w:r>
      <w:r>
        <w:rPr>
          <w:b w:val="0"/>
          <w:i/>
        </w:rPr>
        <w:t>chết</w:t>
      </w:r>
      <w:r>
        <w:rPr>
          <w:b w:val="0"/>
          <w:i w:val="0"/>
        </w:rPr>
        <w:t>…và quay trở về.”</w:t>
      </w:r>
    </w:p>
    <w:p>
      <w:pPr>
        <w:spacing w:after="80"/>
      </w:pPr>
      <w:r>
        <w:rPr>
          <w:b w:val="0"/>
          <w:i/>
        </w:rPr>
        <w:t>Trải nghiệm cận tử,</w:t>
      </w:r>
      <w:r>
        <w:rPr>
          <w:b w:val="0"/>
          <w:i w:val="0"/>
        </w:rPr>
        <w:t xml:space="preserve"> Langdon nghĩ, nhận ra cô nói đúng. Sau cú sốc của cái chết cận kề hoặc một cơn động kinh, cả hai nhóm đều kể lại cảm giác được tháo rời khỏi cơ thể, một sự kết nối sâu sắc với vạn vật, và một cảm giác bình yên sâu thẳm.</w:t>
      </w:r>
    </w:p>
    <w:p>
      <w:pPr>
        <w:spacing w:after="80"/>
      </w:pPr>
      <w:r>
        <w:rPr>
          <w:b w:val="0"/>
          <w:i w:val="0"/>
        </w:rPr>
        <w:t xml:space="preserve">“Thế là tôi theo đuổi ý tưởng đó…và tôi thiết kế một thí nghiệm khác thường.” Katherine mỉm cười nhẹ với ông. “Và </w:t>
      </w:r>
      <w:r>
        <w:rPr>
          <w:b w:val="0"/>
          <w:i/>
        </w:rPr>
        <w:t>đây</w:t>
      </w:r>
      <w:r>
        <w:rPr>
          <w:b w:val="0"/>
          <w:i w:val="0"/>
        </w:rPr>
        <w:t xml:space="preserve"> là lúc mọi thứ thực sự trở nên thú vị. Đầu tiên, tôi tìm được một bệnh nhân mắc bệnh nan y không xa phòng thí nghiệm của mình—chính ông là một nhà thần kinh học đã nghỉ hưu—người đồng ý trải qua quá trình chết của mình trong khi được bao bọc bên trong một loại máy chụp hình ảnh mới—một thiết bị quang phổ cộng hưởng từ thời gian thực. Tôi giải thích rằng tôi sẽ có thể theo dõi hóa học não của ông từng khoảnh khắc khi ông qua đời. Ông cảm thấy hài lòng vì có cơ hội cung cấp dữ liệu chính xác mà trước đây chúng ta chưa từng có khả năng đo được. Với gia đình và nhân viên chăm sóc giảm nhẹ quây quần xung quanh vào một buổi chiều đẹp trời, ông qua đời trong khi được quét bên trong cỗ máy khổng lồ.</w:t>
      </w:r>
    </w:p>
    <w:p>
      <w:pPr>
        <w:spacing w:after="80"/>
      </w:pPr>
      <w:r>
        <w:rPr>
          <w:b w:val="0"/>
          <w:i w:val="0"/>
        </w:rPr>
        <w:t>“Trong suốt quá trình chết,” Katherine tiếp tục, “tôi thấy nồng độ các chất dẫn truyền thần kinh chủ chốt tăng nhanh—bao gồm adrenaline và endorphin, những chất có chức năng làm dịu cơn đau và giúp cơ thể vật lý vượt qua căng thẳng của quá trình chết. Nói cách khác, là sự tắt dần của các hệ thống cảm giác. Theo logic thì nồng độ GABA cũng sẽ tăng—để lọc bỏ trải nghiệm chết khi não tắt dần.” Katherine mỉm cười. “Nhưng đó không phải là điều đã xảy ra.”</w:t>
      </w:r>
    </w:p>
    <w:p>
      <w:pPr>
        <w:spacing w:after="80"/>
      </w:pPr>
      <w:r>
        <w:rPr>
          <w:b w:val="0"/>
          <w:i w:val="0"/>
        </w:rPr>
        <w:t>“Không sao?”</w:t>
      </w:r>
    </w:p>
    <w:p>
      <w:pPr>
        <w:spacing w:after="80"/>
      </w:pPr>
      <w:r>
        <w:rPr>
          <w:b w:val="0"/>
          <w:i w:val="0"/>
        </w:rPr>
        <w:t xml:space="preserve">“Điều đã xảy ra hoàn toàn ngược lại! Khi ông ấy chết, nồng độ GABA của ông </w:t>
      </w:r>
      <w:r>
        <w:rPr>
          <w:b w:val="0"/>
          <w:i/>
        </w:rPr>
        <w:t>giảm</w:t>
      </w:r>
      <w:r>
        <w:rPr>
          <w:b w:val="0"/>
          <w:i w:val="0"/>
        </w:rPr>
        <w:t xml:space="preserve"> mạnh! Trong những khoảnh khắc cuối cùng, nồng độ GABA tiến gần đến </w:t>
      </w:r>
      <w:r>
        <w:rPr>
          <w:b w:val="0"/>
          <w:i/>
        </w:rPr>
        <w:t>số không,</w:t>
      </w:r>
      <w:r>
        <w:rPr>
          <w:b w:val="0"/>
          <w:i w:val="0"/>
        </w:rPr>
        <w:t xml:space="preserve"> nghĩa là </w:t>
      </w:r>
      <w:r>
        <w:rPr>
          <w:b w:val="0"/>
          <w:i/>
        </w:rPr>
        <w:t>tất cả</w:t>
      </w:r>
      <w:r>
        <w:rPr>
          <w:b w:val="0"/>
          <w:i w:val="0"/>
        </w:rPr>
        <w:t xml:space="preserve"> các bộ lọc của não ông đều biến mất. Toàn bộ trải nghiệm chết ùa vào—không có gì bị chặn lại!”</w:t>
      </w:r>
    </w:p>
    <w:p>
      <w:pPr>
        <w:spacing w:after="80"/>
      </w:pPr>
      <w:r>
        <w:rPr>
          <w:b w:val="0"/>
          <w:i w:val="0"/>
        </w:rPr>
        <w:t>“Điều đó…tốt hay xấu?”</w:t>
      </w:r>
    </w:p>
    <w:p>
      <w:pPr>
        <w:spacing w:after="80"/>
      </w:pPr>
      <w:r>
        <w:rPr>
          <w:b w:val="0"/>
          <w:i w:val="0"/>
        </w:rPr>
        <w:t xml:space="preserve">“Robert, mình phải nói là tuyệt vời! Điều đó có nghĩa là trong quá trình chết đi, các bộ lọc của não bộ mở ra, và chúng ta trở thành một chiếc radio thu được </w:t>
      </w:r>
      <w:r>
        <w:rPr>
          <w:b w:val="0"/>
          <w:i/>
        </w:rPr>
        <w:t>toàn bộ</w:t>
      </w:r>
      <w:r>
        <w:rPr>
          <w:b w:val="0"/>
          <w:i w:val="0"/>
        </w:rPr>
        <w:t xml:space="preserve"> phổ sóng. Ý thức của chúng ta chứng kiến </w:t>
      </w:r>
      <w:r>
        <w:rPr>
          <w:b w:val="0"/>
          <w:i/>
        </w:rPr>
        <w:t>tất cả</w:t>
      </w:r>
      <w:r>
        <w:rPr>
          <w:b w:val="0"/>
          <w:i w:val="0"/>
        </w:rPr>
        <w:t xml:space="preserve"> thực tại!” Katherine nắm lấy tay anh và siết chặt. “Đó </w:t>
      </w:r>
      <w:r>
        <w:rPr>
          <w:b w:val="0"/>
          <w:i/>
        </w:rPr>
        <w:t>chính xác</w:t>
      </w:r>
      <w:r>
        <w:rPr>
          <w:b w:val="0"/>
          <w:i w:val="0"/>
        </w:rPr>
        <w:t xml:space="preserve"> là lý do những người từng trải qua trải nghiệm cận tử mô tả cảm giác kết nối trọn vẹn, một niềm hạnh phúc thấu hiểu mọi thứ. Hóa học đã chứng minh điều đó! Khi chúng ta chết, </w:t>
      </w:r>
      <w:r>
        <w:rPr>
          <w:b w:val="0"/>
          <w:i/>
        </w:rPr>
        <w:t>cơ thể</w:t>
      </w:r>
      <w:r>
        <w:rPr>
          <w:b w:val="0"/>
          <w:i w:val="0"/>
        </w:rPr>
        <w:t xml:space="preserve"> tắt đi…và </w:t>
      </w:r>
      <w:r>
        <w:rPr>
          <w:b w:val="0"/>
          <w:i/>
        </w:rPr>
        <w:t>não bộ</w:t>
      </w:r>
      <w:r>
        <w:rPr>
          <w:b w:val="0"/>
          <w:i w:val="0"/>
        </w:rPr>
        <w:t xml:space="preserve"> thức tỉnh!”</w:t>
      </w:r>
    </w:p>
    <w:p>
      <w:pPr>
        <w:spacing w:after="80"/>
      </w:pPr>
      <w:r>
        <w:rPr>
          <w:b w:val="0"/>
          <w:i w:val="0"/>
        </w:rPr>
        <w:t xml:space="preserve">Langdon chợt nhớ đến câu mở đầu của một trong những cuốn tiểu thuyết yêu thích của mình. </w:t>
      </w:r>
      <w:r>
        <w:rPr>
          <w:b w:val="0"/>
          <w:i/>
        </w:rPr>
        <w:t>Người ta nói rằng trong cái chết, mọi thứ trở nên rõ ràng.</w:t>
      </w:r>
    </w:p>
    <w:p>
      <w:pPr>
        <w:spacing w:after="80"/>
      </w:pPr>
      <w:r>
        <w:rPr>
          <w:b w:val="0"/>
          <w:i w:val="0"/>
        </w:rPr>
        <w:t xml:space="preserve">“Hơn nữa,” cô tiếp tục, “trong sáu mươi giây trước khi tim bệnh nhân ngừng đập, não anh ấy tràn ngập những dao động tần số cao, bao gồm cả sóng </w:t>
      </w:r>
      <w:r>
        <w:rPr>
          <w:b w:val="0"/>
          <w:i/>
        </w:rPr>
        <w:t>gamma</w:t>
      </w:r>
      <w:r>
        <w:rPr>
          <w:b w:val="0"/>
          <w:i w:val="0"/>
        </w:rPr>
        <w:t>! Những sóng này gắn liền với việc truy hồi ký ức mãnh liệt, và mức độ của anh ấy vượt xa mọi thang đo.”</w:t>
      </w:r>
    </w:p>
    <w:p>
      <w:pPr>
        <w:spacing w:after="80"/>
      </w:pPr>
      <w:r>
        <w:rPr>
          <w:b w:val="0"/>
          <w:i w:val="0"/>
        </w:rPr>
        <w:t>“Vậy là anh ấy đang…</w:t>
      </w:r>
      <w:r>
        <w:rPr>
          <w:b w:val="0"/>
          <w:i/>
        </w:rPr>
        <w:t>nhớ lại</w:t>
      </w:r>
      <w:r>
        <w:rPr>
          <w:b w:val="0"/>
          <w:i w:val="0"/>
        </w:rPr>
        <w:t xml:space="preserve"> điều gì đó?”</w:t>
      </w:r>
    </w:p>
    <w:p>
      <w:pPr>
        <w:spacing w:after="80"/>
      </w:pPr>
      <w:r>
        <w:rPr>
          <w:b w:val="0"/>
          <w:i w:val="0"/>
        </w:rPr>
        <w:t xml:space="preserve">“Không, ở </w:t>
      </w:r>
      <w:r>
        <w:rPr>
          <w:b w:val="0"/>
          <w:i/>
        </w:rPr>
        <w:t>mức độ này</w:t>
      </w:r>
      <w:r>
        <w:rPr>
          <w:b w:val="0"/>
          <w:i w:val="0"/>
        </w:rPr>
        <w:t xml:space="preserve">, anh ấy đang nhớ lại </w:t>
      </w:r>
      <w:r>
        <w:rPr>
          <w:b w:val="0"/>
          <w:i/>
        </w:rPr>
        <w:t>mọi thứ.</w:t>
      </w:r>
      <w:r>
        <w:rPr>
          <w:b w:val="0"/>
          <w:i w:val="0"/>
        </w:rPr>
        <w:t xml:space="preserve"> Những con số gamma chắc chắn cho thấy có sự thật trong truyền thuyết lâu đời rằng cuộc đời bạn lướt qua trước mắt trước khi bạn chết.”</w:t>
      </w:r>
    </w:p>
    <w:p>
      <w:pPr>
        <w:spacing w:after="80"/>
      </w:pPr>
      <w:r>
        <w:rPr>
          <w:b w:val="0"/>
          <w:i w:val="0"/>
        </w:rPr>
        <w:t>Langdon biết khái niệm “hồi tưởng trọn vẹn cuộc đời” xuất hiện trong nhiều tôn giáo; Thiên Thần Tử Thần cho linh hồn thấy tất cả những lựa chọn trong cuộc đời nó như một hình thức khai sáng và giáo huấn về nghiệp quả.</w:t>
      </w:r>
    </w:p>
    <w:p>
      <w:pPr>
        <w:spacing w:after="80"/>
      </w:pPr>
      <w:r>
        <w:rPr>
          <w:b w:val="0"/>
          <w:i w:val="0"/>
        </w:rPr>
        <w:t xml:space="preserve">“Đến một lúc nào đó,” Katherine nói, “bản thân </w:t>
      </w:r>
      <w:r>
        <w:rPr>
          <w:b w:val="0"/>
          <w:i/>
        </w:rPr>
        <w:t>não bộ</w:t>
      </w:r>
      <w:r>
        <w:rPr>
          <w:b w:val="0"/>
          <w:i w:val="0"/>
        </w:rPr>
        <w:t xml:space="preserve"> sẽ chết, và chiếc máy thu của chúng ta không còn nữa. Và niềm tin của mình, dựa trên các thí nghiệm của mình, là quá trình chết đi </w:t>
      </w:r>
      <w:r>
        <w:rPr>
          <w:b w:val="0"/>
          <w:i/>
        </w:rPr>
        <w:t>báo trước</w:t>
      </w:r>
      <w:r>
        <w:rPr>
          <w:b w:val="0"/>
          <w:i w:val="0"/>
        </w:rPr>
        <w:t xml:space="preserve"> những gì đang chờ phía trước—một kiểu xem trước những điều sắp tới—một khả năng cảm nhận được nhiều hơn hẳn những gì chúng ta thường có thể.”</w:t>
      </w:r>
    </w:p>
    <w:p>
      <w:pPr>
        <w:spacing w:after="80"/>
      </w:pPr>
      <w:r>
        <w:rPr>
          <w:b w:val="0"/>
          <w:i w:val="0"/>
        </w:rPr>
        <w:t xml:space="preserve">“Vậy khi não bộ cuối cùng chết đi và không còn cảm nhận được bất cứ điều gì nữa…đó không phải là </w:t>
      </w:r>
      <w:r>
        <w:rPr>
          <w:b w:val="0"/>
          <w:i/>
        </w:rPr>
        <w:t>dấu chấm hết</w:t>
      </w:r>
      <w:r>
        <w:rPr>
          <w:b w:val="0"/>
          <w:i w:val="0"/>
        </w:rPr>
        <w:t xml:space="preserve"> sao?”</w:t>
      </w:r>
    </w:p>
    <w:p>
      <w:pPr>
        <w:spacing w:after="80"/>
      </w:pPr>
      <w:r>
        <w:rPr>
          <w:b w:val="0"/>
          <w:i w:val="0"/>
        </w:rPr>
        <w:t xml:space="preserve">Katherine mỉm cười trầm ngâm. “Chúng ta đã biết từ những trải nghiệm cận tử rằng cái chết bao gồm việc thoát khỏi hình hài vật lý của mình…kết hợp với cảm giác mãnh liệt của niềm vui và sự kết nối với vạn vật. Nếu chúng ta biết rằng ý thức cá nhân của mình đến từ bên ngoài não bộ—như rất nhiều nghiên cứu về ý thức học (noetics) hiện nay cho thấy—thì với mình, có vẻ như ý thức chỉ đơn giản là rời bỏ cõi vật lý vào khoảnh khắc chết đi…và hòa nhập trở lại vào tổng thể. Bạn không còn cần cơ thể để </w:t>
      </w:r>
      <w:r>
        <w:rPr>
          <w:b w:val="0"/>
          <w:i/>
        </w:rPr>
        <w:t>thu</w:t>
      </w:r>
      <w:r>
        <w:rPr>
          <w:b w:val="0"/>
          <w:i w:val="0"/>
        </w:rPr>
        <w:t xml:space="preserve"> tín hiệu nữa…bạn </w:t>
      </w:r>
      <w:r>
        <w:rPr>
          <w:b w:val="0"/>
          <w:i/>
        </w:rPr>
        <w:t>chính là</w:t>
      </w:r>
      <w:r>
        <w:rPr>
          <w:b w:val="0"/>
          <w:i w:val="0"/>
        </w:rPr>
        <w:t xml:space="preserve"> tín hiệu.”</w:t>
      </w:r>
    </w:p>
    <w:p>
      <w:pPr>
        <w:spacing w:after="80"/>
      </w:pPr>
      <w:r>
        <w:rPr>
          <w:b w:val="0"/>
          <w:i w:val="0"/>
        </w:rPr>
        <w:t xml:space="preserve">Langdon cảm thấy ớn lạnh. </w:t>
      </w:r>
      <w:r>
        <w:rPr>
          <w:b w:val="0"/>
          <w:i/>
        </w:rPr>
        <w:t>Linh hồn trở về nhà.</w:t>
      </w:r>
      <w:r>
        <w:rPr>
          <w:b w:val="0"/>
          <w:i w:val="0"/>
        </w:rPr>
        <w:t xml:space="preserve"> Khái niệm này đã có từ xa xưa. </w:t>
      </w:r>
      <w:r>
        <w:rPr>
          <w:b w:val="0"/>
          <w:i/>
        </w:rPr>
        <w:t>Bụi trở về với đất mà nó đã ra đi…và thần linh trở về với Thiên Chúa, Đấng đã ban nó.—Truyền Đạo 12:7.</w:t>
      </w:r>
    </w:p>
    <w:p>
      <w:pPr>
        <w:spacing w:after="80"/>
      </w:pPr>
      <w:r>
        <w:rPr>
          <w:b w:val="0"/>
          <w:i w:val="0"/>
        </w:rPr>
        <w:t>Dù không chắc chắn rằng ý thức có tiếp tục sau cái chết hay không, Langdon không nghi ngờ gì rằng nếu Katherine đúng về việc các bộ lọc não bộ hạn chế nhận thức của chúng ta về thực tại, thì phát hiện của cô sẽ thay đổi cuộc sống. Về bản chất, cô đang đưa ra giả thuyết rằng tất cả con người đều được trang bị phần cứng cần thiết để cảm nhận bản chất thật sự của vũ trụ…vậy mà chúng ta lại được bảo vệ bằng hóa học khỏi việc sử dụng nó…cho đến khoảnh khắc chết đi.</w:t>
      </w:r>
    </w:p>
    <w:p>
      <w:pPr>
        <w:spacing w:after="80"/>
      </w:pPr>
      <w:r>
        <w:rPr>
          <w:b w:val="0"/>
          <w:i w:val="0"/>
        </w:rPr>
        <w:t>“Tất cả điều này thật đáng kinh ngạc,” anh nói. “Kể cả khi nó tạo ra một thế tiến thoái lưỡng nan (Catch-22) tàn nhẫn mang tầm vũ trụ.”</w:t>
      </w:r>
    </w:p>
    <w:p>
      <w:pPr>
        <w:spacing w:after="80"/>
      </w:pPr>
      <w:r>
        <w:rPr>
          <w:b w:val="0"/>
          <w:i w:val="0"/>
        </w:rPr>
        <w:t>“Sao lại thế?”</w:t>
      </w:r>
    </w:p>
    <w:p>
      <w:pPr>
        <w:spacing w:after="80"/>
      </w:pPr>
      <w:r>
        <w:rPr>
          <w:b w:val="0"/>
          <w:i w:val="0"/>
        </w:rPr>
        <w:t xml:space="preserve">“Chúng ta phải </w:t>
      </w:r>
      <w:r>
        <w:rPr>
          <w:b w:val="0"/>
          <w:i/>
        </w:rPr>
        <w:t>chết</w:t>
      </w:r>
      <w:r>
        <w:rPr>
          <w:b w:val="0"/>
          <w:i w:val="0"/>
        </w:rPr>
        <w:t xml:space="preserve"> để thấy được Sự Thật…và khi chúng ta chết, thì đã quá muộn để kể cho ai đó biết những gì chúng ta đã thấy.”</w:t>
      </w:r>
    </w:p>
    <w:p>
      <w:pPr>
        <w:spacing w:after="80"/>
      </w:pPr>
      <w:r>
        <w:rPr>
          <w:b w:val="0"/>
          <w:i w:val="0"/>
        </w:rPr>
        <w:t xml:space="preserve">Katherine mỉm cười. “Robert, </w:t>
      </w:r>
      <w:r>
        <w:rPr>
          <w:b w:val="0"/>
          <w:i/>
        </w:rPr>
        <w:t>cái chết</w:t>
      </w:r>
      <w:r>
        <w:rPr>
          <w:b w:val="0"/>
          <w:i w:val="0"/>
        </w:rPr>
        <w:t xml:space="preserve"> không phải là con đường duy nhất dẫn đến khai sáng. Lịch sử đầy rẫy những bộ óc vĩ đại từng có một thoáng nhìn thấy ánh sáng thiêng liêng nào đó mà không ai khác có thể thấy. Hãy nghĩ đến Newton, Einstein, và Galileo, những nhà tiên tri tôn giáo…Những bộ óc lỗi lạc này đã có những khoảnh khắc giác ngộ khoa học và những mặc khải tâm linh mà, hóa ra, có thể được giải thích bằng </w:t>
      </w:r>
      <w:r>
        <w:rPr>
          <w:b w:val="0"/>
          <w:i/>
        </w:rPr>
        <w:t>các thuật ngữ khoa học.</w:t>
      </w:r>
      <w:r>
        <w:rPr>
          <w:b w:val="0"/>
          <w:i w:val="0"/>
        </w:rPr>
        <w:t>”</w:t>
      </w:r>
    </w:p>
    <w:p>
      <w:pPr>
        <w:spacing w:after="80"/>
      </w:pPr>
      <w:r>
        <w:rPr>
          <w:b w:val="0"/>
          <w:i w:val="0"/>
        </w:rPr>
        <w:t>“Ý anh là các bộ lọc của họ đã được hạ xuống?”</w:t>
      </w:r>
    </w:p>
    <w:p>
      <w:pPr>
        <w:spacing w:after="80"/>
      </w:pPr>
      <w:r>
        <w:rPr>
          <w:b w:val="0"/>
          <w:i w:val="0"/>
        </w:rPr>
        <w:t>“Tạm thời thì đúng vậy. Và ngay khoảnh khắc đó, họ đã tiếp nhận được lượng thông tin về vũ trụ nhiều hơn hẳn những gì chúng ta có thể thấy.”</w:t>
      </w:r>
    </w:p>
    <w:p>
      <w:pPr>
        <w:spacing w:after="80"/>
      </w:pPr>
      <w:r>
        <w:rPr>
          <w:b w:val="0"/>
          <w:i w:val="0"/>
        </w:rPr>
        <w:t xml:space="preserve">Langdon chợt nghĩ đến nhà khoa học Nikola Tesla, người có câu nói mà Katherine đã gửi cho anh sau buổi thảo luận đầu tiên của họ về ý thức phi cục bộ: </w:t>
      </w:r>
      <w:r>
        <w:rPr>
          <w:b w:val="0"/>
          <w:i/>
        </w:rPr>
        <w:t>Bộ não của tôi chỉ là một máy thu. Trong Vũ trụ có một lõi mà từ đó chúng ta thu nhận tri thức.</w:t>
      </w:r>
    </w:p>
    <w:p>
      <w:pPr>
        <w:spacing w:after="80"/>
      </w:pPr>
      <w:r>
        <w:rPr>
          <w:b w:val="0"/>
          <w:i w:val="0"/>
        </w:rPr>
        <w:t>“Anh đã bao giờ dùng ma túy chưa, Robert?”</w:t>
      </w:r>
    </w:p>
    <w:p>
      <w:pPr>
        <w:spacing w:after="80"/>
      </w:pPr>
      <w:r>
        <w:rPr>
          <w:b w:val="0"/>
          <w:i w:val="0"/>
        </w:rPr>
        <w:t xml:space="preserve">Câu hỏi lạc đề khiến anh bất ngờ. “Cô có coi </w:t>
      </w:r>
      <w:r>
        <w:rPr>
          <w:b w:val="0"/>
          <w:i/>
        </w:rPr>
        <w:t>gin</w:t>
      </w:r>
      <w:r>
        <w:rPr>
          <w:b w:val="0"/>
          <w:i w:val="0"/>
        </w:rPr>
        <w:t xml:space="preserve"> là ma túy không?”</w:t>
      </w:r>
    </w:p>
    <w:p>
      <w:pPr>
        <w:spacing w:after="80"/>
      </w:pPr>
      <w:r>
        <w:rPr>
          <w:b w:val="0"/>
          <w:i w:val="0"/>
        </w:rPr>
        <w:t>Cô bật cười. “Không, tôi đang nói về chất gây ảo giác (psychedelics) — những loại ảo giác gây ra cảm xúc mãnh liệt và hình ảnh sống động.”</w:t>
      </w:r>
    </w:p>
    <w:p>
      <w:pPr>
        <w:spacing w:after="80"/>
      </w:pPr>
      <w:r>
        <w:rPr>
          <w:b w:val="0"/>
          <w:i/>
        </w:rPr>
        <w:t>Rõ ràng là anh chưa bao giờ uống đủ gin rồi.</w:t>
      </w:r>
      <w:r>
        <w:rPr>
          <w:b w:val="0"/>
          <w:i w:val="0"/>
        </w:rPr>
        <w:t xml:space="preserve"> “Không.”</w:t>
      </w:r>
    </w:p>
    <w:p>
      <w:pPr>
        <w:spacing w:after="80"/>
      </w:pPr>
      <w:r>
        <w:rPr>
          <w:b w:val="0"/>
          <w:i w:val="0"/>
        </w:rPr>
        <w:t xml:space="preserve">“Những chất gây ảo giác như mescaline, LSD, psilocybin — anh có biết </w:t>
      </w:r>
      <w:r>
        <w:rPr>
          <w:b w:val="0"/>
          <w:i/>
        </w:rPr>
        <w:t>bằng cách nào</w:t>
      </w:r>
      <w:r>
        <w:rPr>
          <w:b w:val="0"/>
          <w:i w:val="0"/>
        </w:rPr>
        <w:t xml:space="preserve"> những chất đó khiến anh trải nghiệm tất cả những điều ấy không?”</w:t>
      </w:r>
    </w:p>
    <w:p>
      <w:pPr>
        <w:spacing w:after="80"/>
      </w:pPr>
      <w:r>
        <w:rPr>
          <w:b w:val="0"/>
          <w:i w:val="0"/>
        </w:rPr>
        <w:t>Langdon chưa bao giờ thực sự nghĩ về điều đó. “Tôi cho rằng chúng kích thích trí tưởng tượng của bạn?”</w:t>
      </w:r>
    </w:p>
    <w:p>
      <w:pPr>
        <w:spacing w:after="80"/>
      </w:pPr>
      <w:r>
        <w:rPr>
          <w:b w:val="0"/>
          <w:i w:val="0"/>
        </w:rPr>
        <w:t>“Đó là một phỏng đoán hợp lý,” cô nói, “và đó là điều hầu hết mọi người nghĩ, nhưng thế thì cũng chẳng ai từng nghĩ đến việc dùng phương pháp quang phổ cộng hưởng từ thời gian thực (real-time magnetic resonance spectroscopy) để quan sát một bộ óc đang trong cơn phê chất gây ảo giác.”</w:t>
      </w:r>
    </w:p>
    <w:p>
      <w:pPr>
        <w:spacing w:after="80"/>
      </w:pPr>
      <w:r>
        <w:rPr>
          <w:b w:val="0"/>
          <w:i w:val="0"/>
        </w:rPr>
        <w:t xml:space="preserve">“Cô </w:t>
      </w:r>
      <w:r>
        <w:rPr>
          <w:b w:val="0"/>
          <w:i/>
        </w:rPr>
        <w:t>đã làm</w:t>
      </w:r>
      <w:r>
        <w:rPr>
          <w:b w:val="0"/>
          <w:i w:val="0"/>
        </w:rPr>
        <w:t xml:space="preserve"> điều đó à?” Anh hình dung ra cảnh ai đó đang phê LSD, bị đai chặt trong ống chụp MRI, với Katherine đứng nhìn.</w:t>
      </w:r>
    </w:p>
    <w:p>
      <w:pPr>
        <w:spacing w:after="80"/>
      </w:pPr>
      <w:r>
        <w:rPr>
          <w:b w:val="0"/>
          <w:i w:val="0"/>
        </w:rPr>
        <w:t>“Tất nhiên là tôi làm rồi… đó là bước tiếp theo hợp lý trong nghiên cứu của tôi. Nhiều cơn phê thuốc bao gồm trải nghiệm xuất hồn (out-of-body experiences), và tôi tự hỏi phản ứng GABA trông như thế nào khi điều đó xảy ra.”</w:t>
      </w:r>
    </w:p>
    <w:p>
      <w:pPr>
        <w:spacing w:after="80"/>
      </w:pPr>
      <w:r>
        <w:rPr>
          <w:b w:val="0"/>
          <w:i w:val="0"/>
        </w:rPr>
        <w:t>“Và sao?”</w:t>
      </w:r>
    </w:p>
    <w:p>
      <w:pPr>
        <w:spacing w:after="80"/>
      </w:pPr>
      <w:r>
        <w:rPr>
          <w:b w:val="0"/>
          <w:i w:val="0"/>
        </w:rPr>
        <w:t xml:space="preserve">Lúc này Katherine đang rạng rỡ. “Hóa ra là… giống hệt cái hào quang mà lịch sử đã hiểu lầm của chúng ta, chúng ta đã nhìn mọi thứ ngược lại từ trước đến nay. Chất gây ảo giác không </w:t>
      </w:r>
      <w:r>
        <w:rPr>
          <w:b w:val="0"/>
          <w:i/>
        </w:rPr>
        <w:t>kích thích</w:t>
      </w:r>
      <w:r>
        <w:rPr>
          <w:b w:val="0"/>
          <w:i w:val="0"/>
        </w:rPr>
        <w:t xml:space="preserve"> nơ-ron của bạn như anh đoán — chúng làm điều ngược lại. Những chất đó, thông qua một chuỗi tương tác phức tạp trong mạng lưới chế độ mặc định (default mode network) của não, </w:t>
      </w:r>
      <w:r>
        <w:rPr>
          <w:b w:val="0"/>
          <w:i/>
        </w:rPr>
        <w:t>giảm mạnh</w:t>
      </w:r>
      <w:r>
        <w:rPr>
          <w:b w:val="0"/>
          <w:i w:val="0"/>
        </w:rPr>
        <w:t xml:space="preserve"> mức GABA của bạn. Nói cách khác, chúng hạ thấp các bộ lọc của bạn và cho phép một phổ thực tại rộng hơn ùa vào. Điều đó có nghĩa là bạn </w:t>
      </w:r>
      <w:r>
        <w:rPr>
          <w:b w:val="0"/>
          <w:i/>
        </w:rPr>
        <w:t>không</w:t>
      </w:r>
      <w:r>
        <w:rPr>
          <w:b w:val="0"/>
          <w:i w:val="0"/>
        </w:rPr>
        <w:t xml:space="preserve"> bị ảo giác, mà thực ra bạn đang thấy </w:t>
      </w:r>
      <w:r>
        <w:rPr>
          <w:b w:val="0"/>
          <w:i/>
        </w:rPr>
        <w:t>nhiều hơn</w:t>
      </w:r>
      <w:r>
        <w:rPr>
          <w:b w:val="0"/>
          <w:i w:val="0"/>
        </w:rPr>
        <w:t xml:space="preserve"> thực tại. Những cảm giác kết nối, yêu thương và giác ngộ đó…</w:t>
      </w:r>
      <w:r>
        <w:rPr>
          <w:b w:val="0"/>
          <w:i/>
        </w:rPr>
        <w:t>là thật.</w:t>
      </w:r>
      <w:r>
        <w:rPr>
          <w:b w:val="0"/>
          <w:i w:val="0"/>
        </w:rPr>
        <w:t>”</w:t>
      </w:r>
    </w:p>
    <w:p>
      <w:pPr>
        <w:spacing w:after="80"/>
      </w:pPr>
      <w:r>
        <w:rPr>
          <w:b w:val="0"/>
          <w:i w:val="0"/>
        </w:rPr>
        <w:t xml:space="preserve">Đó là một khẳng định đáng chú ý và Langdon ngẫm nghĩ về nó — rằng bộ não có tiềm năng </w:t>
      </w:r>
      <w:r>
        <w:rPr>
          <w:b w:val="0"/>
          <w:i/>
        </w:rPr>
        <w:t>vô hạn</w:t>
      </w:r>
      <w:r>
        <w:rPr>
          <w:b w:val="0"/>
          <w:i w:val="0"/>
        </w:rPr>
        <w:t xml:space="preserve"> để tiếp nhận ý thức… chỉ có điều nó bị khóa bên trong một chiếc lồng bảo vệ mà chỉ có thể thoát ra qua cái chết… hoặc, ở mức độ thấp hơn, qua một cơn động kinh hay một số chất gây ảo giác nhất định.</w:t>
      </w:r>
    </w:p>
    <w:p>
      <w:pPr>
        <w:spacing w:after="80"/>
      </w:pPr>
      <w:r>
        <w:rPr>
          <w:b w:val="0"/>
          <w:i w:val="0"/>
        </w:rPr>
        <w:t>Chủ đề chất gây ảo giác dường như có mặt ở khắp nơi dạo này; các chuyên gia sức khỏe trên khắp các phương tiện truyền thông bỗng nhiên ca ngợi những lợi ích của việc “dùng liều nhỏ” (microdosing) nấm ảo giác, tuyên bố rằng psilocybin là thuốc chữa bách bệnh cho lo âu, trầm cảm và mất tập trung.</w:t>
      </w:r>
    </w:p>
    <w:p>
      <w:pPr>
        <w:spacing w:after="80"/>
      </w:pPr>
      <w:r>
        <w:rPr>
          <w:b w:val="0"/>
          <w:i w:val="0"/>
        </w:rPr>
        <w:t xml:space="preserve">Một đồng nghiệp của Langdon ở Harvard, tác giả Michael Pollan, mới đây đã gây chú ý với cuốn sách bán chạy số một và bộ phim tài liệu trên Netflix về sức mạnh tích cực của chất gây ảo giác, </w:t>
      </w:r>
      <w:r>
        <w:rPr>
          <w:b w:val="0"/>
          <w:i/>
        </w:rPr>
        <w:t>How to Change Your Mind.</w:t>
      </w:r>
    </w:p>
    <w:p>
      <w:pPr>
        <w:spacing w:after="80"/>
      </w:pPr>
      <w:r>
        <w:rPr>
          <w:b w:val="0"/>
          <w:i w:val="0"/>
        </w:rPr>
        <w:t>Một siêu sao khác trong lĩnh vực này cũng ở Boston, Rick Doblin, đã sáng lập MAPS—Hiệp hội Đa ngành về Nghiên cứu Ảo giác (Multidisciplinary Association for Psychedelic Studies)—tổ chức đã gây quỹ hơn 130 triệu đô la cho nghiên cứu ảo giác với thành công đáng kinh ngạc trong việc điều trị trầm cảm và PTSD.</w:t>
      </w:r>
    </w:p>
    <w:p>
      <w:pPr>
        <w:spacing w:after="80"/>
      </w:pPr>
      <w:r>
        <w:rPr>
          <w:b w:val="0"/>
          <w:i/>
        </w:rPr>
        <w:t>Thế giới mới dũng cảm,</w:t>
      </w:r>
      <w:r>
        <w:rPr>
          <w:b w:val="0"/>
          <w:i w:val="0"/>
        </w:rPr>
        <w:t xml:space="preserve"> Langdon nghĩ thầm, nhớ lại rằng tầm nhìn về tương lai của Huxley có bao gồm việc cho toàn bộ dân chúng dùng một loại thuốc hạnh phúc tên là SOMA.</w:t>
      </w:r>
    </w:p>
    <w:p>
      <w:pPr>
        <w:spacing w:after="80"/>
      </w:pPr>
      <w:r>
        <w:rPr>
          <w:b w:val="0"/>
          <w:i w:val="0"/>
        </w:rPr>
        <w:t xml:space="preserve">"Hóa học của ý thức," Katherine nói, "không chỉ là một bài tập tự khám phá đầy thú vị… nó có thể là sự chuyển dịch mà nhân loại cần để </w:t>
      </w:r>
      <w:r>
        <w:rPr>
          <w:b w:val="0"/>
          <w:i/>
        </w:rPr>
        <w:t>tồn tại.</w:t>
      </w:r>
      <w:r>
        <w:rPr>
          <w:b w:val="0"/>
          <w:i w:val="0"/>
        </w:rPr>
        <w:t xml:space="preserve"> Hãy nghĩ đến sự hỗn loạn và bất hòa của thế giới hôm nay. Hãy tưởng tượng một tương lai nơi con người bắt đầu hạ thấp các bộ lọc não của mình và bắt đầu tồn tại với sự hiểu biết lớn hơn về thực tại… một cảm giác hòa nhập và gắn kết lớn hơn. Chúng ta có thể thực sự bắt đầu tin rằng mình là một loài thống nhất!"</w:t>
      </w:r>
    </w:p>
    <w:p>
      <w:pPr>
        <w:spacing w:after="80"/>
      </w:pPr>
      <w:r>
        <w:rPr>
          <w:b w:val="0"/>
          <w:i w:val="0"/>
        </w:rPr>
        <w:t>Langdon bị mê hoặc bởi lối tư duy phá cách của cô.</w:t>
      </w:r>
    </w:p>
    <w:p>
      <w:pPr>
        <w:spacing w:after="80"/>
      </w:pPr>
      <w:r>
        <w:rPr>
          <w:b w:val="0"/>
          <w:i w:val="0"/>
        </w:rPr>
        <w:t xml:space="preserve">"Hãy nghĩ đến tất cả những trạng thái giác ngộ khó nắm bắt mà chúng ta khao khát," Katherine nói. "Ý thức mở rộng, kết nối phổ quát, tình yêu vô bờ, thức tỉnh tâm linh, thiên tài sáng tạo. Tất cả dường như ngoài tầm với—sản phẩm của những bộ óc rất đặc biệt hoặc những trải nghiệm hiếm có. Không đúng đâu! </w:t>
      </w:r>
      <w:r>
        <w:rPr>
          <w:b w:val="0"/>
          <w:i/>
        </w:rPr>
        <w:t>Tất cả</w:t>
      </w:r>
      <w:r>
        <w:rPr>
          <w:b w:val="0"/>
          <w:i w:val="0"/>
        </w:rPr>
        <w:t xml:space="preserve"> chúng ta đều có khả năng đó—</w:t>
      </w:r>
      <w:r>
        <w:rPr>
          <w:b w:val="0"/>
          <w:i/>
        </w:rPr>
        <w:t>mọi lúc</w:t>
      </w:r>
      <w:r>
        <w:rPr>
          <w:b w:val="0"/>
          <w:i w:val="0"/>
        </w:rPr>
        <w:t>. Chúng ta chỉ bị chặn lại về mặt hóa học khỏi việc trải nghiệm nó…"</w:t>
      </w:r>
    </w:p>
    <w:p>
      <w:pPr>
        <w:spacing w:after="80"/>
      </w:pPr>
      <w:r>
        <w:rPr>
          <w:b w:val="0"/>
          <w:i w:val="0"/>
        </w:rPr>
        <w:t xml:space="preserve">Langdon cảm thấy một luồng yêu thương và kính trọng dành cho cô. </w:t>
      </w:r>
      <w:r>
        <w:rPr>
          <w:b w:val="0"/>
          <w:i/>
        </w:rPr>
        <w:t>Katherine có thể vừa cách mạng hóa hiểu biết của chúng ta về ý thức con người… và khám phá ra một bản đồ để mở rộng nó.</w:t>
      </w:r>
      <w:r>
        <w:rPr>
          <w:b w:val="0"/>
          <w:i w:val="0"/>
        </w:rPr>
        <w:t xml:space="preserve"> "Tôi choáng ngợp, Katherine—công trình của em sẽ có tác động sâu sắc," anh nói, để mọi thứ lắng lại và cố gắng không bị kéo trở về thực tại bởi câu hỏi hiển nhiên vẫn còn trong đầu anh.</w:t>
      </w:r>
    </w:p>
    <w:p>
      <w:pPr>
        <w:spacing w:after="80"/>
      </w:pPr>
      <w:r>
        <w:rPr>
          <w:b w:val="0"/>
          <w:i w:val="0"/>
        </w:rPr>
        <w:t>"Em biết," Katherine nói với vẻ mặt nhăn nhó, đoán trước suy nghĩ của anh. "Nó vẫn không giải thích được tại sao tất cả chuyện này lại xảy ra… tại sao ai đó lại muốn phá hủy bản thảo của em."</w:t>
      </w:r>
    </w:p>
    <w:p>
      <w:pPr>
        <w:spacing w:after="80"/>
      </w:pPr>
      <w:r>
        <w:rPr>
          <w:b w:val="0"/>
          <w:i w:val="0"/>
        </w:rPr>
        <w:t>Đúng thế.</w:t>
      </w:r>
    </w:p>
    <w:p>
      <w:pPr>
        <w:spacing w:after="80"/>
      </w:pPr>
      <w:r>
        <w:rPr>
          <w:b w:val="0"/>
          <w:i w:val="0"/>
        </w:rPr>
        <w:t xml:space="preserve">Câu trả lời cho câu hỏi </w:t>
      </w:r>
      <w:r>
        <w:rPr>
          <w:b w:val="0"/>
          <w:i/>
        </w:rPr>
        <w:t>đó</w:t>
      </w:r>
      <w:r>
        <w:rPr>
          <w:b w:val="0"/>
          <w:i w:val="0"/>
        </w:rPr>
        <w:t>, Langdon nhận ra, sẽ phải chờ.</w:t>
      </w:r>
    </w:p>
    <w:p>
      <w:pPr>
        <w:spacing w:after="80"/>
      </w:pPr>
      <w:r>
        <w:rPr>
          <w:b w:val="0"/>
          <w:i w:val="0"/>
        </w:rPr>
        <w:t>Chiếc limousine vừa nghiêng sang trái và chậm lại tại một cổng vòm đá và một cánh cổng gang nặng nề bên ngoài dinh thự đại sứ. Một tấm biển ghi: Mọi khách tham quan phải xuất trình giấy tờ tùy thân. Giao thức an ninh rõ ràng không áp dụng cho những người ngồi trong chiếc limousine của đại sứ, vì cánh cổng mở ra và người lính thủy quân lục chiến trong chòi gác bằng đá đưa họ qua mà không chút do dự.</w:t>
      </w:r>
    </w:p>
    <w:p>
      <w:pPr>
        <w:spacing w:after="80"/>
      </w:pPr>
      <w:r>
        <w:rPr>
          <w:b w:val="0"/>
          <w:i w:val="0"/>
        </w:rPr>
        <w:t>Langdon nhìn ra những bức tường vành đai kiên cố bao quanh khuôn viên dinh thự và tự hỏi những câu trả lời nào có thể nằm bên trong. Khi chiếc limo uốn lượn dọc theo con đường trải nhựa rợp bóng cây, anh nhận thấy cánh cổng đã đóng chặt lại phía sau họ. Một ý nghĩ khó chịu siết chặt lấy anh.</w:t>
      </w:r>
    </w:p>
    <w:p>
      <w:pPr>
        <w:spacing w:after="80"/>
      </w:pPr>
      <w:r>
        <w:rPr>
          <w:b w:val="0"/>
          <w:i w:val="0"/>
        </w:rPr>
        <w:t>Chúng ta đang bước vào một nơi trú ẩn… hay một hang ổ sư tử?</w:t>
      </w:r>
    </w:p>
    <w:p>
      <w:pPr>
        <w:pStyle w:val="Heading1"/>
      </w:pPr>
      <w:r>
        <w:rPr>
          <w:rFonts w:ascii="Calibri" w:hAnsi="Calibri"/>
          <w:b/>
          <w:i w:val="0"/>
          <w:sz w:val="40"/>
        </w:rPr>
        <w:t>Chương 75</w:t>
      </w:r>
    </w:p>
    <w:p>
      <w:pPr>
        <w:spacing w:after="80"/>
      </w:pPr>
      <w:r>
        <w:rPr>
          <w:b w:val="0"/>
          <w:i w:val="0"/>
        </w:rPr>
        <w:t xml:space="preserve">Dinh thự của đại sứ Hoa Kỳ tại Prague—được biết đến với tên gọi Petschek Villa—là một lâu đài Beaux Arts tráng lệ mà vẻ huy hoàng kiến trúc Pháp của nó đã truyền cảm hứng cho biệt danh địa phương, </w:t>
      </w:r>
      <w:r>
        <w:rPr>
          <w:b w:val="0"/>
          <w:i/>
        </w:rPr>
        <w:t>Le Petit Versailles.</w:t>
      </w:r>
      <w:r>
        <w:rPr>
          <w:b w:val="0"/>
          <w:i w:val="0"/>
        </w:rPr>
        <w:t xml:space="preserve"> Được xây dựng cho Otto Petschek, một nhà công nghiệp Do Thái giàu có mà gia đình bị quân chiếm đóng Đức Quốc xã đuổi khỏi Prague, Petschek Villa đã bị tràn ngập và chiếm đóng bởi quân đội của cả Đức Quốc xã lẫn người Nga. Là một dấu mốc của lịch sử, dinh thự giờ đây đứng như một địa danh biểu tượng cho lịch sử đen tối của vùng đất này về chiếm đóng, áp bức và diệt chủng.</w:t>
      </w:r>
    </w:p>
    <w:p>
      <w:pPr>
        <w:spacing w:after="80"/>
      </w:pPr>
      <w:r>
        <w:rPr>
          <w:b w:val="0"/>
          <w:i w:val="0"/>
        </w:rPr>
        <w:t>Sau khi Hitler tuyên bố ý định biến Prague thành một "bảo tàng của một chủng tộc đã tuyệt chủng," Petschek Villa được chọn làm "tủ trưng bày chiến lợi phẩm" cho chiến thắng của Đức Quốc xã. Hắn ra lệnh rằng tất cả các tác phẩm nghệ thuật và đồ nội thất tinh xảo nhất của Petschek phải được đánh dấu bằng chữ vạn, lập danh mục và cất giữ cẩn thận trong tầng hầm để trưng bày một khi nước Đức thắng chiến tranh.</w:t>
      </w:r>
    </w:p>
    <w:p>
      <w:pPr>
        <w:spacing w:after="80"/>
      </w:pPr>
      <w:r>
        <w:rPr>
          <w:b w:val="0"/>
          <w:i w:val="0"/>
        </w:rPr>
        <w:t>Ý nghĩ đó khiến Langdon phát bệnh. Anh nhìn ra cửa sổ khi chiếc limo uốn lượn lên con đường trải nhựa vào một khu vườn rộng lớn được bao quanh bởi hàng rào sắt cao với những thanh dọc nhọn hoắt và camera an ninh. Pháo đài này, anh nhận thấy, sẽ khó ra khỏi cũng như khó vào.</w:t>
      </w:r>
    </w:p>
    <w:p>
      <w:pPr>
        <w:spacing w:after="80"/>
      </w:pPr>
      <w:r>
        <w:rPr>
          <w:b w:val="0"/>
          <w:i w:val="0"/>
        </w:rPr>
        <w:t xml:space="preserve">“Trời ơi,” Katherine thì thầm khi ngôi nhà uy nghi hiện ra trước mắt. “Đây là </w:t>
      </w:r>
      <w:r>
        <w:rPr>
          <w:b w:val="0"/>
          <w:i/>
        </w:rPr>
        <w:t>nhà</w:t>
      </w:r>
      <w:r>
        <w:rPr>
          <w:b w:val="0"/>
          <w:i w:val="0"/>
        </w:rPr>
        <w:t xml:space="preserve"> của đại sứ Hoa Kỳ sao?”</w:t>
      </w:r>
    </w:p>
    <w:p>
      <w:pPr>
        <w:spacing w:after="80"/>
      </w:pPr>
      <w:r>
        <w:rPr>
          <w:b w:val="0"/>
          <w:i w:val="0"/>
        </w:rPr>
        <w:t>Tọa lạc trên một đường cong thoai thoải, mặt tiền tráng lệ với những cột trụ của nó trải dài gần một trăm thước và vươn cao ba tầng lên tới mái mansard bằng đồng với những ô cửa sổ lồi có mái che—một cung điện châu Âu, đúng nghĩa đen.</w:t>
      </w:r>
    </w:p>
    <w:p>
      <w:pPr>
        <w:spacing w:after="80"/>
      </w:pPr>
      <w:r>
        <w:rPr>
          <w:b w:val="0"/>
          <w:i w:val="0"/>
        </w:rPr>
        <w:t>“Giờ thì tôi hiểu tại sao thuế của tôi lại cao thế,” Katherine đùa. “Chúng ta đặt nhân viên chính phủ ở trong những cung điện tư nhân…”</w:t>
      </w:r>
    </w:p>
    <w:p>
      <w:pPr>
        <w:spacing w:after="80"/>
      </w:pPr>
      <w:r>
        <w:rPr>
          <w:b w:val="0"/>
          <w:i/>
        </w:rPr>
        <w:t>Không đơn giản đến thế,</w:t>
      </w:r>
      <w:r>
        <w:rPr>
          <w:b w:val="0"/>
          <w:i w:val="0"/>
        </w:rPr>
        <w:t xml:space="preserve"> Langdon biết vậy, vì anh đã đọc cuốn </w:t>
      </w:r>
      <w:r>
        <w:rPr>
          <w:b w:val="0"/>
          <w:i/>
        </w:rPr>
        <w:t>Cung Điện Cuối Cùng</w:t>
      </w:r>
      <w:r>
        <w:rPr>
          <w:b w:val="0"/>
          <w:i w:val="0"/>
        </w:rPr>
        <w:t xml:space="preserve"> của cựu đại sứ Norm Eisen, một bức chân dung lịch sử chi tiết về ngôi nhà đáng kinh ngạc này. Thực tế, Hoa Kỳ đã chi một khoản tiền khổng lồ để mua và phục dựng biệt thự về vẻ huy hoàng nguyên bản sau chiến tranh, và đã duy trì nó gần một thế kỷ với chi phí rất lớn. </w:t>
      </w:r>
      <w:r>
        <w:rPr>
          <w:b w:val="0"/>
          <w:i/>
        </w:rPr>
        <w:t>Đó là cách nước Mỹ góp phần gìn giữ di sản của Prague.</w:t>
      </w:r>
    </w:p>
    <w:p>
      <w:pPr>
        <w:spacing w:after="80"/>
      </w:pPr>
      <w:r>
        <w:rPr>
          <w:b w:val="0"/>
          <w:i w:val="0"/>
        </w:rPr>
        <w:t>Langdon đã gặp Eisen một lần và nhớ ông đã kể một câu chuyện đầy cảm hứng về mẹ mình, bà Frieda, một người sống sót qua trại Auschwitz, người thường nói: “Bọn Nazi đưa chúng tôi ra khỏi Tiệp Khắc bằng toa tàu chở gia súc, còn con trai tôi thì bay trở về trên chiếc Air Force One.”</w:t>
      </w:r>
    </w:p>
    <w:p>
      <w:pPr>
        <w:spacing w:after="80"/>
      </w:pPr>
      <w:r>
        <w:rPr>
          <w:b w:val="0"/>
          <w:i w:val="0"/>
        </w:rPr>
        <w:t>“Tất cả chỉ trong một thế hệ,” Eisen đã chỉ ra như vậy.</w:t>
      </w:r>
    </w:p>
    <w:p>
      <w:pPr>
        <w:spacing w:after="80"/>
      </w:pPr>
      <w:r>
        <w:rPr>
          <w:b w:val="0"/>
          <w:i w:val="0"/>
        </w:rPr>
        <w:t>Giờ đây, khi chiếc limo lướt tới dừng lại bên dưới cổng vòm có cột trụ của dinh thự, người lính thủy quân lục chiến Hoa Kỳ ngồi ghế trước nhảy xuống, vòng quanh xe và mở cửa cho họ.</w:t>
      </w:r>
    </w:p>
    <w:p>
      <w:pPr>
        <w:spacing w:after="80"/>
      </w:pPr>
      <w:r>
        <w:rPr>
          <w:b w:val="0"/>
          <w:i w:val="0"/>
        </w:rPr>
        <w:t>“Xin hãy cẩn thận bước chân,” anh ta nói. “Những viên đá lát này trơn trượt khi có tuyết.”</w:t>
      </w:r>
    </w:p>
    <w:p>
      <w:pPr>
        <w:spacing w:after="80"/>
      </w:pPr>
      <w:r>
        <w:rPr>
          <w:b w:val="0"/>
          <w:i w:val="0"/>
        </w:rPr>
        <w:t>Một cơn gió lạnh thốc tới khi Langdon và Katherine theo chân người lính thủy quân lục chiến vào một tiền sảnh nhỏ hình elip, nơi tấm thảm mang những biểu tượng rực rỡ của đại bàng Mỹ và lá cờ Mỹ. Phía trên, một chiếc đèn chùm hình trụ tỏa ra họa tiết tia nắng lên trần và tường có gờ đắp nổi, soi sáng bức chân dung nghiêm nghị của Đại sứ Hoa Kỳ Heide Nagel.</w:t>
      </w:r>
    </w:p>
    <w:p>
      <w:pPr>
        <w:spacing w:after="80"/>
      </w:pPr>
      <w:r>
        <w:rPr>
          <w:b w:val="0"/>
          <w:i w:val="0"/>
        </w:rPr>
        <w:t>Langdon lập tức nhận ra Nagel từ những bức ảnh. Bà ngoài sáu mươi, là một người phụ nữ trông nghiêm túc với làn da nhợt nhạt được tôn lên bởi mái tóc đen nhánh thời trang, được cắt tỉa thành kiểu tóc mái bằng gọn gàng.</w:t>
      </w:r>
    </w:p>
    <w:p>
      <w:pPr>
        <w:spacing w:after="80"/>
      </w:pPr>
      <w:r>
        <w:rPr>
          <w:b w:val="0"/>
          <w:i w:val="0"/>
        </w:rPr>
        <w:t>Tiếng bước chân đến gần, và một người đàn ông lớn tuổi vui vẻ trong chiếc áo khoác thể thao họa tiết xương cá đã sờn bước vào chào đón họ. Sau khi cho người lính thủy quân lục chiến lui ra, người đàn ông ra hiệu cho Langdon và Katherine theo ông vào trong nhà.</w:t>
      </w:r>
    </w:p>
    <w:p>
      <w:pPr>
        <w:spacing w:after="80"/>
      </w:pPr>
      <w:r>
        <w:rPr>
          <w:b w:val="0"/>
          <w:i w:val="0"/>
        </w:rPr>
        <w:t xml:space="preserve">Khi họ đi dọc một hành lang rộng, Langdon có thể ngửi thấy mùi ấm cúng của lửa củi, nhưng anh cũng nhận ra một mùi thứ hai thoang thoảng trong không khí—hương thơm không thể nhầm lẫn của bánh quy sô-cô-la chip vừa mới nướng. </w:t>
      </w:r>
      <w:r>
        <w:rPr>
          <w:b w:val="0"/>
          <w:i/>
        </w:rPr>
        <w:t>Tinh tế thật,</w:t>
      </w:r>
      <w:r>
        <w:rPr>
          <w:b w:val="0"/>
          <w:i w:val="0"/>
        </w:rPr>
        <w:t xml:space="preserve"> Langdon nghĩ, luôn thấy thú vị khi các khách sạn sang trọng cũng làm y như vậy. Chiêu bài hiếu khách này được phát minh bởi một nhân viên môi giới bất động sản thập niên 1950 và giờ đây được áp dụng rộng rãi để mang lại cảm giác thoải mái và “ấm cúng như ở nhà.”</w:t>
      </w:r>
    </w:p>
    <w:p>
      <w:pPr>
        <w:spacing w:after="80"/>
      </w:pPr>
      <w:r>
        <w:rPr>
          <w:b w:val="0"/>
          <w:i w:val="0"/>
        </w:rPr>
        <w:t>Langdon và Katherine theo người đàn ông vào một phòng khách rộng lớn, nơi ông mời họ ngồi trước một ngọn lửa vừa mới được nhóm. Chiếc bàn trước mặt họ bày một bữa tiệc nhỏ—đủ loại bánh ngọt, một giỏ trái cây, một bình cà phê, một chai nước lớn, hai chai Coca-Cola, và một đĩa bánh quy sô-cô-la chip tự làm còn nóng hổi.</w:t>
      </w:r>
    </w:p>
    <w:p>
      <w:pPr>
        <w:spacing w:after="80"/>
      </w:pPr>
      <w:r>
        <w:rPr>
          <w:b w:val="0"/>
          <w:i w:val="0"/>
        </w:rPr>
        <w:t>“Tôi xin lỗi vì mọi thứ hơi lộn xộn,” người đàn ông nói. “Bà Đại sứ vừa mới bảo tôi là bà có khách đến. Bà ấy đang nghe điện thoại và sẽ ra gặp hai vị trong khoảng mười phút nữa. Bánh quy vừa ra lò, nên hãy cẩn thận—chúng còn nóng đấy.”</w:t>
      </w:r>
    </w:p>
    <w:p>
      <w:pPr>
        <w:spacing w:after="80"/>
      </w:pPr>
      <w:r>
        <w:rPr>
          <w:b w:val="0"/>
          <w:i w:val="0"/>
        </w:rPr>
        <w:t>Nói rồi, người đàn ông lớn tuổi rời đi, để Langdon và Katherine lại một mình trước ngọn lửa với một bàn đầy đồ ăn.</w:t>
      </w:r>
    </w:p>
    <w:p>
      <w:pPr>
        <w:spacing w:after="80"/>
      </w:pPr>
      <w:r>
        <w:rPr>
          <w:b w:val="0"/>
          <w:i w:val="0"/>
        </w:rPr>
        <w:t>“Chà,” Langdon thì thầm, “có thể chúng ta đang khiêu vũ với quỷ dữ, nhưng ít nhất bà ấy cũng là một bà chủ nhà tuyệt vời.”</w:t>
      </w:r>
    </w:p>
    <w:p>
      <w:pPr>
        <w:jc w:val="center"/>
      </w:pPr>
      <w:r>
        <w:drawing>
          <wp:inline xmlns:a="http://schemas.openxmlformats.org/drawingml/2006/main" xmlns:pic="http://schemas.openxmlformats.org/drawingml/2006/picture">
            <wp:extent cx="5486400" cy="362122"/>
            <wp:docPr id="72" name="Picture 72"/>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Trên gác của Biệt thự Petschek, Đại sứ Nagel gác máy và đăm đăm nhìn ra cửa sổ lồi của phòng làm việc riêng một lúc lâu. Khuôn viên phủ một lớp tuyết mỏng hôm nay trông xa lạ với bà, tựa hồ cô quạnh làm sao. Đã gần ba năm nay, tòa dinh thự này là nhà của bà, và khi nhớ lại những tháng đầu tiên làm đại sứ — sự ngây thơ và lạc quan của bà — bà biết cả hai đã tan biến từ lâu dưới ánh sáng khắc nghiệt của thực tại.</w:t>
      </w:r>
    </w:p>
    <w:p>
      <w:pPr>
        <w:spacing w:after="80"/>
      </w:pPr>
      <w:r>
        <w:rPr>
          <w:b w:val="0"/>
          <w:i w:val="0"/>
        </w:rPr>
        <w:t>Vụ thảm họa với ÚZSI và Langdon giờ đã là một chương khép lại. Câu chuyện chính thức là Đại úy Janáček đã ngụy tạo bằng chứng chống lại hai người Mỹ nổi tiếng và, khi biết tội ác của mình bị phát hiện, đã nhảy xuống chết tại Pháo đài Thánh giá.</w:t>
      </w:r>
    </w:p>
    <w:p>
      <w:pPr>
        <w:spacing w:after="80"/>
      </w:pPr>
      <w:r>
        <w:rPr>
          <w:b w:val="0"/>
          <w:i w:val="0"/>
        </w:rPr>
        <w:t xml:space="preserve">Nagel đã đe dọa sẽ mở cuộc điều tra công khai nếu ÚZSI không tuân thủ yêu cầu của bà là tránh </w:t>
      </w:r>
      <w:r>
        <w:rPr>
          <w:b w:val="0"/>
          <w:i/>
        </w:rPr>
        <w:t>thật xa</w:t>
      </w:r>
      <w:r>
        <w:rPr>
          <w:b w:val="0"/>
          <w:i w:val="0"/>
        </w:rPr>
        <w:t xml:space="preserve"> Pháo đài Thánh giá và chỉ thu hồi thi thể Janáček bằng cách tiếp cận đáy vực qua Công viên Folimanka. ÚZSI không còn lựa chọn nào khác ngoài tuân thủ.</w:t>
      </w:r>
    </w:p>
    <w:p>
      <w:pPr>
        <w:spacing w:after="80"/>
      </w:pPr>
      <w:r>
        <w:rPr>
          <w:b w:val="0"/>
          <w:i w:val="0"/>
        </w:rPr>
        <w:t>Giờ đây, quay lưng khỏi cửa sổ, Nagel dồn sự chú ý trở lại vấn đề chưa được giải quyết trước mắt — Robert Langdon và Katherine Solomon. Trên bàn làm việc của bà, chiếc máy in kêu rè rè, nhả ra hai tài liệu mà ông Finch vừa gửi cho bà.</w:t>
      </w:r>
    </w:p>
    <w:p>
      <w:pPr>
        <w:spacing w:after="80"/>
      </w:pPr>
      <w:r>
        <w:rPr>
          <w:b w:val="0"/>
          <w:i w:val="0"/>
        </w:rPr>
        <w:t>Hy vọng chuyện này sẽ hiệu quả.</w:t>
      </w:r>
    </w:p>
    <w:p>
      <w:pPr>
        <w:spacing w:after="80"/>
      </w:pPr>
      <w:r>
        <w:rPr>
          <w:b w:val="0"/>
          <w:i w:val="0"/>
        </w:rPr>
        <w:t>Nagel lấy các trang giấy, chộp lấy một cây bút sơn mài đen khắc dòng chữ "U.S. Embassy" trên bàn, rồi đi xuống gặp các vị khách của mình.</w:t>
      </w:r>
    </w:p>
    <w:p>
      <w:pPr>
        <w:jc w:val="center"/>
      </w:pPr>
      <w:r>
        <w:drawing>
          <wp:inline xmlns:a="http://schemas.openxmlformats.org/drawingml/2006/main" xmlns:pic="http://schemas.openxmlformats.org/drawingml/2006/picture">
            <wp:extent cx="5486400" cy="362122"/>
            <wp:docPr id="73" name="Picture 73"/>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Trong phòng khách, sau khi thưởng thức hai chiếc bánh quy và một tách cà phê đậm, Langdon cảm thấy phần nào tỉnh táo hơn và cam chịu đón nhận bất cứ điều gì đang chờ đợi họ với vị đại sứ.</w:t>
      </w:r>
    </w:p>
    <w:p>
      <w:pPr>
        <w:spacing w:after="80"/>
      </w:pPr>
      <w:r>
        <w:rPr>
          <w:b w:val="0"/>
          <w:i w:val="0"/>
        </w:rPr>
        <w:t xml:space="preserve">Anh đã dặn Katherine rằng họ không nên bàn thêm về những suy nghĩ riêng tư của mình một khi đã bước vào dinh thự của đại sứ. </w:t>
      </w:r>
      <w:r>
        <w:rPr>
          <w:b w:val="0"/>
          <w:i/>
        </w:rPr>
        <w:t>Tai vách mạch rừng.</w:t>
      </w:r>
      <w:r>
        <w:rPr>
          <w:b w:val="0"/>
          <w:i w:val="0"/>
        </w:rPr>
        <w:t xml:space="preserve"> Đáng tiếc, Langdon e rằng mình có lẽ đã nói quá nhiều ở hàng ghế sau chiếc limousine, tự hỏi liệu chiếc xe cầu kỳ ấy có hệ thống liên lạc nội bộ không — và liệu có ai đang nghe lén không. Anh chỉ nhận ra sự bất cẩn của mình sau khi họ đến nơi, đã thoải mái nói về những ý tưởng kinh ngạc trong cuốn sách của Katherine… và, tất nhiên, về thiết bị nghe lén trong bó hoa tulip ở phòng của họ… và về sự ngờ vực ngày càng tăng của Langdon đối với đại sứ quán.</w:t>
      </w:r>
    </w:p>
    <w:p>
      <w:pPr>
        <w:spacing w:after="80"/>
      </w:pPr>
      <w:r>
        <w:rPr>
          <w:b w:val="0"/>
          <w:i w:val="0"/>
        </w:rPr>
        <w:t>Giờ chẳng làm gì được nữa. Chúng ta sẽ biết chuyện gì đang xảy ra khi gặp vị đại sứ.</w:t>
      </w:r>
    </w:p>
    <w:p>
      <w:pPr>
        <w:spacing w:after="80"/>
      </w:pPr>
      <w:r>
        <w:rPr>
          <w:b w:val="0"/>
          <w:i w:val="0"/>
        </w:rPr>
        <w:t>Trong lúc chờ đợi, Langdon để mắt tới phòng ăn trang trọng bên kia hành lang. Anh nhớ lại bộ phim tài liệu mình từng xem về tòa dinh thự này và một câu chuyện kỳ lạ anh từng nghe về những chiếc ghế ăn.</w:t>
      </w:r>
    </w:p>
    <w:p>
      <w:pPr>
        <w:spacing w:after="80"/>
      </w:pPr>
      <w:r>
        <w:rPr>
          <w:b w:val="0"/>
          <w:i/>
        </w:rPr>
        <w:t>Tò mò quá,</w:t>
      </w:r>
      <w:r>
        <w:rPr>
          <w:b w:val="0"/>
          <w:i w:val="0"/>
        </w:rPr>
        <w:t xml:space="preserve"> anh nghĩ, ra hiệu cho Katherine đi theo mình sang phòng bên cạnh, nơi có chiếc bàn dài bằng gỗ satin được bao quanh bởi những chiếc ghế cổ bằng da thuộc thủ công. Anh chộp lấy một chiếc, lật ngược nó lên, và ngay lập tức nhận ra mình đang cầm trên tay một mảnh của lịch sử đen tối. Dưới đáy ghế dán một miếng nhãn ố vàng bạc màu mang số danh mục được đóng dấu 206 cùng các biểu tượng Đức Quốc xã là Đại bàng Đế chế </w:t>
      </w:r>
      <w:r>
        <w:rPr>
          <w:b w:val="0"/>
          <w:i/>
        </w:rPr>
        <w:t>Reichsadler</w:t>
      </w:r>
      <w:r>
        <w:rPr>
          <w:b w:val="0"/>
          <w:i w:val="0"/>
        </w:rPr>
        <w:t xml:space="preserve"> và chữ vạn.</w:t>
      </w:r>
    </w:p>
    <w:p>
      <w:pPr>
        <w:spacing w:after="80"/>
      </w:pPr>
      <w:r>
        <w:rPr>
          <w:b w:val="0"/>
          <w:i w:val="0"/>
        </w:rPr>
        <w:t xml:space="preserve">Katherine hít một hơi giật mình khi nhìn thấy. "Cái thứ </w:t>
      </w:r>
      <w:r>
        <w:rPr>
          <w:b w:val="0"/>
          <w:i/>
        </w:rPr>
        <w:t>đó</w:t>
      </w:r>
      <w:r>
        <w:rPr>
          <w:b w:val="0"/>
          <w:i w:val="0"/>
        </w:rPr>
        <w:t xml:space="preserve"> làm gì ở đây chứ?!"</w:t>
      </w:r>
    </w:p>
    <w:p>
      <w:pPr>
        <w:spacing w:after="80"/>
      </w:pPr>
      <w:r>
        <w:rPr>
          <w:b w:val="0"/>
          <w:i w:val="0"/>
        </w:rPr>
        <w:t>Langdon giơ chiếc ghế lên, xem xét miếng nhãn kỹ hơn. "Có vẻ như khi Đức Quốc xã chiếm Prague và chiếm đóng biệt thự này, chúng đã lập danh mục toàn bộ đồ đạc để sau này sung vào bộ sưu tập bảo tàng. Những miếng nhãn này là số danh mục gốc của Đức Quốc xã. Đại sứ quán quyết định để nguyên chúng tại chỗ như một lời nhắc nhở về những nỗi kinh hoàng của chiến tranh."</w:t>
      </w:r>
    </w:p>
    <w:p>
      <w:pPr>
        <w:spacing w:after="80"/>
      </w:pPr>
      <w:r>
        <w:rPr>
          <w:b w:val="0"/>
          <w:i w:val="0"/>
        </w:rPr>
        <w:t>Một giọng nói vang lên phía sau họ. "Hóa ra là một giáo sư về đồ nội thất."</w:t>
      </w:r>
    </w:p>
    <w:p>
      <w:pPr>
        <w:spacing w:after="80"/>
      </w:pPr>
      <w:r>
        <w:rPr>
          <w:b w:val="0"/>
          <w:i w:val="0"/>
        </w:rPr>
        <w:t>Langdon và Katherine quay phắt lại và thấy mình đối mặt với Đại sứ Hoa Kỳ Heide Nagel. Kiểu tóc mái bằng cắt ngang của bà dễ nhận ra ngay từ bức chân dung ngoài hành lang. Bà mặc bộ vest công sở màu đen và đeo chuỗi hạt nhiều màu.</w:t>
      </w:r>
    </w:p>
    <w:p>
      <w:pPr>
        <w:spacing w:after="80"/>
      </w:pPr>
      <w:r>
        <w:rPr>
          <w:b w:val="0"/>
          <w:i w:val="0"/>
        </w:rPr>
        <w:t>Đại sứ Nagel dứt khoát không hề mỉm cười.</w:t>
      </w:r>
    </w:p>
    <w:p>
      <w:pPr>
        <w:spacing w:after="80"/>
      </w:pPr>
      <w:r>
        <w:rPr>
          <w:b w:val="0"/>
          <w:i w:val="0"/>
        </w:rPr>
        <w:t>Langdon lúng túng vội vàng lật chiếc ghế cổ. "Xin lỗi vì chuyện đó," anh nói, cẩn thận đặt chiếc ghế xuống và đẩy nó trở lại đúng vị trí bên bàn.</w:t>
      </w:r>
    </w:p>
    <w:p>
      <w:pPr>
        <w:spacing w:after="80"/>
      </w:pPr>
      <w:r>
        <w:rPr>
          <w:b w:val="0"/>
          <w:i w:val="0"/>
        </w:rPr>
        <w:t>"Giáo sư," đại sứ nói giọng căng thẳng, "nếu có ai phải xin lỗi, thì đó là tôi. Theo như tôi biết, chính phủ Hoa Kỳ nợ hai người một lời giải thích ra trò."</w:t>
      </w:r>
    </w:p>
    <w:p>
      <w:pPr>
        <w:pStyle w:val="Heading1"/>
      </w:pPr>
      <w:r>
        <w:rPr>
          <w:rFonts w:ascii="Calibri" w:hAnsi="Calibri"/>
          <w:b/>
          <w:i w:val="0"/>
          <w:sz w:val="40"/>
        </w:rPr>
        <w:t>Chương 76</w:t>
      </w:r>
    </w:p>
    <w:p>
      <w:pPr>
        <w:spacing w:after="80"/>
      </w:pPr>
      <w:r>
        <w:rPr>
          <w:b w:val="0"/>
          <w:i w:val="0"/>
        </w:rPr>
        <w:t>T</w:t>
      </w:r>
      <w:r>
        <w:rPr>
          <w:b w:val="0"/>
          <w:i/>
        </w:rPr>
        <w:t>Chính phủ Hoa Kỳ nợ chúng ta một lời giải thích?</w:t>
      </w:r>
    </w:p>
    <w:p>
      <w:pPr>
        <w:spacing w:after="80"/>
      </w:pPr>
      <w:r>
        <w:rPr>
          <w:b w:val="0"/>
          <w:i w:val="0"/>
        </w:rPr>
        <w:t>Langdon cảm thấy mất phương hướng khi anh và Katherine theo chân đại sứ dọc theo một hành lang cong thanh nhã chạy dọc cánh phía nam của Petschek Villa. Lời giới thiệu đầy vẻ xin lỗi của đại sứ khiến Langdon sững sờ, bởi anh đến đây trong tâm thế cảnh giác cao độ và chẳng buồn tin tưởng ai.</w:t>
      </w:r>
    </w:p>
    <w:p>
      <w:pPr>
        <w:spacing w:after="80"/>
      </w:pPr>
      <w:r>
        <w:rPr>
          <w:b w:val="0"/>
          <w:i w:val="0"/>
        </w:rPr>
        <w:t>Thế nhưng giờ đây, khoảnh khắc ấm áp ấy đã tan biến. Đại sứ Nagel sải bước với một sự dứt khoát đầy mục đích, toát lên vẻ khẩn cấp, trang trọng, và lạ lùng thay lại chẳng hợp chút nào với ngôi nhà riêng của bà. Bà không bình luận gì khi họ đi ngang qua một phòng âm nhạc, một phòng khách tông vàng, và một nhà kính nhìn ra sân thượng cùng những khu vườn mùa đông. Khi đến cuối hành lang, bà đẩy cánh cửa đôi ốp gương bước vào một thư viện nhỏ.</w:t>
      </w:r>
    </w:p>
    <w:p>
      <w:pPr>
        <w:spacing w:after="80"/>
      </w:pPr>
      <w:r>
        <w:rPr>
          <w:b w:val="0"/>
          <w:i w:val="0"/>
        </w:rPr>
        <w:t>"Đây là không gian riêng tư nhất trong nhà," bà nói, lần đầu tiên lên tiếng kể từ khi rời phòng ăn. "Đây là nơi tôi thực hiện mọi cuộc gọi riêng tư. Tôi nghĩ chúng ta nên nói chuyện ở đây."</w:t>
      </w:r>
    </w:p>
    <w:p>
      <w:pPr>
        <w:spacing w:after="80"/>
      </w:pPr>
      <w:r>
        <w:rPr>
          <w:b w:val="0"/>
          <w:i w:val="0"/>
        </w:rPr>
        <w:t>Thư viện ấm cúng ốp gỗ thơm mùi da thuộc và xì gà. Được bao quanh bởi những kệ đầy sách cổ, căn phòng xoay quanh một cặp ghế sofa xanh đối diện nhau dưới ánh đèn chùm mạ vàng. Ở góc phòng, một chiếc ghế bành sờn cũ cùng chiếc bàn phụ hình bát giác được đặt cạnh cửa sổ để đọc sách. Lò sưởi bằng đá cẩm thạch của thư viện không được đốt, bên trong xếp những khúc củi bạch dương trắng tinh tươm.</w:t>
      </w:r>
    </w:p>
    <w:p>
      <w:pPr>
        <w:spacing w:after="80"/>
      </w:pPr>
      <w:r>
        <w:rPr>
          <w:b w:val="0"/>
          <w:i w:val="0"/>
        </w:rPr>
        <w:t>Theo chân đại sứ, Langdon và Katherine ngồi xuống một trong hai chiếc sofa, còn đại sứ ngồi đối diện họ trên chiếc kia. Bà mang theo một xấp giấy tờ, giờ đây đặt úp xuống chiếc bàn cà phê giữa họ. Bà đặt một cây bút chính thức của đại sứ quán lên xấp giấy, ngồi ngả lưng, khoanh tay trong lòng, và thở ra.</w:t>
      </w:r>
    </w:p>
    <w:p>
      <w:pPr>
        <w:spacing w:after="80"/>
      </w:pPr>
      <w:r>
        <w:rPr>
          <w:b w:val="0"/>
          <w:i w:val="0"/>
        </w:rPr>
        <w:t>"Tôi sẽ bỏ qua những lời xã giao," bà bắt đầu. "Đầu tiên, tôi muốn nói rằng tôi vô cùng nhẹ nhõm vì cả hai người đều an toàn. Tình huống của anh với ÚZSI, anh Langdon, đặc biệt nguy hiểm, và tôi rất mừng vì đã có thể bảo vệ anh."</w:t>
      </w:r>
    </w:p>
    <w:p>
      <w:pPr>
        <w:spacing w:after="80"/>
      </w:pPr>
      <w:r>
        <w:rPr>
          <w:b w:val="0"/>
          <w:i/>
        </w:rPr>
        <w:t>Cảm ơn bà…chắc vậy?</w:t>
      </w:r>
      <w:r>
        <w:rPr>
          <w:b w:val="0"/>
          <w:i w:val="0"/>
        </w:rPr>
        <w:t xml:space="preserve"> Langdon không hoàn toàn tin rằng mình đang khá hơn chút nào.</w:t>
      </w:r>
    </w:p>
    <w:p>
      <w:pPr>
        <w:spacing w:after="80"/>
      </w:pPr>
      <w:r>
        <w:rPr>
          <w:b w:val="0"/>
          <w:i w:val="0"/>
        </w:rPr>
        <w:t>Đại sứ quan sát cả hai một lúc, như để chắc chắn rằng bà đã có được sự chú ý trọn vẹn của họ. "Hôm nay tôi mời hai người đến nhà để nói trực tiếp những điều cần phải nói. Đơn giản là…</w:t>
      </w:r>
      <w:r>
        <w:rPr>
          <w:b w:val="0"/>
          <w:i/>
        </w:rPr>
        <w:t>tôi xin lỗi.</w:t>
      </w:r>
      <w:r>
        <w:rPr>
          <w:b w:val="0"/>
          <w:i w:val="0"/>
        </w:rPr>
        <w:t xml:space="preserve"> Thay mặt chính phủ Hoa Kỳ, tôi muốn gửi lời xin lỗi. Các đại sứ quán của chúng ta được lập ra để bảo vệ công dân và lợi ích của Mỹ ở nước ngoài. Với tư cách đại sứ, tôi đã tuyên thệ làm đúng điều đó, và tôi coi trọng lời thề ấy. Tôi lấy làm tiếc phải thông báo với hai người rằng vài ngày trước, để phục vụ lời thề bảo vệ lợi ích của Mỹ, tôi đã được lệnh hỗ trợ đặt một thiết bị nghe lén trong phòng khách sạn của anh."</w:t>
      </w:r>
    </w:p>
    <w:p>
      <w:pPr>
        <w:spacing w:after="80"/>
      </w:pPr>
      <w:r>
        <w:rPr>
          <w:b w:val="0"/>
          <w:i/>
        </w:rPr>
        <w:t>Vậy là rõ rồi,</w:t>
      </w:r>
      <w:r>
        <w:rPr>
          <w:b w:val="0"/>
          <w:i w:val="0"/>
        </w:rPr>
        <w:t xml:space="preserve"> Langdon nghĩ, sững sờ khi hình dung lại cách cắm hoa tulip và mẩu giấy viết tay của đại sứ. </w:t>
      </w:r>
      <w:r>
        <w:rPr>
          <w:b w:val="0"/>
          <w:i/>
        </w:rPr>
        <w:t>Những nghi ngờ của mình đã đúng.</w:t>
      </w:r>
      <w:r>
        <w:rPr>
          <w:b w:val="0"/>
          <w:i w:val="0"/>
        </w:rPr>
        <w:t xml:space="preserve"> Người phụ nữ trên Cầu Charles không phải là một điềm báo, mà là một kiểu trình diễn kỳ quái nào đó để đáp lại việc ai đó nghe được giấc mơ của Katherine. </w:t>
      </w:r>
      <w:r>
        <w:rPr>
          <w:b w:val="0"/>
          <w:i/>
        </w:rPr>
        <w:t>Nhưng tại sao?!</w:t>
      </w:r>
    </w:p>
    <w:p>
      <w:pPr>
        <w:spacing w:after="80"/>
      </w:pPr>
      <w:r>
        <w:rPr>
          <w:b w:val="0"/>
          <w:i w:val="0"/>
        </w:rPr>
        <w:t>"Lệnh giám sát đến từ cấp trên của tôi," đại sứ nói, "và tôi đã tuân thủ. Tôi cho rằng đó là để bảo vệ hai người, và tôi không hề biết rằng thông tin thu được sẽ bị dùng theo cách khiến cả hai gặp nguy hiểm. Điều đó không thể bào chữa được, và tôi nhận hoàn toàn trách nhiệm."</w:t>
      </w:r>
    </w:p>
    <w:p>
      <w:pPr>
        <w:spacing w:after="80"/>
      </w:pPr>
      <w:r>
        <w:rPr>
          <w:b w:val="0"/>
          <w:i w:val="0"/>
        </w:rPr>
        <w:t xml:space="preserve">Katherine liếc nhìn Langdon, vẻ phẫn nộ hiện rõ trên mặt cô. "Vậy là bà </w:t>
      </w:r>
      <w:r>
        <w:rPr>
          <w:b w:val="0"/>
          <w:i/>
        </w:rPr>
        <w:t>đã</w:t>
      </w:r>
      <w:r>
        <w:rPr>
          <w:b w:val="0"/>
          <w:i w:val="0"/>
        </w:rPr>
        <w:t xml:space="preserve"> gắn thiết bị nghe lén trong phòng khách sạn của chúng tôi?" Katherine chất vấn, chẳng buồn che giấu cơn giận.</w:t>
      </w:r>
    </w:p>
    <w:p>
      <w:pPr>
        <w:spacing w:after="80"/>
      </w:pPr>
      <w:r>
        <w:rPr>
          <w:b w:val="0"/>
          <w:i w:val="0"/>
        </w:rPr>
        <w:t>"Trước khi hai người quá phẫn nộ," đại sứ đáp, giọng bà trở nên lạnh lùng hơn, "thời buổi này thế giới đầy nguy hiểm. Tôi có thể đảm bảo với hai người rằng chẳng ai quan tâm đến thói quen trong phòng ngủ hay chuyện chăn gối của hai người đâu. Thiết bị giám sát đó được đặt ở đó nhân danh an ninh quốc gia."</w:t>
      </w:r>
    </w:p>
    <w:p>
      <w:pPr>
        <w:spacing w:after="80"/>
      </w:pPr>
      <w:r>
        <w:rPr>
          <w:b w:val="0"/>
          <w:i w:val="0"/>
        </w:rPr>
        <w:t xml:space="preserve">“Thưa Đại sứ,” Langdon nói, cố giữ giọng bình tĩnh hết mức có thể, “bà thấy chúng tôi </w:t>
      </w:r>
      <w:r>
        <w:rPr>
          <w:b w:val="0"/>
          <w:i/>
        </w:rPr>
        <w:t>trông</w:t>
      </w:r>
      <w:r>
        <w:rPr>
          <w:b w:val="0"/>
          <w:i w:val="0"/>
        </w:rPr>
        <w:t xml:space="preserve"> giống mối đe dọa an ninh quốc gia lắm sao?”</w:t>
      </w:r>
    </w:p>
    <w:p>
      <w:pPr>
        <w:spacing w:after="80"/>
      </w:pPr>
      <w:r>
        <w:rPr>
          <w:b w:val="0"/>
          <w:i w:val="0"/>
        </w:rPr>
        <w:t xml:space="preserve">“Thưa Giáo sư,” bà đáp trả ngay, “nếu ông nghĩ mối đe dọa an ninh quốc gia có một </w:t>
      </w:r>
      <w:r>
        <w:rPr>
          <w:b w:val="0"/>
          <w:i/>
        </w:rPr>
        <w:t>vẻ ngoài</w:t>
      </w:r>
      <w:r>
        <w:rPr>
          <w:b w:val="0"/>
          <w:i w:val="0"/>
        </w:rPr>
        <w:t xml:space="preserve"> nào đó, thì ông còn ngây thơ hơn cả những gì lý lịch của ông thể hiện. Tôi đang xin lỗi ông và chia sẻ chút minh bạch về những gì đã xảy ra với ông sáng nay, và tôi đề nghị ông hợp tác với tôi. Thời gian của chúng ta eo hẹp, và có những khía cạnh trong tình huống của hai người mà cả hai rất cần phải hiểu.”</w:t>
      </w:r>
    </w:p>
    <w:p>
      <w:pPr>
        <w:spacing w:after="80"/>
      </w:pPr>
      <w:r>
        <w:rPr>
          <w:b w:val="0"/>
          <w:i w:val="0"/>
        </w:rPr>
        <w:t>Langdon không nhớ nổi có lần nào từng bị khiển trách súc tích đến vậy. “Tôi hiểu rồi. Xin bà… nói tiếp đi.”</w:t>
      </w:r>
    </w:p>
    <w:p>
      <w:pPr>
        <w:spacing w:after="80"/>
      </w:pPr>
      <w:r>
        <w:rPr>
          <w:b w:val="0"/>
          <w:i w:val="0"/>
        </w:rPr>
        <w:t xml:space="preserve">“Trước hết,” Nagel nói, “tôi biết, Tiến sĩ Solomon, rằng cô đã viết một cuốn sách sắp được xuất bản. Điều cô cần hiểu là có những thế lực hùng mạnh tin rằng cuốn sách này, nếu được xuất bản, sẽ tạo ra một rủi ro </w:t>
      </w:r>
      <w:r>
        <w:rPr>
          <w:b w:val="0"/>
          <w:i/>
        </w:rPr>
        <w:t>đáng kể</w:t>
      </w:r>
      <w:r>
        <w:rPr>
          <w:b w:val="0"/>
          <w:i w:val="0"/>
        </w:rPr>
        <w:t xml:space="preserve"> cho an ninh quốc gia.”</w:t>
      </w:r>
    </w:p>
    <w:p>
      <w:pPr>
        <w:spacing w:after="80"/>
      </w:pPr>
      <w:r>
        <w:rPr>
          <w:b w:val="0"/>
          <w:i w:val="0"/>
        </w:rPr>
        <w:t>“Sao lại thế được?” Katherine phản đối. “Đó là một cuốn sách về ý thức con người mà!”</w:t>
      </w:r>
    </w:p>
    <w:p>
      <w:pPr>
        <w:spacing w:after="80"/>
      </w:pPr>
      <w:r>
        <w:rPr>
          <w:b w:val="0"/>
          <w:i w:val="0"/>
        </w:rPr>
        <w:t xml:space="preserve">Vị đại sứ nhún vai. “Đó không phải là thông tin tôi được cung cấp. Tuy nhiên, người </w:t>
      </w:r>
      <w:r>
        <w:rPr>
          <w:b w:val="0"/>
          <w:i/>
        </w:rPr>
        <w:t>thực sự</w:t>
      </w:r>
      <w:r>
        <w:rPr>
          <w:b w:val="0"/>
          <w:i w:val="0"/>
        </w:rPr>
        <w:t xml:space="preserve"> nắm thông tin đó sẽ sớm đến Prague để nói chuyện với cả hai người.”</w:t>
      </w:r>
    </w:p>
    <w:p>
      <w:pPr>
        <w:spacing w:after="80"/>
      </w:pPr>
      <w:r>
        <w:rPr>
          <w:b w:val="0"/>
          <w:i w:val="0"/>
        </w:rPr>
        <w:t>Langdon sững người. “Nói chuyện với chúng tôi—hay là thẩm vấn chúng tôi?”</w:t>
      </w:r>
    </w:p>
    <w:p>
      <w:pPr>
        <w:spacing w:after="80"/>
      </w:pPr>
      <w:r>
        <w:rPr>
          <w:b w:val="0"/>
          <w:i w:val="0"/>
        </w:rPr>
        <w:t>“Tôi đoán là cả hai,” Nagel đáp, ánh mắt bà vẫn vững vàng. “Tôi cam kết bảo vệ hai người, nhưng quyền lực của tôi có hạn.”</w:t>
      </w:r>
    </w:p>
    <w:p>
      <w:pPr>
        <w:spacing w:after="80"/>
      </w:pPr>
      <w:r>
        <w:rPr>
          <w:b w:val="0"/>
          <w:i w:val="0"/>
        </w:rPr>
        <w:t>“</w:t>
      </w:r>
      <w:r>
        <w:rPr>
          <w:b w:val="0"/>
          <w:i/>
        </w:rPr>
        <w:t>Có hạn</w:t>
      </w:r>
      <w:r>
        <w:rPr>
          <w:b w:val="0"/>
          <w:i w:val="0"/>
        </w:rPr>
        <w:t xml:space="preserve"> đến mức nào chứ?” Katherine hỏi. “Bà là đại sứ Mỹ mà.”</w:t>
      </w:r>
    </w:p>
    <w:p>
      <w:pPr>
        <w:spacing w:after="80"/>
      </w:pPr>
      <w:r>
        <w:rPr>
          <w:b w:val="0"/>
          <w:i w:val="0"/>
        </w:rPr>
        <w:t xml:space="preserve">Heide Nagel cười khan một tiếng mệt mỏi. “Các nhà ngoại giao đến rồi đi, Tiến sĩ Solomon. Những thế lực thường trực trong chính phủ mới là những người đưa ra quyết định thực sự, và tôi rất tiếc phải báo rằng </w:t>
      </w:r>
      <w:r>
        <w:rPr>
          <w:b w:val="0"/>
          <w:i/>
        </w:rPr>
        <w:t>chính</w:t>
      </w:r>
      <w:r>
        <w:rPr>
          <w:b w:val="0"/>
          <w:i w:val="0"/>
        </w:rPr>
        <w:t xml:space="preserve"> những thế lực đó là những người mà hai người đang phải đối mặt.”</w:t>
      </w:r>
    </w:p>
    <w:p>
      <w:pPr>
        <w:spacing w:after="80"/>
      </w:pPr>
      <w:r>
        <w:rPr>
          <w:b w:val="0"/>
          <w:i w:val="0"/>
        </w:rPr>
        <w:t>Vài phỏng đoán lóe lên trong đầu, và Langdon càng lúc càng thấy bồn chồn.</w:t>
      </w:r>
    </w:p>
    <w:p>
      <w:pPr>
        <w:spacing w:after="80"/>
      </w:pPr>
      <w:r>
        <w:rPr>
          <w:b w:val="0"/>
          <w:i w:val="0"/>
        </w:rPr>
        <w:t>“Tôi bị cấm thảo luận bất cứ điều gì cụ thể hơn nếu không đưa ra những thứ này.” Bà cúi xuống lật hai tờ giấy đã đặt trên bàn cà phê, trượt mỗi người một tờ cùng với cây bút. “Thỏa thuận bảo mật tiêu chuẩn—một lời hứa giữ kín cuộc trò chuyện mà hai người sắp có với người đàn ông sắp đến. Sau khi ký những tờ này, tôi có thể tóm tắt cho hai người bằng cách kể mọi điều tôi biết.”</w:t>
      </w:r>
    </w:p>
    <w:p>
      <w:pPr>
        <w:spacing w:after="80"/>
      </w:pPr>
      <w:r>
        <w:rPr>
          <w:b w:val="0"/>
          <w:i/>
        </w:rPr>
        <w:t>Một bản NDA chỉ một trang?</w:t>
      </w:r>
      <w:r>
        <w:rPr>
          <w:b w:val="0"/>
          <w:i w:val="0"/>
        </w:rPr>
        <w:t xml:space="preserve"> Langdon nghĩ. </w:t>
      </w:r>
      <w:r>
        <w:rPr>
          <w:b w:val="0"/>
          <w:i/>
        </w:rPr>
        <w:t>Từ bao giờ mà luật sư lại làm xong việc gì chỉ trong một trang giấy vậy?</w:t>
      </w:r>
      <w:r>
        <w:rPr>
          <w:b w:val="0"/>
          <w:i w:val="0"/>
        </w:rPr>
        <w:t xml:space="preserve"> Langdon không phải luật sư, nhưng anh ngờ rằng một bản NDA ngắn gọn đến thế ắt phải là một sự loại trừ bao trùm mọi chủ đề được thảo luận. </w:t>
      </w:r>
      <w:r>
        <w:rPr>
          <w:b w:val="0"/>
          <w:i/>
        </w:rPr>
        <w:t>Bịt kín hoàn toàn.</w:t>
      </w:r>
      <w:r>
        <w:rPr>
          <w:b w:val="0"/>
          <w:i w:val="0"/>
        </w:rPr>
        <w:t xml:space="preserve"> Lại còn sự trùng hợp kỳ lạ là Gessner cũng đã yêu cầu họ ký một bản NDA.</w:t>
      </w:r>
    </w:p>
    <w:p>
      <w:pPr>
        <w:spacing w:after="80"/>
      </w:pPr>
      <w:r>
        <w:rPr>
          <w:b w:val="0"/>
          <w:i w:val="0"/>
        </w:rPr>
        <w:t>Katherine với tay lấy tờ giấy, nhưng Langdon, không rời mắt khỏi vị đại sứ, nhẹ nhàng đặt tay lên cổ tay Katherine, ngăn cô lại. “Thưa Đại sứ, vì tình huống này rõ ràng liên quan đến cuốn sách của Katherine, cô ấy không thể ký những tờ này mà không nói chuyện với luật sư, hoặc ít nhất là với biên tập viên của cô ấy. Nếu chúng tôi có thể nhanh chóng dùng điện thoại, có lẽ—”</w:t>
      </w:r>
    </w:p>
    <w:p>
      <w:pPr>
        <w:spacing w:after="80"/>
      </w:pPr>
      <w:r>
        <w:rPr>
          <w:b w:val="0"/>
          <w:i w:val="0"/>
        </w:rPr>
        <w:t>“Đó là một yêu cầu hợp lý,” bà ngắt lời, “nhưng tôi không thể đáp ứng. Người đàn ông đến nói chuyện với hai người đã ra chỉ thị rõ ràng cấm mọi liên lạc với bên ngoài cho đến khi các bản NDA được ký và ông ta đã nói chuyện với hai người.”</w:t>
      </w:r>
    </w:p>
    <w:p>
      <w:pPr>
        <w:spacing w:after="80"/>
      </w:pPr>
      <w:r>
        <w:rPr>
          <w:b w:val="0"/>
          <w:i w:val="0"/>
        </w:rPr>
        <w:t>“Người đàn ông đó là ai?” Katherine hỏi.</w:t>
      </w:r>
    </w:p>
    <w:p>
      <w:pPr>
        <w:spacing w:after="80"/>
      </w:pPr>
      <w:r>
        <w:rPr>
          <w:b w:val="0"/>
          <w:i w:val="0"/>
        </w:rPr>
        <w:t xml:space="preserve">“Ông ấy tự xưng là ông Finch, và đây là các thỏa thuận bảo mật (NDA) của </w:t>
      </w:r>
      <w:r>
        <w:rPr>
          <w:b w:val="0"/>
          <w:i/>
        </w:rPr>
        <w:t>ông ấy</w:t>
      </w:r>
      <w:r>
        <w:rPr>
          <w:b w:val="0"/>
          <w:i w:val="0"/>
        </w:rPr>
        <w:t>. Tất nhiên, cô cứ thoải mái đọc chúng.”</w:t>
      </w:r>
    </w:p>
    <w:p>
      <w:pPr>
        <w:spacing w:after="80"/>
      </w:pPr>
      <w:r>
        <w:rPr>
          <w:b w:val="0"/>
          <w:i w:val="0"/>
        </w:rPr>
        <w:t>“Không cần đâu,” Langdon nói. “Tôi đoán trong đó ghi rằng bất cứ điều gì chúng ta thảo luận trong cuộc gặp này sẽ không bao giờ được tiết lộ ra ngoài căn phòng này.”</w:t>
      </w:r>
    </w:p>
    <w:p>
      <w:pPr>
        <w:spacing w:after="80"/>
      </w:pPr>
      <w:r>
        <w:rPr>
          <w:b w:val="0"/>
          <w:i w:val="0"/>
        </w:rPr>
        <w:t>Nagel gật đầu, bắt đầu tỏ vẻ sốt ruột. “Đó thường chính là mục đích của một thỏa thuận bảo mật.”</w:t>
      </w:r>
    </w:p>
    <w:p>
      <w:pPr>
        <w:spacing w:after="80"/>
      </w:pPr>
      <w:r>
        <w:rPr>
          <w:b w:val="0"/>
          <w:i w:val="0"/>
        </w:rPr>
        <w:t>“Dù ông Finch là ai đi nữa,” Langdon nói, “nếu ông ta thậm chí không cho phép chúng ta dùng điện thoại, thì tôi hy vọng bà hiểu vì sao chúng tôi khó có thể mù quáng tin tưởng yêu cầu này. Tôi nghĩ tốt nhất là Katherine và tôi nên quay về khách sạn ngay bây giờ.”</w:t>
      </w:r>
    </w:p>
    <w:p>
      <w:pPr>
        <w:spacing w:after="80"/>
      </w:pPr>
      <w:r>
        <w:rPr>
          <w:b w:val="0"/>
          <w:i w:val="0"/>
        </w:rPr>
        <w:t>Katherine có vẻ giật mình trước lời nhận xét đó, và Đại sứ Nagel cũng vậy, lớp vỏ ngoại giao của bà bắt đầu rạn nứt. “Nếu các vị thực sự muốn rời đi,” Nagel tuyên bố gay gắt, “tôi không có thẩm quyền hay mong muốn giữ các vị trái ý, nhưng tôi không nghĩ việc rời đi là vì lợi ích tốt nhất của các vị.” Bà ngừng lại, khóa ánh mắt với Langdon. “Thành thật mà nói, tôi không chắc ngoài kia hoàn toàn an toàn cho các vị.”</w:t>
      </w:r>
    </w:p>
    <w:p>
      <w:pPr>
        <w:spacing w:after="80"/>
      </w:pPr>
      <w:r>
        <w:rPr>
          <w:b w:val="0"/>
          <w:i w:val="0"/>
        </w:rPr>
        <w:t>“Cũng xin thành thật mà nói,” Langdon đáp trả, “tôi cũng không chắc chúng tôi cảm thấy hoàn toàn an toàn ở trong này.”</w:t>
      </w:r>
    </w:p>
    <w:p>
      <w:pPr>
        <w:spacing w:after="80"/>
      </w:pPr>
      <w:r>
        <w:rPr>
          <w:b w:val="0"/>
          <w:i w:val="0"/>
        </w:rPr>
        <w:t>Vẻ mặt Nagel lúc này là sự pha trộn giữa bối rối và phẫn nộ. “Giáo sư, tôi đã hy vọng việc tôi thừa nhận đã gắn thiết bị nghe lén trong phòng khách sạn của các vị có thể mang lại cho tôi chút thiện chí và niềm tin, nhưng xét trong hoàn cảnh—”</w:t>
      </w:r>
    </w:p>
    <w:p>
      <w:pPr>
        <w:spacing w:after="80"/>
      </w:pPr>
      <w:r>
        <w:rPr>
          <w:b w:val="0"/>
          <w:i w:val="0"/>
        </w:rPr>
        <w:t>Một tiếng “ping” rỗng tuếch từ điện thoại của Nagel xé toạc không gian. Bực bội, bà rút thiết bị ra và đọc tin nhắn đến. Vẻ mặt bà biến đổi từ khó chịu sang kinh hoàng tột độ. Bà thốt lên một tiếng, lấy tay che miệng, bật dậy khỏi ghế, mắt mở to đầy xúc động.</w:t>
      </w:r>
    </w:p>
    <w:p>
      <w:pPr>
        <w:spacing w:after="80"/>
      </w:pPr>
      <w:r>
        <w:rPr>
          <w:b w:val="0"/>
          <w:i w:val="0"/>
        </w:rPr>
        <w:t>“Tôi…thành thật xin lỗi,” bà lắp bắp, vịn vào bàn để giữ thăng bằng. “Tôi cần mười phút. Tin nhắn này…tôi xin lỗi.” Nói xong, vị đại sứ lao ra khỏi cửa, tiếng bước chân vội vã của bà vang vọng dọc hành lang lát đá cẩm thạch khi bà rời đi.</w:t>
      </w:r>
    </w:p>
    <w:p>
      <w:pPr>
        <w:spacing w:after="80"/>
      </w:pPr>
      <w:r>
        <w:rPr>
          <w:b w:val="0"/>
          <w:i w:val="0"/>
        </w:rPr>
        <w:t>Katherine trông hoảng hốt. “Tôi không nghĩ đó là diễn xuất đâu.”</w:t>
      </w:r>
    </w:p>
    <w:p>
      <w:pPr>
        <w:spacing w:after="80"/>
      </w:pPr>
      <w:r>
        <w:rPr>
          <w:b w:val="0"/>
          <w:i w:val="0"/>
        </w:rPr>
        <w:t>Langdon cũng có cảm giác tương tự, dù chính trị và diễn xuất có liên quan mật thiết với nhau hơn bất kỳ ai muốn thừa nhận.</w:t>
      </w:r>
    </w:p>
    <w:p>
      <w:pPr>
        <w:spacing w:after="80"/>
      </w:pPr>
      <w:r>
        <w:rPr>
          <w:b w:val="0"/>
          <w:i w:val="0"/>
        </w:rPr>
        <w:t xml:space="preserve">“Anh </w:t>
      </w:r>
      <w:r>
        <w:rPr>
          <w:b w:val="0"/>
          <w:i/>
        </w:rPr>
        <w:t>quá</w:t>
      </w:r>
      <w:r>
        <w:rPr>
          <w:b w:val="0"/>
          <w:i w:val="0"/>
        </w:rPr>
        <w:t xml:space="preserve"> cộc lốc với bà ấy đấy, Robert,” Katherine trách móc, rõ ràng ngạc nhiên trước sự kháng cự của Langdon với việc ký các tài liệu. “Dù sao thì, bà ấy cũng có lý—bà ấy </w:t>
      </w:r>
      <w:r>
        <w:rPr>
          <w:b w:val="0"/>
          <w:i/>
        </w:rPr>
        <w:t>đã</w:t>
      </w:r>
      <w:r>
        <w:rPr>
          <w:b w:val="0"/>
          <w:i w:val="0"/>
        </w:rPr>
        <w:t xml:space="preserve"> nói với chúng ta về thiết bị nghe lén mà.”</w:t>
      </w:r>
    </w:p>
    <w:p>
      <w:pPr>
        <w:spacing w:after="80"/>
      </w:pPr>
      <w:r>
        <w:rPr>
          <w:b w:val="0"/>
          <w:i w:val="0"/>
        </w:rPr>
        <w:t xml:space="preserve">“Cũng chính thiết bị nghe lén mà tôi đã nói với </w:t>
      </w:r>
      <w:r>
        <w:rPr>
          <w:b w:val="0"/>
          <w:i/>
        </w:rPr>
        <w:t>em</w:t>
      </w:r>
      <w:r>
        <w:rPr>
          <w:b w:val="0"/>
          <w:i w:val="0"/>
        </w:rPr>
        <w:t xml:space="preserve"> khi chúng ta ở trong xe limousine của bà đại sứ. Tôi nghi ngờ bà đại sứ, hoặc có lẽ ông Finch, đã nghe lén cuộc trò chuyện đó và nhận ra họ không còn lựa chọn nào khác ngoài việc nói với chúng ta điều chúng ta đã biết. Tôi phải thừa nhận, đó là một nỗ lực khéo léo để giành được lòng tin của chúng ta.”</w:t>
      </w:r>
    </w:p>
    <w:p>
      <w:pPr>
        <w:spacing w:after="80"/>
      </w:pPr>
      <w:r>
        <w:rPr>
          <w:b w:val="0"/>
          <w:i w:val="0"/>
        </w:rPr>
        <w:t>Môi Katherine mím lại thành một nét cau có mảnh. “Trời ơi, anh thực sự nghĩ bà ấy đã gắn thiết bị nghe lén trong chính chiếc limousine của mình sao? Anh và em đã nói về…</w:t>
      </w:r>
      <w:r>
        <w:rPr>
          <w:b w:val="0"/>
          <w:i/>
        </w:rPr>
        <w:t>rất nhiều thứ.</w:t>
      </w:r>
      <w:r>
        <w:rPr>
          <w:b w:val="0"/>
          <w:i w:val="0"/>
        </w:rPr>
        <w:t>”</w:t>
      </w:r>
    </w:p>
    <w:p>
      <w:pPr>
        <w:spacing w:after="80"/>
      </w:pPr>
      <w:r>
        <w:rPr>
          <w:b w:val="0"/>
          <w:i w:val="0"/>
        </w:rPr>
        <w:t xml:space="preserve">“Điều duy nhất tôi biết,” Langdon đáp, nhặt một trong các tài liệu lên, “là những thỏa thuận bảo mật này là một cái bẫy.” Anh lướt qua văn bản, xác nhận nỗi nghi ngờ của mình. “Về cơ bản, nó nói rằng </w:t>
      </w:r>
      <w:r>
        <w:rPr>
          <w:b w:val="0"/>
          <w:i/>
        </w:rPr>
        <w:t>bất cứ điều gì</w:t>
      </w:r>
      <w:r>
        <w:rPr>
          <w:b w:val="0"/>
          <w:i w:val="0"/>
        </w:rPr>
        <w:t xml:space="preserve"> chúng ta thảo luận với ông Finch đều lập tức được xếp vào loại mật. Gã này chỉ cần đề cập đến những chủ đề trong cuốn sách của em mà hắn quan tâm, và em sẽ không bao giờ được nói hay </w:t>
      </w:r>
      <w:r>
        <w:rPr>
          <w:b w:val="0"/>
          <w:i/>
        </w:rPr>
        <w:t>viết</w:t>
      </w:r>
      <w:r>
        <w:rPr>
          <w:b w:val="0"/>
          <w:i w:val="0"/>
        </w:rPr>
        <w:t xml:space="preserve"> về chúng nữa. Em sẽ bị cấm về mặt pháp lý xuất bản cuốn sách này. Mãi mãi.”</w:t>
      </w:r>
    </w:p>
    <w:p>
      <w:pPr>
        <w:spacing w:after="80"/>
      </w:pPr>
      <w:r>
        <w:rPr>
          <w:b w:val="0"/>
          <w:i w:val="0"/>
        </w:rPr>
        <w:t xml:space="preserve">“Họ có thể </w:t>
      </w:r>
      <w:r>
        <w:rPr>
          <w:b w:val="0"/>
          <w:i/>
        </w:rPr>
        <w:t>làm</w:t>
      </w:r>
      <w:r>
        <w:rPr>
          <w:b w:val="0"/>
          <w:i w:val="0"/>
        </w:rPr>
        <w:t xml:space="preserve"> vậy sao?!”</w:t>
      </w:r>
    </w:p>
    <w:p>
      <w:pPr>
        <w:spacing w:after="80"/>
      </w:pPr>
      <w:r>
        <w:rPr>
          <w:b w:val="0"/>
          <w:i w:val="0"/>
        </w:rPr>
        <w:t>“Chắc chắn rồi, nếu anh ký vào tờ giấy này.” Langdon có một người bạn từng viết một cuốn tiểu thuyết ly kỳ về một công ty công nghệ lớn, nhưng rồi bị chặn không cho xuất bản chỉ vì anh ấy đã ký một “NDA tiêu chuẩn” trước khi đi tham quan văn phòng công ty.</w:t>
      </w:r>
    </w:p>
    <w:p>
      <w:pPr>
        <w:spacing w:after="80"/>
      </w:pPr>
      <w:r>
        <w:rPr>
          <w:b w:val="0"/>
          <w:i w:val="0"/>
        </w:rPr>
        <w:t>“Chà…” Katherine nói, mắt nhìn xa xăm. “Cái NDA này trả lời đúng một câu hỏi mà tôi thắc mắc cả ngày nay.”</w:t>
      </w:r>
    </w:p>
    <w:p>
      <w:pPr>
        <w:spacing w:after="80"/>
      </w:pPr>
      <w:r>
        <w:rPr>
          <w:b w:val="0"/>
          <w:i w:val="0"/>
        </w:rPr>
        <w:t>“Câu hỏi gì vậy?”</w:t>
      </w:r>
    </w:p>
    <w:p>
      <w:pPr>
        <w:spacing w:after="80"/>
      </w:pPr>
      <w:r>
        <w:rPr>
          <w:b w:val="0"/>
          <w:i w:val="0"/>
        </w:rPr>
        <w:t xml:space="preserve">Cô quay lại nhìn anh. “Robert, khi tôi biết có người đang cố tiêu hủy toàn bộ các bản sao bản thảo của tôi, tôi cứ tự hỏi tại sao họ không lo rằng tôi sẽ chỉ </w:t>
      </w:r>
      <w:r>
        <w:rPr>
          <w:b w:val="0"/>
          <w:i/>
        </w:rPr>
        <w:t>viết lại</w:t>
      </w:r>
      <w:r>
        <w:rPr>
          <w:b w:val="0"/>
          <w:i w:val="0"/>
        </w:rPr>
        <w:t xml:space="preserve"> cuốn sách. Giờ thì ta biết rồi. Họ nghĩ tôi sẽ không được phép làm vậy.”</w:t>
      </w:r>
    </w:p>
    <w:p>
      <w:pPr>
        <w:spacing w:after="80"/>
      </w:pPr>
      <w:r>
        <w:rPr>
          <w:b w:val="0"/>
          <w:i w:val="0"/>
        </w:rPr>
        <w:t xml:space="preserve">“Chính xác,” Langdon nói. “Và tôi không thích việc chúng ta đang ở một dinh thự tư nhân thay vì đại sứ quán Mỹ.” Anh chỉ ra cửa sổ về phía những hàng rào an ninh cao ngất bao quanh khuôn viên. “Anh nghĩ xem. Không có lối thoát, chúng ta không được dùng điện thoại, và một gã lạ mặt nào đó đang đến nói chuyện với chúng ta. </w:t>
      </w:r>
      <w:r>
        <w:rPr>
          <w:b w:val="0"/>
          <w:i/>
        </w:rPr>
        <w:t>Ở đây ư?</w:t>
      </w:r>
      <w:r>
        <w:rPr>
          <w:b w:val="0"/>
          <w:i w:val="0"/>
        </w:rPr>
        <w:t xml:space="preserve"> Trong một ngôi nhà tư nhân? Một kẻ có thể ra lệnh cho đại sứ Mỹ đặt thiết bị nghe lén?”</w:t>
      </w:r>
    </w:p>
    <w:p>
      <w:pPr>
        <w:spacing w:after="80"/>
      </w:pPr>
      <w:r>
        <w:rPr>
          <w:b w:val="0"/>
          <w:i w:val="0"/>
        </w:rPr>
        <w:t>Đôi mắt nâu biểu cảm của Katherine hiếm khi ánh lên vẻ sợ hãi, nhưng lúc này trong đó rõ ràng có sự lo lắng. “Điều khiến tôi sợ,” cô nói, “là không ai biết chúng ta đang ở đây. Và chúng ta thậm chí còn không biết Jonas có an toàn không.”</w:t>
      </w:r>
    </w:p>
    <w:p>
      <w:pPr>
        <w:spacing w:after="80"/>
      </w:pPr>
      <w:r>
        <w:rPr>
          <w:b w:val="0"/>
          <w:i w:val="0"/>
        </w:rPr>
        <w:t>Langdon đứng dậy. “Đó chính là lý do tôi sẽ giải quyết cả hai chuyện đó chỉ bằng một cuộc điện thoại.”</w:t>
      </w:r>
    </w:p>
    <w:p>
      <w:pPr>
        <w:spacing w:after="80"/>
      </w:pPr>
      <w:r>
        <w:rPr>
          <w:b w:val="0"/>
          <w:i w:val="0"/>
        </w:rPr>
        <w:t>Cô nhìn anh với vẻ kỳ lạ. “Ý anh là ‘một mũi tên trúng hai đích’ ấy hả?”</w:t>
      </w:r>
    </w:p>
    <w:p>
      <w:pPr>
        <w:spacing w:after="80"/>
      </w:pPr>
      <w:r>
        <w:rPr>
          <w:b w:val="0"/>
          <w:i w:val="0"/>
        </w:rPr>
        <w:t>Không, ý tôi là điện thoại.</w:t>
      </w:r>
    </w:p>
    <w:p>
      <w:pPr>
        <w:spacing w:after="80"/>
      </w:pPr>
      <w:r>
        <w:rPr>
          <w:b w:val="0"/>
          <w:i w:val="0"/>
        </w:rPr>
        <w:t>Langdon bước tới chiếc ghế bành cổ điển, mà anh đã để ý thấy đệm da của nó lõm sâu vì được dùng nhiều. “Cô ấy nói thư viện này là căn phòng riêng tư nhất trong nhà…và là nơi cô ấy thực hiện mọi cuộc gọi. Vậy điện thoại của cô ấy đâu?”</w:t>
      </w:r>
    </w:p>
    <w:p>
      <w:pPr>
        <w:spacing w:after="80"/>
      </w:pPr>
      <w:r>
        <w:rPr>
          <w:b w:val="0"/>
          <w:i w:val="0"/>
        </w:rPr>
        <w:t>“Cô ấy có điện thoại di động,” Katherine nói.</w:t>
      </w:r>
    </w:p>
    <w:p>
      <w:pPr>
        <w:spacing w:after="80"/>
      </w:pPr>
      <w:r>
        <w:rPr>
          <w:b w:val="0"/>
          <w:i w:val="0"/>
        </w:rPr>
        <w:t>Langdon lắc đầu. “Tùy viên pháp lý của cô ấy bảo tôi rằng điện thoại cố định là bắt buộc cho mọi công việc chính thức.”</w:t>
      </w:r>
    </w:p>
    <w:p>
      <w:pPr>
        <w:spacing w:after="80"/>
      </w:pPr>
      <w:r>
        <w:rPr>
          <w:b w:val="0"/>
          <w:i w:val="0"/>
        </w:rPr>
        <w:t>Ngồi xuống chiếc ghế da sờn cũ, Langdon nhìn quanh, để mắt tới chiếc bàn bên cạnh kỳ lạ của nó—một cột trụ hình bát giác với thiết kế Beaux Arts độc đáo vốn thịnh hành vào cuối những năm 1800 thời kỳ cấm rượu. Nắm lấy mép mặt bàn, anh nhấc lên. Mặt bàn mở ra theo bản lề để lộ khoang rỗng bên trong. Đúng như Langdon đoán, chiếc tủ này không chứa rượu giấu kín, mà là chiếc điện thoại có dây của bà đại sứ.</w:t>
      </w:r>
    </w:p>
    <w:p>
      <w:pPr>
        <w:spacing w:after="80"/>
      </w:pPr>
      <w:r>
        <w:rPr>
          <w:b w:val="0"/>
          <w:i w:val="0"/>
        </w:rPr>
        <w:t>Anh thò tay vào, nhấc nó ra, và đặt chiếc điện thoại lên đùi.</w:t>
      </w:r>
    </w:p>
    <w:p>
      <w:pPr>
        <w:spacing w:after="80"/>
      </w:pPr>
      <w:r>
        <w:rPr>
          <w:b w:val="0"/>
          <w:i w:val="0"/>
        </w:rPr>
        <w:t>“Anh thật nực cười,” Katherine nói.</w:t>
      </w:r>
    </w:p>
    <w:p>
      <w:pPr>
        <w:spacing w:after="80"/>
      </w:pPr>
      <w:r>
        <w:rPr>
          <w:b w:val="0"/>
          <w:i w:val="0"/>
        </w:rPr>
        <w:t>“Đoán may thôi.” Langdon nhấc ống nghe lên tai, nghe thấy tiếng tút chuẩn bị quay số.</w:t>
      </w:r>
    </w:p>
    <w:p>
      <w:pPr>
        <w:spacing w:after="80"/>
      </w:pPr>
      <w:r>
        <w:rPr>
          <w:b w:val="0"/>
          <w:i w:val="0"/>
        </w:rPr>
        <w:t>“Anh thực sự nghĩ mình nên dùng cái điện thoại đó sao?” Katherine tỏ vẻ cảnh giác.</w:t>
      </w:r>
    </w:p>
    <w:p>
      <w:pPr>
        <w:spacing w:after="80"/>
      </w:pPr>
      <w:r>
        <w:rPr>
          <w:b w:val="0"/>
          <w:i w:val="0"/>
        </w:rPr>
        <w:t>“Sao lại không?” anh đáp, vừa bấm số. “Đây có lẽ là đường dây an toàn nhất cả nước đấy.”</w:t>
      </w:r>
    </w:p>
    <w:p>
      <w:pPr>
        <w:pStyle w:val="Heading1"/>
      </w:pPr>
      <w:r>
        <w:rPr>
          <w:rFonts w:ascii="Calibri" w:hAnsi="Calibri"/>
          <w:b/>
          <w:i w:val="0"/>
          <w:sz w:val="40"/>
        </w:rPr>
        <w:t>Chương 77</w:t>
      </w:r>
    </w:p>
    <w:p>
      <w:pPr>
        <w:spacing w:after="80"/>
      </w:pPr>
      <w:r>
        <w:rPr>
          <w:b w:val="0"/>
          <w:i w:val="0"/>
        </w:rPr>
        <w:t xml:space="preserve">Được tiếp thêm năng lượng nhờ hai ly espresso, Jonas Faukman giờ đã rời khỏi tầng xuất bản sách thiếu nhi và trở về văn phòng với một nhiệm vụ rõ ràng—tìm ra chính xác </w:t>
      </w:r>
      <w:r>
        <w:rPr>
          <w:b w:val="0"/>
          <w:i/>
        </w:rPr>
        <w:t>tại sao</w:t>
      </w:r>
      <w:r>
        <w:rPr>
          <w:b w:val="0"/>
          <w:i w:val="0"/>
        </w:rPr>
        <w:t xml:space="preserve"> bản thảo của Katherine lại bị hack, đặc biệt là bởi một thế lực đáng gờm đến vậy. Alex Conan đã cùng đi với ông, háo hức muốn giúp—ít nhất là cho đến khi sếp gọi anh ta đến để thẩm vấn như lẽ thường.</w:t>
      </w:r>
    </w:p>
    <w:p>
      <w:pPr>
        <w:spacing w:after="80"/>
      </w:pPr>
      <w:r>
        <w:rPr>
          <w:b w:val="0"/>
          <w:i w:val="0"/>
        </w:rPr>
        <w:t>Faukman đang ngồi ở máy tính bàn, còn anh chàng kỹ thuật viên ngồi đối diện với chiếc laptop mở sẵn. Họ vừa mới bắt đầu làm việc thì tiếng chuông chói tai của chiếc điện thoại văn phòng Faukman phá tan sự im lặng.</w:t>
      </w:r>
    </w:p>
    <w:p>
      <w:pPr>
        <w:spacing w:after="80"/>
      </w:pPr>
      <w:r>
        <w:rPr>
          <w:b w:val="0"/>
          <w:i/>
        </w:rPr>
        <w:t>Một cuộc gọi công việc lúc 5:15 sáng ư?</w:t>
      </w:r>
      <w:r>
        <w:rPr>
          <w:b w:val="0"/>
          <w:i w:val="0"/>
        </w:rPr>
        <w:t xml:space="preserve"> Faukman thắc mắc. Khi thấy mã vùng người gọi là một tổng đài châu Âu, ông lao tới chộp lấy điện thoại và bấm nút loa ngoài. “Alô?!”</w:t>
      </w:r>
    </w:p>
    <w:p>
      <w:pPr>
        <w:spacing w:after="80"/>
      </w:pPr>
      <w:r>
        <w:rPr>
          <w:b w:val="0"/>
          <w:i w:val="0"/>
        </w:rPr>
        <w:t>“Jonas!” Giọng nam trầm quen thuộc của Robert Langdon rè rè vang khắp phòng. “Ơn Chúa, anh an toàn rồi! Tôi đã gọi số di động và số nhà của anh. Sao anh lại ở văn phòng sớm thế này?!”</w:t>
      </w:r>
    </w:p>
    <w:p>
      <w:pPr>
        <w:spacing w:after="80"/>
      </w:pPr>
      <w:r>
        <w:rPr>
          <w:b w:val="0"/>
          <w:i w:val="0"/>
        </w:rPr>
        <w:t>“Trời ơi, Robert…” Tim Faukman đập thình thịch. “Chúng tôi tưởng anh đã…”</w:t>
      </w:r>
    </w:p>
    <w:p>
      <w:pPr>
        <w:spacing w:after="80"/>
      </w:pPr>
      <w:r>
        <w:rPr>
          <w:b w:val="0"/>
          <w:i w:val="0"/>
        </w:rPr>
        <w:t xml:space="preserve">“Tôi biết anh đã nghe chuyện gì rồi,” Langdon nói, “Katherine đã kể cho tôi, nhưng chỉ có </w:t>
      </w:r>
      <w:r>
        <w:rPr>
          <w:b w:val="0"/>
          <w:i/>
        </w:rPr>
        <w:t>điện thoại</w:t>
      </w:r>
      <w:r>
        <w:rPr>
          <w:b w:val="0"/>
          <w:i w:val="0"/>
        </w:rPr>
        <w:t xml:space="preserve"> của tôi bị chìm thôi, không phải tôi đâu.”</w:t>
      </w:r>
    </w:p>
    <w:p>
      <w:pPr>
        <w:spacing w:after="80"/>
      </w:pPr>
      <w:r>
        <w:rPr>
          <w:b w:val="0"/>
          <w:i w:val="0"/>
        </w:rPr>
        <w:t xml:space="preserve">“Katherine đang </w:t>
      </w:r>
      <w:r>
        <w:rPr>
          <w:b w:val="0"/>
          <w:i/>
        </w:rPr>
        <w:t>ở cùng</w:t>
      </w:r>
      <w:r>
        <w:rPr>
          <w:b w:val="0"/>
          <w:i w:val="0"/>
        </w:rPr>
        <w:t xml:space="preserve"> anh à?”</w:t>
      </w:r>
    </w:p>
    <w:p>
      <w:pPr>
        <w:spacing w:after="80"/>
      </w:pPr>
      <w:r>
        <w:rPr>
          <w:b w:val="0"/>
          <w:i w:val="0"/>
        </w:rPr>
        <w:t>“Đúng vậy, và cả hai chúng tôi đều nhẹ nhõm khi nghe được giọng anh. Lần cuối chúng tôi nghe tin là anh mất tích.”</w:t>
      </w:r>
    </w:p>
    <w:p>
      <w:pPr>
        <w:spacing w:after="80"/>
      </w:pPr>
      <w:r>
        <w:rPr>
          <w:b w:val="0"/>
          <w:i w:val="0"/>
        </w:rPr>
        <w:t xml:space="preserve">“Đó là một câu chuyện dài, để kể bên những ly martini,” Faukman nói. “Chắc anh cũng biết rồi, bản thảo của Katherine đã </w:t>
      </w:r>
      <w:r>
        <w:rPr>
          <w:b w:val="0"/>
          <w:i/>
        </w:rPr>
        <w:t>biến mất.</w:t>
      </w:r>
      <w:r>
        <w:rPr>
          <w:b w:val="0"/>
          <w:i w:val="0"/>
        </w:rPr>
        <w:t xml:space="preserve"> Chúng tôi bị hack, và nó bị xóa thẳng khỏi hệ thống PRH.”</w:t>
      </w:r>
    </w:p>
    <w:p>
      <w:pPr>
        <w:spacing w:after="80"/>
      </w:pPr>
      <w:r>
        <w:rPr>
          <w:b w:val="0"/>
          <w:i w:val="0"/>
        </w:rPr>
        <w:t>“Tôi có nghe. Có khả năng nào khôi phục được bản sao lưu từ máy chủ không?”</w:t>
      </w:r>
    </w:p>
    <w:p>
      <w:pPr>
        <w:spacing w:after="80"/>
      </w:pPr>
      <w:r>
        <w:rPr>
          <w:b w:val="0"/>
          <w:i w:val="0"/>
        </w:rPr>
        <w:t>Faukman liếc nhìn Alex, người đang lắc đầu.</w:t>
      </w:r>
    </w:p>
    <w:p>
      <w:pPr>
        <w:spacing w:after="80"/>
      </w:pPr>
      <w:r>
        <w:rPr>
          <w:b w:val="0"/>
          <w:i w:val="0"/>
        </w:rPr>
        <w:t>“Nó bị xóa sạch rồi,” Faukman buồn bã đáp. “Tôi không biết phải nói gì nữa.”</w:t>
      </w:r>
    </w:p>
    <w:p>
      <w:pPr>
        <w:spacing w:after="80"/>
      </w:pPr>
      <w:r>
        <w:rPr>
          <w:b w:val="0"/>
          <w:i w:val="0"/>
        </w:rPr>
        <w:t xml:space="preserve">Langdon thở dài. “Tiếc là họ không xóa </w:t>
      </w:r>
      <w:r>
        <w:rPr>
          <w:b w:val="0"/>
          <w:i/>
        </w:rPr>
        <w:t>cuốn</w:t>
      </w:r>
      <w:r>
        <w:rPr>
          <w:b w:val="0"/>
          <w:i w:val="0"/>
        </w:rPr>
        <w:t xml:space="preserve"> sách trước của tôi thay vào đó.”</w:t>
      </w:r>
    </w:p>
    <w:p>
      <w:pPr>
        <w:spacing w:after="80"/>
      </w:pPr>
      <w:r>
        <w:rPr>
          <w:b w:val="0"/>
          <w:i/>
        </w:rPr>
        <w:t>Phũ phàng nhưng đúng sự thật,</w:t>
      </w:r>
      <w:r>
        <w:rPr>
          <w:b w:val="0"/>
          <w:i w:val="0"/>
        </w:rPr>
        <w:t xml:space="preserve"> Faukman nghĩ. Cuốn sách gần nhất của Langdon—</w:t>
      </w:r>
      <w:r>
        <w:rPr>
          <w:b w:val="0"/>
          <w:i/>
        </w:rPr>
        <w:t>Symbols, Semiotics, and the Evolution of Language</w:t>
      </w:r>
      <w:r>
        <w:rPr>
          <w:b w:val="0"/>
          <w:i w:val="0"/>
        </w:rPr>
        <w:t>—nhận được đánh giá ca ngợi nhưng chẳng bao giờ tìm được độc giả ngoài giới học thuật. "Tôi được biết Katherine đã in một bản cứng bản thảo của cô ấy. Điều đó có đúng không?"</w:t>
      </w:r>
    </w:p>
    <w:p>
      <w:pPr>
        <w:spacing w:after="80"/>
      </w:pPr>
      <w:r>
        <w:rPr>
          <w:b w:val="0"/>
          <w:i w:val="0"/>
        </w:rPr>
        <w:t>"Đúng…nhưng bản đó cũng biến mất rồi."</w:t>
      </w:r>
    </w:p>
    <w:p>
      <w:pPr>
        <w:spacing w:after="80"/>
      </w:pPr>
      <w:r>
        <w:rPr>
          <w:b w:val="0"/>
          <w:i w:val="0"/>
        </w:rPr>
        <w:t>Faukman hít một hơi thật sâu. "Được rồi, hãy tập trung vào điều quan trọng—cả hai người đều an toàn. Chúng ta có thể giải quyết chuyện cuốn sách sau."</w:t>
      </w:r>
    </w:p>
    <w:p>
      <w:pPr>
        <w:spacing w:after="80"/>
      </w:pPr>
      <w:r>
        <w:rPr>
          <w:b w:val="0"/>
          <w:i w:val="0"/>
        </w:rPr>
        <w:t xml:space="preserve">"À, đó là lý do tôi gọi đây," Langdon nói. "Thực ra tôi không </w:t>
      </w:r>
      <w:r>
        <w:rPr>
          <w:b w:val="0"/>
          <w:i/>
        </w:rPr>
        <w:t>chắc</w:t>
      </w:r>
      <w:r>
        <w:rPr>
          <w:b w:val="0"/>
          <w:i w:val="0"/>
        </w:rPr>
        <w:t xml:space="preserve"> là chúng tôi an toàn. Chúng tôi đang ở cùng đại sứ Mỹ tại dinh thự riêng của bà ấy, nhưng đây là một tình huống kỳ lạ. Tôi thậm chí không được phép gọi điện—"</w:t>
      </w:r>
    </w:p>
    <w:p>
      <w:pPr>
        <w:spacing w:after="80"/>
      </w:pPr>
      <w:r>
        <w:rPr>
          <w:b w:val="0"/>
          <w:i w:val="0"/>
        </w:rPr>
        <w:t xml:space="preserve">"Khoan! Cậu đang ở cùng đại sứ Mỹ?!" Faukman cố không tỏ ra hoảng loạn. "Robert, tôi sẽ rất cẩn thận khi tin tưởng </w:t>
      </w:r>
      <w:r>
        <w:rPr>
          <w:b w:val="0"/>
          <w:i/>
        </w:rPr>
        <w:t>bất kỳ ai</w:t>
      </w:r>
      <w:r>
        <w:rPr>
          <w:b w:val="0"/>
          <w:i w:val="0"/>
        </w:rPr>
        <w:t xml:space="preserve"> trong chính phủ của chúng ta. Đội kỹ thuật của chúng tôi ở đây đã truy vết những kẻ tấn công PRH về một tổ chức cực kỳ quyền lực." Ông nhớ lại cái tên kỳ lạ có gạch nối mà Alex đã gõ lúc trước trong Trung tâm An ninh PRH. "Tổ chức đó tên là In-Q-Tel."</w:t>
      </w:r>
    </w:p>
    <w:p>
      <w:pPr>
        <w:spacing w:after="80"/>
      </w:pPr>
      <w:r>
        <w:rPr>
          <w:b w:val="0"/>
          <w:i w:val="0"/>
        </w:rPr>
        <w:t>"Chưa từng nghe tên."</w:t>
      </w:r>
    </w:p>
    <w:p>
      <w:pPr>
        <w:spacing w:after="80"/>
      </w:pPr>
      <w:r>
        <w:rPr>
          <w:b w:val="0"/>
          <w:i w:val="0"/>
        </w:rPr>
        <w:t>"Tôi cũng vậy. Theo tất cả những gì tôi thu thập được, họ là một công ty đầu tư mạo hiểm cực kỳ giàu có, chuyên phát triển các công nghệ tiên tiến, chủ yếu hoạt động kín đáo, nên không có gì ngạc nhiên khi cậu không biết họ là ai."</w:t>
      </w:r>
    </w:p>
    <w:p>
      <w:pPr>
        <w:spacing w:after="80"/>
      </w:pPr>
      <w:r>
        <w:rPr>
          <w:b w:val="0"/>
          <w:i w:val="0"/>
        </w:rPr>
        <w:t>"Nhưng điều đó vô lý," Langdon phản bác. "Các công ty đầu tư mạo hiểm đâu có thuê hacker và điều hành các điệp viên thực địa."</w:t>
      </w:r>
    </w:p>
    <w:p>
      <w:pPr>
        <w:spacing w:after="80"/>
      </w:pPr>
      <w:r>
        <w:rPr>
          <w:b w:val="0"/>
          <w:i w:val="0"/>
        </w:rPr>
        <w:t xml:space="preserve">"Tôi tin là </w:t>
      </w:r>
      <w:r>
        <w:rPr>
          <w:b w:val="0"/>
          <w:i/>
        </w:rPr>
        <w:t>công ty này</w:t>
      </w:r>
      <w:r>
        <w:rPr>
          <w:b w:val="0"/>
          <w:i w:val="0"/>
        </w:rPr>
        <w:t xml:space="preserve"> thì có. Cậu có thể chưa nghe đến In-Q-Tel, nhưng chắc chắn cậu đã nghe đến tổ chức mẹ của họ."</w:t>
      </w:r>
    </w:p>
    <w:p>
      <w:pPr>
        <w:spacing w:after="80"/>
      </w:pPr>
      <w:r>
        <w:rPr>
          <w:b w:val="0"/>
          <w:i w:val="0"/>
        </w:rPr>
        <w:t>"Đó là ai?"</w:t>
      </w:r>
    </w:p>
    <w:p>
      <w:pPr>
        <w:spacing w:after="80"/>
      </w:pPr>
      <w:r>
        <w:rPr>
          <w:b w:val="0"/>
          <w:i w:val="0"/>
        </w:rPr>
        <w:t>Faukman thở dài nặng nề. "Một nhóm nhỏ tên là CIA."</w:t>
      </w:r>
    </w:p>
    <w:p>
      <w:pPr>
        <w:spacing w:after="80"/>
      </w:pPr>
      <w:r>
        <w:rPr>
          <w:b w:val="0"/>
          <w:i w:val="0"/>
        </w:rPr>
        <w:t>Đầu dây bên kia im lặng.</w:t>
      </w:r>
    </w:p>
    <w:p>
      <w:pPr>
        <w:spacing w:after="80"/>
      </w:pPr>
      <w:r>
        <w:rPr>
          <w:b w:val="0"/>
          <w:i/>
        </w:rPr>
        <w:t>Tôi biết mà,</w:t>
      </w:r>
      <w:r>
        <w:rPr>
          <w:b w:val="0"/>
          <w:i w:val="0"/>
        </w:rPr>
        <w:t xml:space="preserve"> Faukman nghĩ, nhớ lại phản ứng sững sờ của chính mình. "Đây là tất cả những gì tôi biết," Faukman tiếp tục. "CIA sở hữu và điều hành In-Q-Tel như một công ty đầu tư mạo hiểm tư nhân để kín đáo đầu tư vào các công nghệ liên quan đến an ninh quốc gia. Họ kiểm soát hàng trăm bằng sáng chế công nghệ cao, cũng như cổ phần chi phối trong một số công ty công nghệ mới táo bạo nhất." Vị biên tập viên quay lại với máy tính, mở màn hình mà ông vừa đọc. "Những người chỉ trích họ—chủ yếu trong các công ty đầu tư cạnh tranh—liên tục phàn nàn rằng việc In-Q-Tel liên kết với bộ máy tình báo Mỹ mang lại cho họ, tôi xin trích nguyên văn, 'một sự linh hoạt đáng báo động trong cách họ theo đuổi mục tiêu của mình.' Có gì đó mách bảo tôi rằng chúng ta đã chứng kiến một phần của sự </w:t>
      </w:r>
      <w:r>
        <w:rPr>
          <w:b w:val="0"/>
          <w:i/>
        </w:rPr>
        <w:t>linh hoạt</w:t>
      </w:r>
      <w:r>
        <w:rPr>
          <w:b w:val="0"/>
          <w:i w:val="0"/>
        </w:rPr>
        <w:t xml:space="preserve"> đó tối nay."</w:t>
      </w:r>
    </w:p>
    <w:p>
      <w:pPr>
        <w:spacing w:after="80"/>
      </w:pPr>
      <w:r>
        <w:rPr>
          <w:b w:val="0"/>
          <w:i w:val="0"/>
        </w:rPr>
        <w:t>"Thật không thể tin nổi," Langdon thì thầm, giọng run rẩy. "Ai mà biết tại sao CIA lại nhắm vào cuốn sách của Katherine, nhưng xét đến mọi chuyện đã xảy ra, dấu vết của họ dường như có mặt khắp nơi trong vụ này—"</w:t>
      </w:r>
    </w:p>
    <w:p>
      <w:pPr>
        <w:spacing w:after="80"/>
      </w:pPr>
      <w:r>
        <w:rPr>
          <w:b w:val="0"/>
          <w:i w:val="0"/>
        </w:rPr>
        <w:t xml:space="preserve">"Cậu đang </w:t>
      </w:r>
      <w:r>
        <w:rPr>
          <w:b w:val="0"/>
          <w:i/>
        </w:rPr>
        <w:t>đùa</w:t>
      </w:r>
      <w:r>
        <w:rPr>
          <w:b w:val="0"/>
          <w:i w:val="0"/>
        </w:rPr>
        <w:t xml:space="preserve"> đấy à!" Alex thốt lên, vung tay loạn xạ và xoay laptop để Faukman có thể nhìn thấy màn hình. "Nhìn cái này đi!"</w:t>
      </w:r>
    </w:p>
    <w:p>
      <w:pPr>
        <w:spacing w:after="80"/>
      </w:pPr>
      <w:r>
        <w:rPr>
          <w:b w:val="0"/>
          <w:i w:val="0"/>
        </w:rPr>
        <w:t>Chiếc laptop hiển thị một trang Wikipedia, mà Alex rõ ràng đã mở sau khi nghe Langdon nhắc đến vị đại sứ.</w:t>
      </w:r>
    </w:p>
    <w:p>
      <w:pPr>
        <w:spacing w:after="160"/>
        <w:jc w:val="center"/>
      </w:pPr>
      <w:r>
        <w:rPr>
          <w:rFonts w:ascii="Calibri" w:hAnsi="Calibri"/>
          <w:b w:val="0"/>
          <w:i/>
          <w:sz w:val="19"/>
        </w:rPr>
        <w:t>Wikipedia:</w:t>
      </w:r>
    </w:p>
    <w:p>
      <w:pPr>
        <w:spacing w:after="160"/>
        <w:jc w:val="center"/>
      </w:pPr>
      <w:r>
        <w:rPr>
          <w:rFonts w:ascii="Calibri" w:hAnsi="Calibri"/>
          <w:b w:val="0"/>
          <w:i/>
          <w:sz w:val="19"/>
        </w:rPr>
        <w:t>Heide Nagel: Đại sứ Hoa Kỳ tại Cộng hòa Séc:</w:t>
      </w:r>
    </w:p>
    <w:p>
      <w:pPr>
        <w:spacing w:after="80"/>
      </w:pPr>
      <w:r>
        <w:rPr>
          <w:b w:val="0"/>
          <w:i w:val="0"/>
        </w:rPr>
        <w:t>Trích dẫn kéo dài vài trang và rải rác những đoạn được gạch chân, nhấn mạnh kết quả của cuộc tìm kiếm tài liệu mà Alex vừa thực hiện.</w:t>
      </w:r>
    </w:p>
    <w:p>
      <w:pPr>
        <w:spacing w:after="160"/>
        <w:jc w:val="center"/>
      </w:pPr>
      <w:r>
        <w:rPr>
          <w:rFonts w:ascii="Calibri" w:hAnsi="Calibri"/>
          <w:b w:val="0"/>
          <w:i/>
          <w:sz w:val="19"/>
        </w:rPr>
        <w:t>…Nagel được CIA tuyển dụng ngay sau khi tốt nghiệp Trường Luật NYU…</w:t>
      </w:r>
    </w:p>
    <w:p>
      <w:pPr>
        <w:spacing w:after="160"/>
        <w:jc w:val="center"/>
      </w:pPr>
      <w:r>
        <w:rPr>
          <w:rFonts w:ascii="Calibri" w:hAnsi="Calibri"/>
          <w:b w:val="0"/>
          <w:i/>
          <w:sz w:val="19"/>
        </w:rPr>
        <w:t>…giám sát cố vấn chính sách của CIA…</w:t>
      </w:r>
    </w:p>
    <w:p>
      <w:pPr>
        <w:spacing w:after="160"/>
        <w:jc w:val="center"/>
      </w:pPr>
      <w:r>
        <w:rPr>
          <w:rFonts w:ascii="Calibri" w:hAnsi="Calibri"/>
          <w:b w:val="0"/>
          <w:i/>
          <w:sz w:val="19"/>
        </w:rPr>
        <w:t>…được thăng chức làm tổng cố vấn CIA, cố vấn cho giám đốc cơ quan…</w:t>
      </w:r>
    </w:p>
    <w:p>
      <w:pPr>
        <w:spacing w:after="160"/>
        <w:jc w:val="center"/>
      </w:pPr>
      <w:r>
        <w:rPr>
          <w:rFonts w:ascii="Calibri" w:hAnsi="Calibri"/>
          <w:b w:val="0"/>
          <w:i/>
          <w:sz w:val="19"/>
        </w:rPr>
        <w:t>…nghỉ hưu từ CIA để làm đại sứ…</w:t>
      </w:r>
    </w:p>
    <w:p>
      <w:pPr>
        <w:spacing w:after="80"/>
      </w:pPr>
      <w:r>
        <w:rPr>
          <w:b w:val="0"/>
          <w:i w:val="0"/>
        </w:rPr>
        <w:t xml:space="preserve">“Ôi </w:t>
      </w:r>
      <w:r>
        <w:rPr>
          <w:b w:val="0"/>
          <w:i/>
        </w:rPr>
        <w:t>chết tiệt,</w:t>
      </w:r>
      <w:r>
        <w:rPr>
          <w:b w:val="0"/>
          <w:i w:val="0"/>
        </w:rPr>
        <w:t xml:space="preserve"> Robert…” Faukman thì thầm vào điện thoại. “</w:t>
      </w:r>
      <w:r>
        <w:rPr>
          <w:b w:val="0"/>
          <w:i/>
        </w:rPr>
        <w:t>Ra khỏi</w:t>
      </w:r>
      <w:r>
        <w:rPr>
          <w:b w:val="0"/>
          <w:i w:val="0"/>
        </w:rPr>
        <w:t xml:space="preserve"> căn nhà đó đi! Ngay!”</w:t>
      </w:r>
    </w:p>
    <w:p>
      <w:pPr>
        <w:pStyle w:val="Heading1"/>
      </w:pPr>
      <w:r>
        <w:rPr>
          <w:rFonts w:ascii="Calibri" w:hAnsi="Calibri"/>
          <w:b/>
          <w:i w:val="0"/>
          <w:sz w:val="40"/>
        </w:rPr>
        <w:t>Chương 78</w:t>
      </w:r>
    </w:p>
    <w:p>
      <w:pPr>
        <w:spacing w:after="80"/>
      </w:pPr>
      <w:r>
        <w:rPr>
          <w:b w:val="0"/>
          <w:i w:val="0"/>
        </w:rPr>
        <w:t>Trên lầu trong phòng tắm chính rộng rãi của mình, Đại sứ Nagel bám chặt hai bên bồn rửa bằng đá cẩm thạch và nôn thốc nôn tháo. Đoạn tin nhắn vừa đến từ Dana chỉ có bốn chữ.</w:t>
      </w:r>
    </w:p>
    <w:p>
      <w:pPr>
        <w:spacing w:after="80"/>
      </w:pPr>
      <w:r>
        <w:rPr>
          <w:b w:val="0"/>
          <w:i w:val="0"/>
        </w:rPr>
        <w:t>Michael Harris đã chết.</w:t>
      </w:r>
    </w:p>
    <w:p>
      <w:pPr>
        <w:spacing w:after="80"/>
      </w:pPr>
      <w:r>
        <w:rPr>
          <w:b w:val="0"/>
          <w:i w:val="0"/>
        </w:rPr>
        <w:t>Kinh hoàng, vị đại sứ lập tức xin phép rời đi và gọi cho Dana, người đã lắp bắp kể lại một cách vội vã, đầy nước mắt. Hóa ra Dana và người lính thủy quân lục chiến hộ tống cô đã phát hiện căn hộ của Sasha không khóa. Kerble bước vào để đảm bảo mọi thứ an toàn và ngay lập tức đối mặt với một thi thể nằm trên sàn hành lang.</w:t>
      </w:r>
    </w:p>
    <w:p>
      <w:pPr>
        <w:spacing w:after="80"/>
      </w:pPr>
      <w:r>
        <w:rPr>
          <w:b w:val="0"/>
          <w:i w:val="0"/>
        </w:rPr>
        <w:t>Thi thể bị siết cổ của Michael Harris.</w:t>
      </w:r>
    </w:p>
    <w:p>
      <w:pPr>
        <w:spacing w:after="80"/>
      </w:pPr>
      <w:r>
        <w:rPr>
          <w:b w:val="0"/>
          <w:i w:val="0"/>
        </w:rPr>
        <w:t>Không có dấu vết của Sasha Vesna hay bất kỳ ai khác.</w:t>
      </w:r>
    </w:p>
    <w:p>
      <w:pPr>
        <w:spacing w:after="80"/>
      </w:pPr>
      <w:r>
        <w:rPr>
          <w:b w:val="0"/>
          <w:i w:val="0"/>
        </w:rPr>
        <w:t xml:space="preserve">Bất chấp những đợt cảm xúc dâng trào mà Nagel cảm thấy, cô vẫn giữ được bình tĩnh đủ lâu để ra lệnh cho Kerble phong tỏa căn hộ và gọi đội pháp y đến thu hồi thi thể. </w:t>
      </w:r>
      <w:r>
        <w:rPr>
          <w:b w:val="0"/>
          <w:i/>
        </w:rPr>
        <w:t>Và giữ kín chuyện này!</w:t>
      </w:r>
      <w:r>
        <w:rPr>
          <w:b w:val="0"/>
          <w:i w:val="0"/>
        </w:rPr>
        <w:t xml:space="preserve"> Điều cuối cùng Nagel cần là báo chí bùng nổ với những dòng tít về vụ sát hại một viên chức lãnh sự trên đất nước ngoài. </w:t>
      </w:r>
      <w:r>
        <w:rPr>
          <w:b w:val="0"/>
          <w:i/>
        </w:rPr>
        <w:t>Không phải hôm nay.</w:t>
      </w:r>
    </w:p>
    <w:p>
      <w:pPr>
        <w:spacing w:after="80"/>
      </w:pPr>
      <w:r>
        <w:rPr>
          <w:b w:val="0"/>
          <w:i w:val="0"/>
        </w:rPr>
        <w:t xml:space="preserve">Dù chuyện gì đã xảy ra trong căn hộ đó, ưu tiên hàng đầu của cô là nhân viên của chính mình. </w:t>
      </w:r>
      <w:r>
        <w:rPr>
          <w:b w:val="0"/>
          <w:i/>
        </w:rPr>
        <w:t>Michael.</w:t>
      </w:r>
      <w:r>
        <w:rPr>
          <w:b w:val="0"/>
          <w:i w:val="0"/>
        </w:rPr>
        <w:t xml:space="preserve"> Nagel thấy buồn nôn. </w:t>
      </w:r>
      <w:r>
        <w:rPr>
          <w:b w:val="0"/>
          <w:i/>
        </w:rPr>
        <w:t>Máu của cậu ấy nằm trên tay tôi.</w:t>
      </w:r>
      <w:r>
        <w:rPr>
          <w:b w:val="0"/>
          <w:i w:val="0"/>
        </w:rPr>
        <w:t xml:space="preserve"> Giờ đây cô nhìn chằm chằm vào gương trong phòng tắm, ngập tràn mặc cảm tội lỗi và hối tiếc…không chỉ vì Michael, mà vì mọi thứ đã xảy ra trong suốt ba năm qua kể từ khi đến Prague…</w:t>
      </w:r>
    </w:p>
    <w:p>
      <w:pPr>
        <w:spacing w:after="80"/>
      </w:pPr>
      <w:r>
        <w:rPr>
          <w:b w:val="0"/>
          <w:i w:val="0"/>
        </w:rPr>
        <w:t>Không giống bao nhiêu đại sứ khác có được chức vụ mơ ước nhờ quyên góp một khoản tiền kha khá cho ứng viên tổng thống thắng cử, Heide Nagel đơn giản chỉ là có mặt đúng chỗ, đúng thời điểm.</w:t>
      </w:r>
    </w:p>
    <w:p>
      <w:pPr>
        <w:spacing w:after="80"/>
      </w:pPr>
      <w:r>
        <w:rPr>
          <w:b w:val="0"/>
          <w:i w:val="0"/>
        </w:rPr>
        <w:t>Hoặc là sai chỗ, hóa ra lại đúng là như vậy.</w:t>
      </w:r>
    </w:p>
    <w:p>
      <w:pPr>
        <w:spacing w:after="80"/>
      </w:pPr>
      <w:r>
        <w:rPr>
          <w:b w:val="0"/>
          <w:i w:val="0"/>
        </w:rPr>
        <w:t>Vài năm trước, trong thời gian bà giữ chức cố vấn pháp lý tổng cho CIA, một hồ sơ tài liệu mật quan trọng đã biến mất cho đến khi một đội đặc nhiệm của cơ quan đột nhập vào nhà bà và tìm thấy hồ sơ bị giấu trong ngăn kéo bàn làm việc. Không có gì đáng ngạc nhiên, Nagel bị hộ tống lên tầng cao nhất của Langley để gặp ông trùm của cơ quan.</w:t>
      </w:r>
    </w:p>
    <w:p>
      <w:pPr>
        <w:spacing w:after="80"/>
      </w:pPr>
      <w:r>
        <w:rPr>
          <w:b w:val="0"/>
          <w:i w:val="0"/>
        </w:rPr>
        <w:t xml:space="preserve">Giám đốc CIA Gregory Judd là cựu thượng nghị sĩ Mỹ với phong thái trầm lặng và chu đáo, bất chấp danh tiếng hoàn toàn không dung thứ bất cứ điều gì kém hơn sự hoàn hảo của ông. Người trong nội bộ CIA nói Judd biết tất cả những bí mật chôn giấu ở đâu, bởi vì </w:t>
      </w:r>
      <w:r>
        <w:rPr>
          <w:b w:val="0"/>
          <w:i/>
        </w:rPr>
        <w:t>chính ông</w:t>
      </w:r>
      <w:r>
        <w:rPr>
          <w:b w:val="0"/>
          <w:i w:val="0"/>
        </w:rPr>
        <w:t xml:space="preserve"> đã chôn giấu nhiều bí mật trong số đó.</w:t>
      </w:r>
    </w:p>
    <w:p>
      <w:pPr>
        <w:spacing w:after="80"/>
      </w:pPr>
      <w:r>
        <w:rPr>
          <w:b w:val="0"/>
          <w:i w:val="0"/>
        </w:rPr>
        <w:t>"Sơ suất nghiêm trọng hay phản quốc?" vị giám đốc chất vấn khi bà bước vào phòng làm việc của ông.</w:t>
      </w:r>
    </w:p>
    <w:p>
      <w:pPr>
        <w:spacing w:after="80"/>
      </w:pPr>
      <w:r>
        <w:rPr>
          <w:b w:val="0"/>
          <w:i w:val="0"/>
        </w:rPr>
        <w:t>"Đó là một sai lầm bất cẩn, thưa ngài," bà trả lời thật lòng. "Hồ sơ đó chắc hẳn đã bị lẫn với giấy tờ công việc của tôi. Tôi thậm chí không biết nó nằm trong tay mình."</w:t>
      </w:r>
    </w:p>
    <w:p>
      <w:pPr>
        <w:spacing w:after="80"/>
      </w:pPr>
      <w:r>
        <w:rPr>
          <w:b w:val="0"/>
          <w:i w:val="0"/>
        </w:rPr>
        <w:t>Vị giám đốc quan sát bà một lúc lâu. "Tôi có khuynh hướng tin bà, nhưng rõ ràng bà không thể tiếp tục làm cố vấn pháp lý tổng cho đến khi chúng tôi làm rõ chuyện này có thể xảy ra như thế nào. Tôi cho bà nghỉ phép vô thời hạn và giao việc này cho Tổng thanh tra điều tra."</w:t>
      </w:r>
    </w:p>
    <w:p>
      <w:pPr>
        <w:spacing w:after="80"/>
      </w:pPr>
      <w:r>
        <w:rPr>
          <w:b w:val="0"/>
          <w:i w:val="0"/>
        </w:rPr>
        <w:t>"Thưa ngài, tôi thực sự—"</w:t>
      </w:r>
    </w:p>
    <w:p>
      <w:pPr>
        <w:spacing w:after="80"/>
      </w:pPr>
      <w:r>
        <w:rPr>
          <w:b w:val="0"/>
          <w:i w:val="0"/>
        </w:rPr>
        <w:t>"Hiệu lực ngay lập tức," ông tuyên bố, ánh mắt không chút nhượng bộ. "Đây là một món quà, cô Nagel, và tôi tha thiết đề nghị cô nhận lấy trước khi tôi đổi ý."</w:t>
      </w:r>
    </w:p>
    <w:p>
      <w:pPr>
        <w:spacing w:after="80"/>
      </w:pPr>
      <w:r>
        <w:rPr>
          <w:b w:val="0"/>
          <w:i w:val="0"/>
        </w:rPr>
        <w:t>Một tuần sau, Heide Nagel vẫn ở nhà, ngột ngạt vì buồn chán và cảnh lửng lơ nghề nghiệp. Các con bà đã lớn từ lâu, và căn "hộ cao cấp" sau ly hôn của bà trống trải và ảm đạm, dù bà chưa từng để ý đến điều đó cho đến tận bây giờ bởi vì bà đã dành phần lớn thời gian thức giấc ở chỗ làm.</w:t>
      </w:r>
    </w:p>
    <w:p>
      <w:pPr>
        <w:spacing w:after="80"/>
      </w:pPr>
      <w:r>
        <w:rPr>
          <w:b w:val="0"/>
          <w:i/>
        </w:rPr>
        <w:t>Đời tôi thế là hết,</w:t>
      </w:r>
      <w:r>
        <w:rPr>
          <w:b w:val="0"/>
          <w:i w:val="0"/>
        </w:rPr>
        <w:t xml:space="preserve"> bà nhận ra. </w:t>
      </w:r>
      <w:r>
        <w:rPr>
          <w:b w:val="0"/>
          <w:i/>
        </w:rPr>
        <w:t>Tôi là hàng hỏng rồi.</w:t>
      </w:r>
    </w:p>
    <w:p>
      <w:pPr>
        <w:spacing w:after="80"/>
      </w:pPr>
      <w:r>
        <w:rPr>
          <w:b w:val="0"/>
          <w:i w:val="0"/>
        </w:rPr>
        <w:t>Ở tuổi sáu mươi ba, Nagel còn quá trẻ và nhiều tham vọng để nghỉ hưu, nhưng lại quá già để mở biển hành nghề và bắt đầu một văn phòng luật. Bà tự hỏi mình sẽ làm gì với bản thân. Câu lạc bộ đọc sách? Hẹn hò trực tuyến? Tất cả nghe đều như địa ngục.</w:t>
      </w:r>
    </w:p>
    <w:p>
      <w:pPr>
        <w:spacing w:after="80"/>
      </w:pPr>
      <w:r>
        <w:rPr>
          <w:b w:val="0"/>
          <w:i w:val="0"/>
        </w:rPr>
        <w:t>Rồi đến một cuộc gọi mà bà không bao giờ ngờ tới.</w:t>
      </w:r>
    </w:p>
    <w:p>
      <w:pPr>
        <w:spacing w:after="80"/>
      </w:pPr>
      <w:r>
        <w:rPr>
          <w:b w:val="0"/>
          <w:i w:val="0"/>
        </w:rPr>
        <w:t>Vị giám đốc gọi điện hai tuần sau đó trong một lần hiếm hoi thể hiện sự ăn năn. "Tôi thấy áy náy về cách chuyện này diễn ra, Heide, và tôi hy vọng sẽ sửa chữa được."</w:t>
      </w:r>
    </w:p>
    <w:p>
      <w:pPr>
        <w:spacing w:after="80"/>
      </w:pPr>
      <w:r>
        <w:rPr>
          <w:b w:val="0"/>
          <w:i/>
        </w:rPr>
        <w:t>Điều đó là không thể,</w:t>
      </w:r>
      <w:r>
        <w:rPr>
          <w:b w:val="0"/>
          <w:i w:val="0"/>
        </w:rPr>
        <w:t xml:space="preserve"> bà nghĩ.</w:t>
      </w:r>
    </w:p>
    <w:p>
      <w:pPr>
        <w:spacing w:after="80"/>
      </w:pPr>
      <w:r>
        <w:rPr>
          <w:b w:val="0"/>
          <w:i w:val="0"/>
        </w:rPr>
        <w:t>"Như cô có thể biết," Judd nói với bà, "tổng thống đắc cử và tôi là bạn cũ từ trường dự bị. Sáng nay ông ấy gọi cho tôi để xin ý kiến về việc bổ nhiệm nhân sự cho vài vị trí then chốt—bao gồm chức đại sứ Mỹ tại Cộng hòa Séc. Tôi nói với ông ấy rằng xét đến tình trạng bất ổn đang gia tăng trong khu vực, ông ấy cần một đại sứ có kiến thức vững chắc về luật quốc tế cũng như kinh nghiệm trong cộng đồng tình báo. Một từ thôi—</w:t>
      </w:r>
      <w:r>
        <w:rPr>
          <w:b w:val="0"/>
          <w:i/>
        </w:rPr>
        <w:t>cô.</w:t>
      </w:r>
      <w:r>
        <w:rPr>
          <w:b w:val="0"/>
          <w:i w:val="0"/>
        </w:rPr>
        <w:t>"</w:t>
      </w:r>
    </w:p>
    <w:p>
      <w:pPr>
        <w:spacing w:after="80"/>
      </w:pPr>
      <w:r>
        <w:rPr>
          <w:b w:val="0"/>
          <w:i w:val="0"/>
        </w:rPr>
        <w:t xml:space="preserve">Nagel sững sờ. </w:t>
      </w:r>
      <w:r>
        <w:rPr>
          <w:b w:val="0"/>
          <w:i/>
        </w:rPr>
        <w:t>Mạng lưới cựu học sinh nam giờ đang tuyển cả cựu học sinh nữ sao?</w:t>
      </w:r>
    </w:p>
    <w:p>
      <w:pPr>
        <w:spacing w:after="80"/>
      </w:pPr>
      <w:r>
        <w:rPr>
          <w:b w:val="0"/>
          <w:i w:val="0"/>
        </w:rPr>
        <w:t>Quyết định ấy chẳng cần phải đắn đo gì. Bốn tháng sau, các thông cáo báo chí đã được gửi đi, và Heide Nagel thấy mình đang sống trong dinh thự đại sứ tráng lệ của Prague, giám sát một đội ngũ nhân viên đại sứ quán tài năng và làm những công việc ý nghĩa. Tuyệt nhất là, mỗi lần bắt gặp ánh nhìn thoáng qua của lâu đài, cô lại cảm thấy như mình đang sống trong một câu chuyện cổ tích.</w:t>
      </w:r>
    </w:p>
    <w:p>
      <w:pPr>
        <w:spacing w:after="80"/>
      </w:pPr>
      <w:r>
        <w:rPr>
          <w:b w:val="0"/>
          <w:i w:val="0"/>
        </w:rPr>
        <w:t>Rồi, chỉ trong một đêm, mọi thứ đã thay đổi.</w:t>
      </w:r>
    </w:p>
    <w:p>
      <w:pPr>
        <w:spacing w:after="80"/>
      </w:pPr>
      <w:r>
        <w:rPr>
          <w:b w:val="0"/>
          <w:i w:val="0"/>
        </w:rPr>
        <w:t>Một tháng sau khi nhậm chức, Giám đốc Judd gọi điện hỏi thăm, và sau vài câu chuyện phiếm, ông đưa ra một đề nghị khác thường. "Heide, tôi muốn cô dùng bữa với một đồng nghiệp của tôi hiện đang công tác ở châu Âu."</w:t>
      </w:r>
    </w:p>
    <w:p>
      <w:pPr>
        <w:spacing w:after="80"/>
      </w:pPr>
      <w:r>
        <w:rPr>
          <w:b w:val="0"/>
          <w:i w:val="0"/>
        </w:rPr>
        <w:t>"Dĩ nhiên rồi, thưa sếp," cô nói, cảm thấy đó là điều tối thiểu mình có thể làm cho người đàn ông về cơ bản đã cứu mạng cô. "Đó là ai ạ?"</w:t>
      </w:r>
    </w:p>
    <w:p>
      <w:pPr>
        <w:spacing w:after="80"/>
      </w:pPr>
      <w:r>
        <w:rPr>
          <w:b w:val="0"/>
          <w:i w:val="0"/>
        </w:rPr>
        <w:t>"Một nhân viên mới của văn phòng châu Âu của In-Q-Tel."</w:t>
      </w:r>
    </w:p>
    <w:p>
      <w:pPr>
        <w:spacing w:after="80"/>
      </w:pPr>
      <w:r>
        <w:rPr>
          <w:b w:val="0"/>
          <w:i/>
        </w:rPr>
        <w:t>Q?</w:t>
      </w:r>
      <w:r>
        <w:rPr>
          <w:b w:val="0"/>
          <w:i w:val="0"/>
        </w:rPr>
        <w:t xml:space="preserve"> cô nghĩ, cảm thấy một thoáng lo lắng.</w:t>
      </w:r>
    </w:p>
    <w:p>
      <w:pPr>
        <w:spacing w:after="80"/>
      </w:pPr>
      <w:r>
        <w:rPr>
          <w:b w:val="0"/>
          <w:i w:val="0"/>
        </w:rPr>
        <w:t>Cô không lạ gì In-Q-Tel—hay "Q," như các điệp viên trong cơ quan vẫn gọi—cánh tay đầu tư bí mật của CIA. Đội ngũ nhà tài chính mờ ám của họ nắm những cổ phần khổng lồ trong các công nghệ mà họ cho là liên quan đến lợi ích của CIA và an ninh quốc gia—từ các cơ chế anhydrobiosis của Biomatrica đến điện tử siêu nhỏ của Nanosys cho đến máy tính lượng tử của D-Wave.</w:t>
      </w:r>
    </w:p>
    <w:p>
      <w:pPr>
        <w:spacing w:after="80"/>
      </w:pPr>
      <w:r>
        <w:rPr>
          <w:b w:val="0"/>
          <w:i w:val="0"/>
        </w:rPr>
        <w:t>Không chỉ một lần, với tư cách là cố vấn pháp lý của CIA, Nagel đã tư vấn cho giám đốc về các vấn đề pháp lý liên quan đến "các kỹ thuật đầu tư sáng tạo" và "các phương pháp bảo vệ tài sản" của In-Q-Tel, nhưng hiếm khi nhóm này bị kiềm chế lại.</w:t>
      </w:r>
    </w:p>
    <w:p>
      <w:pPr>
        <w:spacing w:after="80"/>
      </w:pPr>
      <w:r>
        <w:rPr>
          <w:b w:val="0"/>
          <w:i/>
        </w:rPr>
        <w:t>Tại sao một người từ Q lại đến Prague?</w:t>
      </w:r>
      <w:r>
        <w:rPr>
          <w:b w:val="0"/>
          <w:i w:val="0"/>
        </w:rPr>
        <w:t xml:space="preserve"> Nagel bối rối không hiểu tại sao một công ty đầu tư công nghệ cao lại quan tâm đến Prague cổ kính. Bãi săn thông thường của họ là Thung lũng Silicon.</w:t>
      </w:r>
    </w:p>
    <w:p>
      <w:pPr>
        <w:spacing w:after="80"/>
      </w:pPr>
      <w:r>
        <w:rPr>
          <w:b w:val="0"/>
          <w:i w:val="0"/>
        </w:rPr>
        <w:t>Vào đêm gặp mặt, Đại sứ Nagel đến sớm tại nhà hàng cô chọn—CODA—một cơ sở địa phương kín đáo với món ăn Séc tuyệt hảo. Trước sự ngạc nhiên của cô, người liên lạc của cô đã ngồi sẵn. Ông là một người đàn ông nhỏ thó, ăn mặc chỉnh tề, có lẽ khoảng giữa bảy mươi tuổi, với mái tóc bạc dày. Ông đang lau kính khi cô tiến đến bàn.</w:t>
      </w:r>
    </w:p>
    <w:p>
      <w:pPr>
        <w:spacing w:after="80"/>
      </w:pPr>
      <w:r>
        <w:rPr>
          <w:b w:val="0"/>
          <w:i/>
        </w:rPr>
        <w:t>Dân số học đây,</w:t>
      </w:r>
      <w:r>
        <w:rPr>
          <w:b w:val="0"/>
          <w:i w:val="0"/>
        </w:rPr>
        <w:t xml:space="preserve"> cô phán đoán.</w:t>
      </w:r>
    </w:p>
    <w:p>
      <w:pPr>
        <w:spacing w:after="80"/>
      </w:pPr>
      <w:r>
        <w:rPr>
          <w:b w:val="0"/>
          <w:i w:val="0"/>
        </w:rPr>
        <w:t>Nagel đã sai hoàn toàn. Người đàn ông này hóa ra là Everett Finch—giám đốc lâu năm huyền thoại của Ban Khoa học &amp; Công nghệ thuộc CIA. Đội ngũ của Finch tại DS&amp;T, cùng với đội ngũ của ba ban khác—Hành chính, Tác chiến và Tình báo—tạo nên bốn trụ cột của Cục Tình báo Trung ương.</w:t>
      </w:r>
    </w:p>
    <w:p>
      <w:pPr>
        <w:spacing w:after="80"/>
      </w:pPr>
      <w:r>
        <w:rPr>
          <w:b w:val="0"/>
          <w:i w:val="0"/>
        </w:rPr>
        <w:t>Họ chuyển Finch sang In-Q-Tel? Ở châu Âu?</w:t>
      </w:r>
    </w:p>
    <w:p>
      <w:pPr>
        <w:spacing w:after="80"/>
      </w:pPr>
      <w:r>
        <w:rPr>
          <w:b w:val="0"/>
          <w:i w:val="0"/>
        </w:rPr>
        <w:t>Lời giải thích hợp lý duy nhất mà Nagel có thể tưởng tượng là Giám đốc Judd muốn có chuyên môn của Finch ở châu Âu vì một lý do bí mật nào đó…và lặng lẽ bố trí ông ở đây dưới radar.</w:t>
      </w:r>
    </w:p>
    <w:p>
      <w:pPr>
        <w:spacing w:after="80"/>
      </w:pPr>
      <w:r>
        <w:rPr>
          <w:b w:val="0"/>
          <w:i w:val="0"/>
        </w:rPr>
        <w:t xml:space="preserve">Người phục vụ đến, dọn cho cả hai món khai vị nhỏ—hai tách trà nhỏ xíu đựng món súp nấm Séc thanh nhẹ tên là </w:t>
      </w:r>
      <w:r>
        <w:rPr>
          <w:b w:val="0"/>
          <w:i/>
        </w:rPr>
        <w:t>kulajda.</w:t>
      </w:r>
      <w:r>
        <w:rPr>
          <w:b w:val="0"/>
          <w:i w:val="0"/>
        </w:rPr>
        <w:t xml:space="preserve"> Ông Finch uống cạn tách của mình, chạm khăn ăn lên môi, rồi nghiêng người qua bàn.</w:t>
      </w:r>
    </w:p>
    <w:p>
      <w:pPr>
        <w:spacing w:after="80"/>
      </w:pPr>
      <w:r>
        <w:rPr>
          <w:b w:val="0"/>
          <w:i w:val="0"/>
        </w:rPr>
        <w:t>“Heide…” anh ta nói, phớt lờ chức danh chính thức của cô. “Tôi tin cô đang tận hưởng vai trò đại sứ của mình ở đây?”</w:t>
      </w:r>
    </w:p>
    <w:p>
      <w:pPr>
        <w:spacing w:after="80"/>
      </w:pPr>
      <w:r>
        <w:rPr>
          <w:b w:val="0"/>
          <w:i w:val="0"/>
        </w:rPr>
        <w:t>“Đúng vậy,” cô đáp, đầy cảnh giác.</w:t>
      </w:r>
    </w:p>
    <w:p>
      <w:pPr>
        <w:spacing w:after="80"/>
      </w:pPr>
      <w:r>
        <w:rPr>
          <w:b w:val="0"/>
          <w:i w:val="0"/>
        </w:rPr>
        <w:t xml:space="preserve">“Tuyệt.” Anh ta nở với cô một nụ cười gượng gạo. “Tôi nghĩ đã đến lúc cô nên biết lý do </w:t>
      </w:r>
      <w:r>
        <w:rPr>
          <w:b w:val="0"/>
          <w:i/>
        </w:rPr>
        <w:t>thật sự</w:t>
      </w:r>
      <w:r>
        <w:rPr>
          <w:b w:val="0"/>
          <w:i w:val="0"/>
        </w:rPr>
        <w:t xml:space="preserve"> khiến cô được đưa đến Prague.”</w:t>
      </w:r>
    </w:p>
    <w:p>
      <w:pPr>
        <w:spacing w:after="80"/>
      </w:pPr>
      <w:r>
        <w:rPr>
          <w:b w:val="0"/>
          <w:i w:val="0"/>
        </w:rPr>
        <w:t>Đêm đó đánh dấu cái chết của sự ngây thơ non nớt nơi Nagel về những sự kiện tình cờ đã đưa cô đến Prague.</w:t>
      </w:r>
    </w:p>
    <w:p>
      <w:pPr>
        <w:spacing w:after="80"/>
      </w:pPr>
      <w:r>
        <w:rPr>
          <w:b w:val="0"/>
          <w:i w:val="0"/>
        </w:rPr>
        <w:t>Sự hiện diện của tôi đã được sắp đặt.</w:t>
      </w:r>
    </w:p>
    <w:p>
      <w:pPr>
        <w:spacing w:after="80"/>
      </w:pPr>
      <w:r>
        <w:rPr>
          <w:b w:val="0"/>
          <w:i w:val="0"/>
        </w:rPr>
        <w:t>Mạng lưới quan hệ ngầm đã đặt một con tốt nữ vào vị trí quyền lực nơi họ cần cô, và Nagel đã bị mắc kẹt kể từ đó. Cuối cùng cô cũng biết được điều lẽ ra phải rõ ràng ngay từ đầu—rằng Finch đã dàn dựng việc cô bị CIA sa thải, gài các tài liệu vào nhà cô.</w:t>
      </w:r>
    </w:p>
    <w:p>
      <w:pPr>
        <w:spacing w:after="80"/>
      </w:pPr>
      <w:r>
        <w:rPr>
          <w:b w:val="0"/>
          <w:i w:val="0"/>
        </w:rPr>
        <w:t>Khi Nagel giận dữ đối chất với anh ta về chuyện này, phản ứng của anh ta thật lạnh người. Không hề tỏ ra chút cảm xúc nào, Finch đưa ra những bản photocopy của các tài liệu mật mà cô bị cáo buộc đã tàng trữ trong nhà, thông báo với cô rằng nếu những bản sao này lọt vào tay các điệp viên nước ngoài, lời khai của cô về một “sai lầm vô ý” sẽ ngay lập tức bị coi là tội phản quốc.</w:t>
      </w:r>
    </w:p>
    <w:p>
      <w:pPr>
        <w:spacing w:after="80"/>
      </w:pPr>
      <w:r>
        <w:rPr>
          <w:b w:val="0"/>
          <w:i w:val="0"/>
        </w:rPr>
        <w:t>Nagel dọa sẽ gọi cho Giám đốc CIA Judd, nhưng ông Finch chỉ khuyến khích điều đó, nói với cô rằng cả Judd và tổng thống đều đã được thông báo về kế hoạch, và việc gọi cho họ chỉ xác nhận rằng cô đang chơi trong giải đấu lớn mà không có đồng minh nào.</w:t>
      </w:r>
    </w:p>
    <w:p>
      <w:pPr>
        <w:spacing w:after="80"/>
      </w:pPr>
      <w:r>
        <w:rPr>
          <w:b w:val="0"/>
          <w:i w:val="0"/>
        </w:rPr>
        <w:t>Tôi là một con rối.</w:t>
      </w:r>
    </w:p>
    <w:p>
      <w:pPr>
        <w:spacing w:after="80"/>
      </w:pPr>
      <w:r>
        <w:rPr>
          <w:b w:val="0"/>
          <w:i w:val="0"/>
        </w:rPr>
        <w:t>Finch có thể chỉ đang bốc phét, nhưng Nagel không thể nào mạo hiểm thách thức những người như tổng thống Mỹ và giám đốc CIA, đặc biệt là khi một cáo buộc phản quốc đang lơ lửng…chưa kể đến một dự án tình báo tối mật.</w:t>
      </w:r>
    </w:p>
    <w:p>
      <w:pPr>
        <w:spacing w:after="80"/>
      </w:pPr>
      <w:r>
        <w:rPr>
          <w:b w:val="0"/>
          <w:i w:val="0"/>
        </w:rPr>
        <w:t>Đó là cách người ta biến mất.</w:t>
      </w:r>
    </w:p>
    <w:p>
      <w:pPr>
        <w:spacing w:after="80"/>
      </w:pPr>
      <w:r>
        <w:rPr>
          <w:b w:val="0"/>
          <w:i w:val="0"/>
        </w:rPr>
        <w:t>Từ khoảnh khắc đó trở đi, Nagel căm ghét Finch…và vâng lời anh ta.</w:t>
      </w:r>
    </w:p>
    <w:p>
      <w:pPr>
        <w:spacing w:after="80"/>
      </w:pPr>
      <w:r>
        <w:rPr>
          <w:b w:val="0"/>
          <w:i w:val="0"/>
        </w:rPr>
        <w:t>Giờ đây, đứng một mình bên bồn rửa mặt trong phòng tắm, Đại sứ Nagel súc miệng và nhìn chằm chằm vào đôi mắt mệt mỏi của chính mình trong gương.</w:t>
      </w:r>
    </w:p>
    <w:p>
      <w:pPr>
        <w:spacing w:after="80"/>
      </w:pPr>
      <w:r>
        <w:rPr>
          <w:b w:val="0"/>
          <w:i w:val="0"/>
        </w:rPr>
        <w:t>Michael Harris đã chết.</w:t>
      </w:r>
    </w:p>
    <w:p>
      <w:pPr>
        <w:spacing w:after="80"/>
      </w:pPr>
      <w:r>
        <w:rPr>
          <w:b w:val="0"/>
          <w:i w:val="0"/>
        </w:rPr>
        <w:t>“Không nữa,” cô nói thành tiếng.</w:t>
      </w:r>
    </w:p>
    <w:p>
      <w:pPr>
        <w:spacing w:after="80"/>
      </w:pPr>
      <w:r>
        <w:rPr>
          <w:b w:val="0"/>
          <w:i w:val="0"/>
        </w:rPr>
        <w:t>Finch đã đẩy quá mạnh…quá xa.</w:t>
      </w:r>
    </w:p>
    <w:p>
      <w:pPr>
        <w:spacing w:after="80"/>
      </w:pPr>
      <w:r>
        <w:rPr>
          <w:b w:val="0"/>
          <w:i w:val="0"/>
        </w:rPr>
        <w:t>Hơn hai năm trời, Nagel đã tìm đủ mọi cách để thoát khỏi nhà tù của mình, nhưng Finch chưa từng để lộ dù chỉ một khe hở nhỏ nhất.</w:t>
      </w:r>
    </w:p>
    <w:p>
      <w:pPr>
        <w:spacing w:after="80"/>
      </w:pPr>
      <w:r>
        <w:rPr>
          <w:b w:val="0"/>
          <w:i w:val="0"/>
        </w:rPr>
        <w:t>Cho đến bây giờ.</w:t>
      </w:r>
    </w:p>
    <w:p>
      <w:pPr>
        <w:pStyle w:val="Heading1"/>
      </w:pPr>
      <w:r>
        <w:rPr>
          <w:rFonts w:ascii="Calibri" w:hAnsi="Calibri"/>
          <w:b/>
          <w:i w:val="0"/>
          <w:sz w:val="40"/>
        </w:rPr>
        <w:t>Chương 79</w:t>
      </w:r>
    </w:p>
    <w:p>
      <w:pPr>
        <w:spacing w:after="80"/>
      </w:pPr>
      <w:r>
        <w:rPr>
          <w:b w:val="0"/>
          <w:i w:val="0"/>
        </w:rPr>
        <w:t>Golěm cảm thấy tràn đầy háo hức khi tiến đến Pháo đài Crucifix. Nhìn bề ngoài, phòng thí nghiệm trên đỉnh đồi của Gessner giờ đã vắng tanh, nghĩa là cuối cùng hắn sẽ có thể lấy được thứ mà sáng nay hắn đã thất bại không đoạt được.</w:t>
      </w:r>
    </w:p>
    <w:p>
      <w:pPr>
        <w:spacing w:after="80"/>
      </w:pPr>
      <w:r>
        <w:rPr>
          <w:b w:val="0"/>
          <w:i w:val="0"/>
        </w:rPr>
        <w:t>Lần này, ta sẽ không để bị chối từ.</w:t>
      </w:r>
    </w:p>
    <w:p>
      <w:pPr>
        <w:spacing w:after="80"/>
      </w:pPr>
      <w:r>
        <w:rPr>
          <w:b w:val="0"/>
          <w:i w:val="0"/>
        </w:rPr>
        <w:t>Thẻ khóa RFID của Gessner được cất an toàn trong túi hắn, và hắn ước tính mình sẽ cần chưa đến ba phút để lấy được nguyên tố cuối cùng còn lại mà hắn cần. Sau đó hắn sẽ rời phòng thí nghiệm để đến điểm đến cuối cùng.</w:t>
      </w:r>
    </w:p>
    <w:p>
      <w:pPr>
        <w:spacing w:after="80"/>
      </w:pPr>
      <w:r>
        <w:rPr>
          <w:b w:val="0"/>
          <w:i w:val="0"/>
        </w:rPr>
        <w:t>Threshold.</w:t>
      </w:r>
    </w:p>
    <w:p>
      <w:pPr>
        <w:spacing w:after="80"/>
      </w:pPr>
      <w:r>
        <w:rPr>
          <w:b w:val="0"/>
          <w:i w:val="0"/>
        </w:rPr>
        <w:t>Nơi mà ta sẽ biến thành tro bụi.</w:t>
      </w:r>
    </w:p>
    <w:p>
      <w:pPr>
        <w:spacing w:after="80"/>
      </w:pPr>
      <w:r>
        <w:rPr>
          <w:b w:val="0"/>
          <w:i w:val="0"/>
        </w:rPr>
        <w:t>Khi sải bước về phía ô cửa đổ nát của pháo đài, hắn nhớ lại lời của người tiền nhiệm huyền thoại—golem của Prague.</w:t>
      </w:r>
    </w:p>
    <w:p>
      <w:pPr>
        <w:spacing w:after="80"/>
      </w:pPr>
      <w:r>
        <w:rPr>
          <w:b w:val="0"/>
          <w:i w:val="0"/>
        </w:rPr>
        <w:t>Chỉ có hai con đường…Sự thật hoặc Cái chết.</w:t>
      </w:r>
    </w:p>
    <w:p>
      <w:pPr>
        <w:spacing w:after="80"/>
      </w:pPr>
      <w:r>
        <w:rPr>
          <w:b w:val="0"/>
          <w:i w:val="0"/>
        </w:rPr>
        <w:t>Golěm đã chọn cả hai.</w:t>
      </w:r>
    </w:p>
    <w:p>
      <w:pPr>
        <w:spacing w:after="80"/>
      </w:pPr>
      <w:r>
        <w:rPr>
          <w:b w:val="0"/>
          <w:i w:val="0"/>
        </w:rPr>
        <w:t>Phơi bày Sự thật.</w:t>
      </w:r>
    </w:p>
    <w:p>
      <w:pPr>
        <w:spacing w:after="80"/>
      </w:pPr>
      <w:r>
        <w:rPr>
          <w:b w:val="0"/>
          <w:i w:val="0"/>
        </w:rPr>
        <w:t>Chấp nhận Cái chết.</w:t>
      </w:r>
    </w:p>
    <w:p>
      <w:pPr>
        <w:spacing w:after="80"/>
      </w:pPr>
      <w:r>
        <w:rPr>
          <w:b w:val="0"/>
          <w:i w:val="0"/>
        </w:rPr>
        <w:t>Golěm đã chết không biết bao nhiêu lần, nhưng cái chết chưa bao giờ là vĩnh viễn. Khác với con golem cổ xưa mà cái chết là chung cuộc, Golěm bước vào và ra khỏi hình dạng này theo ý muốn.</w:t>
      </w:r>
    </w:p>
    <w:p>
      <w:pPr>
        <w:spacing w:after="80"/>
      </w:pPr>
      <w:r>
        <w:rPr>
          <w:b w:val="0"/>
          <w:i w:val="0"/>
        </w:rPr>
        <w:t>Ta là người tạo ra chính mình. Ta sẽ mãi mãi là chủ nhân của chính mình.</w:t>
      </w:r>
    </w:p>
    <w:p>
      <w:pPr>
        <w:spacing w:after="80"/>
      </w:pPr>
      <w:r>
        <w:rPr>
          <w:b w:val="0"/>
          <w:i w:val="0"/>
        </w:rPr>
        <w:t xml:space="preserve">Mỗi lần hắn xóa chữ cái Hebrew </w:t>
      </w:r>
      <w:r>
        <w:rPr>
          <w:b w:val="0"/>
          <w:i/>
        </w:rPr>
        <w:t>aleph</w:t>
      </w:r>
      <w:r>
        <w:rPr>
          <w:b w:val="0"/>
          <w:i w:val="0"/>
        </w:rPr>
        <w:t xml:space="preserve"> khỏi trán mình—biến Sự thật thành Cái chết—Golěm chết…nhưng chỉ là biến mất khỏi tầm mắt. Hắn trở nên vô hình. Lớp vỏ ngoài to lớn của hắn tan biến, biến một con quái vật thành…một trong </w:t>
      </w:r>
      <w:r>
        <w:rPr>
          <w:b w:val="0"/>
          <w:i/>
        </w:rPr>
        <w:t>bọn họ.</w:t>
      </w:r>
      <w:r>
        <w:rPr>
          <w:b w:val="0"/>
          <w:i w:val="0"/>
        </w:rPr>
        <w:t xml:space="preserve"> Tầm thường. Không nổi bật. Sức mạnh bên trong của hắn được che giấu.</w:t>
      </w:r>
    </w:p>
    <w:p>
      <w:pPr>
        <w:spacing w:after="80"/>
      </w:pPr>
      <w:r>
        <w:rPr>
          <w:b w:val="0"/>
          <w:i w:val="0"/>
        </w:rPr>
        <w:t>Bạn không thể nhìn thấy tôi, nhưng tôi vẫn ở đây… đang dõi theo cô ấy.</w:t>
      </w:r>
    </w:p>
    <w:p>
      <w:pPr>
        <w:spacing w:after="80"/>
      </w:pPr>
      <w:r>
        <w:rPr>
          <w:b w:val="0"/>
          <w:i w:val="0"/>
        </w:rPr>
        <w:t>Bất chấp những chướng ngại bất ngờ buổi sáng nay, The Golěm đã ứng biến rất tốt, bảo vệ những người vô tội… và tiêu diệt những kẻ có tội. Giờ là lúc hoàn thành những gì hắn đã bắt đầu.</w:t>
      </w:r>
    </w:p>
    <w:p>
      <w:pPr>
        <w:spacing w:after="80"/>
      </w:pPr>
      <w:r>
        <w:rPr>
          <w:b w:val="0"/>
          <w:i w:val="0"/>
        </w:rPr>
        <w:t>Khi bước qua lối vào phòng thí nghiệm của Gessner, hắn hài lòng thấy hành lang thanh lịch vắng tanh. Cầu thang dẫn vào phòng thí nghiệm phía trước được bảo vệ bằng một bảng an ninh sinh trắc học (biometric security panel), nhưng dấu vân tay sẽ không thành vấn đề; Sasha đã vô tình cấp quyền cho hắn từ lâu rồi.</w:t>
      </w:r>
    </w:p>
    <w:p>
      <w:pPr>
        <w:spacing w:after="80"/>
      </w:pPr>
      <w:r>
        <w:rPr>
          <w:b w:val="0"/>
          <w:i w:val="0"/>
        </w:rPr>
        <w:t>The Golěm băng qua tiền sảnh về phía bảng điều khiển, đôi ủng đế bục của hắn kêu răng rắc vang dội trên những mảnh kính vỡ dưới sàn. Âm thanh lách tách lan khắp không gian đá cẩm thạch.</w:t>
      </w:r>
    </w:p>
    <w:p>
      <w:pPr>
        <w:spacing w:after="80"/>
      </w:pPr>
      <w:r>
        <w:rPr>
          <w:b w:val="0"/>
          <w:i w:val="0"/>
        </w:rPr>
        <w:t>Một khoảnh khắc sau, The Golěm nghe thấy âm thanh thứ hai, từ cuối hành lang. Đó là tiếng "tách" đặc trưng của một khẩu vũ khí đang được lên đạn.</w:t>
      </w:r>
    </w:p>
    <w:p>
      <w:pPr>
        <w:jc w:val="center"/>
      </w:pPr>
      <w:r>
        <w:drawing>
          <wp:inline xmlns:a="http://schemas.openxmlformats.org/drawingml/2006/main" xmlns:pic="http://schemas.openxmlformats.org/drawingml/2006/picture">
            <wp:extent cx="5486400" cy="362122"/>
            <wp:docPr id="74" name="Picture 74"/>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Mê man vì thiếu ngủ, Sĩ quan Hiện trường Housemore đã tự rót cho mình một tách cà phê và ngồi xuống bên cửa sổ pháo đài để ngắm toàn cảnh Lâu đài Prague (Prague Castle) yên bình phía xa. Cô đang mơ màng một cách thanh thản thì một âm thanh bất ngờ trong hành lang giật cô trở lại tỉnh táo, khiến cô bật dậy và theo phản xạ chuẩn bị vũ khí.</w:t>
      </w:r>
    </w:p>
    <w:p>
      <w:pPr>
        <w:spacing w:after="80"/>
      </w:pPr>
      <w:r>
        <w:rPr>
          <w:b w:val="0"/>
          <w:i w:val="0"/>
        </w:rPr>
        <w:t>Giờ đang trong trạng thái cảnh giác cao độ, Housemore tiến về phía lối vào, súng sẵn sàng. Finch đã ra lệnh cho cô bảo vệ tòa nhà này, và dù anh ta đã hứa sẽ có hỗ trợ, cô biết còn quá sớm để nó đến nơi. Chắc chắn rồi, bất kỳ lực lượng hỗ trợ quân sự được huấn luyện nào cũng sẽ thông báo trước khi bước vào.</w:t>
      </w:r>
    </w:p>
    <w:p>
      <w:pPr>
        <w:spacing w:after="80"/>
      </w:pPr>
      <w:r>
        <w:rPr>
          <w:b w:val="0"/>
          <w:i w:val="0"/>
        </w:rPr>
        <w:t>Có kẻ khác đang ở đây…</w:t>
      </w:r>
    </w:p>
    <w:p>
      <w:pPr>
        <w:spacing w:after="80"/>
      </w:pPr>
      <w:r>
        <w:rPr>
          <w:b w:val="0"/>
          <w:i w:val="0"/>
        </w:rPr>
        <w:t>Khi Housemore lén lút rẽ qua góc vào hành lang, cô thấy một bóng người đội mũ trùm trong chiếc áo choàng đen. Hắn đang ra sức kéo mở cánh cửa kim loại dẫn vào cầu thang phòng thí nghiệm.</w:t>
      </w:r>
    </w:p>
    <w:p>
      <w:pPr>
        <w:spacing w:after="80"/>
      </w:pPr>
      <w:r>
        <w:rPr>
          <w:b w:val="0"/>
          <w:i/>
        </w:rPr>
        <w:t>"Stůj!"</w:t>
      </w:r>
      <w:r>
        <w:rPr>
          <w:b w:val="0"/>
          <w:i w:val="0"/>
        </w:rPr>
        <w:t xml:space="preserve"> Housemore hét lên, chạy về phía hắn. "Đứng lại!"</w:t>
      </w:r>
    </w:p>
    <w:p>
      <w:pPr>
        <w:spacing w:after="80"/>
      </w:pPr>
      <w:r>
        <w:rPr>
          <w:b w:val="0"/>
          <w:i w:val="0"/>
        </w:rPr>
        <w:t>Người đàn ông phớt lờ cô, nhanh chóng lách qua cửa khi Housemore nổ súng. Viên đạn kêu "keng" vào cánh cửa an ninh, suýt trúng hắn. Cô lao tới, nhưng vừa đến nơi thì cánh cửa đã đóng lại, khóa cô ở ngoài.</w:t>
      </w:r>
    </w:p>
    <w:p>
      <w:pPr>
        <w:spacing w:after="80"/>
      </w:pPr>
      <w:r>
        <w:rPr>
          <w:b w:val="0"/>
          <w:i w:val="0"/>
        </w:rPr>
        <w:t>Housemore áp mặt vào ô cửa kính nhỏ được gia cố và nhìn vào trong cầu thang. Ngay lập tức, cô đứng sững. Bóng người choàng áo đang nhìn thẳng lại cô… chỉ cách bên kia tấm kính vài inch. Khuôn mặt hắn như đất nặn, giống bề mặt mặt trăng, và trên trán hắn có khắc những ký hiệu. Đôi mắt lạnh như băng của hắn quan sát cô một lát, như thể ghi nhớ khuôn mặt cô, rồi hắn quay người lao xuống cầu thang, áo choàng tung bay phía sau khi hắn khuất khỏi tầm nhìn.</w:t>
      </w:r>
    </w:p>
    <w:p>
      <w:pPr>
        <w:spacing w:after="80"/>
      </w:pPr>
      <w:r>
        <w:rPr>
          <w:b w:val="0"/>
          <w:i w:val="0"/>
        </w:rPr>
        <w:t>Housemore lùi lại, trấn tĩnh bản thân.</w:t>
      </w:r>
    </w:p>
    <w:p>
      <w:pPr>
        <w:spacing w:after="80"/>
      </w:pPr>
      <w:r>
        <w:rPr>
          <w:b w:val="0"/>
          <w:i/>
        </w:rPr>
        <w:t>Kẻ nào… hay</w:t>
      </w:r>
      <w:r>
        <w:rPr>
          <w:b w:val="0"/>
          <w:i w:val="0"/>
        </w:rPr>
        <w:t xml:space="preserve"> thứ </w:t>
      </w:r>
      <w:r>
        <w:rPr>
          <w:b w:val="0"/>
          <w:i/>
        </w:rPr>
        <w:t>gì vậy?!</w:t>
      </w:r>
    </w:p>
    <w:p>
      <w:pPr>
        <w:spacing w:after="80"/>
      </w:pPr>
      <w:r>
        <w:rPr>
          <w:b w:val="0"/>
          <w:i w:val="0"/>
        </w:rPr>
        <w:t xml:space="preserve">Cô không hiểu kẻ đột nhập này đã mở khóa cánh cửa sinh trắc học bằng cách nào, nhưng cô cần báo ngay cho Finch. Housemore biết đây không phải vị trí của cơ sở bí mật của cơ quan, dù phòng thí nghiệm của Gessner rõ ràng chứa thứ gì đó quan trọng, và Finch đã ra lệnh cho cô bảo vệ nó trong mọi tình huống. Vậy mà </w:t>
      </w:r>
      <w:r>
        <w:rPr>
          <w:b w:val="0"/>
          <w:i/>
        </w:rPr>
        <w:t>ai đó</w:t>
      </w:r>
      <w:r>
        <w:rPr>
          <w:b w:val="0"/>
          <w:i w:val="0"/>
        </w:rPr>
        <w:t xml:space="preserve"> vừa lướt qua ngay trước mũi cô.</w:t>
      </w:r>
    </w:p>
    <w:p>
      <w:pPr>
        <w:spacing w:after="80"/>
      </w:pPr>
      <w:r>
        <w:rPr>
          <w:b w:val="0"/>
          <w:i w:val="0"/>
        </w:rPr>
        <w:t>Housemore đoán người đàn ông đã bước vào là người Nga. Đôi mắt nhợt nhạt như thép của hắn mang cảm giác Slavic, và lớp hóa trang đất sét dày của hắn khiến Housemore thấy đó là một ví dụ hoàn hảo cho sự khéo léo của người Nga; bằng cách hòa mình vào truyền thống "cosplay" của Prague, kẻ đột nhập đã dễ dàng vô hiệu hóa các camera an ninh nhận diện khuôn mặt của thành phố. Hơn nữa, người Nga giờ đây là bậc thầy trong việc đánh bại sinh trắc học bằng những đầu ngón tay nhân bản được tạo ra trên máy in 3D dựa trên nhựa UV (UV resin).</w:t>
      </w:r>
    </w:p>
    <w:p>
      <w:pPr>
        <w:spacing w:after="80"/>
      </w:pPr>
      <w:r>
        <w:rPr>
          <w:b w:val="0"/>
          <w:i w:val="0"/>
        </w:rPr>
        <w:t>Housemore vẫn để mắt canh chừng cửa phòng thí nghiệm trong khi tra vũ khí vào bao và miễn cưỡng rút điện thoại ra. Finch sẽ không dễ dàng tiếp nhận tin này đâu. Tay cô hơi run, và cô quyết định rằng khôn ngoan nhất là dành một chút thời gian trước khi đối mặt.</w:t>
      </w:r>
    </w:p>
    <w:p>
      <w:pPr>
        <w:spacing w:after="80"/>
      </w:pPr>
      <w:r>
        <w:rPr>
          <w:b w:val="0"/>
          <w:i w:val="0"/>
        </w:rPr>
        <w:t>Chậm lại. Tập hợp suy nghĩ.</w:t>
      </w:r>
    </w:p>
    <w:p>
      <w:pPr>
        <w:spacing w:after="80"/>
      </w:pPr>
      <w:r>
        <w:rPr>
          <w:b w:val="0"/>
          <w:i w:val="0"/>
        </w:rPr>
        <w:t>Không rời mắt khỏi cánh cửa phòng thí nghiệm, Housemore chậm rãi lùi ra khỏi lối vào, đi ngược xuống hành lang về phía phòng tiếp tân.</w:t>
      </w:r>
    </w:p>
    <w:p>
      <w:pPr>
        <w:spacing w:after="80"/>
      </w:pPr>
      <w:r>
        <w:rPr>
          <w:b w:val="0"/>
          <w:i w:val="0"/>
        </w:rPr>
        <w:t>Ở đó, trong hành lang tương đối kín đáo, vẫn hướng về phía cửa cầu thang, cô hít vài hơi thật sâu và lấy lại bình tĩnh. Cô bắt đầu bấm số gọi Finch.</w:t>
      </w:r>
    </w:p>
    <w:p>
      <w:pPr>
        <w:spacing w:after="80"/>
      </w:pPr>
      <w:r>
        <w:rPr>
          <w:b w:val="0"/>
          <w:i w:val="0"/>
        </w:rPr>
        <w:t>Housemore không bao giờ có cơ hội đó.</w:t>
      </w:r>
    </w:p>
    <w:p>
      <w:pPr>
        <w:spacing w:after="80"/>
      </w:pPr>
      <w:r>
        <w:rPr>
          <w:b w:val="0"/>
          <w:i w:val="0"/>
        </w:rPr>
        <w:t>Đột nhiên có ai đó ở ngay sau lưng cô.</w:t>
      </w:r>
    </w:p>
    <w:p>
      <w:pPr>
        <w:spacing w:after="80"/>
      </w:pPr>
      <w:r>
        <w:rPr>
          <w:b w:val="0"/>
          <w:i w:val="0"/>
        </w:rPr>
        <w:t>Một luồng điện cháy bỏng xé toạc sâu vào lưng cô. Mọi cơ bắp trong người cô co cứng lại, cô đờ ra, ngã nhào về phía trước xuống sàn gạch, chiếc điện thoại trượt văng đi. Kẻ tấn công túm lấy cô và lật ngửa cô lại, ghì chặt xuống. Không thể tin nổi, Housemore nhận ra mình đang nhìn lên đôi mắt nhợt nhạt của sinh vật bằng đất mà cô vừa thấy bước vào cầu thang.</w:t>
      </w:r>
    </w:p>
    <w:p>
      <w:pPr>
        <w:spacing w:after="80"/>
      </w:pPr>
      <w:r>
        <w:rPr>
          <w:b w:val="0"/>
          <w:i w:val="0"/>
        </w:rPr>
        <w:t>Hắn từ đâu ra vậy?! Sao có thể…</w:t>
      </w:r>
    </w:p>
    <w:p>
      <w:pPr>
        <w:spacing w:after="80"/>
      </w:pPr>
      <w:r>
        <w:rPr>
          <w:b w:val="0"/>
          <w:i w:val="0"/>
        </w:rPr>
        <w:t>Cứ như thể con quái vật này hiện ra từ hư không ngay sau lưng cô!</w:t>
      </w:r>
    </w:p>
    <w:p>
      <w:pPr>
        <w:spacing w:after="80"/>
      </w:pPr>
      <w:r>
        <w:rPr>
          <w:b w:val="0"/>
          <w:i w:val="0"/>
        </w:rPr>
        <w:t>Giờ hắn đang đè lên cô, trên nền gạch cứng, hai tay bóp lấy cổ cô. Khi hắn chặn nguồn không khí của cô, Housemore cố chống cự, nhưng cơ bắp tê liệt của cô không chịu phản ứng. Bất lực, Housemore chỉ có thể chờ đợi, cố gắng giữ tỉnh táo.</w:t>
      </w:r>
    </w:p>
    <w:p>
      <w:pPr>
        <w:spacing w:after="80"/>
      </w:pPr>
      <w:r>
        <w:rPr>
          <w:b w:val="0"/>
          <w:i w:val="0"/>
        </w:rPr>
        <w:t xml:space="preserve">Sau gần hai mươi giây nằm ngửa với khí quản bị chặn, cô cảm thấy khả năng kiểm soát cơ bắp của mình dần dần bắt đầu trở lại. Cô cần thêm thời gian, nhưng thật không may, thị lực của cô bắt đầu mờ đi. </w:t>
      </w:r>
      <w:r>
        <w:rPr>
          <w:b w:val="0"/>
          <w:i/>
        </w:rPr>
        <w:t>Giờ hoặc không bao giờ.</w:t>
      </w:r>
      <w:r>
        <w:rPr>
          <w:b w:val="0"/>
          <w:i w:val="0"/>
        </w:rPr>
        <w:t xml:space="preserve"> Trong nỗ lực cuối cùng, cô triệu tập tất cả sức lực có thể, giơ hai tay lên và ấn mạnh vào ngực hắn, cố đẩy hắn ra khỏi người mình.</w:t>
      </w:r>
    </w:p>
    <w:p>
      <w:pPr>
        <w:spacing w:after="80"/>
      </w:pPr>
      <w:r>
        <w:rPr>
          <w:b w:val="0"/>
          <w:i w:val="0"/>
        </w:rPr>
        <w:t>Nhưng kẻ tấn công hầu như không nhúc nhích.</w:t>
      </w:r>
    </w:p>
    <w:p>
      <w:pPr>
        <w:spacing w:after="80"/>
      </w:pPr>
      <w:r>
        <w:rPr>
          <w:b w:val="0"/>
          <w:i w:val="0"/>
        </w:rPr>
        <w:t>Cảm giác về da thịt của người đàn ông bằng đất sét này thật kỳ lạ—hoàn toàn không như cô tưởng.</w:t>
      </w:r>
    </w:p>
    <w:p>
      <w:pPr>
        <w:spacing w:after="80"/>
      </w:pPr>
      <w:r>
        <w:rPr>
          <w:b w:val="0"/>
          <w:i w:val="0"/>
        </w:rPr>
        <w:t>“Ta không phải như ngươi nghĩ đâu,” con quái vật thì thầm, nhìn xuống mắt Housemore trong khi siết chặt tay hơn. “Ta là The Golěm.”</w:t>
      </w:r>
    </w:p>
    <w:p>
      <w:pPr>
        <w:pStyle w:val="Heading1"/>
      </w:pPr>
      <w:r>
        <w:rPr>
          <w:rFonts w:ascii="Calibri" w:hAnsi="Calibri"/>
          <w:b/>
          <w:i w:val="0"/>
          <w:sz w:val="40"/>
        </w:rPr>
        <w:t>Chương 80</w:t>
      </w:r>
    </w:p>
    <w:p>
      <w:pPr>
        <w:spacing w:after="80"/>
      </w:pPr>
      <w:r>
        <w:rPr>
          <w:b w:val="0"/>
          <w:i w:val="0"/>
        </w:rPr>
        <w:t>Bể bơi dài mười tám mét bên dưới Petschek Villa được xây theo phong cách nhà tắm La Mã truyền thống. Được bao quanh bởi vòng kép gồm bốn mươi tám cột đá cẩm thạch đỏ, bể bơi màu xanh lam và trắng được sưởi ấm bằng hai lò than và được coi là món xa xỉ phẩm sang trọng nhất của dinh thự.</w:t>
      </w:r>
    </w:p>
    <w:p>
      <w:pPr>
        <w:spacing w:after="80"/>
      </w:pPr>
      <w:r>
        <w:rPr>
          <w:b w:val="0"/>
          <w:i w:val="0"/>
        </w:rPr>
        <w:t>Theo truyền thuyết, bể bơi chỉ được dùng đúng một mùa trước khi con gái của Otto Petschek bị viêm phổi vì bơi ở đó và suýt chết. Petschek lập tức tháo cạn bể và tuyên bố cấm tiệt không ai được dùng nữa.</w:t>
      </w:r>
    </w:p>
    <w:p>
      <w:pPr>
        <w:spacing w:after="80"/>
      </w:pPr>
      <w:r>
        <w:rPr>
          <w:b w:val="0"/>
          <w:i w:val="0"/>
        </w:rPr>
        <w:t>Robert Langdon đứng dưới chân chiếc bể bơi trống rỗng và bị lãng quên, đảo mắt khắp không gian ngầm tìm bất kỳ lối thoát nào khác ngoài cầu thang hẹp mà anh và Katherine vừa đi xuống trong cơn tuyệt vọng tìm đường ra khỏi ngôi nhà.</w:t>
      </w:r>
    </w:p>
    <w:p>
      <w:pPr>
        <w:spacing w:after="80"/>
      </w:pPr>
      <w:r>
        <w:rPr>
          <w:b w:val="0"/>
          <w:i w:val="0"/>
        </w:rPr>
        <w:t xml:space="preserve">“Đúng là anh thì kiểu gì cũng tìm ra một cái </w:t>
      </w:r>
      <w:r>
        <w:rPr>
          <w:b w:val="0"/>
          <w:i/>
        </w:rPr>
        <w:t>bể bơi,</w:t>
      </w:r>
      <w:r>
        <w:rPr>
          <w:b w:val="0"/>
          <w:i w:val="0"/>
        </w:rPr>
        <w:t>” Katherine thì thầm trong không gian vang vọng. “Tiếc là nó cạn khô, không thì anh đã có thể bơi lần thứ hai trong ngày rồi.”</w:t>
      </w:r>
    </w:p>
    <w:p>
      <w:pPr>
        <w:spacing w:after="80"/>
      </w:pPr>
      <w:r>
        <w:rPr>
          <w:b w:val="0"/>
          <w:i/>
        </w:rPr>
        <w:t>Lần thứ ba,</w:t>
      </w:r>
      <w:r>
        <w:rPr>
          <w:b w:val="0"/>
          <w:i w:val="0"/>
        </w:rPr>
        <w:t xml:space="preserve"> Langdon nghĩ. </w:t>
      </w:r>
      <w:r>
        <w:rPr>
          <w:b w:val="0"/>
          <w:i/>
        </w:rPr>
        <w:t>Nếu tính cả sông Vltava.</w:t>
      </w:r>
    </w:p>
    <w:p>
      <w:pPr>
        <w:spacing w:after="80"/>
      </w:pPr>
      <w:r>
        <w:rPr>
          <w:b w:val="0"/>
          <w:i w:val="0"/>
        </w:rPr>
        <w:t xml:space="preserve">Langdon đã hy vọng cầu thang dẫn xuống một lối ra ở tầng hầm để họ có thể trốn khỏi dinh thự của đại sứ, nhưng phòng bể bơi chẳng có lối ra nào. </w:t>
      </w:r>
      <w:r>
        <w:rPr>
          <w:b w:val="0"/>
          <w:i/>
        </w:rPr>
        <w:t>Ngõ cụt.</w:t>
      </w:r>
      <w:r>
        <w:rPr>
          <w:b w:val="0"/>
          <w:i w:val="0"/>
        </w:rPr>
        <w:t xml:space="preserve"> Phía trên, tiếng bước chân cuống cuồng của bà đại sứ vọng xuống qua các ống thông gió khi bà chạy khắp cánh phía nam, chắc chắn là đang tìm những vị khách mất tích của mình. Rõ ràng bà hiểu ngôi nhà của mình đủ rõ để tính ra những lựa chọn trốn thoát hạn chế của họ, và chỉ mất chưa đầy ba mươi giây là bà xuất hiện trên cầu thang, bước xuống phía bể bơi.</w:t>
      </w:r>
    </w:p>
    <w:p>
      <w:pPr>
        <w:spacing w:after="80"/>
      </w:pPr>
      <w:r>
        <w:rPr>
          <w:b w:val="0"/>
          <w:i w:val="0"/>
        </w:rPr>
        <w:t>Langdon thoáng nghĩ rằng Đại sứ Nagel sẽ xuất hiện cùng một lính thủy đánh bộ Mỹ bên cạnh, nhưng khi bà bước xuống cầu thang, bà chỉ có một mình. Không nói một lời, bà sải bước tới chỗ họ đang đứng và giơ lên hai bản thỏa thuận bảo mật (NDA) mà Langdon và Katherine đã để lại chưa ký trên bàn cà phê. Rồi bà xé nát các tài liệu, thả những mảnh giấy bay lả tả xuống nền gạch của bể bơi trống.</w:t>
      </w:r>
    </w:p>
    <w:p>
      <w:pPr>
        <w:spacing w:after="80"/>
      </w:pPr>
      <w:r>
        <w:rPr>
          <w:b w:val="0"/>
          <w:i w:val="0"/>
        </w:rPr>
        <w:t xml:space="preserve">Langdon bối rối nhìn. </w:t>
      </w:r>
      <w:r>
        <w:rPr>
          <w:b w:val="0"/>
          <w:i/>
        </w:rPr>
        <w:t>Bà ấy đang làm gì vậy?</w:t>
      </w:r>
    </w:p>
    <w:p>
      <w:pPr>
        <w:spacing w:after="80"/>
      </w:pPr>
      <w:r>
        <w:rPr>
          <w:b w:val="0"/>
          <w:i w:val="0"/>
        </w:rPr>
        <w:t>Sau khi xé nhỏ hoàn toàn đống giấy tờ, bà đại sứ nhìn thẳng vào cả hai với ánh mắt nghiêm nghị và đưa ngón trỏ lên môi, ra hiệu bảo họ đừng nói một lời nào. Rồi bà rút điện thoại di động ra, bấm vài nút và gọi một cuộc ra ngoài…qua loa ngoài.</w:t>
      </w:r>
    </w:p>
    <w:p>
      <w:pPr>
        <w:spacing w:after="80"/>
      </w:pPr>
      <w:r>
        <w:rPr>
          <w:b w:val="0"/>
          <w:i w:val="0"/>
        </w:rPr>
        <w:t>“Finch đây,” giọng một người đàn ông vang lên rè rè từ loa. “Mọi thứ trong tầm kiểm soát chứ?” Giọng anh ta là giọng Mỹ pha chút âm sắc miền Nam.</w:t>
      </w:r>
    </w:p>
    <w:p>
      <w:pPr>
        <w:spacing w:after="80"/>
      </w:pPr>
      <w:r>
        <w:rPr>
          <w:b w:val="0"/>
          <w:i w:val="0"/>
        </w:rPr>
        <w:t>“Vâng, chúng tôi chỉ đang chờ thôi,” bà đại sứ nói. “Anh còn cách bao xa?”</w:t>
      </w:r>
    </w:p>
    <w:p>
      <w:pPr>
        <w:spacing w:after="80"/>
      </w:pPr>
      <w:r>
        <w:rPr>
          <w:b w:val="0"/>
          <w:i w:val="0"/>
        </w:rPr>
        <w:t>“Đang hạ cánh đây. Trong vòng một giờ nữa tôi sẽ tới.”</w:t>
      </w:r>
    </w:p>
    <w:p>
      <w:pPr>
        <w:spacing w:after="80"/>
      </w:pPr>
      <w:r>
        <w:rPr>
          <w:b w:val="0"/>
          <w:i w:val="0"/>
        </w:rPr>
        <w:t>“</w:t>
      </w:r>
      <w:r>
        <w:rPr>
          <w:b w:val="0"/>
          <w:i/>
        </w:rPr>
        <w:t>Làm ơn</w:t>
      </w:r>
      <w:r>
        <w:rPr>
          <w:b w:val="0"/>
          <w:i w:val="0"/>
        </w:rPr>
        <w:t xml:space="preserve"> nói với tôi là anh có tin về Michael Harris đi,” Nagel nói gấp gáp. “Tôi lo cho sự an toàn của cậu ấy.”</w:t>
      </w:r>
    </w:p>
    <w:p>
      <w:pPr>
        <w:spacing w:after="80"/>
      </w:pPr>
      <w:r>
        <w:rPr>
          <w:b w:val="0"/>
          <w:i w:val="0"/>
        </w:rPr>
        <w:t>“Nếu Harris đã bị lộ,” người đàn ông đáp, “thì giờ chúng ta chẳng làm gì được nữa. Dù sao ở thời điểm này anh ta cũng có lẽ không còn quan trọng nữa. Anh ta đã xác nhận với chúng ta rằng Sasha không khai gì, và đó là—”</w:t>
      </w:r>
    </w:p>
    <w:p>
      <w:pPr>
        <w:spacing w:after="80"/>
      </w:pPr>
      <w:r>
        <w:rPr>
          <w:b w:val="0"/>
          <w:i w:val="0"/>
        </w:rPr>
        <w:t xml:space="preserve">“Không quan trọng?!” Nagel chất vấn. “Michael đang dính vào chuyện này…theo lệnh của </w:t>
      </w:r>
      <w:r>
        <w:rPr>
          <w:b w:val="0"/>
          <w:i/>
        </w:rPr>
        <w:t>anh</w:t>
      </w:r>
      <w:r>
        <w:rPr>
          <w:b w:val="0"/>
          <w:i w:val="0"/>
        </w:rPr>
        <w:t xml:space="preserve"> đấy.”</w:t>
      </w:r>
    </w:p>
    <w:p>
      <w:pPr>
        <w:spacing w:after="80"/>
      </w:pPr>
      <w:r>
        <w:rPr>
          <w:b w:val="0"/>
          <w:i w:val="0"/>
        </w:rPr>
        <w:t>“Quên Harris đi. Cứ tập trung vào nhiệm vụ trước mắt. Mà này, bà đang ở đâu vậy? Giọng bà đang vang lắm.”</w:t>
      </w:r>
    </w:p>
    <w:p>
      <w:pPr>
        <w:spacing w:after="80"/>
      </w:pPr>
      <w:r>
        <w:rPr>
          <w:b w:val="0"/>
          <w:i w:val="0"/>
        </w:rPr>
        <w:t>“Trong phòng tắm của tôi. Tôi cần riêng tư để gọi điện.”</w:t>
      </w:r>
    </w:p>
    <w:p>
      <w:pPr>
        <w:spacing w:after="80"/>
      </w:pPr>
      <w:r>
        <w:rPr>
          <w:b w:val="0"/>
          <w:i w:val="0"/>
        </w:rPr>
        <w:t>“Langdon và Solomon đâu rồi?”</w:t>
      </w:r>
    </w:p>
    <w:p>
      <w:pPr>
        <w:spacing w:after="80"/>
      </w:pPr>
      <w:r>
        <w:rPr>
          <w:b w:val="0"/>
          <w:i w:val="0"/>
        </w:rPr>
        <w:t>“Tôi để họ ở trong thư viện,” cô nói, “và bảo họ cứ thư giãn chờ anh đến.”</w:t>
      </w:r>
    </w:p>
    <w:p>
      <w:pPr>
        <w:spacing w:after="80"/>
      </w:pPr>
      <w:r>
        <w:rPr>
          <w:b w:val="0"/>
          <w:i w:val="0"/>
        </w:rPr>
        <w:t>Langdon bắn cho Katherine một ánh mắt giật mình.</w:t>
      </w:r>
    </w:p>
    <w:p>
      <w:pPr>
        <w:spacing w:after="80"/>
      </w:pPr>
      <w:r>
        <w:rPr>
          <w:b w:val="0"/>
          <w:i w:val="0"/>
        </w:rPr>
        <w:t>“Cô đã thừa nhận chuyện camera giám sát khách sạn chưa?” Finch hỏi.</w:t>
      </w:r>
    </w:p>
    <w:p>
      <w:pPr>
        <w:spacing w:after="80"/>
      </w:pPr>
      <w:r>
        <w:rPr>
          <w:b w:val="0"/>
          <w:i w:val="0"/>
        </w:rPr>
        <w:t>“Rồi,” Nagel đáp. “Đúng như ngài gợi ý.”</w:t>
      </w:r>
    </w:p>
    <w:p>
      <w:pPr>
        <w:spacing w:after="80"/>
      </w:pPr>
      <w:r>
        <w:rPr>
          <w:b w:val="0"/>
          <w:i w:val="0"/>
        </w:rPr>
        <w:t>“Và nó có tác dụng không?” người đàn ông hỏi.</w:t>
      </w:r>
    </w:p>
    <w:p>
      <w:pPr>
        <w:spacing w:after="80"/>
      </w:pPr>
      <w:r>
        <w:rPr>
          <w:b w:val="0"/>
          <w:i w:val="0"/>
        </w:rPr>
        <w:t>“Hiệu quả tuyệt vời.”</w:t>
      </w:r>
    </w:p>
    <w:p>
      <w:pPr>
        <w:spacing w:after="80"/>
      </w:pPr>
      <w:r>
        <w:rPr>
          <w:b w:val="0"/>
          <w:i w:val="0"/>
        </w:rPr>
        <w:t>“Cả hai đều đã ký thỏa thuận bảo mật (NDA) chứ?”</w:t>
      </w:r>
    </w:p>
    <w:p>
      <w:pPr>
        <w:spacing w:after="80"/>
      </w:pPr>
      <w:r>
        <w:rPr>
          <w:b w:val="0"/>
          <w:i w:val="0"/>
        </w:rPr>
        <w:t>“Đúng vậy,” vị đại sứ nói không chút do dự. “Các thỏa thuận bảo mật của ngài đã được ký, đóng dấu, và khóa trong két sắt cá nhân của tôi.”</w:t>
      </w:r>
    </w:p>
    <w:p>
      <w:pPr>
        <w:spacing w:after="80"/>
      </w:pPr>
      <w:r>
        <w:rPr>
          <w:b w:val="0"/>
          <w:i w:val="0"/>
        </w:rPr>
        <w:t>“Tuyệt vời,” Finch nói, giọng nhẹ nhõm. “Có được đòn bẩy với cả Langdon nữa thì tốt quá.”</w:t>
      </w:r>
    </w:p>
    <w:p>
      <w:pPr>
        <w:spacing w:after="80"/>
      </w:pPr>
      <w:r>
        <w:rPr>
          <w:b w:val="0"/>
          <w:i w:val="0"/>
        </w:rPr>
        <w:t>Langdon và Katherine lúc này đang nhìn nhau trong sự hoang mang tột độ.</w:t>
      </w:r>
    </w:p>
    <w:p>
      <w:pPr>
        <w:spacing w:after="80"/>
      </w:pPr>
      <w:r>
        <w:rPr>
          <w:b w:val="0"/>
          <w:i w:val="0"/>
        </w:rPr>
        <w:t>“Và để xác nhận thôi,” người đàn ông nói, “ngài có bằng chứng vật lý rằng bản thảo giấy đang bàn tới đã bị đốt cháy chứ?”</w:t>
      </w:r>
    </w:p>
    <w:p>
      <w:pPr>
        <w:spacing w:after="80"/>
      </w:pPr>
      <w:r>
        <w:rPr>
          <w:b w:val="0"/>
          <w:i w:val="0"/>
        </w:rPr>
        <w:t>“Có, đội của tôi đã thu thập những gì còn sót lại—chỉ còn vài mẩu giấy cháy sém. Tôi sẽ gửi ảnh.”</w:t>
      </w:r>
    </w:p>
    <w:p>
      <w:pPr>
        <w:spacing w:after="80"/>
      </w:pPr>
      <w:r>
        <w:rPr>
          <w:b w:val="0"/>
          <w:i w:val="0"/>
        </w:rPr>
        <w:t xml:space="preserve">“Và ngài nói chính tác giả </w:t>
      </w:r>
      <w:r>
        <w:rPr>
          <w:b w:val="0"/>
          <w:i/>
        </w:rPr>
        <w:t>tự tay</w:t>
      </w:r>
      <w:r>
        <w:rPr>
          <w:b w:val="0"/>
          <w:i w:val="0"/>
        </w:rPr>
        <w:t xml:space="preserve"> đốt nó?”</w:t>
      </w:r>
    </w:p>
    <w:p>
      <w:pPr>
        <w:spacing w:after="80"/>
      </w:pPr>
      <w:r>
        <w:rPr>
          <w:b w:val="0"/>
          <w:i w:val="0"/>
        </w:rPr>
        <w:t xml:space="preserve">“Theo tôi hiểu thì cả Langdon và Solomon đều đốt bản thảo vì họ cảm thấy mình gặp nguy hiểm từ một đặc vụ ÚZSI phản bội…và dĩ nhiên, còn từ </w:t>
      </w:r>
      <w:r>
        <w:rPr>
          <w:b w:val="0"/>
          <w:i/>
        </w:rPr>
        <w:t>ngài</w:t>
      </w:r>
      <w:r>
        <w:rPr>
          <w:b w:val="0"/>
          <w:i w:val="0"/>
        </w:rPr>
        <w:t xml:space="preserve"> nữa.”</w:t>
      </w:r>
    </w:p>
    <w:p>
      <w:pPr>
        <w:spacing w:after="80"/>
      </w:pPr>
      <w:r>
        <w:rPr>
          <w:b w:val="0"/>
          <w:i w:val="0"/>
        </w:rPr>
        <w:t>“Đó là một lựa chọn gan góc,” người đàn ông trầm ngâm. “Tôi sẽ tin khi tận mắt nhìn vào mắt họ. Nếu bản thảo đó thực sự biến mất…</w:t>
      </w:r>
      <w:r>
        <w:rPr>
          <w:b w:val="0"/>
          <w:i/>
        </w:rPr>
        <w:t>và</w:t>
      </w:r>
      <w:r>
        <w:rPr>
          <w:b w:val="0"/>
          <w:i w:val="0"/>
        </w:rPr>
        <w:t xml:space="preserve"> cả hai đều đã ký NDA…thì có lẽ chúng ta sắp kết thúc được chuyện này rồi.”</w:t>
      </w:r>
    </w:p>
    <w:p>
      <w:pPr>
        <w:spacing w:after="80"/>
      </w:pPr>
      <w:r>
        <w:rPr>
          <w:b w:val="0"/>
          <w:i w:val="0"/>
        </w:rPr>
        <w:t>“Tôi hy vọng là vậy.”</w:t>
      </w:r>
    </w:p>
    <w:p>
      <w:pPr>
        <w:spacing w:after="80"/>
      </w:pPr>
      <w:r>
        <w:rPr>
          <w:b w:val="0"/>
          <w:i w:val="0"/>
        </w:rPr>
        <w:t>“Còn Crucifix Bastion thì sao?” người đàn ông hỏi. “Cô chắc chắn ÚZSI đã đồng ý rút lui chứ? Tôi không muốn có ai đến gần phòng thí nghiệm của Gessner hay công trình của cô ấy.”</w:t>
      </w:r>
    </w:p>
    <w:p>
      <w:pPr>
        <w:spacing w:after="80"/>
      </w:pPr>
      <w:r>
        <w:rPr>
          <w:b w:val="0"/>
          <w:i w:val="0"/>
        </w:rPr>
        <w:t>“Đã xác nhận. Hiện giờ không có ai ở trên đó cả.”</w:t>
      </w:r>
    </w:p>
    <w:p>
      <w:pPr>
        <w:spacing w:after="80"/>
      </w:pPr>
      <w:r>
        <w:rPr>
          <w:b w:val="0"/>
          <w:i w:val="0"/>
        </w:rPr>
        <w:t>“Tốt,” ông ta nói, giọng có vẻ nhẹ nhõm. “Tôi muốn cô cử ngay một đội bảo vệ Thủy quân Lục chiến lên đó. Rõ ràng, mối lo chính của tôi là cơ sở chính của chúng ta—nhưng chúng ta cũng không thể để lộ bất kỳ thông tin nào ở bastion. Bảo đội của cô bảo vệ nó, và tôi sẽ đích thân lên đó đánh giá sau cuộc họp tại dinh thự của cô.”</w:t>
      </w:r>
    </w:p>
    <w:p>
      <w:pPr>
        <w:spacing w:after="80"/>
      </w:pPr>
      <w:r>
        <w:rPr>
          <w:b w:val="0"/>
          <w:i w:val="0"/>
        </w:rPr>
        <w:t>“Rõ,” Nagel đáp. “Tôi sẽ cử một đội lên đó ngay lập tức.”</w:t>
      </w:r>
    </w:p>
    <w:p>
      <w:pPr>
        <w:spacing w:after="80"/>
      </w:pPr>
      <w:r>
        <w:rPr>
          <w:b w:val="0"/>
          <w:i w:val="0"/>
        </w:rPr>
        <w:t>“Gặp cô lát nữa,” ông ta nói.</w:t>
      </w:r>
    </w:p>
    <w:p>
      <w:pPr>
        <w:spacing w:after="80"/>
      </w:pPr>
      <w:r>
        <w:rPr>
          <w:b w:val="0"/>
          <w:i w:val="0"/>
        </w:rPr>
        <w:t>Đường dây tắt ngấm.</w:t>
      </w:r>
    </w:p>
    <w:p>
      <w:pPr>
        <w:spacing w:after="80"/>
      </w:pPr>
      <w:r>
        <w:rPr>
          <w:b w:val="0"/>
          <w:i w:val="0"/>
        </w:rPr>
        <w:t>Trong sự im lặng, vị đại sứ kiểm tra lại xem cuộc gọi đã thực sự kết thúc chưa, rồi bà ngước mắt lên nhìn Langdon và Katherine và thở dài mệt mỏi.</w:t>
      </w:r>
    </w:p>
    <w:p>
      <w:pPr>
        <w:spacing w:after="80"/>
      </w:pPr>
      <w:r>
        <w:rPr>
          <w:b w:val="0"/>
          <w:i w:val="0"/>
        </w:rPr>
        <w:t>“Rốt cuộc chuyện gì vừa xảy ra vậy?!” Katherine gặng hỏi.</w:t>
      </w:r>
    </w:p>
    <w:p>
      <w:pPr>
        <w:spacing w:after="80"/>
      </w:pPr>
      <w:r>
        <w:rPr>
          <w:b w:val="0"/>
          <w:i w:val="0"/>
        </w:rPr>
        <w:t>Vị đại sứ liếc lên trần nhà nhìn các lỗ thông gió và, có vẻ không muốn mạo hiểm bị nghe lén, dẫn Langdon và Katherine vào phòng tiện ích của bể bơi, nơi một bóng đèn duy nhất chiếu sáng hai chiếc nồi hơi nước bằng gang cổ, mà dù đã gần một thế kỷ không dùng đến, vẫn còn phảng phất mùi than.</w:t>
      </w:r>
    </w:p>
    <w:p>
      <w:pPr>
        <w:spacing w:after="80"/>
      </w:pPr>
      <w:r>
        <w:rPr>
          <w:b w:val="0"/>
          <w:i w:val="0"/>
        </w:rPr>
        <w:t>“Điều đầu tiên anh nên biết,” vị đại sứ nói khẽ, đóng cửa lại sau lưng họ, “là người tôi vừa nói chuyện làm việc cho Cục Tình báo Trung ương.”</w:t>
      </w:r>
    </w:p>
    <w:p>
      <w:pPr>
        <w:spacing w:after="80"/>
      </w:pPr>
      <w:r>
        <w:rPr>
          <w:b w:val="0"/>
          <w:i w:val="0"/>
        </w:rPr>
        <w:t>Langdon lùi lại, giả vờ ngạc nhiên dù đã được Jonas cảnh báo. “Xin lỗi, bà nói gì cơ?”</w:t>
      </w:r>
    </w:p>
    <w:p>
      <w:pPr>
        <w:spacing w:after="80"/>
      </w:pPr>
      <w:r>
        <w:rPr>
          <w:b w:val="0"/>
          <w:i w:val="0"/>
        </w:rPr>
        <w:t>Nagel gật đầu. “Ông ta tên là Everett Finch, và từng điều hành Ban Khoa học và Công nghệ của cục.” Bà ngừng lại. “Tôi cũng nên nói thêm rằng tôi từng làm việc cho CIA. Tôi là luật sư.”</w:t>
      </w:r>
    </w:p>
    <w:p>
      <w:pPr>
        <w:spacing w:after="80"/>
      </w:pPr>
      <w:r>
        <w:rPr>
          <w:b w:val="0"/>
          <w:i/>
        </w:rPr>
        <w:t>Đúng là vậy thật,</w:t>
      </w:r>
      <w:r>
        <w:rPr>
          <w:b w:val="0"/>
          <w:i w:val="0"/>
        </w:rPr>
        <w:t xml:space="preserve"> Langdon nghĩ, không rõ mình thấy nhẹ nhõm hay bất an vì vị đại sứ đã thẳng thắn nói ra như vậy.</w:t>
      </w:r>
    </w:p>
    <w:p>
      <w:pPr>
        <w:spacing w:after="80"/>
      </w:pPr>
      <w:r>
        <w:rPr>
          <w:b w:val="0"/>
          <w:i w:val="0"/>
        </w:rPr>
        <w:t>Nagel giờ xác nhận điều mà Faukman đã nói với Langdon qua điện thoại—CIA lặng lẽ điều hành một công ty đầu tư mạo hiểm tên là In-Q-Tel, gọi tắt là Q, chuyên đầu tư vào các công nghệ an ninh quốc gia và bảo vệ các khoản đầu tư của mình một cách quyết liệt.</w:t>
      </w:r>
    </w:p>
    <w:p>
      <w:pPr>
        <w:spacing w:after="80"/>
      </w:pPr>
      <w:r>
        <w:rPr>
          <w:b w:val="0"/>
          <w:i w:val="0"/>
        </w:rPr>
        <w:t>“CIA điều hành một ngân hàng đầu tư à?” Katherine hỏi.</w:t>
      </w:r>
    </w:p>
    <w:p>
      <w:pPr>
        <w:spacing w:after="80"/>
      </w:pPr>
      <w:r>
        <w:rPr>
          <w:b w:val="0"/>
          <w:i w:val="0"/>
        </w:rPr>
        <w:t xml:space="preserve">“Vì lòng yêu nước nhiều hơn là vì lợi nhuận,” Nagel giải thích. “Ngân sách tình báo của Mỹ đã bị cắt giảm mạnh trong những năm gần đây, và CIA hoạt động dưới lời thề bảo vệ quốc gia khỏi </w:t>
      </w:r>
      <w:r>
        <w:rPr>
          <w:b w:val="0"/>
          <w:i/>
        </w:rPr>
        <w:t>mọi</w:t>
      </w:r>
      <w:r>
        <w:rPr>
          <w:b w:val="0"/>
          <w:i w:val="0"/>
        </w:rPr>
        <w:t xml:space="preserve"> kẻ thù—kể cả sự thiển cận của chính các chính trị gia lạc quan ngây thơ của chúng ta—và vì thế cơ quan này cảm thấy mình có quyền về mặt đạo đức, nếu không muốn nói là </w:t>
      </w:r>
      <w:r>
        <w:rPr>
          <w:b w:val="0"/>
          <w:i/>
        </w:rPr>
        <w:t>có nghĩa vụ,</w:t>
      </w:r>
      <w:r>
        <w:rPr>
          <w:b w:val="0"/>
          <w:i w:val="0"/>
        </w:rPr>
        <w:t xml:space="preserve"> phải tìm nguồn tài trợ bên ngoài để tạo điều kiện cho những chương trình quan trọng của CIA mà nếu không thì không thể tồn tại.”</w:t>
      </w:r>
    </w:p>
    <w:p>
      <w:pPr>
        <w:spacing w:after="80"/>
      </w:pPr>
      <w:r>
        <w:rPr>
          <w:b w:val="0"/>
          <w:i w:val="0"/>
        </w:rPr>
        <w:t>Khi Langdon lắng nghe, anh nhận ra rằng một dự án được tài trợ bằng tiền của Q sẽ bỏ qua mọi sự giám sát truyền thống của Quốc hội vốn gắn liền với việc phân bổ ngân sách đen, nghĩa là CIA về cơ bản có thể làm bất cứ điều gì mình muốn mà không phải chịu trách nhiệm với ai.</w:t>
      </w:r>
    </w:p>
    <w:p>
      <w:pPr>
        <w:spacing w:after="80"/>
      </w:pPr>
      <w:r>
        <w:rPr>
          <w:b w:val="0"/>
          <w:i w:val="0"/>
        </w:rPr>
        <w:t>“Vài năm trước, giám đốc CIA đã chuyển Everett Finch đến London và giao cho anh ta một vị trí ngoài sổ sách tại trụ sở châu Âu của Q. Nhiệm vụ của anh ta là bí mật, nhưng có vẻ anh ta được trao toàn quyền, và như anh chắc đã nhận ra, Finch đang vô cùng lo ngại về bản thảo của Katherine.”</w:t>
      </w:r>
    </w:p>
    <w:p>
      <w:pPr>
        <w:spacing w:after="80"/>
      </w:pPr>
      <w:r>
        <w:rPr>
          <w:b w:val="0"/>
          <w:i w:val="0"/>
        </w:rPr>
        <w:t>“Tại sao?” Katherine gặng hỏi.</w:t>
      </w:r>
    </w:p>
    <w:p>
      <w:pPr>
        <w:spacing w:after="80"/>
      </w:pPr>
      <w:r>
        <w:rPr>
          <w:b w:val="0"/>
          <w:i w:val="0"/>
        </w:rPr>
        <w:t>“Điều duy nhất tôi biết,” Nagel đáp, “là Finch coi bản thảo của cô là mối đe dọa đối với một trong những khoản đầu tư quan trọng nhất của Q. Vì lý do này, nó được coi là vấn đề an ninh quốc gia, điều đó trao cho Finch sự tự do nguy hiểm trong cách anh ta chọn đối phó với cô.”</w:t>
      </w:r>
    </w:p>
    <w:p>
      <w:pPr>
        <w:spacing w:after="80"/>
      </w:pPr>
      <w:r>
        <w:rPr>
          <w:b w:val="0"/>
          <w:i w:val="0"/>
        </w:rPr>
        <w:t>Langdon ngày càng cảm thấy bị mắc kẹt dưới tầng hầm không cửa sổ này.</w:t>
      </w:r>
    </w:p>
    <w:p>
      <w:pPr>
        <w:spacing w:after="80"/>
      </w:pPr>
      <w:r>
        <w:rPr>
          <w:b w:val="0"/>
          <w:i w:val="0"/>
        </w:rPr>
        <w:t xml:space="preserve">“Nhưng </w:t>
      </w:r>
      <w:r>
        <w:rPr>
          <w:b w:val="0"/>
          <w:i/>
        </w:rPr>
        <w:t>bằng cách nào</w:t>
      </w:r>
      <w:r>
        <w:rPr>
          <w:b w:val="0"/>
          <w:i w:val="0"/>
        </w:rPr>
        <w:t xml:space="preserve"> nó lại là mối đe dọa chứ?!” Katherine gặng hỏi. “Tôi đã cố tưởng tượng xem bất cứ điều gì tôi đã viết—”</w:t>
      </w:r>
    </w:p>
    <w:p>
      <w:pPr>
        <w:spacing w:after="80"/>
      </w:pPr>
      <w:r>
        <w:rPr>
          <w:b w:val="0"/>
          <w:i w:val="0"/>
        </w:rPr>
        <w:t>“Tôi không biết. Tôi không có chi tiết cụ thể nào. Chỉ có mệnh lệnh—buộc cô phải ký một thỏa thuận bảo mật NDA.”</w:t>
      </w:r>
    </w:p>
    <w:p>
      <w:pPr>
        <w:spacing w:after="80"/>
      </w:pPr>
      <w:r>
        <w:rPr>
          <w:b w:val="0"/>
          <w:i w:val="0"/>
        </w:rPr>
        <w:t>“Nhưng nếu CIA cho rằng cuốn sách của tôi là rủi ro an ninh quốc gia,” Katherine nói, “thì tại sao không chỉ gọi cho nhà xuất bản của tôi, viện dẫn an ninh quốc gia, và yêu cầu tôi gỡ bỏ tài liệu nguy hiểm đó?”</w:t>
      </w:r>
    </w:p>
    <w:p>
      <w:pPr>
        <w:spacing w:after="80"/>
      </w:pPr>
      <w:r>
        <w:rPr>
          <w:b w:val="0"/>
          <w:i w:val="0"/>
        </w:rPr>
        <w:t xml:space="preserve">“Với tư cách là cựu cố vấn pháp lý của CIA,” Nagel đáp, “tôi có thể nói với cô rằng việc tách riêng </w:t>
      </w:r>
      <w:r>
        <w:rPr>
          <w:b w:val="0"/>
          <w:i/>
        </w:rPr>
        <w:t>những</w:t>
      </w:r>
      <w:r>
        <w:rPr>
          <w:b w:val="0"/>
          <w:i w:val="0"/>
        </w:rPr>
        <w:t xml:space="preserve"> đoạn cụ thể sẽ tiết lộ quá nhiều về những mối lo ngại của CIA. Nó sẽ soi rọi chính xác vào điều họ đang cố giữ bí mật. Hơn nữa, nhà xuất bản của cô hoàn toàn có thể từ chối yêu cầu của CIA và xuất bản toàn bộ văn bản dưới khẩu hiệu: </w:t>
      </w:r>
      <w:r>
        <w:rPr>
          <w:b w:val="0"/>
          <w:i/>
        </w:rPr>
        <w:t>Hãy đọc cuốn sách mà CIA không muốn bạn đọc</w:t>
      </w:r>
      <w:r>
        <w:rPr>
          <w:b w:val="0"/>
          <w:i w:val="0"/>
        </w:rPr>
        <w:t>…”</w:t>
      </w:r>
    </w:p>
    <w:p>
      <w:pPr>
        <w:spacing w:after="80"/>
      </w:pPr>
      <w:r>
        <w:rPr>
          <w:b w:val="0"/>
          <w:i w:val="0"/>
        </w:rPr>
        <w:t>Langdon biết cô nói đúng. Vatican thường xuyên mắc sai lầm đó, làm tăng doanh số của những cuốn sách phổ biến bằng cách khăng khăng rằng chúng “chống Công giáo” và cố gắng cấm người Công giáo đọc chúng.</w:t>
      </w:r>
    </w:p>
    <w:p>
      <w:pPr>
        <w:spacing w:after="80"/>
      </w:pPr>
      <w:r>
        <w:rPr>
          <w:b w:val="0"/>
          <w:i w:val="0"/>
        </w:rPr>
        <w:t>“Cô đã đọc những thỏa thuận NDA này chưa?” Langdon hỏi.</w:t>
      </w:r>
    </w:p>
    <w:p>
      <w:pPr>
        <w:spacing w:after="80"/>
      </w:pPr>
      <w:r>
        <w:rPr>
          <w:b w:val="0"/>
          <w:i w:val="0"/>
        </w:rPr>
        <w:t>“Loại bao trùm bằng lời nói,” Nagel nói, gật đầu. “Chung chung một cách nguy hiểm. Về cơ bản, nó có nghĩa là cô sẽ có một cuộc trò chuyện được ghi âm với Finch, và bất cứ điều gì được đề cập trong đó sẽ ngay lập tức được coi là ‘thông tin được bảo vệ.’ Tùy thuộc vào những gì Finch nói với cô, thỏa thuận NDA đó sẽ có đủ hiệu lực pháp lý để đóng cửa cuốn sách của Katherine ngay lập tức và vĩnh viễn.”</w:t>
      </w:r>
    </w:p>
    <w:p>
      <w:pPr>
        <w:spacing w:after="80"/>
      </w:pPr>
      <w:r>
        <w:rPr>
          <w:b w:val="0"/>
          <w:i w:val="0"/>
        </w:rPr>
        <w:t xml:space="preserve">Những suy nghĩ của Langdon lại quay cuồng qua tất cả những gì Katherine đã kể cho anh về bản thảo và những khám phá của cô—bộ lọc não, GABA, ý thức phi cục bộ. </w:t>
      </w:r>
      <w:r>
        <w:rPr>
          <w:b w:val="0"/>
          <w:i/>
        </w:rPr>
        <w:t>Tại sao CIA lại quan tâm đến bất kỳ điều nào trong số đó chứ?</w:t>
      </w:r>
    </w:p>
    <w:p>
      <w:pPr>
        <w:spacing w:after="80"/>
      </w:pPr>
      <w:r>
        <w:rPr>
          <w:b w:val="0"/>
          <w:i w:val="0"/>
        </w:rPr>
        <w:t xml:space="preserve">“Cô vừa nói với chúng tôi,” Langdon gặng hỏi, “rằng ông Finch tin cuốn sách của Katherine đặt ra mối đe dọa đối với một trong những khoản đầu tư quan trọng nhất của Q…điều đó dẫn đến một câu hỏi hiển nhiên: Cô có biết khoản đầu tư đó </w:t>
      </w:r>
      <w:r>
        <w:rPr>
          <w:b w:val="0"/>
          <w:i/>
        </w:rPr>
        <w:t>là gì</w:t>
      </w:r>
      <w:r>
        <w:rPr>
          <w:b w:val="0"/>
          <w:i w:val="0"/>
        </w:rPr>
        <w:t xml:space="preserve"> không?”</w:t>
      </w:r>
    </w:p>
    <w:p>
      <w:pPr>
        <w:spacing w:after="80"/>
      </w:pPr>
      <w:r>
        <w:rPr>
          <w:b w:val="0"/>
          <w:i w:val="0"/>
        </w:rPr>
        <w:t>“Tôi biết nó liên quan đến một cơ sở tuyệt mật của CIA ở đây tại Prague.”</w:t>
      </w:r>
    </w:p>
    <w:p>
      <w:pPr>
        <w:spacing w:after="80"/>
      </w:pPr>
      <w:r>
        <w:rPr>
          <w:b w:val="0"/>
          <w:i w:val="0"/>
        </w:rPr>
        <w:t xml:space="preserve">“Ở </w:t>
      </w:r>
      <w:r>
        <w:rPr>
          <w:b w:val="0"/>
          <w:i/>
        </w:rPr>
        <w:t>Prague</w:t>
      </w:r>
      <w:r>
        <w:rPr>
          <w:b w:val="0"/>
          <w:i w:val="0"/>
        </w:rPr>
        <w:t xml:space="preserve"> á?” Langdon ngạc nhiên. “Cô đùa tôi đấy à. Họ làm gì ở đó chứ?”</w:t>
      </w:r>
    </w:p>
    <w:p>
      <w:pPr>
        <w:spacing w:after="80"/>
      </w:pPr>
      <w:r>
        <w:rPr>
          <w:b w:val="0"/>
          <w:i w:val="0"/>
        </w:rPr>
        <w:t>Nagel lắc đầu đầy bực bội. “Tôi không biết. Tất cả những gì tôi có thể nói là cơ sở đó có một mật danh. Người ta gọi nó là ‘Threshold’.”</w:t>
      </w:r>
    </w:p>
    <w:p>
      <w:pPr>
        <w:pStyle w:val="Heading1"/>
      </w:pPr>
      <w:r>
        <w:rPr>
          <w:rFonts w:ascii="Calibri" w:hAnsi="Calibri"/>
          <w:b/>
          <w:i w:val="0"/>
          <w:sz w:val="40"/>
        </w:rPr>
        <w:t>Chương 81</w:t>
      </w:r>
    </w:p>
    <w:p>
      <w:pPr>
        <w:spacing w:after="80"/>
      </w:pPr>
      <w:r>
        <w:rPr>
          <w:b w:val="0"/>
          <w:i w:val="0"/>
        </w:rPr>
        <w:t xml:space="preserve">“Tôi được cung cấp rất ít thông tin,” Nagel nói khi cả ba người họ chen chúc trong căn phòng lò hơi ảm đạm bên dưới biệt thự. “Cơ quan này viện cớ rằng tôi được cách ly là vì sự an toàn của chính tôi. Tất cả những gì tôi biết là chính giám đốc CIA coi Threshold là nỗ lực </w:t>
      </w:r>
      <w:r>
        <w:rPr>
          <w:b w:val="0"/>
          <w:i/>
        </w:rPr>
        <w:t>duy nhất</w:t>
      </w:r>
      <w:r>
        <w:rPr>
          <w:b w:val="0"/>
          <w:i w:val="0"/>
        </w:rPr>
        <w:t xml:space="preserve"> quan trọng nhất của cơ quan…hoàn toàn then chốt đối với an ninh tương lai.”</w:t>
      </w:r>
    </w:p>
    <w:p>
      <w:pPr>
        <w:spacing w:after="80"/>
      </w:pPr>
      <w:r>
        <w:rPr>
          <w:b w:val="0"/>
          <w:i w:val="0"/>
        </w:rPr>
        <w:t>Lời tuyên bố mạnh mẽ ấy lơ lửng trong không khí.</w:t>
      </w:r>
    </w:p>
    <w:p>
      <w:pPr>
        <w:spacing w:after="80"/>
      </w:pPr>
      <w:r>
        <w:rPr>
          <w:b w:val="0"/>
          <w:i w:val="0"/>
        </w:rPr>
        <w:t>“Và cô không tham gia vào chuyện đó?” Langdon hỏi.</w:t>
      </w:r>
    </w:p>
    <w:p>
      <w:pPr>
        <w:spacing w:after="80"/>
      </w:pPr>
      <w:r>
        <w:rPr>
          <w:b w:val="0"/>
          <w:i w:val="0"/>
        </w:rPr>
        <w:t>“Chỉ với vai trò người điều phối chính trị thôi,” cô nói. “Ba năm trước, sau lưng tôi, CIA đã dàn xếp việc bổ nhiệm tôi vào đại sứ quán ở đây để tôi có thể làm con tốt ngoại giao của họ—một người trong cuộc của cơ quan, sẽ báo cáo cho Finch và giúp gỡ bỏ những rào cản pháp lý rườm rà liên quan đến việc bí mật xây dựng cơ sở Threshold.”</w:t>
      </w:r>
    </w:p>
    <w:p>
      <w:pPr>
        <w:spacing w:after="80"/>
      </w:pPr>
      <w:r>
        <w:rPr>
          <w:b w:val="0"/>
          <w:i w:val="0"/>
        </w:rPr>
        <w:t>“Và cô vẫn không biết đó là loại hoạt động gì à?” anh hỏi.</w:t>
      </w:r>
    </w:p>
    <w:p>
      <w:pPr>
        <w:spacing w:after="80"/>
      </w:pPr>
      <w:r>
        <w:rPr>
          <w:b w:val="0"/>
          <w:i w:val="0"/>
        </w:rPr>
        <w:t>Nagel lắc đầu. “Tôi biết đó là một cơ sở nghiên cứu khoa học. Từ những gì ít ỏi Finch đã nói và xét theo sự tham gia nổi bật của Brigita Gessner, tôi khá chắc chắn họ đang làm nghiên cứu về não bộ theo cách nào đó…có lẽ là về ý thức con người—nhưng mức độ an ninh quân sự gắt gao cho thấy ở dưới đó còn nhiều thứ đang diễn ra hơn là sự tò mò khoa học đơn thuần.”</w:t>
      </w:r>
    </w:p>
    <w:p>
      <w:pPr>
        <w:spacing w:after="80"/>
      </w:pPr>
      <w:r>
        <w:rPr>
          <w:b w:val="0"/>
          <w:i w:val="0"/>
        </w:rPr>
        <w:t>Katherine có vẻ bị cuốn hút hoàn toàn. “Cơ sở đó đã đi vào hoạt động chưa?”</w:t>
      </w:r>
    </w:p>
    <w:p>
      <w:pPr>
        <w:spacing w:after="80"/>
      </w:pPr>
      <w:r>
        <w:rPr>
          <w:b w:val="0"/>
          <w:i w:val="0"/>
        </w:rPr>
        <w:t>“Công trình đã hoàn thành nhưng chưa hoạt động đầy đủ. Tôi biết họ đã tiến hành một số thử nghiệm riêng lẻ…mà tôi đoán là đã thành công vì giờ họ đang chuẩn bị để bắt đầu một cách nghiêm túc; hiện họ đang đào tạo nhân viên ở một địa điểm khác tại Mỹ và dự kiến cơ sở sẽ đi vào hoạt động trong vòng vài tuần tới.”</w:t>
      </w:r>
    </w:p>
    <w:p>
      <w:pPr>
        <w:spacing w:after="80"/>
      </w:pPr>
      <w:r>
        <w:rPr>
          <w:b w:val="0"/>
          <w:i w:val="0"/>
        </w:rPr>
        <w:t>“Và cơ sở này nằm ở đây, tại Prague?” cô hỏi.</w:t>
      </w:r>
    </w:p>
    <w:p>
      <w:pPr>
        <w:spacing w:after="80"/>
      </w:pPr>
      <w:r>
        <w:rPr>
          <w:b w:val="0"/>
          <w:i w:val="0"/>
        </w:rPr>
        <w:t xml:space="preserve">Nagel ngập ngừng, như thể đang cân nhắc lần cuối xem có nên tiết lộ chi tiết hay không. “Về mặt kỹ thuật thì là </w:t>
      </w:r>
      <w:r>
        <w:rPr>
          <w:b w:val="0"/>
          <w:i/>
        </w:rPr>
        <w:t>bên dưới</w:t>
      </w:r>
      <w:r>
        <w:rPr>
          <w:b w:val="0"/>
          <w:i w:val="0"/>
        </w:rPr>
        <w:t xml:space="preserve"> Prague,” cô nói. “Toàn bộ công trình đều nằm dưới lòng đất.”</w:t>
      </w:r>
    </w:p>
    <w:p>
      <w:pPr>
        <w:spacing w:after="80"/>
      </w:pPr>
      <w:r>
        <w:rPr>
          <w:b w:val="0"/>
          <w:i w:val="0"/>
        </w:rPr>
        <w:t>Trong khoảnh khắc, Langdon lóe lên hình ảnh tầng dưới của phòng thí nghiệm nhỏ của Gessner. “Tôi đoán không phải Crucifix Bastion chứ?”</w:t>
      </w:r>
    </w:p>
    <w:p>
      <w:pPr>
        <w:spacing w:after="80"/>
      </w:pPr>
      <w:r>
        <w:rPr>
          <w:b w:val="0"/>
          <w:i w:val="0"/>
        </w:rPr>
        <w:t>“Không,” vị đại sứ đáp. “Đó là phòng thí nghiệm nghiên cứu riêng của Brigita Gessner. CIA đã đầu tư vào các công nghệ của cô ấy, nhưng cơ sở Threshold nằm ở chỗ khác. Thực ra nó không xa bastion lắm, nhưng có diện tích hơn mười nghìn bộ vuông (square feet).”</w:t>
      </w:r>
    </w:p>
    <w:p>
      <w:pPr>
        <w:spacing w:after="80"/>
      </w:pPr>
      <w:r>
        <w:rPr>
          <w:b w:val="0"/>
          <w:i/>
        </w:rPr>
        <w:t>Mười nghìn bộ vuông? Toàn bộ dưới lòng đất?!</w:t>
      </w:r>
      <w:r>
        <w:rPr>
          <w:b w:val="0"/>
          <w:i w:val="0"/>
        </w:rPr>
        <w:t xml:space="preserve"> “Làm sao người ta có thể xây một thứ lớn đến thế trong bí mật tuyệt đối bên dưới một thành phố như thế này chứ?”</w:t>
      </w:r>
    </w:p>
    <w:p>
      <w:pPr>
        <w:spacing w:after="80"/>
      </w:pPr>
      <w:r>
        <w:rPr>
          <w:b w:val="0"/>
          <w:i w:val="0"/>
        </w:rPr>
        <w:t xml:space="preserve">Nagel nhún vai. “Thật ra khá đơn giản—cấu trúc cơ bản </w:t>
      </w:r>
      <w:r>
        <w:rPr>
          <w:b w:val="0"/>
          <w:i/>
        </w:rPr>
        <w:t>vốn đã</w:t>
      </w:r>
      <w:r>
        <w:rPr>
          <w:b w:val="0"/>
          <w:i w:val="0"/>
        </w:rPr>
        <w:t xml:space="preserve"> có sẵn. CIA tiếp quản và xây dựng lại nó.” Cô ngừng một chút. “Mặc dù, </w:t>
      </w:r>
      <w:r>
        <w:rPr>
          <w:b w:val="0"/>
          <w:i/>
        </w:rPr>
        <w:t>về mặt công khai,</w:t>
      </w:r>
      <w:r>
        <w:rPr>
          <w:b w:val="0"/>
          <w:i w:val="0"/>
        </w:rPr>
        <w:t xml:space="preserve"> chính Cục Công binh Lục quân Hoa Kỳ là đơn vị tiếp quản nó.”</w:t>
      </w:r>
    </w:p>
    <w:p>
      <w:pPr>
        <w:spacing w:after="80"/>
      </w:pPr>
      <w:r>
        <w:rPr>
          <w:b w:val="0"/>
          <w:i w:val="0"/>
        </w:rPr>
        <w:t>Langdon chỉ cần một khoảnh khắc để ghép các mảnh lại với nhau.</w:t>
      </w:r>
    </w:p>
    <w:p>
      <w:pPr>
        <w:spacing w:after="80"/>
      </w:pPr>
      <w:r>
        <w:rPr>
          <w:b w:val="0"/>
          <w:i w:val="0"/>
        </w:rPr>
        <w:t>Vào những năm 1950, một trong những hầm trú ẩn bom thời Liên Xô lớn nhất châu Âu đã được xây dựng ở Prague. Mạng lưới khổng lồ gồm những căn phòng ngầm ẩm thấp được cho là có chỗ cho khoảng 1.500 người cùng với trạm phát điện riêng, hệ thống lọc khí, phòng tắm, nhà vệ sinh, hội trường, và thậm chí cả nhà xác riêng. Boong-ke này đã bị bỏ hoang từ lâu, mặc dù một phần của nó vẫn còn mở cửa cho đến ngày nay như một điểm thu hút khách du lịch.</w:t>
      </w:r>
    </w:p>
    <w:p>
      <w:pPr>
        <w:spacing w:after="80"/>
      </w:pPr>
      <w:r>
        <w:rPr>
          <w:b w:val="0"/>
          <w:i w:val="0"/>
        </w:rPr>
        <w:t>“Hầm trú ẩn Folimanka…” Langdon thì thầm, kinh ngạc nhận ra rằng sáng nay anh đã thực sự bước qua những phần của boong-ke; nó nằm chôn dưới khoảng không gian rộng lớn của Công viên Folimanka.</w:t>
      </w:r>
    </w:p>
    <w:p>
      <w:pPr>
        <w:spacing w:after="80"/>
      </w:pPr>
      <w:r>
        <w:rPr>
          <w:b w:val="0"/>
          <w:i w:val="0"/>
        </w:rPr>
        <w:t xml:space="preserve">Langdon chưa từng vào bên trong, nhưng anh đã thấy lối vào dành cho khách du lịch—một đường hầm bê tông được trang trí bằng những hình vẽ graffiti xịt sơn đầy màu sắc mô tả các vụ nổ bom nguyên tử và dòng chữ Kryt Folimanka, mà Langdon tưởng có nghĩa là </w:t>
      </w:r>
      <w:r>
        <w:rPr>
          <w:b w:val="0"/>
          <w:i/>
        </w:rPr>
        <w:t>Hầm mộ Folimanka</w:t>
      </w:r>
      <w:r>
        <w:rPr>
          <w:b w:val="0"/>
          <w:i w:val="0"/>
        </w:rPr>
        <w:t xml:space="preserve"> nhưng được cho biết là có nghĩa là </w:t>
      </w:r>
      <w:r>
        <w:rPr>
          <w:b w:val="0"/>
          <w:i/>
        </w:rPr>
        <w:t>Hầm trú ẩn Folimanka.</w:t>
      </w:r>
    </w:p>
    <w:p>
      <w:pPr>
        <w:spacing w:after="80"/>
      </w:pPr>
      <w:r>
        <w:rPr>
          <w:b w:val="0"/>
          <w:i w:val="0"/>
        </w:rPr>
        <w:t>Phần nổi tiếng dành cho khách du lịch của boong-ke—nằm ở rìa phía đông của Công viên Folimanka—tương đối nông, trong tình trạng khá tốt, và hoàn toàn an toàn để tham quan. Tuy nhiên, phần lớn hơn của boong-ke lại kéo dài sâu hơn và xa hơn vào Công viên Folimanka. Qua nhiều thập kỷ, mạng lưới đường hầm và phòng ngầm rộng lớn của nó đã bị ngập nước, xuống cấp, và bị niêm phong cùng lãng quên.</w:t>
      </w:r>
    </w:p>
    <w:p>
      <w:pPr>
        <w:spacing w:after="80"/>
      </w:pPr>
      <w:r>
        <w:rPr>
          <w:b w:val="0"/>
          <w:i w:val="0"/>
        </w:rPr>
        <w:t>Vị đại sứ nhanh chóng mô tả cách CIA đã nắm quyền kiểm soát phần bị bỏ hoang của boong-ke. Là một thành viên đồng minh của NATO, chính phủ Hoa Kỳ thường xuyên hợp tác về các vấn đề quân sự và chính trị ở đây. Đôi khi, điều này cũng có nghĩa là hỗ trợ dân sự cho cơ sở hạ tầng—trong trường hợp của Công viên Folimanka, là tìm cách cứu vãn khoảng không gian rộng lớn, mà các quan chức thành phố đã thông báo rằng nó bắt đầu bị lún và họ lo sợ một ngày nào đó nó có thể sụp đổ xuống những khoảng rỗng bị bỏ hoang của các boong-ke đang mục nát bên dưới.</w:t>
      </w:r>
    </w:p>
    <w:p>
      <w:pPr>
        <w:spacing w:after="80"/>
      </w:pPr>
      <w:r>
        <w:rPr>
          <w:b w:val="0"/>
          <w:i w:val="0"/>
        </w:rPr>
        <w:t>Đội cứu viện đã đến dưới hình thức Cục Công binh Lục quân Hoa Kỳ, đơn vị đã đào một đường hầm lối vào mới ở đầu phía tây của công viên và bắt đầu dự án kéo dài nhiều năm nhằm thoát nước, niêm phong, và gia cố hệ thống boong-ke rộng lớn.</w:t>
      </w:r>
    </w:p>
    <w:p>
      <w:pPr>
        <w:spacing w:after="80"/>
      </w:pPr>
      <w:r>
        <w:rPr>
          <w:b w:val="0"/>
          <w:i w:val="0"/>
        </w:rPr>
        <w:t xml:space="preserve">Dự án hiện sắp hoàn thành, vậy mà vị đại sứ nói rằng những thuyết âm mưu chống Hoa Kỳ vẫn còn lan truyền: </w:t>
      </w:r>
      <w:r>
        <w:rPr>
          <w:b w:val="0"/>
          <w:i/>
        </w:rPr>
        <w:t>Công viên Folimanka chưa bao giờ thực sự bị lún…Nó đang được xây dựng lại thành một nhà tù quân sự bí mật…hoặc một boong-ke vũ khí hóa học.</w:t>
      </w:r>
      <w:r>
        <w:rPr>
          <w:b w:val="0"/>
          <w:i w:val="0"/>
        </w:rPr>
        <w:t xml:space="preserve"> Một người khác khẳng định rằng những hang động sâu hơn thậm chí không tồn tại, và Hoa Kỳ thực ra đang </w:t>
      </w:r>
      <w:r>
        <w:rPr>
          <w:b w:val="0"/>
          <w:i/>
        </w:rPr>
        <w:t>đào</w:t>
      </w:r>
      <w:r>
        <w:rPr>
          <w:b w:val="0"/>
          <w:i w:val="0"/>
        </w:rPr>
        <w:t xml:space="preserve"> chúng—một sự nghi ngờ được thúc đẩy bởi việc thiếu vắng bất kỳ bản thiết kế đáng tin cậy nào từ thời Liên Xô phác thảo toàn bộ boong-ke, thứ hoặc chưa bao giờ tồn tại hoặc đã bị xóa sổ khỏi lịch sử một cách hiệu quả.</w:t>
      </w:r>
    </w:p>
    <w:p>
      <w:pPr>
        <w:spacing w:after="80"/>
      </w:pPr>
      <w:r>
        <w:rPr>
          <w:b w:val="0"/>
          <w:i w:val="0"/>
        </w:rPr>
        <w:t xml:space="preserve">Dù sự thật là gì, Langdon phải khâm phục mưu mẹo đơn giản đến quỷ quyệt này, ngoại trừ một câu hỏi hiển nhiên. “Tại sao lại xây </w:t>
      </w:r>
      <w:r>
        <w:rPr>
          <w:b w:val="0"/>
          <w:i/>
        </w:rPr>
        <w:t>ở đây</w:t>
      </w:r>
      <w:r>
        <w:rPr>
          <w:b w:val="0"/>
          <w:i w:val="0"/>
        </w:rPr>
        <w:t>?” anh hỏi. “Sao không đặt Threshold trong một nhà kho ở sa mạc Arizona?”</w:t>
      </w:r>
    </w:p>
    <w:p>
      <w:pPr>
        <w:spacing w:after="80"/>
      </w:pPr>
      <w:r>
        <w:rPr>
          <w:b w:val="0"/>
          <w:i w:val="0"/>
        </w:rPr>
        <w:t xml:space="preserve">“Khá đơn giản,” Nagel trả lời. “Môi trường đô thị đông đúc mang lại một mức độ ngụy trang khỏi sự giám sát của vệ tinh, điều mà bạn không có được khi vận chuyển vật liệu và nhân sự quy mô lớn đến một địa điểm sa mạc biệt lập. Ngày càng nhiều cơ sở tình báo đang được chuyển đến các trung tâm đô thị, và việc chọn một thành phố </w:t>
      </w:r>
      <w:r>
        <w:rPr>
          <w:b w:val="0"/>
          <w:i/>
        </w:rPr>
        <w:t>bên ngoài</w:t>
      </w:r>
      <w:r>
        <w:rPr>
          <w:b w:val="0"/>
          <w:i w:val="0"/>
        </w:rPr>
        <w:t xml:space="preserve"> Hoa Kỳ giúp giữ sự giám sát của Quốc hội và các hạn chế pháp lý trong nước ở mức tối thiểu.”</w:t>
      </w:r>
    </w:p>
    <w:p>
      <w:pPr>
        <w:spacing w:after="80"/>
      </w:pPr>
      <w:r>
        <w:rPr>
          <w:b w:val="0"/>
          <w:i w:val="0"/>
        </w:rPr>
        <w:t>Câu nói cuối cùng đó khiến Langdon thấy đáng ngại. “Tại sao cô lại kể cho chúng tôi tất cả những điều này?” anh hỏi, giật mình trước sự thẳng thắn của vị đại sứ.</w:t>
      </w:r>
    </w:p>
    <w:p>
      <w:pPr>
        <w:spacing w:after="80"/>
      </w:pPr>
      <w:r>
        <w:rPr>
          <w:b w:val="0"/>
          <w:i w:val="0"/>
        </w:rPr>
        <w:t>“Đúng vậy,” Katherine đồng tình. “Có vẻ như—”</w:t>
      </w:r>
    </w:p>
    <w:p>
      <w:pPr>
        <w:spacing w:after="80"/>
      </w:pPr>
      <w:r>
        <w:rPr>
          <w:b w:val="0"/>
          <w:i w:val="0"/>
        </w:rPr>
        <w:t>“Phản quốc ư?” Ánh mắt vị đại sứ trở nên xa xăm. “Lý do của tôi là cá nhân, nhưng dù điều gì xảy ra với tôi, xin hãy tin tôi khi tôi nói rằng tôi sẽ đặt việc giữ an toàn cho cả hai người lên hàng đầu.”</w:t>
      </w:r>
    </w:p>
    <w:p>
      <w:pPr>
        <w:spacing w:after="80"/>
      </w:pPr>
      <w:r>
        <w:rPr>
          <w:b w:val="0"/>
          <w:i w:val="0"/>
        </w:rPr>
        <w:t>Langdon biết còn nhiều câu hỏi chưa được giải đáp, nhưng anh có xu hướng tin cô.</w:t>
      </w:r>
    </w:p>
    <w:p>
      <w:pPr>
        <w:spacing w:after="80"/>
      </w:pPr>
      <w:r>
        <w:rPr>
          <w:b w:val="0"/>
          <w:i w:val="0"/>
        </w:rPr>
        <w:t>“Tuy nhiên, tôi cần cảnh báo các bạn,” Nagel nói, “các bạn đang đối mặt với những thế lực hùng mạnh. Trong quỹ đạo của CIA và Threshold, mức cược cao đến không tưởng—và thẳng thắn mà nói, người ta chết đấy.” Cô thở dài và nhìn Langdon cùng Katherine; trong một khoảnh khắc thoáng qua, dường như cô sắp khóc. “Tiến sĩ Gessner đã bị giết tối qua, nhưng cô ấy không phải là nạn nhân duy nhất. Tôi vừa nhận được tin rằng tùy viên pháp lý của tôi, Michael Harris, đã được phát hiện đã chết nửa giờ trước.”</w:t>
      </w:r>
    </w:p>
    <w:p>
      <w:pPr>
        <w:spacing w:after="80"/>
      </w:pPr>
      <w:r>
        <w:rPr>
          <w:b w:val="0"/>
          <w:i w:val="0"/>
        </w:rPr>
        <w:t>Langdon cảm thấy ghê người khi nhớ lại những lần tiếp xúc với Harris ở khách sạn chỉ vài giờ trước đó. "Tôi vô cùng xin lỗi."</w:t>
        <w:br/>
        <w:br/>
        <w:t>Nagel bình tĩnh giải thích rằng thi thể của Harris đã được tìm thấy trong căn hộ của Sasha Vesna, người mà Harris đang có một mối quan hệ "không thành thật" như một hình thức giám sát do ông Finch ra lệnh, kẻ muốn theo dõi sát sao trợ lý người Nga của Gessner. Tung tích của Sasha vẫn chưa được biết, nhưng Nagel không mấy lạc quan.</w:t>
        <w:br/>
        <w:br/>
        <w:t>Langdon lập tức lo lắng cho sự an toàn của Sasha.</w:t>
        <w:br/>
        <w:br/>
        <w:t xml:space="preserve">Vị đại sứ tiếp tục, mím môi và thở ra một hơi dài. "Tôi chịu trách nhiệm trực tiếp về cái chết của Michael Harris…và tôi sẽ mang theo nỗi day dứt đó mãi mãi." Bà ngước mắt lên nhìn cả hai, gắng đứng thẳng hơn. "Tôi không biết phải bắt đầu chuộc lỗi với Michael, và với việc mù quáng tuân theo mệnh lệnh của Finch…như thế nào, ngoại trừ việc ngay lúc này tôi biết mình cần làm </w:t>
      </w:r>
      <w:r>
        <w:rPr>
          <w:b w:val="0"/>
          <w:i/>
        </w:rPr>
        <w:t>bất cứ điều gì</w:t>
      </w:r>
      <w:r>
        <w:rPr>
          <w:b w:val="0"/>
          <w:i w:val="0"/>
        </w:rPr>
        <w:t xml:space="preserve"> cần thiết để sửa chữa mọi chuyện và bảo vệ cả hai người."</w:t>
        <w:br/>
        <w:br/>
        <w:t>"Bà định làm điều đó thế nào?" Katherine gặng hỏi.</w:t>
        <w:br/>
        <w:br/>
        <w:t>"Chúng ta có ba nước đi khả dĩ," Nagel nói. "Đáng tiếc là cô sẽ không thích nước nào trong số đó. Lựa chọn đầu tiên sẽ là an toàn nhất. Tôi sẽ in lại các thỏa thuận bảo mật, cô sẽ ký chúng, và cô sẽ có cuộc gặp với ông Finch như đã định, trao cho ông ta sự đảm bảo về sự im lặng mà ông ta mong muốn. Điều này về cơ bản sẽ đưa cô ra khỏi tầm ngắm của ông ta, nhưng nó có thể đồng nghĩa với việc cô không bao giờ có thể xuất bản cuốn sách của mình, và cô Solomon này, có thể sẽ có những lĩnh vực nghiên cứu mà cô không còn hoàn toàn tự do theo đuổi nữa."</w:t>
        <w:br/>
        <w:br/>
        <w:t>"Đó hoàn toàn không phải là một lựa chọn," Katherine nói thẳng thừng.</w:t>
        <w:br/>
        <w:br/>
        <w:t>"Đồng ý," Langdon nói. "Lựa chọn thứ hai?"</w:t>
        <w:br/>
        <w:br/>
        <w:t>"Lựa chọn số hai…" Nagel nói, nhìn từ người này sang người kia. "Chúng ta còn khoảng một giờ trước khi Finch đến đây. Chúng ta có thể rời đi ngay bây giờ. Tôi chở cả hai người đến sân bay ngay lập tức và đưa các người ra khỏi đất nước. Tất nhiên sẽ có hệ lụy—cho cả ba chúng ta—nhưng ít nhất chúng ta sẽ có thêm thời gian để nghĩ ra các giải pháp khác."</w:t>
        <w:br/>
        <w:br/>
        <w:t>"Chẳng hạn như?" Langdon hỏi.</w:t>
        <w:br/>
        <w:br/>
        <w:t>"Thứ nhất, cô Solomon có thể xuất bản cuốn sách của mình ngay lập tức. Việc xuất bản đó sẽ mang lại một mức độ miễn trừ nào đó—"</w:t>
        <w:br/>
        <w:br/>
        <w:t>"Cuốn sách của tôi đã biến mất rồi," Katherine ngắt lời. "Sẽ mất rất nhiều thời gian để tạo lại nó."</w:t>
        <w:br/>
        <w:br/>
        <w:t>"Và kể cả nếu cô ấy có một bản sao," Langdon nhận xét, "thì cũng phải mất hàng tháng trời để một cuốn sách được sản xuất và xuất bản. Chưa kể, một nước đi như vậy chẳng phải sẽ khiến cô ấy trở thành mục tiêu của CIA mãi mãi sao?"</w:t>
        <w:br/>
        <w:br/>
        <w:t>"Ở một mức độ nào đó, đúng vậy."</w:t>
        <w:br/>
        <w:br/>
        <w:t>"Không, cảm ơn," Katherine nói. "Tôi không có hứng thú với việc phải ngoái nhìn lại phía sau suốt phần đời còn lại. Lựa chọn thứ ba là gì?"</w:t>
        <w:br/>
        <w:br/>
        <w:t xml:space="preserve">Nagel im lặng một lát, như thể đang sắp xếp chi tiết trong đầu. Khi bà lên tiếng, giọng điệu của bà thật thực tế, giống như một luật sư đang tư vấn cho khách hàng. "Trong ngành tình báo, chỉ có một nguồn sức mạnh thực sự duy nhất. </w:t>
      </w:r>
      <w:r>
        <w:rPr>
          <w:b w:val="0"/>
          <w:i/>
        </w:rPr>
        <w:t>Thông tin.</w:t>
      </w:r>
      <w:r>
        <w:rPr>
          <w:b w:val="0"/>
          <w:i w:val="0"/>
        </w:rPr>
        <w:t xml:space="preserve"> Đó là đòn bẩy duy nhất mà ai cũng hiểu…và giờ đây cô đang ở vị thế có thể tiếp nhận một lượng lớn thông tin đó. Hãy nhớ rằng, ông Finch tin rằng cô đã ký các thỏa thuận bảo mật, và ông ta đang đến đây để dàn xếp một cuộc trò chuyện nhằm dùng những thỏa thuận đó chống lại cô. Ông ta sẽ nói với cô càng nhiều càng tốt—để đảm bảo mọi chủ đề ông ta đề cập đều bị cấm đối với cô từ nay về sau. Ông ta càng nói nhiều với cô, cô sẽ càng có nhiều thông tin…và do đó, càng có nhiều đòn bẩy hơn."</w:t>
      </w:r>
    </w:p>
    <w:p>
      <w:pPr>
        <w:spacing w:after="80"/>
      </w:pPr>
      <w:r>
        <w:rPr>
          <w:b w:val="0"/>
          <w:i w:val="0"/>
        </w:rPr>
        <w:t>Nagel bình tĩnh giải thích rằng thi thể của Harris đã được tìm thấy trong căn hộ của Sasha Vesna, người mà Harris đang có một mối quan hệ “không thành thật” như một hình thức giám sát theo lệnh của ông Finch, kẻ muốn theo dõi sát sao cô trợ lý người Nga của Gessner. Tung tích của Sasha vẫn chưa rõ, nhưng Nagel không mấy lạc quan.</w:t>
      </w:r>
    </w:p>
    <w:p>
      <w:pPr>
        <w:spacing w:after="80"/>
      </w:pPr>
      <w:r>
        <w:rPr>
          <w:b w:val="0"/>
          <w:i w:val="0"/>
        </w:rPr>
        <w:t>Langdon lập tức lo lắng cho sự an toàn của Sasha.</w:t>
      </w:r>
    </w:p>
    <w:p>
      <w:pPr>
        <w:spacing w:after="80"/>
      </w:pPr>
      <w:r>
        <w:rPr>
          <w:b w:val="0"/>
          <w:i w:val="0"/>
        </w:rPr>
        <w:t xml:space="preserve">Vị đại sứ tiếp tục, mím môi và thở ra một hơi dài. “Tôi chịu trách nhiệm trực tiếp về cái chết của Michael Harris… và tôi sẽ mang theo nỗi day dứt đó mãi mãi.” Bà ngước mắt lên nhìn cả hai, gắng đứng thẳng hơn. “Tôi không biết phải bắt đầu chuộc lỗi cho Michael, và cho việc mù quáng tuân theo mệnh lệnh của Finch… trừ việc ngay lúc này tôi biết mình cần làm </w:t>
      </w:r>
      <w:r>
        <w:rPr>
          <w:b w:val="0"/>
          <w:i/>
        </w:rPr>
        <w:t>bất cứ điều gì</w:t>
      </w:r>
      <w:r>
        <w:rPr>
          <w:b w:val="0"/>
          <w:i w:val="0"/>
        </w:rPr>
        <w:t xml:space="preserve"> cần thiết để sửa chữa mọi chuyện và bảo vệ cả hai người.”</w:t>
      </w:r>
    </w:p>
    <w:p>
      <w:pPr>
        <w:spacing w:after="80"/>
      </w:pPr>
      <w:r>
        <w:rPr>
          <w:b w:val="0"/>
          <w:i w:val="0"/>
        </w:rPr>
        <w:t>“Bà định làm điều đó thế nào?” Katherine gặng hỏi.</w:t>
      </w:r>
    </w:p>
    <w:p>
      <w:pPr>
        <w:spacing w:after="80"/>
      </w:pPr>
      <w:r>
        <w:rPr>
          <w:b w:val="0"/>
          <w:i w:val="0"/>
        </w:rPr>
        <w:t>“Chúng ta có ba nước đi khả dĩ,” Nagel nói. “Đáng tiếc là cô sẽ không thích nước nào cả. Lựa chọn đầu tiên sẽ là an toàn nhất. Tôi sẽ in lại các thỏa thuận bảo mật, cô sẽ ký chúng, và cô sẽ có cuộc gặp với ông Finch như đã định, trao cho ông ta sự đảm bảo im lặng mà ông ta mong muốn. Điều này về cơ bản sẽ đưa cô ra khỏi tầm ngắm của ông ta, nhưng nó có thể đồng nghĩa với việc cô sẽ không bao giờ được xuất bản cuốn sách của mình, và cô Solomon này, có thể sẽ có những lĩnh vực nghiên cứu mà cô không còn hoàn toàn tự do theo đuổi nữa.”</w:t>
      </w:r>
    </w:p>
    <w:p>
      <w:pPr>
        <w:spacing w:after="80"/>
      </w:pPr>
      <w:r>
        <w:rPr>
          <w:b w:val="0"/>
          <w:i w:val="0"/>
        </w:rPr>
        <w:t>“Đó hoàn toàn không phải là một lựa chọn,” Katherine dứt khoát nói.</w:t>
      </w:r>
    </w:p>
    <w:p>
      <w:pPr>
        <w:spacing w:after="80"/>
      </w:pPr>
      <w:r>
        <w:rPr>
          <w:b w:val="0"/>
          <w:i w:val="0"/>
        </w:rPr>
        <w:t>“Đồng ý,” Langdon nói. “Lựa chọn thứ hai?”</w:t>
      </w:r>
    </w:p>
    <w:p>
      <w:pPr>
        <w:spacing w:after="80"/>
      </w:pPr>
      <w:r>
        <w:rPr>
          <w:b w:val="0"/>
          <w:i w:val="0"/>
        </w:rPr>
        <w:t>“Lựa chọn số hai…” Nagel nói, nhìn từ người này sang người kia. “Chúng ta còn khoảng một giờ trước khi Finch đến đây. Chúng ta có thể rời đi ngay bây giờ. Tôi chở cả hai người đến sân bay ngay lập tức và đưa hai người ra khỏi đất nước. Tất nhiên sẽ có hậu quả—cho cả ba chúng ta—nhưng ít nhất chúng ta sẽ có thêm chút thời gian để nghĩ ra các giải pháp khác.”</w:t>
      </w:r>
    </w:p>
    <w:p>
      <w:pPr>
        <w:spacing w:after="80"/>
      </w:pPr>
      <w:r>
        <w:rPr>
          <w:b w:val="0"/>
          <w:i w:val="0"/>
        </w:rPr>
        <w:t>“Chẳng hạn như?” Langdon hỏi.</w:t>
      </w:r>
    </w:p>
    <w:p>
      <w:pPr>
        <w:spacing w:after="80"/>
      </w:pPr>
      <w:r>
        <w:rPr>
          <w:b w:val="0"/>
          <w:i w:val="0"/>
        </w:rPr>
        <w:t>“Thứ nhất, cô Solomon có thể xuất bản cuốn sách của mình ngay lập tức. Việc xuất bản sẽ mang lại cho cô một mức độ miễn trừ nào đó—”</w:t>
      </w:r>
    </w:p>
    <w:p>
      <w:pPr>
        <w:spacing w:after="80"/>
      </w:pPr>
      <w:r>
        <w:rPr>
          <w:b w:val="0"/>
          <w:i w:val="0"/>
        </w:rPr>
        <w:t>“Cuốn sách của tôi đã mất rồi,” Katherine ngắt lời. “Sẽ mất rất nhiều thời gian để tạo lại nó.”</w:t>
      </w:r>
    </w:p>
    <w:p>
      <w:pPr>
        <w:spacing w:after="80"/>
      </w:pPr>
      <w:r>
        <w:rPr>
          <w:b w:val="0"/>
          <w:i w:val="0"/>
        </w:rPr>
        <w:t>“Và kể cả nếu cô ấy có một bản sao,” Langdon nhận xét, “thì cũng phải mất hàng tháng để một cuốn sách được sản xuất và xuất bản. Chưa kể, một nước đi như vậy chẳng phải sẽ khiến cô ấy trở thành mục tiêu của CIA mãi mãi sao?”</w:t>
      </w:r>
    </w:p>
    <w:p>
      <w:pPr>
        <w:spacing w:after="80"/>
      </w:pPr>
      <w:r>
        <w:rPr>
          <w:b w:val="0"/>
          <w:i w:val="0"/>
        </w:rPr>
        <w:t>“Ở một mức độ nào đó, đúng vậy.”</w:t>
      </w:r>
    </w:p>
    <w:p>
      <w:pPr>
        <w:spacing w:after="80"/>
      </w:pPr>
      <w:r>
        <w:rPr>
          <w:b w:val="0"/>
          <w:i w:val="0"/>
        </w:rPr>
        <w:t>“Không, cảm ơn,” Katherine nói. “Tôi không có hứng thú gì với việc phải ngoái nhìn lại phía sau suốt phần đời còn lại. Lựa chọn thứ ba là gì?”</w:t>
      </w:r>
    </w:p>
    <w:p>
      <w:pPr>
        <w:spacing w:after="80"/>
      </w:pPr>
      <w:r>
        <w:rPr>
          <w:b w:val="0"/>
          <w:i w:val="0"/>
        </w:rPr>
        <w:t xml:space="preserve">Nagel im lặng một lúc, như thể đang sắp xếp các chi tiết trong đầu. Khi cất lời, giọng cô đầy vẻ thực tế, đúng kiểu một luật sư đang tư vấn cho khách hàng. "Trong ngành tình báo, chỉ có một nguồn sức mạnh thực sự duy nhất. </w:t>
      </w:r>
      <w:r>
        <w:rPr>
          <w:b w:val="0"/>
          <w:i/>
        </w:rPr>
        <w:t>Thông tin.</w:t>
      </w:r>
      <w:r>
        <w:rPr>
          <w:b w:val="0"/>
          <w:i w:val="0"/>
        </w:rPr>
        <w:t xml:space="preserve"> Đó là đòn bẩy duy nhất mà ai cũng hiểu… và giờ cô đang ở vị thế có thể tiếp nhận một lượng thông tin khổng lồ. Nhớ nhé, ông Finch tin rằng cô đã ký các thỏa thuận bảo mật (NDA), và ông ta đang đến đây để dàn dựng một cuộc trò chuyện dùng chính các NDA đó để chống lại cô. Ông ta sẽ nói với cô càng nhiều càng tốt—để đảm bảo mọi chủ đề ông ta nhắc đến đều trở thành điều cấm kỵ với cô từ nay về sau. Ông ta càng nói nhiều, cô càng có nhiều thông tin… và do đó, càng có nhiều đòn bẩy."</w:t>
      </w:r>
    </w:p>
    <w:p>
      <w:pPr>
        <w:spacing w:after="80"/>
      </w:pPr>
      <w:r>
        <w:rPr>
          <w:b w:val="0"/>
          <w:i w:val="0"/>
        </w:rPr>
        <w:t xml:space="preserve">Langdon nhận ra họ đang chơi với một tay chuyên nghiệp. </w:t>
      </w:r>
      <w:r>
        <w:rPr>
          <w:b w:val="0"/>
          <w:i/>
        </w:rPr>
        <w:t>Và đang chơi với lửa.</w:t>
      </w:r>
      <w:r>
        <w:rPr>
          <w:b w:val="0"/>
          <w:i w:val="0"/>
        </w:rPr>
        <w:t xml:space="preserve"> Dù vậy, kế hoạch của Nagel khó có vẻ đơn giản như cô ta nói. "Tôi hiểu cách chúng ta </w:t>
      </w:r>
      <w:r>
        <w:rPr>
          <w:b w:val="0"/>
          <w:i/>
        </w:rPr>
        <w:t>lấy</w:t>
      </w:r>
      <w:r>
        <w:rPr>
          <w:b w:val="0"/>
          <w:i w:val="0"/>
        </w:rPr>
        <w:t xml:space="preserve"> thông tin," anh nói. "Nhưng sau đó thì sao?"</w:t>
      </w:r>
    </w:p>
    <w:p>
      <w:pPr>
        <w:spacing w:after="80"/>
      </w:pPr>
      <w:r>
        <w:rPr>
          <w:b w:val="0"/>
          <w:i w:val="0"/>
        </w:rPr>
        <w:t>"Cô sẽ giúp anh," cô nói. "Chúng ta sẽ giao phó toàn bộ dữ liệu cho một bên thứ ba—ví dụ một luật sư bên ngoài—người này sẽ tạo ra một cơ chế mà nếu bất cứ điều gì xảy ra với bất kỳ ai trong chúng ta, hoặc chúng ta không liên lạc với ông ta thường xuyên, thông tin sẽ được gửi ngay lập tức đến báo chí. Giới luật sư gọi đó là 'điều khoản chết bất đắc kỳ tử.'"</w:t>
      </w:r>
    </w:p>
    <w:p>
      <w:pPr>
        <w:spacing w:after="80"/>
      </w:pPr>
      <w:r>
        <w:rPr>
          <w:b w:val="0"/>
          <w:i w:val="0"/>
        </w:rPr>
        <w:t>"Tôi nghĩ từ đúng là 'tống tiền,'" Langdon nói.</w:t>
      </w:r>
    </w:p>
    <w:p>
      <w:pPr>
        <w:spacing w:after="80"/>
      </w:pPr>
      <w:r>
        <w:rPr>
          <w:b w:val="0"/>
          <w:i w:val="0"/>
        </w:rPr>
        <w:t>"Nói thô thì đúng vậy. Dù hoàn toàn hợp pháp."</w:t>
      </w:r>
    </w:p>
    <w:p>
      <w:pPr>
        <w:spacing w:after="80"/>
      </w:pPr>
      <w:r>
        <w:rPr>
          <w:b w:val="0"/>
          <w:i w:val="0"/>
        </w:rPr>
        <w:t xml:space="preserve">Katherine lùi lại một bước. "Cô đang đề nghị chúng ta </w:t>
      </w:r>
      <w:r>
        <w:rPr>
          <w:b w:val="0"/>
          <w:i/>
        </w:rPr>
        <w:t>tống tiền</w:t>
      </w:r>
      <w:r>
        <w:rPr>
          <w:b w:val="0"/>
          <w:i w:val="0"/>
        </w:rPr>
        <w:t xml:space="preserve"> CIA…"</w:t>
      </w:r>
    </w:p>
    <w:p>
      <w:pPr>
        <w:spacing w:after="80"/>
      </w:pPr>
      <w:r>
        <w:rPr>
          <w:b w:val="0"/>
          <w:i w:val="0"/>
        </w:rPr>
        <w:t>"Hãy coi đó là đòn bẩy thông tin, cô Solomon ạ. Các mối đe dọa tình báo là ngôn ngữ mà những người này nói và hiểu. Nếu họ tấn công cô, họ biết họ sẽ bị tổn thất. Và thế là họ sẽ để cô yên."</w:t>
      </w:r>
    </w:p>
    <w:p>
      <w:pPr>
        <w:spacing w:after="80"/>
      </w:pPr>
      <w:r>
        <w:rPr>
          <w:b w:val="0"/>
          <w:i w:val="0"/>
        </w:rPr>
        <w:t>"Và ngược lại," Langdon nói. "Cô bảo vệ bí mật của họ để đổi lấy quyền miễn trừ."</w:t>
      </w:r>
    </w:p>
    <w:p>
      <w:pPr>
        <w:spacing w:after="80"/>
      </w:pPr>
      <w:r>
        <w:rPr>
          <w:b w:val="0"/>
          <w:i w:val="0"/>
        </w:rPr>
        <w:t>"Phá hủy được đảm bảo lẫn nhau," Nagel nói. "Đó là một mô hình đã được chứng minh. Nếu nó không hiệu quả, các siêu cường thế giới đã phóng vũ khí hạt nhân vào nhau từ những năm 1960 rồi. Thay vào đó, bản năng tự bảo tồn tạo ra thế bế tắc; chúng ta chỉ đơn giản đồng ý bất đồng."</w:t>
      </w:r>
    </w:p>
    <w:p>
      <w:pPr>
        <w:spacing w:after="80"/>
      </w:pPr>
      <w:r>
        <w:rPr>
          <w:b w:val="0"/>
          <w:i w:val="0"/>
        </w:rPr>
        <w:t>Katherine vẫn tỏ vẻ dè chừng.</w:t>
      </w:r>
    </w:p>
    <w:p>
      <w:pPr>
        <w:spacing w:after="80"/>
      </w:pPr>
      <w:r>
        <w:rPr>
          <w:b w:val="0"/>
          <w:i w:val="0"/>
        </w:rPr>
        <w:t>"Có đòn bẩy sẽ ngay lập tức hạ nhiệt cuộc khủng hoảng này," Nagel nói. "Cơ quan sẽ phải rút lui, tập hợp lại, cho mọi người cơ hội thở một hơi và đàm phán; có khi họ còn nói cho cô biết họ không thích điều gì ở cuốn sách của cô, và cô đề nghị gỡ bỏ nó. Con đường này ít nhất cho cô những lựa chọn." Nagel bắt gặp ánh mắt Katherine và giữ chặt. "Và tôi hy vọng cô biết tôi đang chịu một rủi ro cá nhân to lớn khi giúp cô, cô Solomon ạ, điều đó khiến tôi trở thành một đồng minh mạnh mẽ cho cô."</w:t>
      </w:r>
    </w:p>
    <w:p>
      <w:pPr>
        <w:spacing w:after="80"/>
      </w:pPr>
      <w:r>
        <w:rPr>
          <w:b w:val="0"/>
          <w:i w:val="0"/>
        </w:rPr>
        <w:t>"Cảm ơn cô," Katherine nói, giọng ngày càng thuyết phục.</w:t>
      </w:r>
    </w:p>
    <w:p>
      <w:pPr>
        <w:spacing w:after="80"/>
      </w:pPr>
      <w:r>
        <w:rPr>
          <w:b w:val="0"/>
          <w:i w:val="0"/>
        </w:rPr>
        <w:t xml:space="preserve">Langdon thích ý tưởng này về nguyên tắc, nhưng thực thi lại là chuyện khác. "Không muốn dội gáo nước lạnh vào đây," anh nói, "nhưng chuyện gì xảy ra nếu ông Finch đòi xem các NDA đã ký </w:t>
      </w:r>
      <w:r>
        <w:rPr>
          <w:b w:val="0"/>
          <w:i/>
        </w:rPr>
        <w:t>trước khi</w:t>
      </w:r>
      <w:r>
        <w:rPr>
          <w:b w:val="0"/>
          <w:i w:val="0"/>
        </w:rPr>
        <w:t xml:space="preserve"> chúng ta nói chuyện với ông ta?"</w:t>
      </w:r>
    </w:p>
    <w:p>
      <w:pPr>
        <w:spacing w:after="80"/>
      </w:pPr>
      <w:r>
        <w:rPr>
          <w:b w:val="0"/>
          <w:i w:val="0"/>
        </w:rPr>
        <w:t xml:space="preserve">"Ông ta chắc chắn sẽ đòi," vị đại sứ đáp. "Tôi chỉ cần nói với ông ta rằng tôi biết các tài liệu đó rất quan trọng với kế hoạch của ông ta, nên tôi đã cho một lính thủy đánh bộ hộ tống vận chuyển chúng dưới niêm phong ngoại giao đến đại sứ quán và khóa trong két sắt cá nhân của tôi. Ông ta sẽ phải tin tôi…hoặc dời cuộc gặp này đến đại sứ quán, điều mà ông ta chắc chắn </w:t>
      </w:r>
      <w:r>
        <w:rPr>
          <w:b w:val="0"/>
          <w:i/>
        </w:rPr>
        <w:t>không</w:t>
      </w:r>
      <w:r>
        <w:rPr>
          <w:b w:val="0"/>
          <w:i w:val="0"/>
        </w:rPr>
        <w:t xml:space="preserve"> muốn làm."</w:t>
      </w:r>
    </w:p>
    <w:p>
      <w:pPr>
        <w:spacing w:after="80"/>
      </w:pPr>
      <w:r>
        <w:rPr>
          <w:b w:val="0"/>
          <w:i w:val="0"/>
        </w:rPr>
        <w:t xml:space="preserve">Langdon cân nhắc kế hoạch, vẫn cảm thấy dè chừng. Thật là một sự suy diễn quá xa khi cho rằng anh và Katherine có thể học được đủ điều trong cuộc trò chuyện với Finch để có bất kỳ đòn bẩy nào. </w:t>
      </w:r>
      <w:r>
        <w:rPr>
          <w:b w:val="0"/>
          <w:i/>
        </w:rPr>
        <w:t>Chúng ta sẽ nói chuyện với một cựu binh CIA được huấn luyện bài bản.</w:t>
      </w:r>
      <w:r>
        <w:rPr>
          <w:b w:val="0"/>
          <w:i w:val="0"/>
        </w:rPr>
        <w:t xml:space="preserve"> Và ngay cả khi người đàn ông này tin rằng Langdon và Katherine đã ký các NDA hạn chế, liệu ông ta có thực sự tiết lộ dữ liệu làm tổn hại đến cơ quan hay một dự án tối mật không?</w:t>
      </w:r>
    </w:p>
    <w:p>
      <w:pPr>
        <w:spacing w:after="80"/>
      </w:pPr>
      <w:r>
        <w:rPr>
          <w:b w:val="0"/>
          <w:i w:val="0"/>
        </w:rPr>
        <w:t>"Anh trông có vẻ do dự," Katherine nói.</w:t>
      </w:r>
    </w:p>
    <w:p>
      <w:pPr>
        <w:spacing w:after="80"/>
      </w:pPr>
      <w:r>
        <w:rPr>
          <w:b w:val="0"/>
          <w:i w:val="0"/>
        </w:rPr>
        <w:t>Anh ngước nhìn cô, vẫn đang suy nghĩ. "Xin lỗi, tôi không nghĩ nó sẽ hiệu quả."</w:t>
      </w:r>
    </w:p>
    <w:p>
      <w:pPr>
        <w:spacing w:after="80"/>
      </w:pPr>
      <w:r>
        <w:rPr>
          <w:b w:val="0"/>
          <w:i w:val="0"/>
        </w:rPr>
        <w:t>“Đó là ba lựa chọn duy nhất,” Nagel nói.</w:t>
      </w:r>
    </w:p>
    <w:p>
      <w:pPr>
        <w:spacing w:after="80"/>
      </w:pPr>
      <w:r>
        <w:rPr>
          <w:b w:val="0"/>
          <w:i w:val="0"/>
        </w:rPr>
        <w:t xml:space="preserve">“Thật ra, còn có một lựa chọn </w:t>
      </w:r>
      <w:r>
        <w:rPr>
          <w:b w:val="0"/>
          <w:i/>
        </w:rPr>
        <w:t>thứ tư</w:t>
      </w:r>
      <w:r>
        <w:rPr>
          <w:b w:val="0"/>
          <w:i w:val="0"/>
        </w:rPr>
        <w:t>,” Langdon tuyên bố, sau khi vừa nhận ra một mối liên hệ bất ngờ. “Nó nguy hiểm…nhưng tôi tin đây có thể là nước đi tốt nhất của chúng ta.”</w:t>
      </w:r>
    </w:p>
    <w:p>
      <w:pPr>
        <w:pStyle w:val="Heading1"/>
      </w:pPr>
      <w:r>
        <w:rPr>
          <w:rFonts w:ascii="Calibri" w:hAnsi="Calibri"/>
          <w:b/>
          <w:i w:val="0"/>
          <w:sz w:val="40"/>
        </w:rPr>
        <w:t>Chương 82</w:t>
      </w:r>
    </w:p>
    <w:p>
      <w:pPr>
        <w:spacing w:after="80"/>
      </w:pPr>
      <w:r>
        <w:rPr>
          <w:b w:val="0"/>
          <w:i w:val="0"/>
        </w:rPr>
        <w:t>Trong chuyến hạ cánh cuối cùng xuống sân bay Václav Havel, chiếc Citation Latitude của ông Finch lao vút về phía ngọn núi Bílá Hora. Bản đồ tương tác của máy bay ghi chú rằng đỉnh đồi này chính là chiến trường nơi người Công giáo đã dẹp tan cuộc khởi nghĩa Bohemia năm 1620.</w:t>
      </w:r>
    </w:p>
    <w:p>
      <w:pPr>
        <w:spacing w:after="80"/>
      </w:pPr>
      <w:r>
        <w:rPr>
          <w:b w:val="0"/>
          <w:i/>
        </w:rPr>
        <w:t>Thật là trùng hợp,</w:t>
      </w:r>
      <w:r>
        <w:rPr>
          <w:b w:val="0"/>
          <w:i w:val="0"/>
        </w:rPr>
        <w:t xml:space="preserve"> ông Finch nghĩ thầm, vì ông vừa mới dẹp tan cuộc nổi loạn nhỏ của chính mình với Đại sứ Nagel. Vì những lý do hiển nhiên, vị đại sứ luôn khinh ghét Finch, nhưng điều đó chẳng khiến ông bận tâm. </w:t>
      </w:r>
      <w:r>
        <w:rPr>
          <w:b w:val="0"/>
          <w:i/>
        </w:rPr>
        <w:t>Bà ta là một người phụ nữ thông minh…đủ thông minh để biết vị trí của mình trong chiến dịch này.</w:t>
      </w:r>
    </w:p>
    <w:p>
      <w:pPr>
        <w:spacing w:after="80"/>
      </w:pPr>
      <w:r>
        <w:rPr>
          <w:b w:val="0"/>
          <w:i w:val="0"/>
        </w:rPr>
        <w:t>Khi máy bay hạ độ cao, Finch thắt dây an toàn, cảm thấy thư thái hơn nhiều lúc khởi hành. Chỉ một giờ trước, toàn bộ chiến dịch này còn đang trong cơn hỗn loạn. Giờ đây, gần như một cách kỳ diệu, mọi rối ren dường như đã biến mất. Một đường dây vi phạm bản quyền sách khét tiếng đang gánh chịu trách nhiệm cho vụ hack tại PRH; Robert Langdon và Katherine Solomon đã được xác định vị trí và giữ an toàn tại Prague; các thỏa thuận NDA đã được ký kết; mọi bản sao của bản thảo giờ đã được kiểm soát; và hai điệp viên ở New York đã nhận lệnh rút lui và giữ im lặng vô tuyến, không liên lạc thêm.</w:t>
      </w:r>
    </w:p>
    <w:p>
      <w:pPr>
        <w:spacing w:after="80"/>
      </w:pPr>
      <w:r>
        <w:rPr>
          <w:b w:val="0"/>
          <w:i/>
        </w:rPr>
        <w:t>Nhiệm vụ hoàn thành,</w:t>
      </w:r>
      <w:r>
        <w:rPr>
          <w:b w:val="0"/>
          <w:i w:val="0"/>
        </w:rPr>
        <w:t xml:space="preserve"> ông nghĩ, mắt nhìn ra cửa sổ hình bầu dục của chiếc phi cơ tư nhân. Khi ngắm nhìn phong cảnh Czech thanh bình, Finch tự nhắc mình rằng toàn bộ chiến dịch phức tạp này rốt cuộc chỉ quy về một sự thật đơn giản, một sự thật có vô vàn hệ lụy và biện minh cho mọi hành động của ông.</w:t>
      </w:r>
    </w:p>
    <w:p>
      <w:pPr>
        <w:spacing w:after="80"/>
      </w:pPr>
      <w:r>
        <w:rPr>
          <w:b w:val="0"/>
          <w:i w:val="0"/>
        </w:rPr>
        <w:t>Tâm trí con người là chiến trường tiếp theo của thế giới.</w:t>
      </w:r>
    </w:p>
    <w:p>
      <w:pPr>
        <w:spacing w:after="80"/>
      </w:pPr>
      <w:r>
        <w:rPr>
          <w:b w:val="0"/>
          <w:i w:val="0"/>
        </w:rPr>
        <w:t>Những cuộc chiến của ngày mai sẽ được tiến hành theo cách khác, và Finch được chọn để dẫn đầu cuộc tiến công đó. Trung tâm chỉ huy của mệnh lệnh ấy chính là Threshold…và cấp trên của Finch đã trao cho ông quyền làm bất cứ điều gì cần thiết để bảo vệ công nghệ đang được phát triển ở đó.</w:t>
      </w:r>
    </w:p>
    <w:p>
      <w:pPr>
        <w:spacing w:after="80"/>
      </w:pPr>
      <w:r>
        <w:rPr>
          <w:b w:val="0"/>
          <w:i w:val="0"/>
        </w:rPr>
        <w:t>Threshold sẽ luôn gặp rủi ro. Nhưng một trong những mối đe dọa thực sự đầu tiên của nó lại xuất phát từ một nguồn không ngờ tới, thậm chí trước khi cơ sở này đi vào hoạt động hoàn chỉnh.</w:t>
      </w:r>
    </w:p>
    <w:p>
      <w:pPr>
        <w:spacing w:after="80"/>
      </w:pPr>
      <w:r>
        <w:rPr>
          <w:b w:val="0"/>
          <w:i w:val="0"/>
        </w:rPr>
        <w:t>Katherine Solomon.</w:t>
      </w:r>
    </w:p>
    <w:p>
      <w:pPr>
        <w:spacing w:after="80"/>
      </w:pPr>
      <w:r>
        <w:rPr>
          <w:b w:val="0"/>
          <w:i w:val="0"/>
        </w:rPr>
        <w:t>Trong nhiều năm, nhà khoa học noetic (nghiên cứu ý thức) tài năng này đã nằm trong danh sách theo dõi của CIA. Trong số những điều khác, bản chất công việc của cô trùng lặp với các dự án mà cơ quan này đang nghiên cứu. Vài năm trước, nhóm giám sát cô đã đánh dấu một bản ghi âm podcast, trong đó cô được hỏi cảm thấy thế nào về những nhà noetic rời bỏ giới học thuật để làm việc với quân đội Mỹ trong các nghiên cứu liên quan đến não bộ. Câu trả lời của cô dứt khoát không thể nhầm lẫn. “Làm việc với quân đội là điều đi ngược lại mọi niềm tin của tôi. Trong bất kỳ hoàn cảnh nào tôi cũng sẽ không cân nhắc. Nghiên cứu noetic là dành cho tất cả mọi người…Nó không bao giờ được biến thành vũ khí.”</w:t>
      </w:r>
    </w:p>
    <w:p>
      <w:pPr>
        <w:spacing w:after="80"/>
      </w:pPr>
      <w:r>
        <w:rPr>
          <w:b w:val="0"/>
          <w:i/>
        </w:rPr>
        <w:t>Thật đáng tiếc,</w:t>
      </w:r>
      <w:r>
        <w:rPr>
          <w:b w:val="0"/>
          <w:i w:val="0"/>
        </w:rPr>
        <w:t xml:space="preserve"> Finch nhớ lại mình đã nghĩ vậy. </w:t>
      </w:r>
      <w:r>
        <w:rPr>
          <w:b w:val="0"/>
          <w:i/>
        </w:rPr>
        <w:t>DARPA lẽ ra đã có thể dùng cô ấy cho các dự án N3 hoặc subnets.</w:t>
      </w:r>
      <w:r>
        <w:rPr>
          <w:b w:val="0"/>
          <w:i w:val="0"/>
        </w:rPr>
        <w:t xml:space="preserve"> Chỉ với một câu nói, Katherine Solomon đã tự đánh dấu mình là người mà CIA không bao giờ có thể tiếp cận, kể cả một cách kín đáo, mà không có nguy cơ bị phản ứng ngược.</w:t>
      </w:r>
    </w:p>
    <w:p>
      <w:pPr>
        <w:spacing w:after="80"/>
      </w:pPr>
      <w:r>
        <w:rPr>
          <w:b w:val="0"/>
          <w:i w:val="0"/>
        </w:rPr>
        <w:t>Khi cơ quan này biết được Solomon đang viết một cuốn sách về ý thức con người và đã ký được một hợp đồng xuất bản lớn, Finch chỉ đạo nhóm của mình theo dõi sát sao dự án và thu giữ một bản nháp bản thảo chưa xuất bản của cô như một biện pháp phòng ngừa.</w:t>
      </w:r>
    </w:p>
    <w:p>
      <w:pPr>
        <w:spacing w:after="80"/>
      </w:pPr>
      <w:r>
        <w:rPr>
          <w:b w:val="0"/>
          <w:i w:val="0"/>
        </w:rPr>
        <w:t>Đáng ngạc nhiên, các điệp viên của Finch báo cáo rằng bản thảo của Solomon đang được soạn theo một cách độc đáo—hoàn toàn trên máy chủ riêng của nhà xuất bản, được bảo vệ bằng mức độ an ninh cao. Sự thật này, cùng với những yếu tố đáng lo khác trong quá khứ của Solomon, đã gióng lên hồi chuông cảnh báo cho Finch, và ông vạch ra một phương án B.</w:t>
      </w:r>
    </w:p>
    <w:p>
      <w:pPr>
        <w:spacing w:after="80"/>
      </w:pPr>
      <w:r>
        <w:rPr>
          <w:b w:val="0"/>
          <w:i w:val="0"/>
        </w:rPr>
        <w:t>Ông chỉ thị cho Brigita Gessner dụ nhà noetic này đến Prague bằng một lời mời thuyết trình danh giá. Gessner sẽ đánh giá buổi thuyết trình, rồi ngồi trực tiếp trò chuyện qua vài ly đồ uống và xem cô có thể khiến Solomon tiết lộ điều gì về bản thảo của mình. Cô cũng sẽ đưa ra một lời đề nghị hiếm hoi cho tác giả lần đầu này—một “lời giới thiệu của người nổi tiếng” mà để có được, cô sẽ cần một bản đọc trước của cuốn sách Solomon. Và cuối cùng, Gessner sẽ mời Solomon tham quan phòng thí nghiệm, điều này đòi hỏi phải ký một bản NDA ngắn…với vài dòng kín đáo cho phép Finch nắm toàn quyền kiểm soát tình hình nếu cần thiết.</w:t>
      </w:r>
    </w:p>
    <w:p>
      <w:pPr>
        <w:spacing w:after="80"/>
      </w:pPr>
      <w:r>
        <w:rPr>
          <w:b w:val="0"/>
          <w:i w:val="0"/>
        </w:rPr>
        <w:t>Thật không may… phương án B đã nổ tung ngay trước mặt tôi.</w:t>
      </w:r>
    </w:p>
    <w:p>
      <w:pPr>
        <w:spacing w:after="80"/>
      </w:pPr>
      <w:r>
        <w:rPr>
          <w:b w:val="0"/>
          <w:i w:val="0"/>
        </w:rPr>
        <w:t>Sau khi uống vài ly ở Four Seasons, Gessner đã gửi cho Finch một tin nhắn đầy báo động:</w:t>
      </w:r>
    </w:p>
    <w:p>
      <w:pPr>
        <w:spacing w:after="80"/>
      </w:pPr>
      <w:r>
        <w:rPr>
          <w:b w:val="0"/>
          <w:i w:val="0"/>
        </w:rPr>
        <w:t>Solomon từ chối lời đề nghị. Không bản đọc trước. Cũng từ chối NDA. Vấn đề lớn hơn—cô ta đã nói dối tôi. Sẽ gọi lại trong 30 phút.</w:t>
      </w:r>
    </w:p>
    <w:p>
      <w:pPr>
        <w:spacing w:after="80"/>
      </w:pPr>
      <w:r>
        <w:rPr>
          <w:b w:val="0"/>
          <w:i/>
        </w:rPr>
        <w:t>Solomon nói dối ư?</w:t>
      </w:r>
      <w:r>
        <w:rPr>
          <w:b w:val="0"/>
          <w:i w:val="0"/>
        </w:rPr>
        <w:t xml:space="preserve"> Tin nhắn của Gessner ngụ ý rằng Solomon sắc sảo hơn nhiều so với những gì Finch từng nghĩ, và rất có thể đang che giấu điều gì đó vô cùng trọng đại về bản thảo của cô.</w:t>
      </w:r>
    </w:p>
    <w:p>
      <w:pPr>
        <w:spacing w:after="80"/>
      </w:pPr>
      <w:r>
        <w:rPr>
          <w:b w:val="0"/>
          <w:i w:val="0"/>
        </w:rPr>
        <w:t>Đêm hôm đó Finch lo lắng chờ cuộc gọi của Gessner.</w:t>
      </w:r>
    </w:p>
    <w:p>
      <w:pPr>
        <w:spacing w:after="80"/>
      </w:pPr>
      <w:r>
        <w:rPr>
          <w:b w:val="0"/>
          <w:i w:val="0"/>
        </w:rPr>
        <w:t>Nhưng nó không bao giờ đến.</w:t>
      </w:r>
    </w:p>
    <w:p>
      <w:pPr>
        <w:spacing w:after="80"/>
      </w:pPr>
      <w:r>
        <w:rPr>
          <w:b w:val="0"/>
          <w:i w:val="0"/>
        </w:rPr>
        <w:t>Ba mươi phút trôi qua, rồi một tiếng đồng hồ cũng qua đi.</w:t>
      </w:r>
    </w:p>
    <w:p>
      <w:pPr>
        <w:spacing w:after="80"/>
      </w:pPr>
      <w:r>
        <w:rPr>
          <w:b w:val="0"/>
          <w:i w:val="0"/>
        </w:rPr>
        <w:t>Finch gọi cho cô nhưng không có ai trả lời.</w:t>
      </w:r>
    </w:p>
    <w:p>
      <w:pPr>
        <w:spacing w:after="80"/>
      </w:pPr>
      <w:r>
        <w:rPr>
          <w:b w:val="0"/>
          <w:i w:val="0"/>
        </w:rPr>
        <w:t xml:space="preserve">Hai tiếng sau, khi điện thoại của anh cuối cùng cũng reo, người gọi không phải Gessner mà là đội giám sát điện tử của anh với một thông tin khẩn cấp: </w:t>
      </w:r>
      <w:r>
        <w:rPr>
          <w:b w:val="0"/>
          <w:i/>
        </w:rPr>
        <w:t>Katherine Solomon vừa hét lên cầu cứu trong phòng khách sạn của cô.</w:t>
      </w:r>
    </w:p>
    <w:p>
      <w:pPr>
        <w:spacing w:after="80"/>
      </w:pPr>
      <w:r>
        <w:rPr>
          <w:b w:val="0"/>
          <w:i w:val="0"/>
        </w:rPr>
        <w:t>Finch lập tức nhảy vào luồng âm thanh từ chiếc micro anh đã đặt trong phòng của cô, thứ mà cho đến nay vẫn chưa mang lại thông tin tình báo giá trị nào. Điều anh nghe được là Langdon đang an ủi Solomon sau một cơn ác mộng nào đó, bàn về những chi tiết trong giấc mơ vừa đánh thức cô. Rồi Finch nghe thấy một điều bất ngờ và vô cùng đáng báo động—Langdon chỉ ra rằng những yếu tố kỳ lạ trong giấc mơ của cô hoàn toàn có lý về mặt logic…bao gồm cả sự xuất hiện của một “ngọn giáo.”</w:t>
      </w:r>
    </w:p>
    <w:p>
      <w:pPr>
        <w:spacing w:after="80"/>
      </w:pPr>
      <w:r>
        <w:rPr>
          <w:b w:val="0"/>
          <w:i w:val="0"/>
        </w:rPr>
        <w:t>“Còn nhớ biểu tượng ngọn giáo Vel trên thẻ ra vào của Brigita không?” Langdon hỏi. “Chúng ta vừa bàn về nó với cô ấy vài tiếng trước mà.”</w:t>
      </w:r>
    </w:p>
    <w:p>
      <w:pPr>
        <w:spacing w:after="80"/>
      </w:pPr>
      <w:r>
        <w:rPr>
          <w:b w:val="0"/>
          <w:i w:val="0"/>
        </w:rPr>
        <w:t xml:space="preserve">Finch không thể tin nổi tai mình. Chiếc thẻ mà Langdon nhắc đến là một thẻ ra vào </w:t>
      </w:r>
      <w:r>
        <w:rPr>
          <w:b w:val="0"/>
          <w:i/>
        </w:rPr>
        <w:t>toàn quyền</w:t>
      </w:r>
      <w:r>
        <w:rPr>
          <w:b w:val="0"/>
          <w:i w:val="0"/>
        </w:rPr>
        <w:t xml:space="preserve"> có độ bảo mật cực cao của Threshold. Hiện tại, chỉ có hai chiếc thẻ như vậy tồn tại—của Gessner và của chính anh—và không đời nào Gessner lại </w:t>
      </w:r>
      <w:r>
        <w:rPr>
          <w:b w:val="0"/>
          <w:i/>
        </w:rPr>
        <w:t>tiết lộ</w:t>
      </w:r>
      <w:r>
        <w:rPr>
          <w:b w:val="0"/>
          <w:i w:val="0"/>
        </w:rPr>
        <w:t xml:space="preserve"> nó cho họ.</w:t>
      </w:r>
    </w:p>
    <w:p>
      <w:pPr>
        <w:spacing w:after="80"/>
      </w:pPr>
      <w:r>
        <w:rPr>
          <w:b w:val="0"/>
          <w:i w:val="0"/>
        </w:rPr>
        <w:t>Cô ấy giữ nó trong một bao bảo vệ…trong một chiếc cặp có khóa.</w:t>
      </w:r>
    </w:p>
    <w:p>
      <w:pPr>
        <w:spacing w:after="80"/>
      </w:pPr>
      <w:r>
        <w:rPr>
          <w:b w:val="0"/>
          <w:i w:val="0"/>
        </w:rPr>
        <w:t xml:space="preserve">Sững sờ, Finch rút ra chiếc thẻ giống hệt của mình và ngắm nghía. </w:t>
      </w:r>
      <w:r>
        <w:rPr>
          <w:b w:val="0"/>
          <w:i/>
        </w:rPr>
        <w:t>Đây là công nghệ thẻ ra vào RFID bảo mật nhất trên thế giới.</w:t>
      </w:r>
      <w:r>
        <w:rPr>
          <w:b w:val="0"/>
          <w:i w:val="0"/>
        </w:rPr>
        <w:t xml:space="preserve"> Thật tài tình, </w:t>
      </w:r>
      <w:r>
        <w:rPr>
          <w:b w:val="0"/>
          <w:i/>
        </w:rPr>
        <w:t>toàn bộ</w:t>
      </w:r>
      <w:r>
        <w:rPr>
          <w:b w:val="0"/>
          <w:i w:val="0"/>
        </w:rPr>
        <w:t xml:space="preserve"> bề mặt chiếc thẻ là một đầu đọc sinh trắc học—có khả năng đọc bất kỳ dấu vân tay nào của người dùng, ở bất kỳ hướng nào—nghĩa là không thể sử dụng chiếc thẻ nếu không được chính người dùng được ủy quyền cầm nó. Nếu bị đánh cắp, chiếc thẻ sẽ vô dụng. Và nếu bị mất, dấu hiệu duy nhất trên thẻ cũng không hé lộ chút manh mối nào về nguồn gốc của nó.</w:t>
      </w:r>
    </w:p>
    <w:p>
      <w:pPr>
        <w:spacing w:after="80"/>
      </w:pPr>
      <w:r>
        <w:rPr>
          <w:b w:val="0"/>
          <w:i w:val="0"/>
        </w:rPr>
        <w:t>Bản thân từ đó hoàn toàn chung chung. Nhưng thực ra, đó là một mật danh được mã hóa.</w:t>
      </w:r>
    </w:p>
    <w:p>
      <w:pPr>
        <w:jc w:val="center"/>
      </w:pPr>
      <w:r>
        <w:drawing>
          <wp:inline xmlns:a="http://schemas.openxmlformats.org/drawingml/2006/main" xmlns:pic="http://schemas.openxmlformats.org/drawingml/2006/picture">
            <wp:extent cx="5486400" cy="482917"/>
            <wp:docPr id="75" name="Picture 75"/>
            <wp:cNvGraphicFramePr>
              <a:graphicFrameLocks noChangeAspect="1"/>
            </wp:cNvGraphicFramePr>
            <a:graphic>
              <a:graphicData uri="http://schemas.openxmlformats.org/drawingml/2006/picture">
                <pic:pic>
                  <pic:nvPicPr>
                    <pic:cNvPr id="0" name="image_rsrc8Y1.jpg"/>
                    <pic:cNvPicPr/>
                  </pic:nvPicPr>
                  <pic:blipFill>
                    <a:blip r:embed="rId28"/>
                    <a:stretch>
                      <a:fillRect/>
                    </a:stretch>
                  </pic:blipFill>
                  <pic:spPr>
                    <a:xfrm>
                      <a:off x="0" y="0"/>
                      <a:ext cx="5486400" cy="482917"/>
                    </a:xfrm>
                    <a:prstGeom prst="rect"/>
                  </pic:spPr>
                </pic:pic>
              </a:graphicData>
            </a:graphic>
          </wp:inline>
        </w:drawing>
      </w:r>
    </w:p>
    <w:p>
      <w:pPr>
        <w:spacing w:after="80"/>
      </w:pPr>
      <w:r>
        <w:rPr>
          <w:b w:val="0"/>
          <w:i w:val="0"/>
        </w:rPr>
        <w:t xml:space="preserve">Prague, theo nghĩa đen, có nghĩa là “ngưỡng cửa”—và những chiếc thẻ công nghệ cao này chính là lớp bảo mật đầu tiên để giành quyền vào cơ sở ngầm của Threshold. Việc khéo léo lồng ghép biểu tượng ngọn giáo Vel lịch sử vào chữ </w:t>
      </w:r>
      <w:r>
        <w:rPr>
          <w:b w:val="0"/>
          <w:i/>
        </w:rPr>
        <w:t>A</w:t>
      </w:r>
      <w:r>
        <w:rPr>
          <w:b w:val="0"/>
          <w:i w:val="0"/>
        </w:rPr>
        <w:t xml:space="preserve"> là sáng kiến của Finch—một sự tôn vinh mang tính biểu tượng đối với vũ khí của lòng dũng cảm, sức mạnh và sự khai sáng đang được tạo ra dưới lòng đất.</w:t>
      </w:r>
    </w:p>
    <w:p>
      <w:pPr>
        <w:spacing w:after="80"/>
      </w:pPr>
      <w:r>
        <w:rPr>
          <w:b w:val="0"/>
          <w:i w:val="0"/>
        </w:rPr>
        <w:t>Tại sao Gessner lại cho người ngoài xem tấm thẻ này—đặc biệt là Katherine Solomon?!</w:t>
      </w:r>
    </w:p>
    <w:p>
      <w:pPr>
        <w:spacing w:after="80"/>
      </w:pPr>
      <w:r>
        <w:rPr>
          <w:b w:val="0"/>
          <w:i w:val="0"/>
        </w:rPr>
        <w:t xml:space="preserve">Lời giải thích duy nhất mà Finch có thể nghĩ ra khiến ông vô cùng bất an. Có lẽ ông đã đánh giá sai khả năng giữ kín chuyện của Gessner. Rõ ràng cô ta bị đồng tiền chi phối, chắc chắn rồi, điều đó khiến Finch dễ kiểm soát cô ta, nhưng cô ta cũng có cái tôi khổng lồ. Ông tự hỏi liệu hai người Mỹ kia có thể đã khéo léo lật ngược tình thế với cô ta, lợi dụng nhu cầu khoe khoang của nhà thần kinh học, và thuyết phục </w:t>
      </w:r>
      <w:r>
        <w:rPr>
          <w:b w:val="0"/>
          <w:i/>
        </w:rPr>
        <w:t>Gessner</w:t>
      </w:r>
      <w:r>
        <w:rPr>
          <w:b w:val="0"/>
          <w:i w:val="0"/>
        </w:rPr>
        <w:t xml:space="preserve"> nói thay vì Katherine. Có lẽ họ đã chuốc say cô ta hoặc thậm chí bắt cô ta làm con tin, điều đó có thể giải thích tại sao Gessner không nghe điện thoại.</w:t>
      </w:r>
    </w:p>
    <w:p>
      <w:pPr>
        <w:spacing w:after="80"/>
      </w:pPr>
      <w:r>
        <w:rPr>
          <w:b w:val="0"/>
          <w:i w:val="0"/>
        </w:rPr>
        <w:t>Finch cảm thấy thái dương mình đập thình thịch với nỗi lo ngày càng tăng khi ông phân tích các sự kiện:</w:t>
      </w:r>
    </w:p>
    <w:p>
      <w:pPr>
        <w:spacing w:after="80"/>
      </w:pPr>
      <w:r>
        <w:rPr>
          <w:b w:val="0"/>
          <w:i w:val="0"/>
        </w:rPr>
        <w:t>Solomon từ chối chia sẻ bản thảo…</w:t>
      </w:r>
    </w:p>
    <w:p>
      <w:pPr>
        <w:spacing w:after="80"/>
      </w:pPr>
      <w:r>
        <w:rPr>
          <w:b w:val="0"/>
          <w:i w:val="0"/>
        </w:rPr>
        <w:t>Nhà xuất bản của cô ấy đang áp dụng chế độ bảo mật cực kỳ nghiêm ngặt…</w:t>
      </w:r>
    </w:p>
    <w:p>
      <w:pPr>
        <w:spacing w:after="80"/>
      </w:pPr>
      <w:r>
        <w:rPr>
          <w:b w:val="0"/>
          <w:i w:val="0"/>
        </w:rPr>
        <w:t>Cô ấy biết về thẻ khóa RFID của Gessner…</w:t>
      </w:r>
    </w:p>
    <w:p>
      <w:pPr>
        <w:spacing w:after="80"/>
      </w:pPr>
      <w:r>
        <w:rPr>
          <w:b w:val="0"/>
          <w:i w:val="0"/>
        </w:rPr>
        <w:t xml:space="preserve">Khi Finch ngồi một mình ở London trong đêm khuya khoắt, ông hy vọng mình chỉ đang hoang tưởng. Nhưng một khả năng đáng lo ngại giờ đây ập đến với ông: </w:t>
      </w:r>
      <w:r>
        <w:rPr>
          <w:b w:val="0"/>
          <w:i/>
        </w:rPr>
        <w:t>Có lẽ Solomon biết về Threshold…và đang viết một bài phơi bày gây chấn động để tiết lộ công trình của CIA về ý thức con người.</w:t>
      </w:r>
    </w:p>
    <w:p>
      <w:pPr>
        <w:spacing w:after="80"/>
      </w:pPr>
      <w:r>
        <w:rPr>
          <w:b w:val="0"/>
          <w:i w:val="0"/>
        </w:rPr>
        <w:t>Một lát sau, khi Finch tiếp tục theo dõi luồng âm thanh, Solomon thú nhận một điều hóa ra lại là điểm bước ngoặt. "Em đặc biệt lo lắng lúc này, Robert ạ," cô nói, vẫn còn rưng rưng nước mắt. "Hôm nay em cuối cùng đã bật đèn xanh cho Jonas bắt đầu biên tập. Anh ấy định in bản thảo và bắt đầu đọc tối nay, nên em hồi hộp lắm."</w:t>
      </w:r>
    </w:p>
    <w:p>
      <w:pPr>
        <w:spacing w:after="80"/>
      </w:pPr>
      <w:r>
        <w:rPr>
          <w:b w:val="0"/>
          <w:i w:val="0"/>
        </w:rPr>
        <w:t xml:space="preserve">Tin này khiến Finch mất cảnh giác. </w:t>
      </w:r>
      <w:r>
        <w:rPr>
          <w:b w:val="0"/>
          <w:i/>
        </w:rPr>
        <w:t>Katherine đã nộp sách cho biên tập viên của cô ấy rồi sao?</w:t>
      </w:r>
      <w:r>
        <w:rPr>
          <w:b w:val="0"/>
          <w:i w:val="0"/>
        </w:rPr>
        <w:t xml:space="preserve"> Ngay khi bản thảo của cô bước vào giai đoạn "biên tập", các bản sao sẽ được phân phát khắp nhà xuất bản—những người hiệu đính, người kiểm chứng thông tin, nhà thiết kế sách, thậm chí cả nhân viên quảng bá và tiếp thị sớm. </w:t>
      </w:r>
      <w:r>
        <w:rPr>
          <w:b w:val="0"/>
          <w:i/>
        </w:rPr>
        <w:t>Việc kiểm soát, nếu cần, sẽ trở nên bất khả thi.</w:t>
      </w:r>
    </w:p>
    <w:p>
      <w:pPr>
        <w:spacing w:after="80"/>
      </w:pPr>
      <w:r>
        <w:rPr>
          <w:b w:val="0"/>
          <w:i w:val="0"/>
        </w:rPr>
        <w:t>Finch nhận ra mình đã hết thời gian và lựa chọn. Ông không muốn tạo ra những làn sóng không cần thiết bằng cách hack nhà xuất bản, nhưng giờ ông cần biết cuốn sách này chứa gì…</w:t>
      </w:r>
      <w:r>
        <w:rPr>
          <w:b w:val="0"/>
          <w:i/>
        </w:rPr>
        <w:t>ngay lập tức.</w:t>
      </w:r>
      <w:r>
        <w:rPr>
          <w:b w:val="0"/>
          <w:i w:val="0"/>
        </w:rPr>
        <w:t xml:space="preserve"> Không chút do dự, ông ra lệnh cho đội công nghệ của mình xâm nhập vào máy chủ bảo mật của Penguin Random House và đánh cắp một bản sao bản thảo của Solomon. Một khi đã xem được nội dung bên trong, ông sẽ hoặc thở phào nhẹ nhõm…hoặc ra lệnh xóa sạch hoàn toàn từng mảnh nhỏ trong tác phẩm của cô.</w:t>
      </w:r>
    </w:p>
    <w:p>
      <w:pPr>
        <w:spacing w:after="80"/>
      </w:pPr>
      <w:r>
        <w:rPr>
          <w:b w:val="0"/>
          <w:i w:val="0"/>
        </w:rPr>
        <w:t>Finch cũng nhận ra rằng một mối nguy khác đã xuất hiện—cộng sự của Katherine Solomon—Robert Langdon. Vị giáo sư Harvard này nổi tiếng với việc khám phá ra những bí mật mà không ai muốn bị khám phá.</w:t>
      </w:r>
    </w:p>
    <w:p>
      <w:pPr>
        <w:spacing w:after="80"/>
      </w:pPr>
      <w:r>
        <w:rPr>
          <w:b w:val="0"/>
          <w:i/>
        </w:rPr>
        <w:t>Mình cũng sẽ cần có đòn bẩy với Langdon,</w:t>
      </w:r>
      <w:r>
        <w:rPr>
          <w:b w:val="0"/>
          <w:i w:val="0"/>
        </w:rPr>
        <w:t xml:space="preserve"> ông quyết định. Finch nhanh chóng vạch ra một kế hoạch, sử dụng chút thông tin ít ỏi mà ông vừa theo dõi được từ Royal Suite. Từ lâu ông đã học được rằng ngay cả những thông tin vô hại nhất, nếu được trình bày đúng cách, cũng có thể được nhào nặn thành một vũ khí gây hoang mang đầy uy lực. Nhà chiến lược Trung Hoa cổ đại Tôn Tử đã xây dựng cả những chiến dịch quân sự xoay quanh câu châm ngôn nổi tiếng của ông: </w:t>
      </w:r>
      <w:r>
        <w:rPr>
          <w:b w:val="0"/>
          <w:i/>
        </w:rPr>
        <w:t>Hỗn loạn tạo ra hỗn độn…và hỗn độn tạo ra cơ hội.</w:t>
      </w:r>
    </w:p>
    <w:p>
      <w:pPr>
        <w:spacing w:after="80"/>
      </w:pPr>
      <w:r>
        <w:rPr>
          <w:b w:val="0"/>
          <w:i w:val="0"/>
        </w:rPr>
        <w:t>Thời gian gấp rút, nhưng ông đã gây dựng cả sự nghiệp trên việc chuẩn bị cho mọi tình huống và hành động dứt khoát. Ông nhấc điện thoại và gọi vài cuộc, trong đó có một cuộc cho Sĩ quan Hiện trường Housemore, với những chỉ dẫn hậu cần rõ ràng và lệnh phải luôn trong trạng thái sẵn sàng.</w:t>
      </w:r>
    </w:p>
    <w:p>
      <w:pPr>
        <w:spacing w:after="80"/>
      </w:pPr>
      <w:r>
        <w:rPr>
          <w:b w:val="0"/>
          <w:i w:val="0"/>
        </w:rPr>
        <w:t>Ngay trước 6 giờ sáng, giờ địa phương Prague, nhóm hacker của Finch cuối cùng đã gửi cho ông một phiên bản mã hóa của toàn bộ bản thảo Solomon. Ông không có ý định đọc toàn bộ tài liệu và bắt đầu chỉ bằng cách lướt qua mục lục. Ông nhẹ nhõm khi thấy rằng bản thảo, thoạt nhìn, có vẻ đúng như những gì tin đồn trước khi xuất bản gợi ý—một khám phá về lý thuyết mới của ý thức.</w:t>
      </w:r>
    </w:p>
    <w:p>
      <w:pPr>
        <w:spacing w:after="80"/>
      </w:pPr>
      <w:r>
        <w:rPr>
          <w:b w:val="0"/>
          <w:i w:val="0"/>
        </w:rPr>
        <w:t>Để chắc chắn, Finch tìm kiếm bằng điện tử các từ khóa "CIA" và "Threshold", nhẹ nhõm khi thấy cả hai đều không có kết quả trùng khớp nào.</w:t>
      </w:r>
    </w:p>
    <w:p>
      <w:pPr>
        <w:spacing w:after="80"/>
      </w:pPr>
      <w:r>
        <w:rPr>
          <w:b w:val="0"/>
          <w:i w:val="0"/>
        </w:rPr>
        <w:t>Đến đây thì mọi thứ vẫn ổn…</w:t>
      </w:r>
    </w:p>
    <w:p>
      <w:pPr>
        <w:spacing w:after="80"/>
      </w:pPr>
      <w:r>
        <w:rPr>
          <w:b w:val="0"/>
          <w:i w:val="0"/>
        </w:rPr>
        <w:t>Cuối cùng, ông nhập vào một chuỗi tìm kiếm rất cụ thể—tìm đúng một mẩu thông tin duy nhất.</w:t>
      </w:r>
    </w:p>
    <w:p>
      <w:pPr>
        <w:spacing w:after="80"/>
      </w:pPr>
      <w:r>
        <w:rPr>
          <w:b w:val="0"/>
          <w:i w:val="0"/>
        </w:rPr>
        <w:t>Nó sẽ nằm ở đây…hoặc là không.</w:t>
      </w:r>
    </w:p>
    <w:p>
      <w:pPr>
        <w:spacing w:after="80"/>
      </w:pPr>
      <w:r>
        <w:rPr>
          <w:b w:val="0"/>
          <w:i w:val="0"/>
        </w:rPr>
        <w:t>Finch nín thở và nhấn phím return để bắt đầu tìm kiếm. Tròn hai giây trôi qua mà không có kết quả, và Finch bắt đầu thấy nhẹ nhõm.</w:t>
      </w:r>
    </w:p>
    <w:p>
      <w:pPr>
        <w:spacing w:after="80"/>
      </w:pPr>
      <w:r>
        <w:rPr>
          <w:b w:val="0"/>
          <w:i w:val="0"/>
        </w:rPr>
        <w:t>Và rồi máy tính của ông phát ra tiếng "ping".</w:t>
      </w:r>
    </w:p>
    <w:p>
      <w:pPr>
        <w:spacing w:after="80"/>
      </w:pPr>
      <w:r>
        <w:rPr>
          <w:b w:val="0"/>
          <w:i w:val="0"/>
        </w:rPr>
        <w:t>Chết tiệt…</w:t>
      </w:r>
    </w:p>
    <w:p>
      <w:pPr>
        <w:spacing w:after="80"/>
      </w:pPr>
      <w:r>
        <w:rPr>
          <w:b w:val="0"/>
          <w:i w:val="0"/>
        </w:rPr>
        <w:t>Cuộc tìm kiếm đã tìm thấy một kết quả khớp gần cuối bản thảo. Khi trang hiện lên, Finch nghiêng người tới, mắt ông lướt nhanh qua dòng chữ. Chỉ trong khoảnh khắc, ông nhận ra đây là một tình huống thảm họa. Dù cố ý hay vô tình, Katherine Solomon đã bước thẳng vào một tổ ong vò vẽ. Cuốn sách của cô đặt ra một vấn đề nghiêm trọng.</w:t>
      </w:r>
    </w:p>
    <w:p>
      <w:pPr>
        <w:spacing w:after="80"/>
      </w:pPr>
      <w:r>
        <w:rPr>
          <w:b w:val="0"/>
          <w:i w:val="0"/>
        </w:rPr>
        <w:t xml:space="preserve">Trong khi Finch cân nhắc những lựa chọn hạn chế của mình để xử lý cuộc khủng hoảng, điện thoại của ông lại "ping" thêm một tin xấu—một thông báo rằng Solomon vừa truy cập máy chủ PRH từ Trung tâm Doanh vụ Four Seasons, nơi cô hiện đang </w:t>
      </w:r>
      <w:r>
        <w:rPr>
          <w:b w:val="0"/>
          <w:i/>
        </w:rPr>
        <w:t>in</w:t>
      </w:r>
      <w:r>
        <w:rPr>
          <w:b w:val="0"/>
          <w:i w:val="0"/>
        </w:rPr>
        <w:t xml:space="preserve"> bản thảo của mình.</w:t>
      </w:r>
    </w:p>
    <w:p>
      <w:pPr>
        <w:spacing w:after="80"/>
      </w:pPr>
      <w:r>
        <w:rPr>
          <w:b w:val="0"/>
          <w:i w:val="0"/>
        </w:rPr>
        <w:t>Cô ta đang in bản cứng lúc 6:45 sáng…trên máy in của khách sạn ư?!</w:t>
      </w:r>
    </w:p>
    <w:p>
      <w:pPr>
        <w:spacing w:after="80"/>
      </w:pPr>
      <w:r>
        <w:rPr>
          <w:b w:val="0"/>
          <w:i w:val="0"/>
        </w:rPr>
        <w:t>Hành động này dường như trái ngược hoàn toàn với các giao thức bảo mật của nhà xuất bản, và Finch bỗng sợ rằng Solomon đã biết bản thảo của mình bị xâm nhập…và cô đang hành động để bảo vệ nó.</w:t>
      </w:r>
    </w:p>
    <w:p>
      <w:pPr>
        <w:spacing w:after="80"/>
      </w:pPr>
      <w:r>
        <w:rPr>
          <w:b w:val="0"/>
          <w:i w:val="0"/>
        </w:rPr>
        <w:t>Lo lắng, Finch thực hiện nỗ lực cuối cùng để liên lạc với Brigita Gessner, nhưng cuộc gọi của ông chuyển thẳng vào hộp thư thoại. Gessner đã mất tích suốt đêm…kể từ khi cô gặp Solomon và Langdon.</w:t>
      </w:r>
    </w:p>
    <w:p>
      <w:pPr>
        <w:spacing w:after="80"/>
      </w:pPr>
      <w:r>
        <w:rPr>
          <w:b w:val="0"/>
          <w:i w:val="0"/>
        </w:rPr>
        <w:t xml:space="preserve">Một điều ông biết chắc chắn. </w:t>
      </w:r>
      <w:r>
        <w:rPr>
          <w:b w:val="0"/>
          <w:i/>
        </w:rPr>
        <w:t>Không có lửa thì sao có khói.</w:t>
      </w:r>
    </w:p>
    <w:p>
      <w:pPr>
        <w:spacing w:after="80"/>
      </w:pPr>
      <w:r>
        <w:rPr>
          <w:b w:val="0"/>
          <w:i w:val="0"/>
        </w:rPr>
        <w:t>Finch đã chuẩn bị những biện pháp đối phó táo bạo ở cả Prague và New York, có thể được triển khai chỉ bằng một lệnh một từ.</w:t>
      </w:r>
    </w:p>
    <w:p>
      <w:pPr>
        <w:spacing w:after="80"/>
      </w:pPr>
      <w:r>
        <w:rPr>
          <w:b w:val="0"/>
          <w:i w:val="0"/>
        </w:rPr>
        <w:t>Đánh giá toàn bộ tình hình, ông kết luận đã đến lúc.</w:t>
      </w:r>
    </w:p>
    <w:p>
      <w:pPr>
        <w:spacing w:after="80"/>
      </w:pPr>
      <w:r>
        <w:rPr>
          <w:b w:val="0"/>
          <w:i w:val="0"/>
        </w:rPr>
        <w:t>Ông gửi đồng thời các tin nhắn Signal cho các điệp viên của mình tại chỗ ở cả hai thành phố:</w:t>
      </w:r>
    </w:p>
    <w:p>
      <w:pPr>
        <w:spacing w:after="80"/>
      </w:pPr>
      <w:r>
        <w:rPr>
          <w:b w:val="0"/>
          <w:i w:val="0"/>
        </w:rPr>
        <w:t>Thực thi.</w:t>
      </w:r>
    </w:p>
    <w:p>
      <w:pPr>
        <w:pStyle w:val="Heading1"/>
      </w:pPr>
      <w:r>
        <w:rPr>
          <w:rFonts w:ascii="Calibri" w:hAnsi="Calibri"/>
          <w:b/>
          <w:i w:val="0"/>
          <w:sz w:val="40"/>
        </w:rPr>
        <w:t>Chương 83</w:t>
      </w:r>
    </w:p>
    <w:p>
      <w:pPr>
        <w:spacing w:after="80"/>
      </w:pPr>
      <w:r>
        <w:rPr>
          <w:b w:val="0"/>
          <w:i w:val="0"/>
        </w:rPr>
        <w:t>The Golěm quỳ gối trên sàn đá cẩm thạch hồng, hoàn toàn kiệt sức sau cuộc vật lộn. Gom hết sức lực để di chuyển và giấu xác, hắn vui mừng nhận ra thi thể nạn nhân nhẹ hơn của Harris rất nhiều. Hắn lôi người phụ nữ đi mà chẳng tốn bao nhiêu công sức, ném cô ta vào chỗ khuất sau một chiếc ghế sofa đặt gần bức tường bên. Hắn thoáng nghĩ đến việc lấy trộm khẩu súng ngắn của người phụ nữ, nhưng hắn chưa từng có cơ hội học cách bắn súng, và hắn thích sự đơn giản cùng im lặng của khẩu súng điện hơn nhiều.</w:t>
      </w:r>
    </w:p>
    <w:p>
      <w:pPr>
        <w:spacing w:after="80"/>
      </w:pPr>
      <w:r>
        <w:rPr>
          <w:b w:val="0"/>
          <w:i w:val="0"/>
        </w:rPr>
        <w:t>Giờ The Golěm tiến đến bức điêu khắc trên tường và đẩy tác phẩm nghệ thuật nặng trịch sang một bên, để lộ ra thang máy mà hắn đã đi lên vài phút trước để bắt người phụ nữ bất ngờ. Bàn phím bảo mật của thang máy phát sáng trước mặt hắn, và hắn cẩn thận gõ mật mã bảy ký tự của Gessner, nhớ lại nỗi kinh hoàng của bà ta đêm qua.</w:t>
      </w:r>
    </w:p>
    <w:p>
      <w:pPr>
        <w:spacing w:after="80"/>
      </w:pPr>
      <w:r>
        <w:rPr>
          <w:b w:val="0"/>
          <w:i w:val="0"/>
        </w:rPr>
        <w:t>Bà ta đã kể cho tôi mọi thứ…như bất kỳ ai ở vị trí của bà ta cũng sẽ làm.</w:t>
      </w:r>
    </w:p>
    <w:p>
      <w:pPr>
        <w:spacing w:after="80"/>
      </w:pPr>
      <w:r>
        <w:rPr>
          <w:b w:val="0"/>
          <w:i w:val="0"/>
        </w:rPr>
        <w:t>Khi thang máy đi xuống một tầng, The Golěm nhắm mắt lại, hài lòng nhớ lại phương pháp thẩm vấn của mình, sử dụng một cỗ máy do chính nạn nhân phát minh ra.</w:t>
      </w:r>
    </w:p>
    <w:p>
      <w:pPr>
        <w:spacing w:after="80"/>
      </w:pPr>
      <w:r>
        <w:rPr>
          <w:b w:val="0"/>
          <w:i w:val="0"/>
        </w:rPr>
        <w:t>Khoang EPR của Gessner được thiết kế cho bệnh nhân bất tỉnh hoàn toàn, đã được gây mê, kết hợp với fentanyl truyền tĩnh mạch—loại thuốc giảm đau mạnh nhất trên trái đất—để chặn cảm giác đau đớn tột cùng khi hệ tuần hoàn của bạn bị xả bằng nước muối lạnh buốt. Tuy nhiên, The Golěm chỉ đơn giản là thắt dây cho bà ta vào, bỏ qua gây mê và cố định cổ tay, cổ chân bà ta bằng những dây đai Velcro nặng của khoang. Các ống truyền của cỗ máy được thiết kế cho động mạch và tĩnh mạch đùi, nhưng hắn lại đưa ống thông vào cánh tay bà ta, hắn tưởng tượng rằng như vậy sẽ vừa đủ dòng chảy để giữ bà ta tỉnh táo mà trải nghiệm cơn đau đớn.</w:t>
      </w:r>
    </w:p>
    <w:p>
      <w:pPr>
        <w:spacing w:after="80"/>
      </w:pPr>
      <w:r>
        <w:rPr>
          <w:b w:val="0"/>
          <w:i w:val="0"/>
        </w:rPr>
        <w:t>Thang máy tự động mở ra phòng thí nghiệm của Gessner, và The Golěm bước đi trong ánh sáng mờ ảo, chiếc áo choàng tung bay phía sau, đổ những bóng ma lên những bức tường đá. Lần này, hắn ở một mình trong pháo đài, và hắn sẽ không bị ai làm gián đoạn.</w:t>
      </w:r>
    </w:p>
    <w:p>
      <w:pPr>
        <w:spacing w:after="80"/>
      </w:pPr>
      <w:r>
        <w:rPr>
          <w:b w:val="0"/>
          <w:i w:val="0"/>
        </w:rPr>
        <w:t>Tôi chỉ cần một phút để lấy thứ tôi đến đây tìm.</w:t>
      </w:r>
    </w:p>
    <w:p>
      <w:pPr>
        <w:spacing w:after="80"/>
      </w:pPr>
      <w:r>
        <w:rPr>
          <w:b w:val="0"/>
          <w:i w:val="0"/>
        </w:rPr>
        <w:t>Rồi hắn sẽ hướng đến cơ sở bí mật mang tên Threshold.</w:t>
      </w:r>
    </w:p>
    <w:p>
      <w:pPr>
        <w:jc w:val="center"/>
      </w:pPr>
      <w:r>
        <w:drawing>
          <wp:inline xmlns:a="http://schemas.openxmlformats.org/drawingml/2006/main" xmlns:pic="http://schemas.openxmlformats.org/drawingml/2006/picture">
            <wp:extent cx="5486400" cy="362122"/>
            <wp:docPr id="76" name="Picture 76"/>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Cú sốc bị bắt cóc vẫn chưa nguôi ngoai trong Jonas Faukman, và giờ khi đã biết Robert và Katherine bị dụ vào dinh thự của một cựu luật sư CIA, ông chỉ có thể hy vọng họ đã nghe lời khuyên của ông và chuồn khỏi đó ngay.</w:t>
      </w:r>
    </w:p>
    <w:p>
      <w:pPr>
        <w:spacing w:after="80"/>
      </w:pPr>
      <w:r>
        <w:rPr>
          <w:b w:val="0"/>
          <w:i w:val="0"/>
        </w:rPr>
        <w:t>Gọi cho tôi đi, Robert. Cho tôi biết anh vẫn ổn…</w:t>
      </w:r>
    </w:p>
    <w:p>
      <w:pPr>
        <w:spacing w:after="80"/>
      </w:pPr>
      <w:r>
        <w:rPr>
          <w:b w:val="0"/>
          <w:i w:val="0"/>
        </w:rPr>
        <w:t>Alex Conan đã mải mê gõ trên chiếc laptop, tìm hiểu sâu về In-Q-Tel. Faukman vô cùng quan tâm muốn biết tại sao công ty đầu tư này lại phản đối dữ dội đến vậy bất cứ thứ gì có trong bản thảo của Katherine.</w:t>
      </w:r>
    </w:p>
    <w:p>
      <w:pPr>
        <w:spacing w:after="80"/>
      </w:pPr>
      <w:r>
        <w:rPr>
          <w:b w:val="0"/>
          <w:i w:val="0"/>
        </w:rPr>
        <w:t>“Xem cái này đi,” cuối cùng Alex nói. “Đây là danh sách một phần các khoản đầu tư tư nhân của Q.”</w:t>
      </w:r>
    </w:p>
    <w:p>
      <w:pPr>
        <w:spacing w:after="80"/>
      </w:pPr>
      <w:r>
        <w:rPr>
          <w:b w:val="0"/>
          <w:i w:val="0"/>
        </w:rPr>
        <w:t>Faukman lao tới và nhìn màn hình qua vai anh chàng kỹ thuật viên, trố mắt nhìn danh mục của công ty trong sự hoài nghi. Có hơn ba trăm mục, phần lớn bằng thứ ngôn ngữ mà ông không thể hiểu nổi.</w:t>
      </w:r>
    </w:p>
    <w:p>
      <w:pPr>
        <w:spacing w:after="80"/>
        <w:ind w:left="360"/>
      </w:pPr>
      <w:r>
        <w:t xml:space="preserve">• </w:t>
      </w:r>
      <w:r>
        <w:rPr>
          <w:b w:val="0"/>
          <w:i w:val="0"/>
        </w:rPr>
        <w:t>MemSQL—phân tích đồng bộ Boundless Spatial</w:t>
      </w:r>
    </w:p>
    <w:p>
      <w:pPr>
        <w:spacing w:after="80"/>
        <w:ind w:left="360"/>
      </w:pPr>
      <w:r>
        <w:t xml:space="preserve">• </w:t>
      </w:r>
      <w:r>
        <w:rPr>
          <w:b w:val="0"/>
          <w:i w:val="0"/>
        </w:rPr>
        <w:t>Xanadu—giải pháp lượng tử quang tử</w:t>
      </w:r>
    </w:p>
    <w:p>
      <w:pPr>
        <w:spacing w:after="80"/>
        <w:ind w:left="360"/>
      </w:pPr>
      <w:r>
        <w:t xml:space="preserve">• </w:t>
      </w:r>
      <w:r>
        <w:rPr>
          <w:b w:val="0"/>
          <w:i w:val="0"/>
        </w:rPr>
        <w:t>Keyhole—trực quan hóa không gian địa lý</w:t>
      </w:r>
    </w:p>
    <w:p>
      <w:pPr>
        <w:spacing w:after="80"/>
        <w:ind w:left="360"/>
      </w:pPr>
      <w:r>
        <w:t xml:space="preserve">• </w:t>
      </w:r>
      <w:r>
        <w:rPr>
          <w:b w:val="0"/>
          <w:i w:val="0"/>
        </w:rPr>
        <w:t>zSpace—điêu khắc 3D bằng ảnh ba chiều (hologram)</w:t>
      </w:r>
    </w:p>
    <w:p>
      <w:pPr>
        <w:spacing w:after="80"/>
      </w:pPr>
      <w:r>
        <w:rPr>
          <w:b w:val="0"/>
          <w:i w:val="0"/>
        </w:rPr>
        <w:t>Danh sách cứ thế kéo dài mãi.</w:t>
      </w:r>
    </w:p>
    <w:p>
      <w:pPr>
        <w:spacing w:after="80"/>
      </w:pPr>
      <w:r>
        <w:rPr>
          <w:b w:val="0"/>
          <w:i w:val="0"/>
        </w:rPr>
        <w:t>“Đúng như tôi hình dung,” Alex nói, lướt nhanh qua danh sách. “Những gì tôi nhận ra chủ yếu là an ninh mạng, phân tích dữ liệu, hình ảnh, điện toán…”</w:t>
      </w:r>
    </w:p>
    <w:p>
      <w:pPr>
        <w:spacing w:after="80"/>
      </w:pPr>
      <w:r>
        <w:rPr>
          <w:b w:val="0"/>
          <w:i w:val="0"/>
        </w:rPr>
        <w:t>“Còn khoa học thần kinh hay ý thức—</w:t>
      </w:r>
      <w:r>
        <w:rPr>
          <w:b w:val="0"/>
          <w:i/>
        </w:rPr>
        <w:t>đại loại</w:t>
      </w:r>
      <w:r>
        <w:rPr>
          <w:b w:val="0"/>
          <w:i w:val="0"/>
        </w:rPr>
        <w:t xml:space="preserve"> thế thì sao?”</w:t>
      </w:r>
    </w:p>
    <w:p>
      <w:pPr>
        <w:spacing w:after="80"/>
      </w:pPr>
      <w:r>
        <w:rPr>
          <w:b w:val="0"/>
          <w:i w:val="0"/>
        </w:rPr>
        <w:t>“Có lẽ, tôi không biết nữa. Chúng ta cần ném danh sách này vào một cái—” điện thoại của Alex rung lên, anh liếc nhìn số người gọi, hít một hơi thật sâu rồi mới bắt máy. “Allison, chào buổi sáng. Tôi vừa định—”</w:t>
      </w:r>
    </w:p>
    <w:p>
      <w:pPr>
        <w:spacing w:after="80"/>
      </w:pPr>
      <w:r>
        <w:rPr>
          <w:b w:val="0"/>
          <w:i w:val="0"/>
        </w:rPr>
        <w:t>Faukman có thể nghe thấy tiếng giám đốc an ninh dữ liệu hét lên ở đầu dây bên kia.</w:t>
      </w:r>
    </w:p>
    <w:p>
      <w:pPr>
        <w:spacing w:after="80"/>
      </w:pPr>
      <w:r>
        <w:rPr>
          <w:b w:val="0"/>
          <w:i w:val="0"/>
        </w:rPr>
        <w:t>“Tôi hiểu,” Alex bình tĩnh nói. “Tôi sẽ đến ngay.” Anh kết thúc cuộc gọi và đứng dậy. “Xin lỗi, đến giờ bị thẩm vấn rồi.”</w:t>
      </w:r>
    </w:p>
    <w:p>
      <w:pPr>
        <w:spacing w:after="80"/>
      </w:pPr>
      <w:r>
        <w:rPr>
          <w:b w:val="0"/>
          <w:i w:val="0"/>
        </w:rPr>
        <w:t>Faukman thấy thương cho cậu nhóc. Xét cho cùng, PRH đã bị một cơ quan tình báo toàn cầu tấn công mạng, đây đâu phải một cuộc chiến công bằng, và Alex đã xử lý cuộc khủng hoảng một cách đáng khâm phục.</w:t>
      </w:r>
    </w:p>
    <w:p>
      <w:pPr>
        <w:spacing w:after="80"/>
      </w:pPr>
      <w:r>
        <w:rPr>
          <w:b w:val="0"/>
          <w:i w:val="0"/>
        </w:rPr>
        <w:t>“Khi nào về được tôi sẽ quay lại,” anh chàng kỹ thuật nói, rồi dường như chợt nghĩ ra điều gì đó và gõ nhanh trên laptop. “Tôi vừa sao chép và gửi cho anh danh sách đó; ném nó vào một DAP và tìm xem có điểm giao nhau nào không.”</w:t>
      </w:r>
    </w:p>
    <w:p>
      <w:pPr>
        <w:spacing w:after="80"/>
      </w:pPr>
      <w:r>
        <w:rPr>
          <w:b w:val="0"/>
          <w:i w:val="0"/>
        </w:rPr>
        <w:t>“Khoan! Cái gì? DAP là gì! Tôi không có!”</w:t>
      </w:r>
    </w:p>
    <w:p>
      <w:pPr>
        <w:spacing w:after="80"/>
      </w:pPr>
      <w:r>
        <w:rPr>
          <w:b w:val="0"/>
          <w:i w:val="0"/>
        </w:rPr>
        <w:t xml:space="preserve">“Anh </w:t>
      </w:r>
      <w:r>
        <w:rPr>
          <w:b w:val="0"/>
          <w:i/>
        </w:rPr>
        <w:t>có</w:t>
      </w:r>
      <w:r>
        <w:rPr>
          <w:b w:val="0"/>
          <w:i w:val="0"/>
        </w:rPr>
        <w:t xml:space="preserve"> chứ,” Alex kiên nhẫn nói, tiến về phía cửa. “Có cả một bộ nền tảng phân tích dữ liệu (data analytics platform) trên máy chủ PRH để anh dùng.”</w:t>
      </w:r>
    </w:p>
    <w:p>
      <w:pPr>
        <w:spacing w:after="80"/>
      </w:pPr>
      <w:r>
        <w:rPr>
          <w:b w:val="0"/>
          <w:i w:val="0"/>
        </w:rPr>
        <w:t>Faukman thậm chí không biết phải tìm ở đâu.</w:t>
      </w:r>
    </w:p>
    <w:p>
      <w:pPr>
        <w:spacing w:after="80"/>
      </w:pPr>
      <w:r>
        <w:rPr>
          <w:b w:val="0"/>
          <w:i w:val="0"/>
        </w:rPr>
        <w:t>“Thôi được rồi,” Alex nói, “cứ dùng một công cụ trực tuyến—ChatGPT hay Bard hay gì đó. Bảo nó phân tích các khoản đầu tư của Q và đối chiếu chúng với bất kỳ chủ đề nào anh cho là liên quan đến cuốn sách của Tiến sĩ Solomon. Khi nào về được tôi sẽ quay lại.”</w:t>
      </w:r>
    </w:p>
    <w:p>
      <w:pPr>
        <w:spacing w:after="80"/>
      </w:pPr>
      <w:r>
        <w:rPr>
          <w:b w:val="0"/>
          <w:i w:val="0"/>
        </w:rPr>
        <w:t>Nói xong, Alex vội vã rời đi.</w:t>
      </w:r>
    </w:p>
    <w:p>
      <w:pPr>
        <w:spacing w:after="80"/>
      </w:pPr>
      <w:r>
        <w:rPr>
          <w:b w:val="0"/>
          <w:i w:val="0"/>
        </w:rPr>
        <w:t xml:space="preserve">Faukman đứng một mình trong văn phòng, đưa mắt dè chừng nhìn chiếc máy tính. Tất nhiên, ông đã từng thấy các ứng dụng trí tuệ nhân tạo, nhưng ông đã công khai thề sẽ không bao giờ dùng chúng. </w:t>
      </w:r>
      <w:r>
        <w:rPr>
          <w:b w:val="0"/>
          <w:i/>
        </w:rPr>
        <w:t>Một mối đe dọa hiện hữu đối với nghề viết cao quý!</w:t>
      </w:r>
      <w:r>
        <w:rPr>
          <w:b w:val="0"/>
          <w:i w:val="0"/>
        </w:rPr>
        <w:t xml:space="preserve"> PRH vốn đã nhận được những bản thảo rõ ràng do robot viết ra, nhưng chúng ngày càng khó phát hiện một cách đáng báo động. Faukman đã có một lập trường kiên quyết—kêu gọi các biên tập viên đồng nghiệp tẩy chay mọi sản phẩm AI trước ngày tận thế văn chương đang đến gần.</w:t>
      </w:r>
    </w:p>
    <w:p>
      <w:pPr>
        <w:spacing w:after="80"/>
      </w:pPr>
      <w:r>
        <w:rPr>
          <w:b w:val="0"/>
          <w:i w:val="0"/>
        </w:rPr>
        <w:t>Thế nhưng giờ đây, Faukman thấy mình đang đứng trước ngã ba đường. Khi mở email Alex gửi và nhìn lướt qua danh sách các khoản đầu tư của Q, ông hình dung ra những hành vi lạm dụng trắng trợn mà tổ chức bí ẩn kia đã giáng xuống Katherine… xuống Robert… và xuống chính Faukman.</w:t>
      </w:r>
    </w:p>
    <w:p>
      <w:pPr>
        <w:spacing w:after="80"/>
      </w:pPr>
      <w:r>
        <w:rPr>
          <w:b w:val="0"/>
          <w:i/>
        </w:rPr>
        <w:t>Kệ đi, phải cứng rắn về đạo đức,</w:t>
      </w:r>
      <w:r>
        <w:rPr>
          <w:b w:val="0"/>
          <w:i w:val="0"/>
        </w:rPr>
        <w:t xml:space="preserve"> anh quyết định, ngồi xuống bên cỗ máy của mình. </w:t>
      </w:r>
      <w:r>
        <w:rPr>
          <w:b w:val="0"/>
          <w:i/>
        </w:rPr>
        <w:t>Đây là chiến tranh.</w:t>
      </w:r>
    </w:p>
    <w:p>
      <w:pPr>
        <w:pStyle w:val="Heading1"/>
      </w:pPr>
      <w:r>
        <w:rPr>
          <w:rFonts w:ascii="Calibri" w:hAnsi="Calibri"/>
          <w:b/>
          <w:i w:val="0"/>
          <w:sz w:val="40"/>
        </w:rPr>
        <w:t>Chương 84</w:t>
      </w:r>
    </w:p>
    <w:p>
      <w:pPr>
        <w:spacing w:after="80"/>
      </w:pPr>
      <w:r>
        <w:rPr>
          <w:b w:val="0"/>
          <w:i w:val="0"/>
        </w:rPr>
        <w:t xml:space="preserve">Chiếc SUV "dùng cho mục đích cá nhân" đi kèm dinh thự đại sứ là một chiếc Hyundai Tucson màu kem, kiểu dáng chẳng có gì nổi bật, mang biển số Séc, mà Heide Nagel thỉnh thoảng dùng vào những dịp cuối tuần riêng tư để thoát khỏi thành phố. Chuyến đi gần đây nhất của bà là đến Mê cung Đá Tisá ở Bohemian Switzerland, một mê cung những lối mòn đi bộ xuyên qua các khối đá sa thạch đẹp đến ngỡ ngàng, kỳ ảo đến mức từng xuất hiện trong bộ phim giả tưởng </w:t>
      </w:r>
      <w:r>
        <w:rPr>
          <w:b w:val="0"/>
          <w:i/>
        </w:rPr>
        <w:t>The Chronicles of Narnia.</w:t>
      </w:r>
    </w:p>
    <w:p>
      <w:pPr>
        <w:spacing w:after="80"/>
      </w:pPr>
      <w:r>
        <w:rPr>
          <w:b w:val="0"/>
          <w:i/>
        </w:rPr>
        <w:t>Ước gì giờ này mình đang ở đó,</w:t>
      </w:r>
      <w:r>
        <w:rPr>
          <w:b w:val="0"/>
          <w:i w:val="0"/>
        </w:rPr>
        <w:t xml:space="preserve"> Nagel nghĩ, trong lòng vẫn còn thấy ghê rợn vì cái chết của Michael Harris.</w:t>
      </w:r>
    </w:p>
    <w:p>
      <w:pPr>
        <w:spacing w:after="80"/>
      </w:pPr>
      <w:r>
        <w:rPr>
          <w:b w:val="0"/>
          <w:i w:val="0"/>
        </w:rPr>
        <w:t>Khi lái xe ra khỏi dinh thự, giờ chỉ còn một mình trong chiếc SUV, bà cảm thấy sức nặng của sự phản bội mà mình đang gây ra khi giúp đỡ hai người Mỹ này. Bà thực lòng mong Langdon biết mình đang làm gì.</w:t>
      </w:r>
    </w:p>
    <w:p>
      <w:pPr>
        <w:spacing w:after="80"/>
      </w:pPr>
      <w:r>
        <w:rPr>
          <w:b w:val="0"/>
          <w:i w:val="0"/>
        </w:rPr>
        <w:t>Nếu chuyện này không thành, Finch sẽ chôn sống mình mất… chắc là chôn theo nghĩa đen luôn.</w:t>
      </w:r>
    </w:p>
    <w:p>
      <w:pPr>
        <w:spacing w:after="80"/>
      </w:pPr>
      <w:r>
        <w:rPr>
          <w:b w:val="0"/>
          <w:i w:val="0"/>
        </w:rPr>
        <w:t>Nagel tiến đến cổng an ninh và bấm còi hai tiếng. Người lính thủy quân lục chiến trong buồng gác giật mình đứng dậy khỏi dàn màn hình giám sát an ninh và vội vã bước ra cửa sổ, vẻ mặt ngạc nhiên. Đại sứ hiếm khi rời đi mà không báo trước, hiếm khi đi bằng xe riêng của mình, và bà chưa bao giờ bấm còi cả.</w:t>
      </w:r>
    </w:p>
    <w:p>
      <w:pPr>
        <w:spacing w:after="80"/>
      </w:pPr>
      <w:r>
        <w:rPr>
          <w:b w:val="0"/>
          <w:i w:val="0"/>
        </w:rPr>
        <w:t>"Xin lỗi nhé, Carlton," bà nói, hạ cửa kính xuống. "Chỉ chạy vội về đại sứ quán thôi. Quên mất mũi tiêm Enbrel rồi. Cái tuyết chết tiệt này làm bệnh viêm khớp của tôi phát điên lên."</w:t>
      </w:r>
    </w:p>
    <w:p>
      <w:pPr>
        <w:spacing w:after="80"/>
      </w:pPr>
      <w:r>
        <w:rPr>
          <w:b w:val="0"/>
          <w:i w:val="0"/>
        </w:rPr>
        <w:t>"Thưa bà, tôi sẵn lòng cử người—"</w:t>
      </w:r>
    </w:p>
    <w:p>
      <w:pPr>
        <w:spacing w:after="80"/>
      </w:pPr>
      <w:r>
        <w:rPr>
          <w:b w:val="0"/>
          <w:i w:val="0"/>
        </w:rPr>
        <w:t>"Tự đi thì đơn giản hơn. Thuốc khóa trong ngăn kéo bàn làm việc của tôi, và tôi cũng phải lấy ít giấy tờ nữa. Tôi sẽ về ngay thôi."</w:t>
      </w:r>
    </w:p>
    <w:p>
      <w:pPr>
        <w:spacing w:after="80"/>
      </w:pPr>
      <w:r>
        <w:rPr>
          <w:b w:val="0"/>
          <w:i w:val="0"/>
        </w:rPr>
        <w:t>"Dạ vâng, thưa bà." Người lính bấm nút, và cánh cổng mở ra. Anh quay lại phía màn hình giám sát an ninh bao quát khuôn viên, nhưng Nagel gọi anh quay lại.</w:t>
      </w:r>
    </w:p>
    <w:p>
      <w:pPr>
        <w:spacing w:after="80"/>
      </w:pPr>
      <w:r>
        <w:rPr>
          <w:b w:val="0"/>
          <w:i w:val="0"/>
        </w:rPr>
        <w:t>"Còn một chuyện nữa, Carlton," bà nói. "Xin lỗi—tôi có hai vị khách người Mỹ đang đợi trong thư viện, và tôi sắp đón thêm một vị khách nữa, ông Finch. Tôi sẽ về trước khi ông ấy đến, nhưng nếu vì lý do nào đó ông ấy đến trước tôi, tôi đã dặn nhân viên sắp xếp cho ông ấy thoải mái trong phòng khách cho đến khi tôi về để giới thiệu. Tôi chỉ muốn chắc chắn là anh biết ông ấy được mong đợi."</w:t>
      </w:r>
    </w:p>
    <w:p>
      <w:pPr>
        <w:spacing w:after="80"/>
      </w:pPr>
      <w:r>
        <w:rPr>
          <w:b w:val="0"/>
          <w:i w:val="0"/>
        </w:rPr>
        <w:t xml:space="preserve">"Giờ thì tôi </w:t>
      </w:r>
      <w:r>
        <w:rPr>
          <w:b w:val="0"/>
          <w:i/>
        </w:rPr>
        <w:t>biết rồi,</w:t>
      </w:r>
      <w:r>
        <w:rPr>
          <w:b w:val="0"/>
          <w:i w:val="0"/>
        </w:rPr>
        <w:t xml:space="preserve"> thưa bà," anh nói, mỉm cười. "Cảm ơn bà. Hẹn gặp bà lát nữa."</w:t>
      </w:r>
    </w:p>
    <w:p>
      <w:pPr>
        <w:spacing w:after="80"/>
      </w:pPr>
      <w:r>
        <w:rPr>
          <w:b w:val="0"/>
          <w:i w:val="0"/>
        </w:rPr>
        <w:t>Nagel cảm ơn người lính thủy quân lục chiến và chuẩn bị cho xe tiến lên, nhưng đúng như bà đã tính, cổng hết thời gian chờ và bắt đầu đóng lại. "Xin lỗi nhé," bà nói, lắc đầu. "Cà phê espresso lúc nào cũng làm tôi nói nhiều!"</w:t>
      </w:r>
    </w:p>
    <w:p>
      <w:pPr>
        <w:spacing w:after="80"/>
      </w:pPr>
      <w:r>
        <w:rPr>
          <w:b w:val="0"/>
          <w:i w:val="0"/>
        </w:rPr>
        <w:t>Người lính mỉm cười. "Không sao đâu, thưa bà." Anh bấm nút mở lại cổng.</w:t>
      </w:r>
    </w:p>
    <w:p>
      <w:pPr>
        <w:spacing w:after="80"/>
      </w:pPr>
      <w:r>
        <w:rPr>
          <w:b w:val="0"/>
          <w:i w:val="0"/>
        </w:rPr>
        <w:t>Khi bà chuẩn bị cho xe đi qua, bà nhả côn vụng và làm chiếc Hyundai chết máy. "Ôi trời ơi, ngại quá. Dạo này tôi hiếm khi lái xe!" Bà khởi động lại xe, nhưng không kịp trước khi cổng đóng lại lần thứ hai.</w:t>
      </w:r>
    </w:p>
    <w:p>
      <w:pPr>
        <w:spacing w:after="80"/>
      </w:pPr>
      <w:r>
        <w:rPr>
          <w:b w:val="0"/>
          <w:i w:val="0"/>
        </w:rPr>
        <w:t>Họ lặp lại quy trình, và lần này Nagel đã vượt qua được. Cô cho xe ra đường Ronald Reagan rồi rẽ trái ngay vào phố Bubenečská, hy vọng màn tung hỏa mù của mình đã khiến gã bảo vệ không nhìn vào màn hình camera đủ lâu để Langdon và Solomon, khi nghe tiếng còi xe làm hiệu, kịp chạy ra khỏi nhà kính và băng qua bãi cỏ tới phía xa của khuôn viên, nơi mà nếu tìm được chốt cửa ẩn, một cánh cổng sắt rèn cho người đi bộ sẽ mở từ trong ra ngoài, thông ra phố československé armády.</w:t>
      </w:r>
    </w:p>
    <w:p>
      <w:pPr>
        <w:spacing w:after="80"/>
      </w:pPr>
      <w:r>
        <w:rPr>
          <w:b w:val="0"/>
          <w:i w:val="0"/>
        </w:rPr>
        <w:t>Quả nhiên, khi cô vòng quanh khu nhà, Langdon và Solomon hiện ra ở góc phố, cả hai đều ăn mặc phong phanh không hợp với thời tiết. Đại sứ cho xe tấp vào bên cạnh họ, và họ nhảy vào trong xe, Katherine ra hiệu cho Langdon ngồi phía trước cạnh Nagel.</w:t>
      </w:r>
    </w:p>
    <w:p>
      <w:pPr>
        <w:spacing w:after="80"/>
      </w:pPr>
      <w:r>
        <w:rPr>
          <w:b w:val="0"/>
          <w:i w:val="0"/>
        </w:rPr>
        <w:t>Khi họ tăng tốc rời khỏi dinh thự, không ai nói một lời. Tất cả bọn họ, dường như, đều bắt đầu nhận ra những nguy hiểm của kế hoạch mà Langdon đã đề xuất.</w:t>
      </w:r>
    </w:p>
    <w:p>
      <w:pPr>
        <w:spacing w:after="80"/>
      </w:pPr>
      <w:r>
        <w:rPr>
          <w:b w:val="0"/>
          <w:i w:val="0"/>
        </w:rPr>
        <w:t>Phương án thứ tư.</w:t>
      </w:r>
    </w:p>
    <w:p>
      <w:pPr>
        <w:spacing w:after="80"/>
      </w:pPr>
      <w:r>
        <w:rPr>
          <w:b w:val="0"/>
          <w:i w:val="0"/>
        </w:rPr>
        <w:t xml:space="preserve">"Rất có khả năng," Langdon đã nói với họ vài phút trước đó trong phòng lò hơi dưới tầng hầm, "rằng kể cả khi chúng ta gặp Finch, và ông ta tin rằng chúng ta đã ký những thỏa thuận NDA đó, ông ta sẽ không bao giờ chia sẻ điều thực sự đang diễn ra tại Threshold. Chỉ có một cách để chắc chắn rằng chúng ta có được thông tin và bằng chứng cần thiết để tự bảo vệ mình—đó là tài liệu và ảnh chụp." Ông ngừng lại, đưa mắt nhìn cả hai người. "Bằng cách nào đó, chúng ta cần phải vào được </w:t>
      </w:r>
      <w:r>
        <w:rPr>
          <w:b w:val="0"/>
          <w:i/>
        </w:rPr>
        <w:t>bên trong</w:t>
      </w:r>
      <w:r>
        <w:rPr>
          <w:b w:val="0"/>
          <w:i w:val="0"/>
        </w:rPr>
        <w:t xml:space="preserve"> Threshold."</w:t>
      </w:r>
    </w:p>
    <w:p>
      <w:pPr>
        <w:spacing w:after="80"/>
      </w:pPr>
      <w:r>
        <w:rPr>
          <w:b w:val="0"/>
          <w:i w:val="0"/>
        </w:rPr>
        <w:t>"Không thể được," Nagel nói. "Lục soát Threshold là chuyện không thể bàn tới."</w:t>
      </w:r>
    </w:p>
    <w:p>
      <w:pPr>
        <w:spacing w:after="80"/>
      </w:pPr>
      <w:r>
        <w:rPr>
          <w:b w:val="0"/>
          <w:i w:val="0"/>
        </w:rPr>
        <w:t>"Tại sao?" Solomon gặng hỏi. "Cô đã nói cơ sở này hiện không có người, và mọi người đang huấn luyện ở nơi khác. Nó sẽ vắng tanh."</w:t>
      </w:r>
    </w:p>
    <w:p>
      <w:pPr>
        <w:spacing w:after="80"/>
      </w:pPr>
      <w:r>
        <w:rPr>
          <w:b w:val="0"/>
          <w:i w:val="0"/>
        </w:rPr>
        <w:t>"Đúng vậy," Nagel đáp. "Nhưng tôi chưa giải thích mức độ an ninh của cơ sở này nghiêm ngặt đến đâu. Lối vào Threshold về cơ bản là một đường hầm kiên cố được bảo vệ bằng rào chắn thép, camera an ninh, lính gác có vũ trang và hệ thống sinh trắc học tinh vi."</w:t>
      </w:r>
    </w:p>
    <w:p>
      <w:pPr>
        <w:spacing w:after="80"/>
      </w:pPr>
      <w:r>
        <w:rPr>
          <w:b w:val="0"/>
          <w:i w:val="0"/>
        </w:rPr>
        <w:t>"Đúng như tôi dự đoán," Langdon nói. "Nhưng tôi có một kế hoạch để đưa chúng ta vào trong."</w:t>
      </w:r>
    </w:p>
    <w:p>
      <w:pPr>
        <w:spacing w:after="80"/>
      </w:pPr>
      <w:r>
        <w:rPr>
          <w:b w:val="0"/>
          <w:i w:val="0"/>
        </w:rPr>
        <w:t xml:space="preserve">Giờ đây Đại sứ Nagel thấy mình đang lái chiếc SUV ngày càng xa dinh thự, lập lộ trình hướng về phía nam Prague. </w:t>
      </w:r>
      <w:r>
        <w:rPr>
          <w:b w:val="0"/>
          <w:i/>
        </w:rPr>
        <w:t>Không quay đầu lại nữa,</w:t>
      </w:r>
      <w:r>
        <w:rPr>
          <w:b w:val="0"/>
          <w:i w:val="0"/>
        </w:rPr>
        <w:t xml:space="preserve"> cô nghĩ. </w:t>
      </w:r>
      <w:r>
        <w:rPr>
          <w:b w:val="0"/>
          <w:i/>
        </w:rPr>
        <w:t>Mình chính thức thành đồng phạm rồi.</w:t>
      </w:r>
    </w:p>
    <w:p>
      <w:pPr>
        <w:spacing w:after="80"/>
      </w:pPr>
      <w:r>
        <w:rPr>
          <w:b w:val="0"/>
          <w:i w:val="0"/>
        </w:rPr>
        <w:t xml:space="preserve">Để đề phòng việc rời đi không được phép của mình bị Finch theo dõi, Nagel đã để chiếc điện thoại công vụ ngoại giao lại dinh thự, kết nối với mạng lưới tại nhà. Thay vào đó, cô lôi ra chiếc Samsung cá nhân cũ, thứ mà cô chưa bao giờ bật lên ngoại trừ để xem giải trí ngoài giờ ở nhà. </w:t>
      </w:r>
      <w:r>
        <w:rPr>
          <w:b w:val="0"/>
          <w:i/>
        </w:rPr>
        <w:t>Đại sứ quán đâu cần biết mình nghe Taylor Swift và xem lại</w:t>
      </w:r>
      <w:r>
        <w:rPr>
          <w:b w:val="0"/>
          <w:i w:val="0"/>
        </w:rPr>
        <w:t xml:space="preserve"> Ted Lasso.</w:t>
      </w:r>
    </w:p>
    <w:p>
      <w:pPr>
        <w:spacing w:after="80"/>
      </w:pPr>
      <w:r>
        <w:rPr>
          <w:b w:val="0"/>
          <w:i w:val="0"/>
        </w:rPr>
        <w:t>Pin của chiếc Samsung đã cạn nhưng giờ đang được sạc trên taplo. Nagel hy vọng nó sẽ sạc đủ nhanh để chụp ảnh bất cứ thứ gì đang diễn ra bên trong Threshold.</w:t>
      </w:r>
    </w:p>
    <w:p>
      <w:pPr>
        <w:spacing w:after="80"/>
      </w:pPr>
      <w:r>
        <w:rPr>
          <w:b w:val="0"/>
          <w:i w:val="0"/>
        </w:rPr>
        <w:t>Giá mà Langdon thực sự đưa được chúng ta vào trong.</w:t>
      </w:r>
    </w:p>
    <w:p>
      <w:pPr>
        <w:spacing w:after="80"/>
      </w:pPr>
      <w:r>
        <w:rPr>
          <w:b w:val="0"/>
          <w:i w:val="0"/>
        </w:rPr>
        <w:t>Langdon vẫn chưa chia sẻ chi tiết kế hoạch của mình, nhưng Nagel càng nghĩ về hàng rào bất khả xâm phạm bịt kín lối vào, cô càng cảm thấy bi quan.</w:t>
      </w:r>
    </w:p>
    <w:p>
      <w:pPr>
        <w:jc w:val="center"/>
      </w:pPr>
      <w:r>
        <w:drawing>
          <wp:inline xmlns:a="http://schemas.openxmlformats.org/drawingml/2006/main" xmlns:pic="http://schemas.openxmlformats.org/drawingml/2006/picture">
            <wp:extent cx="5486400" cy="362122"/>
            <wp:docPr id="77" name="Picture 77"/>
            <wp:cNvGraphicFramePr>
              <a:graphicFrameLocks noChangeAspect="1"/>
            </wp:cNvGraphicFramePr>
            <a:graphic>
              <a:graphicData uri="http://schemas.openxmlformats.org/drawingml/2006/picture">
                <pic:pic>
                  <pic:nvPicPr>
                    <pic:cNvPr id="0" name="image_rsrc8XU.jpg"/>
                    <pic:cNvPicPr/>
                  </pic:nvPicPr>
                  <pic:blipFill>
                    <a:blip r:embed="rId22"/>
                    <a:stretch>
                      <a:fillRect/>
                    </a:stretch>
                  </pic:blipFill>
                  <pic:spPr>
                    <a:xfrm>
                      <a:off x="0" y="0"/>
                      <a:ext cx="5486400" cy="362122"/>
                    </a:xfrm>
                    <a:prstGeom prst="rect"/>
                  </pic:spPr>
                </pic:pic>
              </a:graphicData>
            </a:graphic>
          </wp:inline>
        </w:drawing>
      </w:r>
    </w:p>
    <w:p>
      <w:pPr>
        <w:spacing w:after="80"/>
      </w:pPr>
      <w:r>
        <w:rPr>
          <w:b w:val="0"/>
          <w:i w:val="0"/>
        </w:rPr>
        <w:t>Trên đường băng phủ bụi tuyết tại sân bay Václav Havel, chiếc Citation của ông Finch lăn bánh về phía nhà ga tư nhân, nơi một chiếc Town Car đang chờ để đưa ông vào Prague. Finch mừng vì đã được ở trên mặt đất, thế nhưng ông không thể gạt bỏ cảm giác day dứt rằng có điều gì đó trong cuộc gọi với đại sứ đã…</w:t>
      </w:r>
      <w:r>
        <w:rPr>
          <w:b w:val="0"/>
          <w:i/>
        </w:rPr>
        <w:t>sai sai.</w:t>
      </w:r>
    </w:p>
    <w:p>
      <w:pPr>
        <w:spacing w:after="80"/>
      </w:pPr>
      <w:r>
        <w:rPr>
          <w:b w:val="0"/>
          <w:i w:val="0"/>
        </w:rPr>
        <w:t>Ông và Nagel vốn luôn có hiềm khích, nhưng thái độ của cô trong cuộc điện thoại lúc nãy khiến ông cảm thấy bất an. Ông quyết định gọi cho cô thêm một cuộc ngắn nữa, chỉ để yên tâm và xác nhận lại rằng cô đúng là đã cử một đội lính thủy đánh bộ tới bảo vệ Crucifix Bastion.</w:t>
      </w:r>
    </w:p>
    <w:p>
      <w:pPr>
        <w:spacing w:after="80"/>
      </w:pPr>
      <w:r>
        <w:rPr>
          <w:b w:val="0"/>
          <w:i w:val="0"/>
        </w:rPr>
        <w:t xml:space="preserve">Tuy nhiên, khi ông gọi vào điện thoại di động của bà, vị đại sứ không trả lời. </w:t>
      </w:r>
      <w:r>
        <w:rPr>
          <w:b w:val="0"/>
          <w:i/>
        </w:rPr>
        <w:t>Lạ thật.</w:t>
      </w:r>
      <w:r>
        <w:rPr>
          <w:b w:val="0"/>
          <w:i w:val="0"/>
        </w:rPr>
        <w:t xml:space="preserve"> Ông lập tức gửi cho bà một tin nhắn bảo mật, nhưng công hàm này cũng không được hồi âm.</w:t>
      </w:r>
    </w:p>
    <w:p>
      <w:pPr>
        <w:spacing w:after="80"/>
      </w:pPr>
      <w:r>
        <w:rPr>
          <w:b w:val="0"/>
          <w:i w:val="0"/>
        </w:rPr>
        <w:t>Khi chiếc phản lực bóng bẩy lăn bánh dừng lại và động cơ tắt dần, ông Finch cảm thấy nút thắt trong bụng mình càng siết chặt hơn.</w:t>
      </w:r>
    </w:p>
    <w:p>
      <w:pPr>
        <w:jc w:val="center"/>
      </w:pPr>
      <w:r>
        <w:drawing>
          <wp:inline xmlns:a="http://schemas.openxmlformats.org/drawingml/2006/main" xmlns:pic="http://schemas.openxmlformats.org/drawingml/2006/picture">
            <wp:extent cx="5486400" cy="362122"/>
            <wp:docPr id="78" name="Picture 78"/>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Ở tầng dưới của Pháo đài Crucifix, The Golěm kéo chặt mũ trùm qua hộp sọ đầy bùn đất và thầm chuẩn bị tinh thần cho những gì sắp tới. Hắn đã quay lại căn phòng làm việc bừa bộn nơi hắn đã giết Brigita Gessner đêm qua, và thi thể nhợt nhạt của bà ta vẫn nằm đẫm máu, ghê rợn trong khoang EPR đang mở. Gessner và trợ lý của bà ta là hai người duy nhất làm việc ở đây, và cho đến nay, đại sứ quán cùng chính quyền địa phương vẫn chưa có cách nào để tiếp cận.</w:t>
      </w:r>
    </w:p>
    <w:p>
      <w:pPr>
        <w:spacing w:after="80"/>
      </w:pPr>
      <w:r>
        <w:rPr>
          <w:b w:val="0"/>
          <w:i w:val="0"/>
        </w:rPr>
        <w:t>Trên một chiếc bàn làm việc gần đó, The Golěm nhìn thấy chiếc cặp da của Gessner, thứ hắn đã cạy mở đêm qua bằng một tua vít dẹt, lấy ra chiếc thẻ khóa RFID màu đen mà bà ta cất giữ trong một bao bảo vệ đặc biệt bên trong nắp cặp.</w:t>
      </w:r>
    </w:p>
    <w:p>
      <w:pPr>
        <w:spacing w:after="80"/>
      </w:pPr>
      <w:r>
        <w:rPr>
          <w:b w:val="0"/>
          <w:i w:val="0"/>
        </w:rPr>
        <w:t>Nhưng tấm thẻ đó vẫn chưa đủ; đêm qua Gessner đã giấu đi chi tiết đó.</w:t>
      </w:r>
    </w:p>
    <w:p>
      <w:pPr>
        <w:spacing w:after="80"/>
      </w:pPr>
      <w:r>
        <w:rPr>
          <w:b w:val="0"/>
          <w:i w:val="0"/>
        </w:rPr>
        <w:t>Để truy cập Threshold, The Golěm cần thêm một thứ cuối cùng.</w:t>
      </w:r>
    </w:p>
    <w:p>
      <w:pPr>
        <w:spacing w:after="80"/>
      </w:pPr>
      <w:r>
        <w:rPr>
          <w:b w:val="0"/>
          <w:i w:val="0"/>
        </w:rPr>
        <w:t>Rút một chiếc kìm cắt dây nặng trịch từ giá dụng cụ đầy ắp, hắn bước đến khoang EPR và quỳ xuống bên cạnh thi thể của Gessner.</w:t>
      </w:r>
    </w:p>
    <w:p>
      <w:pPr>
        <w:spacing w:after="80"/>
      </w:pPr>
      <w:r>
        <w:rPr>
          <w:b w:val="0"/>
          <w:i w:val="0"/>
        </w:rPr>
        <w:t>"Vì Sasha," hắn thì thầm khi nhẹ nhàng nắm lấy bàn tay không còn sự sống của vị bác sĩ.</w:t>
      </w:r>
    </w:p>
    <w:p>
      <w:pPr>
        <w:spacing w:after="80"/>
      </w:pPr>
      <w:r>
        <w:rPr>
          <w:b w:val="0"/>
          <w:i w:val="0"/>
        </w:rPr>
        <w:t>Sáu mươi giây sau, The Golěm đã trở lại hành lang, chuẩn bị rời khỏi pháo đài. Giờ đây hắn mang theo mọi thứ cần thiết để xâm nhập Threshold…và biến cơ sở bí mật đó thành một hố đống đổ nát.</w:t>
      </w:r>
    </w:p>
    <w:p>
      <w:pPr>
        <w:pStyle w:val="Heading1"/>
      </w:pPr>
      <w:r>
        <w:rPr>
          <w:rFonts w:ascii="Calibri" w:hAnsi="Calibri"/>
          <w:b/>
          <w:i w:val="0"/>
          <w:sz w:val="40"/>
        </w:rPr>
        <w:t>Chương 85</w:t>
      </w:r>
    </w:p>
    <w:p>
      <w:pPr>
        <w:spacing w:after="80"/>
      </w:pPr>
      <w:r>
        <w:rPr>
          <w:b w:val="0"/>
          <w:i w:val="0"/>
        </w:rPr>
        <w:t xml:space="preserve">Katherine Solomon đã dành phần lớn buổi sáng nay để trốn một mình trong bóng tối của Thư viện Baroque ở Klementinum, cố gắng tìm ra ai đang nhắm vào bản thảo của cô—và </w:t>
      </w:r>
      <w:r>
        <w:rPr>
          <w:b w:val="0"/>
          <w:i/>
        </w:rPr>
        <w:t>tại sao.</w:t>
      </w:r>
      <w:r>
        <w:rPr>
          <w:b w:val="0"/>
          <w:i w:val="0"/>
        </w:rPr>
        <w:t xml:space="preserve"> Giờ đây, ngồi thoải mái ở ghế sau chiếc SUV của Nagel, Katherine thấy những suy nghĩ của mình chuyển sang một câu hỏi cấp bách hơn nhiều.</w:t>
      </w:r>
    </w:p>
    <w:p>
      <w:pPr>
        <w:spacing w:after="80"/>
      </w:pPr>
      <w:r>
        <w:rPr>
          <w:b w:val="0"/>
          <w:i w:val="0"/>
        </w:rPr>
        <w:t>Làm sao Robert có thể đưa chúng ta vào được bên trong Threshold…mà không khiến chúng ta bị giết?</w:t>
      </w:r>
    </w:p>
    <w:p>
      <w:pPr>
        <w:spacing w:after="80"/>
      </w:pPr>
      <w:r>
        <w:rPr>
          <w:b w:val="0"/>
          <w:i w:val="0"/>
        </w:rPr>
        <w:t>Tất cả bọn họ đều đồng ý với mục tiêu mà Langdon đề xuất—đột nhập vào chính cơ sở đó và thu thập thông tin mật để tự bảo vệ mình—nhưng theo Nagel, lối vào hầm trú bom là một con đường dốc bị rào chắn kiên cố, dẫn xuống một trạm kiểm soát có camera giám sát, nhân viên quân đội có vũ trang và hệ thống bảo mật sinh trắc học.</w:t>
      </w:r>
    </w:p>
    <w:p>
      <w:pPr>
        <w:spacing w:after="80"/>
      </w:pPr>
      <w:r>
        <w:rPr>
          <w:b w:val="0"/>
          <w:i w:val="0"/>
        </w:rPr>
        <w:t xml:space="preserve">Katherine bắt đầu tự hỏi liệu tất cả chuyện này có phải chỉ là một màn lừa bịp khéo léo của Robert để trốn khỏi dinh thự của đại sứ hay không. </w:t>
      </w:r>
      <w:r>
        <w:rPr>
          <w:b w:val="0"/>
          <w:i/>
        </w:rPr>
        <w:t>Nhưng nếu đúng là vậy…thì giờ tính sao?</w:t>
      </w:r>
    </w:p>
    <w:p>
      <w:pPr>
        <w:spacing w:after="80"/>
      </w:pPr>
      <w:r>
        <w:rPr>
          <w:b w:val="0"/>
          <w:i w:val="0"/>
        </w:rPr>
        <w:t>"Trước khi chúng ta đi xa hơn," Nagel nói, giảm tốc độ và dừng lại bên lề một con phố yên tĩnh trong khu dân cư của cô, "tôi cần biết kế hoạch của các anh để vào được cơ sở đó." Cô đưa xe vào số đỗ và quay sang đối diện với Langdon ở ghế trước.</w:t>
      </w:r>
    </w:p>
    <w:p>
      <w:pPr>
        <w:spacing w:after="80"/>
      </w:pPr>
      <w:r>
        <w:rPr>
          <w:b w:val="0"/>
          <w:i w:val="0"/>
        </w:rPr>
        <w:t>"Được thôi," Langdon nói. "Thực ra chuyện này khá đơn giản." Anh ngừng lại, một nụ cười bồn chồn hé mở trên môi. "Miễn là logic của tôi đúng."</w:t>
      </w:r>
    </w:p>
    <w:p>
      <w:pPr>
        <w:spacing w:after="80"/>
      </w:pPr>
      <w:r>
        <w:rPr>
          <w:b w:val="0"/>
          <w:i w:val="0"/>
        </w:rPr>
        <w:t>Nagel không hề mỉm cười. “Nói tiếp đi.”</w:t>
      </w:r>
    </w:p>
    <w:p>
      <w:pPr>
        <w:spacing w:after="80"/>
      </w:pPr>
      <w:r>
        <w:rPr>
          <w:b w:val="0"/>
          <w:i w:val="0"/>
        </w:rPr>
        <w:t>Trong sáu mươi giây tiếp theo, Langdon trình bày rõ ràng cách thức và lý do tại sao anh tin rằng mình có thể giúp họ tiếp cận Threshold. Khi anh nói xong, vẻ mặt tò mò trên gương mặt Nagel đã biến thành sốc, khớp với cảm giác ngạc nhiên của chính Katherine. Lời giải thích của Langdon, theo phong cách đặc trưng của riêng anh, hoàn toàn bất ngờ… hoàn toàn hợp lý… và đơn giản đến kinh ngạc.</w:t>
      </w:r>
    </w:p>
    <w:p>
      <w:pPr>
        <w:spacing w:after="80"/>
      </w:pPr>
      <w:r>
        <w:rPr>
          <w:b w:val="0"/>
          <w:i w:val="0"/>
        </w:rPr>
        <w:t xml:space="preserve">“Tôi không biết mình đã nghĩ anh sẽ nói gì,” Nagel nói, “nhưng chắc chắn không phải </w:t>
      </w:r>
      <w:r>
        <w:rPr>
          <w:b w:val="0"/>
          <w:i/>
        </w:rPr>
        <w:t>điều đó.</w:t>
      </w:r>
      <w:r>
        <w:rPr>
          <w:b w:val="0"/>
          <w:i w:val="0"/>
        </w:rPr>
        <w:t>” Giọng cô đột nhiên tràn đầy hy vọng. “Tôi phải thừa nhận, ý nghĩ đó chưa bao giờ xuất hiện trong đầu tôi.”</w:t>
      </w:r>
    </w:p>
    <w:p>
      <w:pPr>
        <w:spacing w:after="80"/>
      </w:pPr>
      <w:r>
        <w:rPr>
          <w:b w:val="0"/>
          <w:i w:val="0"/>
        </w:rPr>
        <w:t>Langdon gật đầu. “Tôi đoán họ hy vọng nó sẽ không bao giờ xuất hiện trong đầu bất kỳ ai.”</w:t>
      </w:r>
    </w:p>
    <w:p>
      <w:pPr>
        <w:spacing w:after="80"/>
      </w:pPr>
      <w:r>
        <w:rPr>
          <w:b w:val="0"/>
          <w:i w:val="0"/>
        </w:rPr>
        <w:t>Nagel vào số chiếc SUV và phóng đi, lúc này lái nhanh hơn, hướng về phía nam tới bờ sông. Không ai nói thêm một lời nào.</w:t>
      </w:r>
    </w:p>
    <w:p>
      <w:pPr>
        <w:spacing w:after="80"/>
      </w:pPr>
      <w:r>
        <w:rPr>
          <w:b w:val="0"/>
          <w:i w:val="0"/>
        </w:rPr>
        <w:t xml:space="preserve">Ở ghế sau, Katherine cảm thấy sự mong đợi dâng lên khi nghĩ rằng cuối cùng cô có thể biết được công trình của mình có thể là mối đe dọa như thế nào đối với một dự án tuyệt mật của CIA. </w:t>
      </w:r>
      <w:r>
        <w:rPr>
          <w:b w:val="0"/>
          <w:i/>
        </w:rPr>
        <w:t>Rốt cuộc họ đang làm gì ở</w:t>
      </w:r>
      <w:r>
        <w:rPr>
          <w:b w:val="0"/>
          <w:i w:val="0"/>
        </w:rPr>
        <w:t xml:space="preserve"> </w:t>
      </w:r>
      <w:r>
        <w:rPr>
          <w:b w:val="0"/>
          <w:i/>
        </w:rPr>
        <w:t>Threshold mà lại liên quan đến bản thảo của mình?</w:t>
      </w:r>
    </w:p>
    <w:p>
      <w:pPr>
        <w:spacing w:after="80"/>
      </w:pPr>
      <w:r>
        <w:rPr>
          <w:b w:val="0"/>
          <w:i w:val="0"/>
        </w:rPr>
        <w:t>Mật danh Threshold nghe có vẻ chung chung và vô thưởng vô phạt, không tiết lộ gì về bản chất của dự án CIA. Katherine kết luận đây rõ ràng là thông lệ tiêu chuẩn, khi cô lướt qua danh sách các mật danh CIA đã được giải mật mà báo chí thỉnh thoảng nhắc đến: Bluebook, Artichoke, Mongoose, Phoenix, Stargate…</w:t>
      </w:r>
    </w:p>
    <w:p>
      <w:pPr>
        <w:spacing w:after="80"/>
      </w:pPr>
      <w:r>
        <w:rPr>
          <w:b w:val="0"/>
          <w:i w:val="0"/>
        </w:rPr>
        <w:t>Ngay lúc đó, Katherine cảm thấy một mối liên hệ bất ngờ hiện ra. “Psychotronics,” cô tuyên bố.</w:t>
      </w:r>
    </w:p>
    <w:p>
      <w:pPr>
        <w:spacing w:after="80"/>
      </w:pPr>
      <w:r>
        <w:rPr>
          <w:b w:val="0"/>
          <w:i w:val="0"/>
        </w:rPr>
        <w:t>Nagel liếc qua vai. “Xin lỗi, cô nói gì?”</w:t>
      </w:r>
    </w:p>
    <w:p>
      <w:pPr>
        <w:spacing w:after="80"/>
      </w:pPr>
      <w:r>
        <w:rPr>
          <w:b w:val="0"/>
          <w:i w:val="0"/>
        </w:rPr>
        <w:t>Langdon quay lại, trông cũng bối rối không kém.</w:t>
      </w:r>
    </w:p>
    <w:p>
      <w:pPr>
        <w:spacing w:after="80"/>
      </w:pPr>
      <w:r>
        <w:rPr>
          <w:b w:val="0"/>
          <w:i w:val="0"/>
        </w:rPr>
        <w:t>“Psychotronics,” cô lặp lại. “Đó là thuật ngữ người Nga dùng cho nghiên cứu ban đầu của họ về các hiện tượng huyền bí — đọc suy nghĩ, ESP (giác quan thứ sáu), kiểm soát tư tưởng, các trạng thái ý thức bị biến đổi. Psychotronics được coi là tiền thân của khoa học noetic (khoa học về ý thức) hiện đại.”</w:t>
      </w:r>
    </w:p>
    <w:p>
      <w:pPr>
        <w:spacing w:after="80"/>
      </w:pPr>
      <w:r>
        <w:rPr>
          <w:b w:val="0"/>
          <w:i w:val="0"/>
        </w:rPr>
        <w:t>“À vâng, tôi quên mất cái tên đó,” Nagel nói. “Nga đã đầu tư một tỷ đô la vào psychotronics trong Chiến tranh Lạnh — sáng kiến ‘quân sự thần kinh’ đầu tiên trên thế giới — kiểm soát tâm trí, giám sát tâm lý, các chiến thuật liên quan đến não bộ, đại loại thế. Tất nhiên, CIA đã phát hiện ra chương trình này, hoảng loạn, nhảy vào cuộc, và khởi động loạt chương trình nghiên cứu quân sự thần kinh tối mật của riêng mình.”</w:t>
      </w:r>
    </w:p>
    <w:p>
      <w:pPr>
        <w:spacing w:after="80"/>
      </w:pPr>
      <w:r>
        <w:rPr>
          <w:b w:val="0"/>
          <w:i w:val="0"/>
        </w:rPr>
        <w:t>“Và một trong những dự án đó,” Katherine nói, “được gọi là Stargate.”</w:t>
      </w:r>
    </w:p>
    <w:p>
      <w:pPr>
        <w:spacing w:after="80"/>
      </w:pPr>
      <w:r>
        <w:rPr>
          <w:b w:val="0"/>
          <w:i w:val="0"/>
        </w:rPr>
        <w:t>“Đúng vậy,” Nagel đáp, tăng ga để vượt đèn xanh tại một ngã sáu đông đúc. “Nhưng như cô có lẽ đã biết, Stargate là một thất bại thảm hại — một trong những thất bại công khai nhục nhã nhất của cơ quan. Khi Stargate bị phát hiện, cơ quan bị chế giễu không thương tiếc vì đã chi hàng triệu đô cho khoa học giả, những trò ảo thuật phòng khách, và những nỗ lực huấn luyện ‘điệp viên ma thuật.’ Cuối cùng, hóa ra CIA đã bị mồi bởi thông tin sai lệch của Nga và bị lừa đi theo đuôi chính mình trong lĩnh vực khoa học lề đường mà lẽ ra không bao giờ thành công.”</w:t>
      </w:r>
    </w:p>
    <w:p>
      <w:pPr>
        <w:spacing w:after="80"/>
      </w:pPr>
      <w:r>
        <w:rPr>
          <w:b w:val="0"/>
          <w:i/>
        </w:rPr>
        <w:t>Không hẳn là lề đường,</w:t>
      </w:r>
      <w:r>
        <w:rPr>
          <w:b w:val="0"/>
          <w:i w:val="0"/>
        </w:rPr>
        <w:t xml:space="preserve"> Katherine phản đối trong lòng, nhưng cô giữ im lặng. Bất chấp những thất bại và lịch sử đáng xấu hổ, những nỗ lực của Stargate nhằm khám phá các hiện tượng não bộ huyền bí thuộc về cái mà các nhà khoa học ngày nay gọi là siêu hình học (metaphysics) hay cận tâm lý học (parapsychology).</w:t>
      </w:r>
    </w:p>
    <w:p>
      <w:pPr>
        <w:spacing w:after="80"/>
      </w:pPr>
      <w:r>
        <w:rPr>
          <w:b w:val="0"/>
          <w:i w:val="0"/>
        </w:rPr>
        <w:t>“Tại sao cô lại nhắc đến Stargate?” Langdon hỏi. “Cô có viết về nó trong bản thảo của mình không?”</w:t>
      </w:r>
    </w:p>
    <w:p>
      <w:pPr>
        <w:spacing w:after="80"/>
      </w:pPr>
      <w:r>
        <w:rPr>
          <w:b w:val="0"/>
          <w:i w:val="0"/>
        </w:rPr>
        <w:t>“Không,” Katherine nói. “Nhưng tôi chợt nghĩ ra rằng Stargate là một trong những nỗ lực đầu tiên nhằm kiểm chứng khả năng của ý thức phi cục bộ (nonlocal consciousness).”</w:t>
      </w:r>
    </w:p>
    <w:p>
      <w:pPr>
        <w:spacing w:after="80"/>
      </w:pPr>
      <w:r>
        <w:rPr>
          <w:b w:val="0"/>
          <w:i w:val="0"/>
        </w:rPr>
        <w:t>“Ồ?” Langdon quay lại, vẻ mặt ngạc nhiên. “Vậy là CIA thật sự có nghiên cứu về ý thức phi cục bộ à?”</w:t>
      </w:r>
    </w:p>
    <w:p>
      <w:pPr>
        <w:spacing w:after="80"/>
      </w:pPr>
      <w:r>
        <w:rPr>
          <w:b w:val="0"/>
          <w:i w:val="0"/>
        </w:rPr>
        <w:t>“Theo một nghĩa nào đó thì đúng vậy,” Katherine nói. “Stargate đã cố gắng phát triển một kỹ thuật giám sát chưa từng được ai tưởng tượng tới, gọi là ‘quan sát từ xa’ (remote viewing). Nó gồm việc một ‘người quan sát’ ngồi ở một nơi yên tĩnh, thiền định cho đến khi rơi vào trạng thái xuất thần, rồi phóng ý thức ra khỏi cơ thể… giải phóng nó khỏi những ràng buộc cục bộ… và để nó hiện hình một cách dễ dàng ở bất cứ đâu trên thế giới, để ý thức có thể ‘quan sát’ những gì đang diễn ra ở những nơi xa xôi.”</w:t>
      </w:r>
    </w:p>
    <w:p>
      <w:pPr>
        <w:spacing w:after="80"/>
      </w:pPr>
      <w:r>
        <w:rPr>
          <w:b w:val="0"/>
          <w:i w:val="0"/>
        </w:rPr>
        <w:t>Langdon nhướng một bên lông mày, trông cực kỳ hoài nghi.</w:t>
      </w:r>
    </w:p>
    <w:p>
      <w:pPr>
        <w:spacing w:after="80"/>
      </w:pPr>
      <w:r>
        <w:rPr>
          <w:b w:val="0"/>
          <w:i/>
        </w:rPr>
        <w:t>Cảm ơn nhé, Robert,</w:t>
      </w:r>
      <w:r>
        <w:rPr>
          <w:b w:val="0"/>
          <w:i w:val="0"/>
        </w:rPr>
        <w:t xml:space="preserve"> cô nghĩ thầm, cho rằng quan sát từ xa về cơ bản </w:t>
      </w:r>
      <w:r>
        <w:rPr>
          <w:b w:val="0"/>
          <w:i/>
        </w:rPr>
        <w:t>định nghĩa</w:t>
      </w:r>
      <w:r>
        <w:rPr>
          <w:b w:val="0"/>
          <w:i w:val="0"/>
        </w:rPr>
        <w:t xml:space="preserve"> nên lý thuyết ý thức phi cục bộ của cô. </w:t>
      </w:r>
      <w:r>
        <w:rPr>
          <w:b w:val="0"/>
          <w:i/>
        </w:rPr>
        <w:t>Một tâm trí không bị giới hạn bởi vị trí.</w:t>
      </w:r>
    </w:p>
    <w:p>
      <w:pPr>
        <w:spacing w:after="80"/>
      </w:pPr>
      <w:r>
        <w:rPr>
          <w:b w:val="0"/>
          <w:i w:val="0"/>
        </w:rPr>
        <w:t>“Mục tiêu tối thượng của Stargate,” Nagel nói thêm, “từ góc độ quân sự, là huấn luyện một điệp viên ngoại cảm có ý thức có thể lơ lửng bên trong Điện Kremlin, quan sát một cuộc họp, một cuộc trò chuyện riêng tư, hay một phiên bàn chiến lược quân sự, rồi ‘trở về’ nhà để báo cáo những gì đã diễn ra.”</w:t>
      </w:r>
    </w:p>
    <w:p>
      <w:pPr>
        <w:spacing w:after="80"/>
      </w:pPr>
      <w:r>
        <w:rPr>
          <w:b w:val="0"/>
          <w:i w:val="0"/>
        </w:rPr>
        <w:t>“Khó mà tưởng tượng nổi là nó lại không thành công,” Langdon nói với giọng mỉa mai.</w:t>
      </w:r>
    </w:p>
    <w:p>
      <w:pPr>
        <w:spacing w:after="80"/>
      </w:pPr>
      <w:r>
        <w:rPr>
          <w:b w:val="0"/>
          <w:i w:val="0"/>
        </w:rPr>
        <w:t xml:space="preserve">Katherine ngồi nhổm dậy trên ghế, giờ đây nói đầy dứt khoát. “Nói cho rõ nhé, Robert, </w:t>
      </w:r>
      <w:r>
        <w:rPr>
          <w:b w:val="0"/>
          <w:i/>
        </w:rPr>
        <w:t>anh</w:t>
      </w:r>
      <w:r>
        <w:rPr>
          <w:b w:val="0"/>
          <w:i w:val="0"/>
        </w:rPr>
        <w:t xml:space="preserve"> đã viết về quan sát từ xa và ý thức phi cục bộ từ lâu trước khi tôi viết.”</w:t>
      </w:r>
    </w:p>
    <w:p>
      <w:pPr>
        <w:spacing w:after="80"/>
      </w:pPr>
      <w:r>
        <w:rPr>
          <w:b w:val="0"/>
          <w:i w:val="0"/>
        </w:rPr>
        <w:t>“Cái gì? Tôi chưa bao giờ viết về cái nào trong hai thứ—”</w:t>
      </w:r>
    </w:p>
    <w:p>
      <w:pPr>
        <w:spacing w:after="80"/>
      </w:pPr>
      <w:r>
        <w:rPr>
          <w:b w:val="0"/>
          <w:i w:val="0"/>
        </w:rPr>
        <w:t>“Anh gọi chúng là ‘xuất hồn’ (astral projection) và ‘KA không ràng buộc’.”</w:t>
      </w:r>
    </w:p>
    <w:p>
      <w:pPr>
        <w:spacing w:after="80"/>
      </w:pPr>
      <w:r>
        <w:rPr>
          <w:b w:val="0"/>
          <w:i w:val="0"/>
        </w:rPr>
        <w:t xml:space="preserve">Langdon ngập ngừng, nghiêng đầu. “Ồ… </w:t>
      </w:r>
      <w:r>
        <w:rPr>
          <w:b w:val="0"/>
          <w:i/>
        </w:rPr>
        <w:t>Kiến trúc Tâm linh</w:t>
      </w:r>
      <w:r>
        <w:rPr>
          <w:b w:val="0"/>
          <w:i w:val="0"/>
        </w:rPr>
        <w:t>? Cô đọc cuốn đó rồi à?”</w:t>
      </w:r>
    </w:p>
    <w:p>
      <w:pPr>
        <w:spacing w:after="80"/>
      </w:pPr>
      <w:r>
        <w:rPr>
          <w:b w:val="0"/>
          <w:i w:val="0"/>
        </w:rPr>
        <w:t xml:space="preserve">“Chà, chính </w:t>
      </w:r>
      <w:r>
        <w:rPr>
          <w:b w:val="0"/>
          <w:i/>
        </w:rPr>
        <w:t>anh</w:t>
      </w:r>
      <w:r>
        <w:rPr>
          <w:b w:val="0"/>
          <w:i w:val="0"/>
        </w:rPr>
        <w:t xml:space="preserve"> gửi nó cho tôi mà…”</w:t>
      </w:r>
    </w:p>
    <w:p>
      <w:pPr>
        <w:spacing w:after="80"/>
      </w:pPr>
      <w:r>
        <w:rPr>
          <w:b w:val="0"/>
          <w:i w:val="0"/>
        </w:rPr>
        <w:t>Thực hành xuất hồn, Langdon đã viết, có từ thời Ai Cập cổ đại, nơi các kim tự tháp có những giếng dẫn được tính góc cẩn thận để cho linh hồn của pharaoh, hay Ka, có thể đi ra đi vào tới các vì sao. Từ “Ka,” Langdon đã ghi trong sách của mình, thường bị dịch sai thành “linh hồn,” trong khi thực tế nó có nghĩa là “phương tiện”… một cách vận chuyển ý thức đến những vị trí khác. Sự khôn ngoan mà các pharaoh thu được trong hành trình linh hồn tới các vì sao chỉ có thể có được nhờ sự hiểu biết của họ về Ka không ràng buộc… nói cách khác, chính là ý thức phi cục bộ. Khái niệm về một “linh hồn vĩnh cửu, phi vật chất,” Langdon viết, là một hằng số phổ quát trong mọi tôn giáo.</w:t>
      </w:r>
    </w:p>
    <w:p>
      <w:pPr>
        <w:spacing w:after="80"/>
      </w:pPr>
      <w:r>
        <w:rPr>
          <w:b w:val="0"/>
          <w:i w:val="0"/>
        </w:rPr>
        <w:t>Anh ấy lúc nào cũng nói về ý thức phi cục bộ. Chỉ là anh ấy không nhận ra mà thôi.</w:t>
      </w:r>
    </w:p>
    <w:p>
      <w:pPr>
        <w:spacing w:after="80"/>
      </w:pPr>
      <w:r>
        <w:rPr>
          <w:b w:val="0"/>
          <w:i w:val="0"/>
        </w:rPr>
        <w:t xml:space="preserve">“Được rồi,” Langdon nói, vẻ mặt bối rối, “nhưng tôi viết về những </w:t>
      </w:r>
      <w:r>
        <w:rPr>
          <w:b w:val="0"/>
          <w:i/>
        </w:rPr>
        <w:t>niềm tin</w:t>
      </w:r>
      <w:r>
        <w:rPr>
          <w:b w:val="0"/>
          <w:i w:val="0"/>
        </w:rPr>
        <w:t xml:space="preserve"> lịch sử—chứ không phải khoa học cứng. Chỉ vì một nền văn hóa </w:t>
      </w:r>
      <w:r>
        <w:rPr>
          <w:b w:val="0"/>
          <w:i/>
        </w:rPr>
        <w:t>tin</w:t>
      </w:r>
      <w:r>
        <w:rPr>
          <w:b w:val="0"/>
          <w:i w:val="0"/>
        </w:rPr>
        <w:t xml:space="preserve"> điều gì đó là đúng… thì điều đó cũng không trở thành một sự thật khoa học. Tôi chỉ nói rằng tôi thấy khó tưởng tượng nổi quan sát từ xa lại có thể khả thi về mặt khoa học.”</w:t>
      </w:r>
    </w:p>
    <w:p>
      <w:pPr>
        <w:spacing w:after="80"/>
      </w:pPr>
      <w:r>
        <w:rPr>
          <w:b w:val="0"/>
          <w:i w:val="0"/>
        </w:rPr>
        <w:t xml:space="preserve">Bình thường Katherine trân trọng sự hoài nghi của Langdon vì nó thách thức cô, nhưng hôm nay cô cảm thấy anh chưa mở rộng tâm trí đủ để nhìn thấy một sự thật mà với cô là hiển nhiên. Cha đẻ của tâm lý học Mỹ, William James, từng nói nổi tiếng rằng: </w:t>
      </w:r>
      <w:r>
        <w:rPr>
          <w:b w:val="0"/>
          <w:i/>
        </w:rPr>
        <w:t>Để bác bỏ khẳng định rằng mọi con quạ đều màu đen, chỉ cần một con quạ trắng là đủ.</w:t>
      </w:r>
      <w:r>
        <w:rPr>
          <w:b w:val="0"/>
          <w:i w:val="0"/>
        </w:rPr>
        <w:t xml:space="preserve"> Như Katherine đã mô tả trong bản thảo của mình, giờ đây cả một </w:t>
      </w:r>
      <w:r>
        <w:rPr>
          <w:b w:val="0"/>
          <w:i/>
        </w:rPr>
        <w:t>đàn</w:t>
      </w:r>
      <w:r>
        <w:rPr>
          <w:b w:val="0"/>
          <w:i w:val="0"/>
        </w:rPr>
        <w:t xml:space="preserve"> quạ trắng đã bị lôi ra ánh sáng… bởi khoa học noetic (noetic science), bởi vật lý lượng tử, và bởi công trình của một nhóm học giả đáng nể, những người công khai ủng hộ ý thức phi cục bộ.</w:t>
      </w:r>
    </w:p>
    <w:p>
      <w:pPr>
        <w:spacing w:after="80"/>
      </w:pPr>
      <w:r>
        <w:rPr>
          <w:b w:val="0"/>
          <w:i w:val="0"/>
        </w:rPr>
        <w:t xml:space="preserve">Những bộ óc đáng kính như Harold Puthoff, Russell Targ, Edwin May, Dean Radin, Brenda Dunne, Robert Morris, Julia Mossbridge, Robert Jahn và nhiều người khác đã đưa ra những phát hiện kinh ngạc trong nhiều lĩnh vực khác nhau như vật lý plasma, toán học phi tuyến và nhân học ý thức, tất cả đều ủng hộ quan niệm về ý thức phi cục bộ (nonlocal consciousness). Những cuốn sách nổi tiếng của họ mang những tựa đề như </w:t>
      </w:r>
      <w:r>
        <w:rPr>
          <w:b w:val="0"/>
          <w:i/>
        </w:rPr>
        <w:t>Limitless Mind, Remote Perceptions, The Seventh Sense, Anomalous Cognition,</w:t>
      </w:r>
      <w:r>
        <w:rPr>
          <w:b w:val="0"/>
          <w:i w:val="0"/>
        </w:rPr>
        <w:t xml:space="preserve"> và </w:t>
      </w:r>
      <w:r>
        <w:rPr>
          <w:b w:val="0"/>
          <w:i/>
        </w:rPr>
        <w:t>Real Magic.</w:t>
      </w:r>
    </w:p>
    <w:p>
      <w:pPr>
        <w:spacing w:after="80"/>
      </w:pPr>
      <w:r>
        <w:rPr>
          <w:b w:val="0"/>
          <w:i w:val="0"/>
        </w:rPr>
        <w:t>Katherine chưa từng nghe nói bất kỳ tựa sách nào khác trong số này bị CIA phản đối. Mà tại sao lại bị chứ? Quan niệm "tâm trí tách khỏi cơ thể" không hề kỳ lạ như hầu hết mọi người tưởng tượng. Hàng triệu người thực hành thiền thực ra đã và đang chạm đến vùng ngoại vi của thế giới này, tập trung tâm trí cho đến khi cơ thể vật lý dường như tan biến và họ cảm nhận mình chỉ là tâm trí—một ý thức không còn nằm trong cơ thể nữa.</w:t>
      </w:r>
    </w:p>
    <w:p>
      <w:pPr>
        <w:spacing w:after="80"/>
      </w:pPr>
      <w:r>
        <w:rPr>
          <w:b w:val="0"/>
          <w:i w:val="0"/>
        </w:rPr>
        <w:t xml:space="preserve">Từ đó, một tỷ lệ nhỏ những người thiền giỏi đạt được "xuất hồn" (projection), một trạng thái mà ý thức được cảm nhận là đang di chuyển </w:t>
      </w:r>
      <w:r>
        <w:rPr>
          <w:b w:val="0"/>
          <w:i/>
        </w:rPr>
        <w:t>ra khỏi</w:t>
      </w:r>
      <w:r>
        <w:rPr>
          <w:b w:val="0"/>
          <w:i w:val="0"/>
        </w:rPr>
        <w:t xml:space="preserve"> vị trí vật lý của mình. Đây chính là cảm giác tách rời tương tự mà nhiều người động kinh và những người sống sót sau trải nghiệm cận tử mô tả.</w:t>
      </w:r>
    </w:p>
    <w:p>
      <w:pPr>
        <w:spacing w:after="80"/>
      </w:pPr>
      <w:r>
        <w:rPr>
          <w:b w:val="0"/>
          <w:i w:val="0"/>
        </w:rPr>
        <w:t xml:space="preserve">Điều gần nhất mà Katherine từng trải qua với việc xuất hồn là những "giấc mơ sáng suốt" (lucid dream) thỉnh thoảng xuất hiện—một trải nghiệm kỳ quái trong đó cô "tỉnh dậy" bên trong giấc mơ của mình, nhận ra mình đang mơ, và có thể làm bất cứ điều gì mình muốn trong giấc mơ ấy. </w:t>
      </w:r>
      <w:r>
        <w:rPr>
          <w:b w:val="0"/>
          <w:i/>
        </w:rPr>
        <w:t>Sân chơi ảo tối thượng.</w:t>
      </w:r>
      <w:r>
        <w:rPr>
          <w:b w:val="0"/>
          <w:i w:val="0"/>
        </w:rPr>
        <w:t xml:space="preserve"> Là một cây cầu dễ tiếp cận giữa ý thức và tưởng tượng, giấc mơ sáng suốt mang đến một cửa sổ độc đáo để thao túng thực tại chủ quan của chính mình. Không có gì đáng ngạc nhiên khi giấc mơ sáng suốt đã trở thành một ngành công nghiệp trị giá hàng triệu đô la của "sự sáng suốt"—sách hướng dẫn tập mơ, kính ngủ, và thậm chí cả những ly cocktail thuốc galantamine được thiết kế để giúp người mơ "Go Lucid!"</w:t>
      </w:r>
    </w:p>
    <w:p>
      <w:pPr>
        <w:spacing w:after="80"/>
      </w:pPr>
      <w:r>
        <w:rPr>
          <w:b w:val="0"/>
          <w:i w:val="0"/>
        </w:rPr>
        <w:t>Katherine biết rằng giấc mơ sáng suốt đã được công nhận trong nhiều nền văn hóa suốt nhiều thế kỷ, nhưng phải đến những năm 1970, các phương pháp khoa học, đáng chú ý là của nhà tâm sinh lý học Stephen LaBerge, mới xác nhận sự tồn tại của nó bằng thực nghiệm. LaBerge đã chứng minh rằng những người mơ sáng suốt, trong khi đang ngủ, có thể truyền đạt "nhận thức ý thức" của họ cho các nhà nghiên cứu bằng cách thực hiện một loạt chuyển động mắt đã thỏa thuận trước…tất cả trong khi tâm trí của người mơ đang có một trải nghiệm xa rời cơ thể đang ngủ của anh ta.</w:t>
      </w:r>
    </w:p>
    <w:p>
      <w:pPr>
        <w:spacing w:after="80"/>
      </w:pPr>
      <w:r>
        <w:rPr>
          <w:b w:val="0"/>
          <w:i w:val="0"/>
        </w:rPr>
        <w:t xml:space="preserve">Tỉnh dậy trong giấc mơ là một kỹ năng có thể học được đối với những ai quan tâm, nhưng với những ai không quan tâm thì vẫn có tin tốt. Katherine tin rằng </w:t>
      </w:r>
      <w:r>
        <w:rPr>
          <w:b w:val="0"/>
          <w:i/>
        </w:rPr>
        <w:t>mọi người</w:t>
      </w:r>
      <w:r>
        <w:rPr>
          <w:b w:val="0"/>
          <w:i w:val="0"/>
        </w:rPr>
        <w:t xml:space="preserve"> sẽ có ít nhất một trải nghiệm xuất hồn trong đời.</w:t>
      </w:r>
    </w:p>
    <w:p>
      <w:pPr>
        <w:spacing w:after="80"/>
      </w:pPr>
      <w:r>
        <w:rPr>
          <w:b w:val="0"/>
          <w:i w:val="0"/>
        </w:rPr>
        <w:t>Khoảnh khắc của cái chết.</w:t>
      </w:r>
    </w:p>
    <w:p>
      <w:pPr>
        <w:spacing w:after="80"/>
      </w:pPr>
      <w:r>
        <w:rPr>
          <w:b w:val="0"/>
          <w:i w:val="0"/>
        </w:rPr>
        <w:t>Dữ liệu áp đảo cho thấy rằng cái chết đi kèm với một sự chuyển tiếp qua trải nghiệm xuất hồn có ý thức, thường được cảm nhận là tâm trí bạn tách khỏi cơ thể, lơ lửng trên hình hài vật lý của chính bạn trên bàn mổ, tại hiện trường tai nạn, trên giường bệnh…quan sát những người đang cố gắng hồi sức cho bạn hoặc nói lời từ biệt đẫm nước mắt. Hàng ngàn bệnh nhân được hồi sinh đã khiến các bác sĩ phẫu thuật sững sờ khi kể lại chính xác những hành động và cuộc trò chuyện diễn ra trong bệnh viện trong khi họ đã chết lâm sàng và thậm chí còn bị dán băng keo che mắt để phẫu thuật.</w:t>
      </w:r>
    </w:p>
    <w:p>
      <w:pPr>
        <w:spacing w:after="80"/>
      </w:pPr>
      <w:r>
        <w:rPr>
          <w:b w:val="0"/>
          <w:i w:val="0"/>
        </w:rPr>
        <w:t>Vẫn chưa có sự đồng thuận về nguyên nhân gây ra những thị kiến xuất hồn này.</w:t>
      </w:r>
    </w:p>
    <w:p>
      <w:pPr>
        <w:spacing w:after="80"/>
      </w:pPr>
      <w:r>
        <w:rPr>
          <w:b w:val="0"/>
          <w:i w:val="0"/>
        </w:rPr>
        <w:t>Ảo giác ngẫu nhiên do thiếu oxy? Bằng chứng về việc linh hồn rời khỏi cơ thể? Một thoáng nhìn vào kiếp sống tiếp theo của chúng ta?</w:t>
      </w:r>
    </w:p>
    <w:p>
      <w:pPr>
        <w:spacing w:after="80"/>
      </w:pPr>
      <w:r>
        <w:rPr>
          <w:b w:val="0"/>
          <w:i w:val="0"/>
        </w:rPr>
        <w:t xml:space="preserve">Bản chất thực sự của cái chết, Katherine biết, chính là bí mật mà tất cả chúng ta đều khao khát thấu hiểu…qua mọi nền văn hóa, mọi thế hệ và mọi thời đại. Tuy nhiên, không giống như hầu hết những bí ẩn không thể biết của cuộc sống, </w:t>
      </w:r>
      <w:r>
        <w:rPr>
          <w:b w:val="0"/>
          <w:i/>
        </w:rPr>
        <w:t>đây</w:t>
      </w:r>
      <w:r>
        <w:rPr>
          <w:b w:val="0"/>
          <w:i w:val="0"/>
        </w:rPr>
        <w:t xml:space="preserve"> là một bí mật được đảm bảo sẽ được hé lộ cho từng người trong chúng ta…nhưng chỉ vào lúc cuối cùng.</w:t>
      </w:r>
    </w:p>
    <w:p>
      <w:pPr>
        <w:spacing w:after="80"/>
      </w:pPr>
      <w:r>
        <w:rPr>
          <w:b w:val="0"/>
          <w:i w:val="0"/>
        </w:rPr>
        <w:t>Những khoảnh khắc cuối cùng của cuộc đời…trở thành những khoảnh khắc đầu tiên của sự thật.</w:t>
      </w:r>
    </w:p>
    <w:p>
      <w:pPr>
        <w:pStyle w:val="Heading1"/>
      </w:pPr>
      <w:r>
        <w:rPr>
          <w:rFonts w:ascii="Calibri" w:hAnsi="Calibri"/>
          <w:b/>
          <w:i w:val="0"/>
          <w:sz w:val="40"/>
        </w:rPr>
        <w:t>Chương 86</w:t>
      </w:r>
    </w:p>
    <w:p>
      <w:pPr>
        <w:spacing w:after="80"/>
      </w:pPr>
      <w:r>
        <w:rPr>
          <w:b w:val="0"/>
          <w:i w:val="0"/>
        </w:rPr>
        <w:t>Đại sứ Nagel đang cẩn thận vượt qua khúc cua tay áo trên đường Chotkova thì chiếc điện thoại di động cá nhân của bà kêu chip chip trên bộ sạc bên cạnh. Trong một thoáng, bà tưởng tượng âm thanh xa lạ đó hẳn là một loại cảnh báo nào đó cho biết điện thoại không còn hoàn toàn hết pin nữa.</w:t>
      </w:r>
    </w:p>
    <w:p>
      <w:pPr>
        <w:spacing w:after="80"/>
      </w:pPr>
      <w:r>
        <w:rPr>
          <w:b w:val="0"/>
          <w:i w:val="0"/>
        </w:rPr>
        <w:t>Nhưng điện thoại cứ kêu chip chip mãi. Nagel liếc xuống, giật mình khi thấy một cuộc gọi đến—cuộc gọi đầu tiên từ trước đến nay trên chiếc điện thoại này, mà nhạc chuông của nó hóa ra lại được đặt là "tiếng dế."</w:t>
      </w:r>
    </w:p>
    <w:p>
      <w:pPr>
        <w:spacing w:after="80"/>
      </w:pPr>
      <w:r>
        <w:rPr>
          <w:b w:val="0"/>
          <w:i w:val="0"/>
        </w:rPr>
        <w:t>Không ai biết số này thậm chí còn tồn tại…</w:t>
      </w:r>
    </w:p>
    <w:p>
      <w:pPr>
        <w:spacing w:after="80"/>
      </w:pPr>
      <w:r>
        <w:rPr>
          <w:b w:val="0"/>
          <w:i w:val="0"/>
        </w:rPr>
        <w:t>Tuy nhiên, màn hình hiển thị số gọi đến lại là một cái tên quen thuộc—Trung sĩ Scott Kerble—viên sĩ quan phụ trách tổ bảo vệ Thủy quân Lục chiến của bà. Nagel tin Kerble bằng cả mạng sống của mình, nhưng bà ngạc nhiên vì anh ta lại có số này. Thấy không còn cách nào khác ngoài việc nghe máy, bà nhận cuộc gọi.</w:t>
      </w:r>
    </w:p>
    <w:p>
      <w:pPr>
        <w:spacing w:after="80"/>
      </w:pPr>
      <w:r>
        <w:rPr>
          <w:b w:val="0"/>
          <w:i w:val="0"/>
        </w:rPr>
        <w:t>"Scott?"</w:t>
      </w:r>
    </w:p>
    <w:p>
      <w:pPr>
        <w:spacing w:after="80"/>
      </w:pPr>
      <w:r>
        <w:rPr>
          <w:b w:val="0"/>
          <w:i w:val="0"/>
        </w:rPr>
        <w:t>"Thưa Đại sứ!" người bảo vệ kêu lên, giọng nhẹ nhõm. "Tôi xin lỗi vì đã dùng đường dây riêng của bà. Tôi đã thử tất cả các số khác của bà, nhưng—"</w:t>
      </w:r>
    </w:p>
    <w:p>
      <w:pPr>
        <w:spacing w:after="80"/>
      </w:pPr>
      <w:r>
        <w:rPr>
          <w:b w:val="0"/>
          <w:i w:val="0"/>
        </w:rPr>
        <w:t>"Không sao—chỉ là tôi không biết có ai biết về chiếc điện thoại này. Có chuyện gì à?"</w:t>
      </w:r>
    </w:p>
    <w:p>
      <w:pPr>
        <w:spacing w:after="80"/>
      </w:pPr>
      <w:r>
        <w:rPr>
          <w:b w:val="0"/>
          <w:i w:val="0"/>
        </w:rPr>
        <w:t>"Dinh thự của bà báo cho tôi," người lính Thủy quân Lục chiến nói, "rằng bà đang đến đại sứ quán để lấy thuốc. Bà dự kiến đến lúc mấy giờ?"</w:t>
      </w:r>
    </w:p>
    <w:p>
      <w:pPr>
        <w:spacing w:after="80"/>
      </w:pPr>
      <w:r>
        <w:rPr>
          <w:b w:val="0"/>
          <w:i w:val="0"/>
        </w:rPr>
        <w:t xml:space="preserve">Nagel gục xuống vô-lăng. </w:t>
      </w:r>
      <w:r>
        <w:rPr>
          <w:b w:val="0"/>
          <w:i/>
        </w:rPr>
        <w:t>Chết tiệt.</w:t>
      </w:r>
      <w:r>
        <w:rPr>
          <w:b w:val="0"/>
          <w:i w:val="0"/>
        </w:rPr>
        <w:t xml:space="preserve"> "Thật ra, Scott, bây giờ không phải lúc thuận tiện. Có chuyện gì không ổn à?" Bà có thể thấy lối vào cầu Mánesův đang đến rất nhanh phía trước.</w:t>
      </w:r>
    </w:p>
    <w:p>
      <w:pPr>
        <w:spacing w:after="80"/>
      </w:pPr>
      <w:r>
        <w:rPr>
          <w:b w:val="0"/>
          <w:i w:val="0"/>
        </w:rPr>
        <w:t>"Tôi đang đợi bà ở đại sứ quán, thưa bà, với một thứ mà tôi tin là bà cần—"</w:t>
      </w:r>
    </w:p>
    <w:p>
      <w:pPr>
        <w:spacing w:after="80"/>
      </w:pPr>
      <w:r>
        <w:rPr>
          <w:b w:val="0"/>
          <w:i w:val="0"/>
        </w:rPr>
        <w:t>"Khoan, tôi tưởng anh đang cùng Dana giám sát việc tìm kiếm ông Harris!"</w:t>
      </w:r>
    </w:p>
    <w:p>
      <w:pPr>
        <w:spacing w:after="80"/>
      </w:pPr>
      <w:r>
        <w:rPr>
          <w:b w:val="0"/>
          <w:i w:val="0"/>
        </w:rPr>
        <w:t>"Đúng vậy, thưa bà, nhưng tôi để Dana phụ trách để có thể quay về đại sứ quán và đưa cho bà…" Kerble ngập ngừng, giọng do dự khác thường. "Thưa bà, khi tôi bước vào căn hộ, có một phong bì niêm phong nằm trên thi thể ông Harris."</w:t>
      </w:r>
    </w:p>
    <w:p>
      <w:pPr>
        <w:spacing w:after="80"/>
      </w:pPr>
      <w:r>
        <w:rPr>
          <w:b w:val="0"/>
          <w:i w:val="0"/>
        </w:rPr>
        <w:t>Nagel bị bất ngờ. "Xin lỗi? Một phong bì?"</w:t>
      </w:r>
    </w:p>
    <w:p>
      <w:pPr>
        <w:spacing w:after="80"/>
      </w:pPr>
      <w:r>
        <w:rPr>
          <w:b w:val="0"/>
          <w:i w:val="0"/>
        </w:rPr>
        <w:t>"Vâng, thưa bà. Theo mọi dấu hiệu, nó được kẻ giết ông Harris để lại ở đó."</w:t>
      </w:r>
    </w:p>
    <w:p>
      <w:pPr>
        <w:spacing w:after="80"/>
      </w:pPr>
      <w:r>
        <w:rPr>
          <w:b w:val="0"/>
          <w:i/>
        </w:rPr>
        <w:t>Lạy Chúa.</w:t>
      </w:r>
      <w:r>
        <w:rPr>
          <w:b w:val="0"/>
          <w:i w:val="0"/>
        </w:rPr>
        <w:t xml:space="preserve"> "Bên trong có gì?"</w:t>
      </w:r>
    </w:p>
    <w:p>
      <w:pPr>
        <w:spacing w:after="80"/>
      </w:pPr>
      <w:r>
        <w:rPr>
          <w:b w:val="0"/>
          <w:i w:val="0"/>
        </w:rPr>
        <w:t xml:space="preserve">"Tôi chưa mở nó. Tôi quyết định lấy nó ra một cách kín đáo và mang đến cho bà ngay lập tức." Kerble lại ngừng, hạ giọng. "Phong bì được đề đích danh…gửi </w:t>
      </w:r>
      <w:r>
        <w:rPr>
          <w:b w:val="0"/>
          <w:i/>
        </w:rPr>
        <w:t>bà.</w:t>
      </w:r>
      <w:r>
        <w:rPr>
          <w:b w:val="0"/>
          <w:i w:val="0"/>
        </w:rPr>
        <w:t>"</w:t>
      </w:r>
    </w:p>
    <w:p>
      <w:pPr>
        <w:spacing w:after="80"/>
      </w:pPr>
      <w:r>
        <w:rPr>
          <w:b w:val="0"/>
          <w:i w:val="0"/>
        </w:rPr>
        <w:t>"Tôi?!" Nagel để chiếc điện thoại rơi xuống đùi, nắm vô-lăng bằng hai tay và đánh lái sang trái, lao khỏi đường chỉ vài giây trước khi lẽ ra bà đã vào cầu. Chiếc SUV chồm lên rồi dừng lại trên lề đường Klárov, ngay sau Đài tưởng niệm Sư tử có cánh.</w:t>
      </w:r>
    </w:p>
    <w:p>
      <w:pPr>
        <w:spacing w:after="80"/>
      </w:pPr>
      <w:r>
        <w:rPr>
          <w:b w:val="0"/>
          <w:i w:val="0"/>
        </w:rPr>
        <w:t>Nagel nhặt lại điện thoại. "Scott, cho tôi một giây."</w:t>
      </w:r>
    </w:p>
    <w:p>
      <w:pPr>
        <w:spacing w:after="80"/>
      </w:pPr>
      <w:r>
        <w:rPr>
          <w:b w:val="0"/>
          <w:i w:val="0"/>
        </w:rPr>
        <w:t>Langdon và Katherine trông hoảng hốt một cách dễ hiểu, và Nagel ra hiệu cho họ rằng bà cần một chút thời gian. Bà tắt máy, bước ra khỏi xe và đi về phía bờ sông với chiếc điện thoại áp vào tai.</w:t>
      </w:r>
    </w:p>
    <w:p>
      <w:pPr>
        <w:spacing w:after="80"/>
      </w:pPr>
      <w:r>
        <w:rPr>
          <w:b w:val="0"/>
          <w:i w:val="0"/>
        </w:rPr>
        <w:t xml:space="preserve">“Nói cho tôi biết,” Nagel gắt lên, giận dữ hơn cả mức cô định, “rốt cuộc thì </w:t>
      </w:r>
      <w:r>
        <w:rPr>
          <w:b w:val="0"/>
          <w:i/>
        </w:rPr>
        <w:t>quái quỷ</w:t>
      </w:r>
      <w:r>
        <w:rPr>
          <w:b w:val="0"/>
          <w:i w:val="0"/>
        </w:rPr>
        <w:t xml:space="preserve"> nào mà kẻ giết Michael Harris lại để lại một phong bì gửi cho tôi chứ?!”</w:t>
      </w:r>
    </w:p>
    <w:p>
      <w:pPr>
        <w:spacing w:after="80"/>
      </w:pPr>
      <w:r>
        <w:rPr>
          <w:b w:val="0"/>
          <w:i w:val="0"/>
        </w:rPr>
        <w:t>“Tôi không biết, nhưng rõ ràng là nó được cố ý để người ta tìm thấy và chuyển giao. Phong bì có ghi ‘Riêng tư và Cá nhân.’ ”</w:t>
      </w:r>
    </w:p>
    <w:p>
      <w:pPr>
        <w:spacing w:after="80"/>
      </w:pPr>
      <w:r>
        <w:rPr>
          <w:b w:val="0"/>
          <w:i w:val="0"/>
        </w:rPr>
        <w:t>Một cơn gió thổi tới từ sông Vltava khiến Nagel lạnh buốt tận xương khi cô cố gắng hiểu tình hình ngày càng tệ đi.</w:t>
      </w:r>
    </w:p>
    <w:p>
      <w:pPr>
        <w:spacing w:after="80"/>
      </w:pPr>
      <w:r>
        <w:rPr>
          <w:b w:val="0"/>
          <w:i w:val="0"/>
        </w:rPr>
        <w:t>“Thưa bà?” Kerble thúc giục. “Tôi hoàn toàn biết rõ bà đã rời khỏi dinh thự mà không có ai đi cùng. Xét theo lá thư này, tôi buộc phải yêu cầu bà quay về ngay lập tức.”</w:t>
      </w:r>
    </w:p>
    <w:p>
      <w:pPr>
        <w:spacing w:after="80"/>
      </w:pPr>
      <w:r>
        <w:rPr>
          <w:b w:val="0"/>
          <w:i w:val="0"/>
        </w:rPr>
        <w:t>Nagel thoáng muốn bảo người lính thủy quân lục chiến kia mở lá thư ra và đọc cho cô nghe nó viết gì, nhưng cô biết anh ta sẽ từ chối. Từ chối là đúng. Cô đang nói qua điện thoại di động, và chỉ có Chúa mới biết trong lá thư có gì. Cô nghe ra sự lo lắng trong giọng Trung sĩ Kerble và không nghi ngờ gì rằng nếu cô không quay về ngay, anh ta sẽ buộc phải chỉ đạo toàn bộ đội bảo vệ thủy quân lục chiến đi tìm cô.</w:t>
      </w:r>
    </w:p>
    <w:p>
      <w:pPr>
        <w:spacing w:after="80"/>
      </w:pPr>
      <w:r>
        <w:rPr>
          <w:b w:val="0"/>
          <w:i w:val="0"/>
        </w:rPr>
        <w:t>Nagel quay lại nhìn chiếc SUV. Langdon và Katherine đều đã bước xuống và đang lo lắng nhìn cô. Giọng Kerble lại vang lên bên tai cô.</w:t>
      </w:r>
    </w:p>
    <w:p>
      <w:pPr>
        <w:spacing w:after="80"/>
      </w:pPr>
      <w:r>
        <w:rPr>
          <w:b w:val="0"/>
          <w:i w:val="0"/>
        </w:rPr>
        <w:t>“Thưa bà?” người lính thủy quân lục chiến thúc giục. “Tôi nghe được là bà đang ở ngoài. Bà có lén ra ngoài làm mấy việc vặt không ạ?”</w:t>
      </w:r>
    </w:p>
    <w:p>
      <w:pPr>
        <w:spacing w:after="80"/>
      </w:pPr>
      <w:r>
        <w:rPr>
          <w:b w:val="0"/>
          <w:i w:val="0"/>
        </w:rPr>
        <w:t>Câu hỏi của Trung sĩ Kerble về “việc vặt” là dấu hiệu cho thấy—như bọn trẻ vẫn hay nói—“chuyện đã nghiêm trọng thật rồi.” Đó là một tín hiệu cầu cứu đã được tập dượt sẵn phòng khi cô gặp nguy hiểm. Cô chỉ cần nói “Vâng, tôi đang ra ngoài làm mấy việc vặt,” là mọi thứ sẽ nổ tung.</w:t>
      </w:r>
    </w:p>
    <w:p>
      <w:pPr>
        <w:spacing w:after="80"/>
      </w:pPr>
      <w:r>
        <w:rPr>
          <w:b w:val="0"/>
          <w:i w:val="0"/>
        </w:rPr>
        <w:t>“Scott,” cô nói. “Anh biết tôi đâu có làm việc vặt. Mang lá thư đến văn phòng tôi. Tôi sẽ có mặt ở đó trong mười phút.”</w:t>
      </w:r>
    </w:p>
    <w:p>
      <w:pPr>
        <w:spacing w:after="80"/>
      </w:pPr>
      <w:r>
        <w:rPr>
          <w:b w:val="0"/>
          <w:i w:val="0"/>
        </w:rPr>
        <w:t>“Cảm ơn bà.” Người lính thủy quân lục chiến nghe có vẻ nhẹ nhõm.</w:t>
      </w:r>
    </w:p>
    <w:p>
      <w:pPr>
        <w:spacing w:after="80"/>
      </w:pPr>
      <w:r>
        <w:rPr>
          <w:b w:val="0"/>
          <w:i w:val="0"/>
        </w:rPr>
        <w:t>Nagel gác máy và quay lại phía chiếc SUV. Phố Letenská ở gần đó, đi bộ tám phút là tới đại sứ quán. Rõ ràng cô không thể đưa Langdon và Katherine đến bất cứ đâu gần đó.</w:t>
      </w:r>
    </w:p>
    <w:p>
      <w:pPr>
        <w:spacing w:after="80"/>
      </w:pPr>
      <w:r>
        <w:rPr>
          <w:b w:val="0"/>
          <w:i w:val="0"/>
        </w:rPr>
        <w:t>“Chuyện gì vừa xảy ra vậy?” Langdon hỏi khi cô tới nơi.</w:t>
      </w:r>
    </w:p>
    <w:p>
      <w:pPr>
        <w:spacing w:after="80"/>
      </w:pPr>
      <w:r>
        <w:rPr>
          <w:b w:val="0"/>
          <w:i w:val="0"/>
        </w:rPr>
        <w:t>“Họa vô đơn chí,” Nagel nói, kể cho họ nghe về phong bì. “Tôi không biết bên trong viết gì, nhưng nếu tôi không có mặt ở đại sứ quán trong mười phút nữa, toàn bộ đội bảo vệ của tôi sẽ lùng sục khắp Prague—và họ không đùa đâu.” Cô đưa chìa khóa xe cho Langdon. “Anh sẽ an toàn hơn khi không có tôi.”</w:t>
      </w:r>
    </w:p>
    <w:p>
      <w:pPr>
        <w:spacing w:after="80"/>
      </w:pPr>
      <w:r>
        <w:rPr>
          <w:b w:val="0"/>
          <w:i w:val="0"/>
        </w:rPr>
        <w:t>“Có tin gì về Sasha không?”</w:t>
      </w:r>
    </w:p>
    <w:p>
      <w:pPr>
        <w:spacing w:after="80"/>
      </w:pPr>
      <w:r>
        <w:rPr>
          <w:b w:val="0"/>
          <w:i w:val="0"/>
        </w:rPr>
        <w:t>“Không, nếu có thì anh ấy đã nhắc rồi. Tôi sẽ bảo nhân viên kỹ thuật của mình chạy quét nhận diện khuôn mặt trên hệ thống giám sát của thành phố.”</w:t>
      </w:r>
    </w:p>
    <w:p>
      <w:pPr>
        <w:spacing w:after="80"/>
      </w:pPr>
      <w:r>
        <w:rPr>
          <w:b w:val="0"/>
          <w:i w:val="0"/>
        </w:rPr>
        <w:t>“Còn chiếc điện thoại?” Katherine nói, chỉ vào chiếc Samsung cũ trong tay cô. “Để chụp ảnh ấy?”</w:t>
      </w:r>
    </w:p>
    <w:p>
      <w:pPr>
        <w:spacing w:after="80"/>
      </w:pPr>
      <w:r>
        <w:rPr>
          <w:b w:val="0"/>
          <w:i w:val="0"/>
        </w:rPr>
        <w:t>Nagel thở dài. “Rõ ràng là nó đã bị xâm phạm rồi. Tôi không biết nó có bị theo dõi được không, nhưng anh không nên mạo hiểm. Dù sao thì tôi cũng nghĩ ra rằng nếu anh chụp ảnh, CIA sẽ chỉ viện cớ đó là ảnh giả do AI tạo ra. Anh sẽ khá hơn nhiều nếu tìm được tài liệu và bằng chứng cứng nếu có thể.”</w:t>
      </w:r>
    </w:p>
    <w:p>
      <w:pPr>
        <w:spacing w:after="80"/>
      </w:pPr>
      <w:r>
        <w:rPr>
          <w:b w:val="0"/>
          <w:i w:val="0"/>
        </w:rPr>
        <w:t>“Được thôi,” Langdon nói. “Còn một vấn đề nữa. Tôi đã hứa với Jonas Faukman là sẽ gọi cho ông ấy sau khi rời khỏi nhà bà. Nếu ông ấy không nhận được tin từ tôi, ông ấy sẽ sớm liên hệ với nhà chức trách Prague. Tôi định đợi đến khi điện thoại của bà được sạc mới gọi, nhưng giờ chúng ta biết nó đã bị xâm phạm…”</w:t>
      </w:r>
    </w:p>
    <w:p>
      <w:pPr>
        <w:spacing w:after="80"/>
      </w:pPr>
      <w:r>
        <w:rPr>
          <w:b w:val="0"/>
          <w:i w:val="0"/>
        </w:rPr>
        <w:t>“Số trực tiếp của biên tập viên anh là gì?” Nagel hỏi, với tay vào trong chiếc SUV lấy một cây bút và mẩu giấy. “Tôi sẽ gọi cho ông ấy từ đường dây bảo mật của đại sứ quán. Hoặc tôi có thể gửi email một—”</w:t>
      </w:r>
    </w:p>
    <w:p>
      <w:pPr>
        <w:spacing w:after="80"/>
      </w:pPr>
      <w:r>
        <w:rPr>
          <w:b w:val="0"/>
          <w:i w:val="0"/>
        </w:rPr>
        <w:t>“Ông ấy sẽ không tin bà đâu,” Langdon nói. “Ông ấy biết bà là CIA. Ông ấy sẽ muốn nghe trực tiếp từ tôi.”</w:t>
      </w:r>
    </w:p>
    <w:p>
      <w:pPr>
        <w:spacing w:after="80"/>
      </w:pPr>
      <w:r>
        <w:rPr>
          <w:b w:val="0"/>
          <w:i/>
        </w:rPr>
        <w:t>Chết tiệt,</w:t>
      </w:r>
      <w:r>
        <w:rPr>
          <w:b w:val="0"/>
          <w:i w:val="0"/>
        </w:rPr>
        <w:t xml:space="preserve"> cô nghĩ. </w:t>
      </w:r>
      <w:r>
        <w:rPr>
          <w:b w:val="0"/>
          <w:i/>
        </w:rPr>
        <w:t>Anh ta nói đúng.</w:t>
      </w:r>
    </w:p>
    <w:p>
      <w:pPr>
        <w:spacing w:after="80"/>
      </w:pPr>
      <w:r>
        <w:rPr>
          <w:b w:val="0"/>
          <w:i w:val="0"/>
        </w:rPr>
        <w:t xml:space="preserve">“Thật ra thì…” Langdon cau mày khi toan tính trong giây lát. “Đưa tôi cái đó.” Anh cầm lấy bút và giấy rồi bắt đầu viết. “Đây là địa chỉ email của Faukman.” Vị giáo sư ngừng lại, nhắm mắt trong một lúc lâu, như thể đang soạn một tin nhắn trong đầu. “Được rồi, gửi cho ông ấy </w:t>
      </w:r>
      <w:r>
        <w:rPr>
          <w:b w:val="0"/>
          <w:i/>
        </w:rPr>
        <w:t>cái này.</w:t>
      </w:r>
      <w:r>
        <w:rPr>
          <w:b w:val="0"/>
          <w:i w:val="0"/>
        </w:rPr>
        <w:t>” Langdon nhanh chóng viết ra một tin nhắn trông kỳ lạ rồi đưa cho cô.</w:t>
      </w:r>
    </w:p>
    <w:p>
      <w:pPr>
        <w:spacing w:after="80"/>
      </w:pPr>
      <w:r>
        <w:rPr>
          <w:b w:val="0"/>
          <w:i w:val="0"/>
        </w:rPr>
        <w:t xml:space="preserve">Nagel nhìn dòng chữ vô nghĩa ấy. “Cái </w:t>
      </w:r>
      <w:r>
        <w:rPr>
          <w:b w:val="0"/>
          <w:i/>
        </w:rPr>
        <w:t>này</w:t>
      </w:r>
      <w:r>
        <w:rPr>
          <w:b w:val="0"/>
          <w:i w:val="0"/>
        </w:rPr>
        <w:t xml:space="preserve"> là gì vậy?”</w:t>
      </w:r>
    </w:p>
    <w:p>
      <w:pPr>
        <w:spacing w:after="80"/>
      </w:pPr>
      <w:r>
        <w:rPr>
          <w:b w:val="0"/>
          <w:i w:val="0"/>
        </w:rPr>
        <w:t>“Cứ gửi đi,” Langdon đáp. “Ông ấy sẽ hiểu.”</w:t>
      </w:r>
    </w:p>
    <w:p>
      <w:pPr>
        <w:pStyle w:val="Heading1"/>
      </w:pPr>
      <w:r>
        <w:rPr>
          <w:rFonts w:ascii="Calibri" w:hAnsi="Calibri"/>
          <w:b/>
          <w:i w:val="0"/>
          <w:sz w:val="40"/>
        </w:rPr>
        <w:t>Chương 87</w:t>
      </w:r>
    </w:p>
    <w:p>
      <w:pPr>
        <w:spacing w:after="80"/>
      </w:pPr>
      <w:r>
        <w:rPr>
          <w:b w:val="0"/>
          <w:i w:val="0"/>
        </w:rPr>
        <w:t>“Cần số sàn đáng lẽ phải bị cấm,” Langdon càu nhàu, vật lộn với hộp số tay của chiếc SUV khi xe giật nảy một cách vụng về về phía nam, hướng tới Công viên Folimanka.</w:t>
      </w:r>
    </w:p>
    <w:p>
      <w:pPr>
        <w:spacing w:after="80"/>
      </w:pPr>
      <w:r>
        <w:rPr>
          <w:b w:val="0"/>
          <w:i w:val="0"/>
        </w:rPr>
        <w:t>“Hoặc có lẽ chỉ nên cấm những gã đàn ông giả vờ biết lái chúng thôi?” Katherine gợi ý.</w:t>
      </w:r>
    </w:p>
    <w:p>
      <w:pPr>
        <w:spacing w:after="80"/>
      </w:pPr>
      <w:r>
        <w:rPr>
          <w:b w:val="0"/>
          <w:i w:val="0"/>
        </w:rPr>
        <w:t>Langdon phải bật cười, biết ơn sự hóm hỉnh của cô giữa bao căng thẳng. Đầu óc anh đang nghĩ chuyện khác, nghĩ về việc vị đại sứ ra đi đột ngột. Nagel đã tự đặt mình vào rủi ro nghề nghiệp khổng lồ vì họ, điều mà Langdon rất trân trọng. Nhưng mối quan tâm chính của anh là sự an toàn của họ…và tìm ra lý do tại sao cuốn sách của Katherine lại nằm trong tầm ngắm của CIA.</w:t>
      </w:r>
    </w:p>
    <w:p>
      <w:pPr>
        <w:spacing w:after="80"/>
      </w:pPr>
      <w:r>
        <w:rPr>
          <w:b w:val="0"/>
          <w:i/>
        </w:rPr>
        <w:t>Những câu trả lời đó nằm bên trong</w:t>
      </w:r>
      <w:r>
        <w:rPr>
          <w:b w:val="0"/>
          <w:i w:val="0"/>
        </w:rPr>
        <w:t xml:space="preserve"> </w:t>
      </w:r>
      <w:r>
        <w:rPr>
          <w:b w:val="0"/>
          <w:i/>
        </w:rPr>
        <w:t>Threshold.</w:t>
      </w:r>
    </w:p>
    <w:p>
      <w:pPr>
        <w:spacing w:after="80"/>
      </w:pPr>
      <w:r>
        <w:rPr>
          <w:b w:val="0"/>
          <w:i w:val="0"/>
        </w:rPr>
        <w:t>Với chút may mắn, linh cảm lạc quan của anh về việc tiếp cận được cơ sở bí mật sẽ không hóa ra là sự tự tin quá mức đến mức ảo tưởng.</w:t>
      </w:r>
    </w:p>
    <w:p>
      <w:pPr>
        <w:spacing w:after="80"/>
      </w:pPr>
      <w:r>
        <w:rPr>
          <w:b w:val="0"/>
          <w:i w:val="0"/>
        </w:rPr>
        <w:t>Vài phút nữa là chúng ta sẽ biết.</w:t>
      </w:r>
    </w:p>
    <w:p>
      <w:pPr>
        <w:spacing w:after="80"/>
      </w:pPr>
      <w:r>
        <w:rPr>
          <w:b w:val="0"/>
          <w:i w:val="0"/>
        </w:rPr>
        <w:t xml:space="preserve">Trong khi đó, những nghi ngờ của Katherine rằng Stargate có liên quan đến tình cảnh của họ dường như khó xảy ra đối với Langdon. Anh không biết quá nhiều về chương trình đã bị mất uy tín này, nhưng anh biết rằng ngay cả Hollywood cũng đã từng cười nhạo CIA, phát hành một bộ phim của George Clooney với tựa đề mỉa mai </w:t>
      </w:r>
      <w:r>
        <w:rPr>
          <w:b w:val="0"/>
          <w:i/>
        </w:rPr>
        <w:t>The Men Who Stare at Goats.</w:t>
      </w:r>
      <w:r>
        <w:rPr>
          <w:b w:val="0"/>
          <w:i w:val="0"/>
        </w:rPr>
        <w:t xml:space="preserve"> Phim dựa trên một thí nghiệm Stargate được cho là có thật, trong đó các đối tượng cố giết dê bằng cách nhìn chằm chằm vào chúng.</w:t>
      </w:r>
    </w:p>
    <w:p>
      <w:pPr>
        <w:spacing w:after="80"/>
      </w:pPr>
      <w:r>
        <w:rPr>
          <w:b w:val="0"/>
          <w:i w:val="0"/>
        </w:rPr>
        <w:t>Dù Langdon hoài nghi về khả năng nhìn từ xa (remote viewing), khái niệm cơ bản này đã có từ hơn bảy ngàn năm trước. Người Sumer cổ đại từng viết về những “hành trình đến các vì sao” huyền bí—những trải nghiệm xuất hồn (out-of-body experiences), trong đó tâm trí họ du hành đến các vì sao để ngắm nhìn những thế giới xa xôi.</w:t>
      </w:r>
    </w:p>
    <w:p>
      <w:pPr>
        <w:spacing w:after="80"/>
      </w:pPr>
      <w:r>
        <w:rPr>
          <w:b w:val="0"/>
          <w:i/>
        </w:rPr>
        <w:t>Tất nhiên, trong đó có rất nhiều thuốc phiện tham gia,</w:t>
      </w:r>
      <w:r>
        <w:rPr>
          <w:b w:val="0"/>
          <w:i w:val="0"/>
        </w:rPr>
        <w:t xml:space="preserve"> Langdon biết vậy, và tự hỏi liệu Threshold có thể đang nghiên cứu những trạng thái biến đổi do ma túy gây ra…thậm chí có thể liên hệ chúng với ý thức phi cục bộ (nonlocal consciousness).</w:t>
      </w:r>
    </w:p>
    <w:p>
      <w:pPr>
        <w:spacing w:after="80"/>
      </w:pPr>
      <w:r>
        <w:rPr>
          <w:b w:val="0"/>
          <w:i w:val="0"/>
        </w:rPr>
        <w:t xml:space="preserve">Katherine lúc nãy có nhắc đến một nhóm thuốc mới gọi là </w:t>
      </w:r>
      <w:r>
        <w:rPr>
          <w:b w:val="0"/>
          <w:i/>
        </w:rPr>
        <w:t>thuốc phân ly (dissociatives),</w:t>
      </w:r>
      <w:r>
        <w:rPr>
          <w:b w:val="0"/>
          <w:i w:val="0"/>
        </w:rPr>
        <w:t xml:space="preserve"> mà dường như đi kèm với cảm giác bị </w:t>
      </w:r>
      <w:r>
        <w:rPr>
          <w:b w:val="0"/>
          <w:i/>
        </w:rPr>
        <w:t>tách rời</w:t>
      </w:r>
      <w:r>
        <w:rPr>
          <w:b w:val="0"/>
          <w:i w:val="0"/>
        </w:rPr>
        <w:t xml:space="preserve"> khỏi cơ thể mình. Và chắc chắn CIA có một lịch sử lâu dài về việc tiến hành các thí nghiệm ma túy bí mật.</w:t>
      </w:r>
    </w:p>
    <w:p>
      <w:pPr>
        <w:spacing w:after="80"/>
      </w:pPr>
      <w:r>
        <w:rPr>
          <w:b w:val="0"/>
          <w:i w:val="0"/>
        </w:rPr>
        <w:t>Bao gồm cả trên khuôn viên trường Harvard…</w:t>
      </w:r>
    </w:p>
    <w:p>
      <w:pPr>
        <w:spacing w:after="80"/>
      </w:pPr>
      <w:r>
        <w:rPr>
          <w:b w:val="0"/>
          <w:i w:val="0"/>
        </w:rPr>
        <w:t>Một trong những dự án tai tiếng nhất của CIA từng lộ ra công chúng có mật danh là MKULTRA, dự án này bí mật cho các sinh viên đại học không hay biết dùng LSD để nghiên cứu tác động của loại thuốc này lên tâm trí non trẻ. Đáng sợ thay, một trong những đối tượng thử nghiệm là sinh viên Harvard Ted Kaczynski—người sau này được biết đến với biệt danh Unabomber—và dù CIA khai rằng Kaczynski chưa từng được cho dùng thuốc, họ thừa nhận đã đưa anh ta vào “các kỹ thuật thẩm vấn thử nghiệm,” điều rất có thể đã làm tâm trí anh ta mất ổn định.</w:t>
      </w:r>
    </w:p>
    <w:p>
      <w:pPr>
        <w:spacing w:after="80"/>
      </w:pPr>
      <w:r>
        <w:rPr>
          <w:b w:val="0"/>
          <w:i w:val="0"/>
        </w:rPr>
        <w:t xml:space="preserve">Truyền thuyết về ma túy ở Harvard không dừng lại ở đó. Cùng thời với MKULTRA, giảng viên tâm lý học Timothy Leary đã khởi động Dự án Psilocybin Harvard tai tiếng, khuyến khích sinh viên khám phá những lợi ích mở rộng tâm trí của các chất gây ảo giác (hallucinogens): </w:t>
      </w:r>
      <w:r>
        <w:rPr>
          <w:b w:val="0"/>
          <w:i/>
        </w:rPr>
        <w:t>Bật lên; hòa vào; buông bỏ.</w:t>
      </w:r>
      <w:r>
        <w:rPr>
          <w:b w:val="0"/>
          <w:i w:val="0"/>
        </w:rPr>
        <w:t xml:space="preserve"> Nhiều người nay nghi ngờ rằng Leary có thể đã làm việc chìm với CIA.</w:t>
      </w:r>
    </w:p>
    <w:p>
      <w:pPr>
        <w:spacing w:after="80"/>
      </w:pPr>
      <w:r>
        <w:rPr>
          <w:b w:val="0"/>
          <w:i w:val="0"/>
        </w:rPr>
        <w:t>“Tôi tò mò,” Langdon nói, quay sang Katherine, người đang nhìn ra ngoài cửa sổ. “Trong cuốn sách của cô…cô có viết về những trạng thái biến đổi do hóa chất gây ra không?”</w:t>
      </w:r>
    </w:p>
    <w:p>
      <w:pPr>
        <w:spacing w:after="80"/>
      </w:pPr>
      <w:r>
        <w:rPr>
          <w:b w:val="0"/>
          <w:i w:val="0"/>
        </w:rPr>
        <w:t xml:space="preserve">“Tất nhiên rồi,” cô nói, “như tôi đã nhắc lúc nãy, một số chất gây ảo giác nhất định sẽ làm giảm mức GABA trong não, từ đó hạ thấp cơ chế lọc của não. Theo tôi, điều này ngụ ý rằng những cảm giác xuất hồn đi kèm với chất gây ảo giác là sự phản ánh của </w:t>
      </w:r>
      <w:r>
        <w:rPr>
          <w:b w:val="0"/>
          <w:i/>
        </w:rPr>
        <w:t>thực tại</w:t>
      </w:r>
      <w:r>
        <w:rPr>
          <w:b w:val="0"/>
          <w:i w:val="0"/>
        </w:rPr>
        <w:t xml:space="preserve"> không bị lọc, chứ không phải là ảo giác.”</w:t>
      </w:r>
    </w:p>
    <w:p>
      <w:pPr>
        <w:spacing w:after="80"/>
      </w:pPr>
      <w:r>
        <w:rPr>
          <w:b w:val="0"/>
          <w:i w:val="0"/>
        </w:rPr>
        <w:t xml:space="preserve">Điều đó hợp lý, và chắc chắn có tiền lệ lịch sử về việc ma túy là con đường dẫn đến giác ngộ. Từ những văn bản cổ của </w:t>
      </w:r>
      <w:r>
        <w:rPr>
          <w:b w:val="0"/>
          <w:i/>
        </w:rPr>
        <w:t>The Rigveda</w:t>
      </w:r>
      <w:r>
        <w:rPr>
          <w:b w:val="0"/>
          <w:i w:val="0"/>
        </w:rPr>
        <w:t xml:space="preserve"> và </w:t>
      </w:r>
      <w:r>
        <w:rPr>
          <w:b w:val="0"/>
          <w:i/>
        </w:rPr>
        <w:t>Eleusinian Mysteries</w:t>
      </w:r>
      <w:r>
        <w:rPr>
          <w:b w:val="0"/>
          <w:i w:val="0"/>
        </w:rPr>
        <w:t xml:space="preserve"> cho đến tác phẩm kinh điển năm 1954 của Huxley </w:t>
      </w:r>
      <w:r>
        <w:rPr>
          <w:b w:val="0"/>
          <w:i/>
        </w:rPr>
        <w:t>The Doors of Perception,</w:t>
      </w:r>
      <w:r>
        <w:rPr>
          <w:b w:val="0"/>
          <w:i w:val="0"/>
        </w:rPr>
        <w:t xml:space="preserve"> các nhà văn lớn từ lâu đã gợi ý rằng các chất gây ảo giác là một cách để mở rộng ý thức con người và cảm nhận “thực tại không bị lọc.”</w:t>
      </w:r>
    </w:p>
    <w:p>
      <w:pPr>
        <w:spacing w:after="80"/>
      </w:pPr>
      <w:r>
        <w:rPr>
          <w:b w:val="0"/>
          <w:i w:val="0"/>
        </w:rPr>
        <w:t xml:space="preserve">“Tôi chưa từng hỏi cô, Katherine,” Langdon mạnh dạn lên tiếng một cách tự nhiên, “nghiên cứu về ý thức của cô có bao gồm việc </w:t>
      </w:r>
      <w:r>
        <w:rPr>
          <w:b w:val="0"/>
          <w:i/>
        </w:rPr>
        <w:t>tự mình</w:t>
      </w:r>
      <w:r>
        <w:rPr>
          <w:b w:val="0"/>
          <w:i w:val="0"/>
        </w:rPr>
        <w:t xml:space="preserve"> dùng ma túy không?”</w:t>
      </w:r>
    </w:p>
    <w:p>
      <w:pPr>
        <w:spacing w:after="80"/>
      </w:pPr>
      <w:r>
        <w:rPr>
          <w:b w:val="0"/>
          <w:i w:val="0"/>
        </w:rPr>
        <w:t xml:space="preserve">Cô quay lại nhìn anh, vẻ mặt thích thú vì anh lại đi hỏi câu đó. “Robert, </w:t>
      </w:r>
      <w:r>
        <w:rPr>
          <w:b w:val="0"/>
          <w:i/>
        </w:rPr>
        <w:t>thật sao</w:t>
      </w:r>
      <w:r>
        <w:rPr>
          <w:b w:val="0"/>
          <w:i w:val="0"/>
        </w:rPr>
        <w:t xml:space="preserve">?! Não bộ là một cơ chế </w:t>
      </w:r>
      <w:r>
        <w:rPr>
          <w:b w:val="0"/>
          <w:i/>
        </w:rPr>
        <w:t>cực kỳ</w:t>
      </w:r>
      <w:r>
        <w:rPr>
          <w:b w:val="0"/>
          <w:i w:val="0"/>
        </w:rPr>
        <w:t xml:space="preserve"> tinh tế, và cố gắng thay đổi nó bằng chất gây ảo giác chẳng khác nào cố chỉnh một chiếc đồng hồ Rolex vô giá bằng một cây búa tạ! Ma túy gây ra trạng thái biến đổi bằng cách tạo nên một chuỗi phản ứng chấn động của những rối loạn thần kinh, có thể để lại những hậu quả </w:t>
      </w:r>
      <w:r>
        <w:rPr>
          <w:b w:val="0"/>
          <w:i/>
        </w:rPr>
        <w:t>vĩnh viễn</w:t>
      </w:r>
      <w:r>
        <w:rPr>
          <w:b w:val="0"/>
          <w:i w:val="0"/>
        </w:rPr>
        <w:t>. Dù trải nghiệm ngắn ngủi đó có thể mang lại cho bạn cảm giác khai sáng đến đâu, bạn cũng đang mạo hiểm làm suy yếu tính toàn vẹn synapse dài hạn và sự cân bằng chất dẫn truyền thần kinh (neurotransmitter). Với hầu hết các chất gây ảo giác, cơ chế chính mà chúng tác động là làm rối loạn điều hòa serotonin—một ý tưởng rất tồi—vì nó dễ dàng dẫn đến suy giảm nhận thức, bất ổn cảm xúc, và thậm chí là những trạng thái loạn thần kéo dài.”</w:t>
      </w:r>
    </w:p>
    <w:p>
      <w:pPr>
        <w:spacing w:after="80"/>
      </w:pPr>
      <w:r>
        <w:rPr>
          <w:b w:val="0"/>
          <w:i w:val="0"/>
        </w:rPr>
        <w:t>Langdon gật đầu mỉm cười. “Tôi coi đó là một câu trả lời ‘không’.”</w:t>
      </w:r>
    </w:p>
    <w:p>
      <w:pPr>
        <w:spacing w:after="80"/>
      </w:pPr>
      <w:r>
        <w:rPr>
          <w:b w:val="0"/>
          <w:i w:val="0"/>
        </w:rPr>
        <w:t xml:space="preserve">“Xin lỗi,” cô nói, vẻ ngượng ngùng. “Tôi có những đồng nghiệp thử nghiệm một cách có trách nhiệm với nhiều loại chất gây ảo giác khác nhau, và điều đó chắc chắn có chỗ đứng của nó. Tôi chỉ thấy lo lắng khi người trẻ cho rằng nó </w:t>
      </w:r>
      <w:r>
        <w:rPr>
          <w:b w:val="0"/>
          <w:i/>
        </w:rPr>
        <w:t>hoàn toàn</w:t>
      </w:r>
      <w:r>
        <w:rPr>
          <w:b w:val="0"/>
          <w:i w:val="0"/>
        </w:rPr>
        <w:t xml:space="preserve"> an toàn. Không phải vậy đâu.”</w:t>
      </w:r>
    </w:p>
    <w:p>
      <w:pPr>
        <w:spacing w:after="80"/>
      </w:pPr>
      <w:r>
        <w:rPr>
          <w:b w:val="0"/>
          <w:i w:val="0"/>
        </w:rPr>
        <w:t>Langdon giảm số một cách mượt mà nhất có thể để tránh đâm vào một chiếc tàu điện.</w:t>
      </w:r>
    </w:p>
    <w:p>
      <w:pPr>
        <w:spacing w:after="80"/>
      </w:pPr>
      <w:r>
        <w:rPr>
          <w:b w:val="0"/>
          <w:i w:val="0"/>
        </w:rPr>
        <w:t xml:space="preserve">“Tôi đoán là anh hỏi,” Katherine nói, “vì anh nghĩ </w:t>
      </w:r>
      <w:r>
        <w:rPr>
          <w:b w:val="0"/>
          <w:i/>
        </w:rPr>
        <w:t>ma túy</w:t>
      </w:r>
      <w:r>
        <w:rPr>
          <w:b w:val="0"/>
          <w:i w:val="0"/>
        </w:rPr>
        <w:t xml:space="preserve"> có thể có liên quan gì đó đến Threshold?”</w:t>
      </w:r>
    </w:p>
    <w:p>
      <w:pPr>
        <w:spacing w:after="80"/>
      </w:pPr>
      <w:r>
        <w:rPr>
          <w:b w:val="0"/>
          <w:i w:val="0"/>
        </w:rPr>
        <w:t>“Có vẻ như đó là một khả năng,” Langdon nói. “Đêm qua trong buổi nói chuyện của cô, cô có nhắc đến một loạt loại thuốc mới dường như làm tăng khả năng tâm linh. Nếu bạn xét đến vô số trường hợp được ghi nhận về việc các nhà ngoại cảm phá án, thì không phải là một bước nhảy lớn khi tưởng tượng CIA đang cố phát triển các loại thuốc để tăng cường khả năng tâm linh. Ứng dụng sẽ là vô tận.”</w:t>
      </w:r>
    </w:p>
    <w:p>
      <w:pPr>
        <w:spacing w:after="80"/>
      </w:pPr>
      <w:r>
        <w:rPr>
          <w:b w:val="0"/>
          <w:i w:val="0"/>
        </w:rPr>
        <w:t>“Tôi cho là vậy…” cô nói. “Nhưng đó không hẳn là một ý tưởng tiên phong gì cho cam.”</w:t>
      </w:r>
    </w:p>
    <w:p>
      <w:pPr>
        <w:spacing w:after="80"/>
      </w:pPr>
      <w:r>
        <w:rPr>
          <w:b w:val="0"/>
          <w:i/>
        </w:rPr>
        <w:t>Đúng thế, CIA sẽ hơi muộn chân trong bữa tiệc đó.</w:t>
      </w:r>
      <w:r>
        <w:rPr>
          <w:b w:val="0"/>
          <w:i w:val="0"/>
        </w:rPr>
        <w:t xml:space="preserve"> Nhà tiên tri xứ Delphi đã thường xuyên nhìn thấy những viễn cảnh tương lai khi hít thở các loại khí thoát ra từ một khe nứt trên núi Parnassus; người Aztec trò chuyện với các linh hồn tương lai trong lúc phê peyote; và người Ai Cập nhìn thấy những sự kiện ngày mai khi dùng mandrake và hoa sen xanh. Những “người tiên phong” hiện đại của chúng ta—những cái tên như Castaneda, Burroughs, McKenna, Huxley, Leary—thực ra chỉ đang nối bước hàng thế kỷ những tâm hồn đã từng cố mở rộng trí óc mình bằng hóa chất.</w:t>
      </w:r>
    </w:p>
    <w:p>
      <w:pPr>
        <w:spacing w:after="80"/>
      </w:pPr>
      <w:r>
        <w:rPr>
          <w:b w:val="0"/>
          <w:i w:val="0"/>
        </w:rPr>
        <w:t>“Tôi thực sự không nghĩ Threshold có liên quan đến ma túy,” Katherine nói. “Trong bản thảo của tôi có rất ít nói về chúng.”</w:t>
      </w:r>
    </w:p>
    <w:p>
      <w:pPr>
        <w:spacing w:after="80"/>
      </w:pPr>
      <w:r>
        <w:rPr>
          <w:b w:val="0"/>
          <w:i w:val="0"/>
        </w:rPr>
        <w:t>“Vậy phỏng đoán tốt nhất của cô là gì?” Langdon hỏi, lái chiếc SUV về phía nam dọc theo bờ sông hướng tới Công viên Folimanka.</w:t>
      </w:r>
    </w:p>
    <w:p>
      <w:pPr>
        <w:spacing w:after="80"/>
      </w:pPr>
      <w:r>
        <w:rPr>
          <w:b w:val="0"/>
          <w:i w:val="0"/>
        </w:rPr>
        <w:t xml:space="preserve">Katherine ngả đầu ra sau tựa vào đệm đầu. “Tôi cho rằng mối bận tâm của họ nằm ở các thí nghiệm của tôi về </w:t>
      </w:r>
      <w:r>
        <w:rPr>
          <w:b w:val="0"/>
          <w:i/>
        </w:rPr>
        <w:t>nhận thức trước (precognition)</w:t>
      </w:r>
      <w:r>
        <w:rPr>
          <w:b w:val="0"/>
          <w:i w:val="0"/>
        </w:rPr>
        <w:t>.”</w:t>
      </w:r>
    </w:p>
    <w:p>
      <w:pPr>
        <w:spacing w:after="80"/>
      </w:pPr>
      <w:r>
        <w:rPr>
          <w:b w:val="0"/>
          <w:i w:val="0"/>
        </w:rPr>
        <w:t xml:space="preserve">Langdon nhớ lại các bài kiểm tra nhận thức trước của Katherine—não của một đối tượng phản ứng với một hình ảnh </w:t>
      </w:r>
      <w:r>
        <w:rPr>
          <w:b w:val="0"/>
          <w:i/>
        </w:rPr>
        <w:t>trước khi</w:t>
      </w:r>
      <w:r>
        <w:rPr>
          <w:b w:val="0"/>
          <w:i w:val="0"/>
        </w:rPr>
        <w:t xml:space="preserve"> thực sự “nhìn thấy” nó bằng mắt. Hình ảnh được chọn ngẫu nhiên, như thể có phép màu, hiện ra trong ý thức của đối tượng trước cả khi máy tính kịp chọn </w:t>
      </w:r>
      <w:r>
        <w:rPr>
          <w:b w:val="0"/>
          <w:i/>
        </w:rPr>
        <w:t>hình nào</w:t>
      </w:r>
      <w:r>
        <w:rPr>
          <w:b w:val="0"/>
          <w:i w:val="0"/>
        </w:rPr>
        <w:t xml:space="preserve"> để hiển thị.</w:t>
      </w:r>
    </w:p>
    <w:p>
      <w:pPr>
        <w:spacing w:after="80"/>
      </w:pPr>
      <w:r>
        <w:rPr>
          <w:b w:val="0"/>
          <w:i w:val="0"/>
        </w:rPr>
        <w:t xml:space="preserve">“Thành thật mà nói,” anh nói, “tôi không chắc mình hiểu nổi thí nghiệm nhận thức trước của cô. Nếu não đăng ký hình ảnh </w:t>
      </w:r>
      <w:r>
        <w:rPr>
          <w:b w:val="0"/>
          <w:i/>
        </w:rPr>
        <w:t>trước khi</w:t>
      </w:r>
      <w:r>
        <w:rPr>
          <w:b w:val="0"/>
          <w:i w:val="0"/>
        </w:rPr>
        <w:t xml:space="preserve"> máy tính kịp chọn hình…thì cứ như thể </w:t>
      </w:r>
      <w:r>
        <w:rPr>
          <w:b w:val="0"/>
          <w:i/>
        </w:rPr>
        <w:t>não</w:t>
      </w:r>
      <w:r>
        <w:rPr>
          <w:b w:val="0"/>
          <w:i w:val="0"/>
        </w:rPr>
        <w:t xml:space="preserve"> của cô đang đưa ra lựa chọn…rồi sau đó </w:t>
      </w:r>
      <w:r>
        <w:rPr>
          <w:b w:val="0"/>
          <w:i/>
        </w:rPr>
        <w:t>bảo</w:t>
      </w:r>
      <w:r>
        <w:rPr>
          <w:b w:val="0"/>
          <w:i w:val="0"/>
        </w:rPr>
        <w:t xml:space="preserve"> máy tính chọn hình nào.”</w:t>
      </w:r>
    </w:p>
    <w:p>
      <w:pPr>
        <w:spacing w:after="80"/>
      </w:pPr>
      <w:r>
        <w:rPr>
          <w:b w:val="0"/>
          <w:i w:val="0"/>
        </w:rPr>
        <w:t>“Ý thức tạo ra thực tại. Đó là một khả năng, đúng vậy.”</w:t>
      </w:r>
    </w:p>
    <w:p>
      <w:pPr>
        <w:spacing w:after="80"/>
      </w:pPr>
      <w:r>
        <w:rPr>
          <w:b w:val="0"/>
          <w:i w:val="0"/>
        </w:rPr>
        <w:t xml:space="preserve">“Đó có phải là điều </w:t>
      </w:r>
      <w:r>
        <w:rPr>
          <w:b w:val="0"/>
          <w:i/>
        </w:rPr>
        <w:t>cô</w:t>
      </w:r>
      <w:r>
        <w:rPr>
          <w:b w:val="0"/>
          <w:i w:val="0"/>
        </w:rPr>
        <w:t xml:space="preserve"> tin không?”</w:t>
      </w:r>
    </w:p>
    <w:p>
      <w:pPr>
        <w:spacing w:after="80"/>
      </w:pPr>
      <w:r>
        <w:rPr>
          <w:b w:val="0"/>
          <w:i w:val="0"/>
        </w:rPr>
        <w:t xml:space="preserve">“Không hẳn. Trong mô hình của tôi, não của anh không </w:t>
      </w:r>
      <w:r>
        <w:rPr>
          <w:b w:val="0"/>
          <w:i/>
        </w:rPr>
        <w:t>đưa ra</w:t>
      </w:r>
      <w:r>
        <w:rPr>
          <w:b w:val="0"/>
          <w:i w:val="0"/>
        </w:rPr>
        <w:t xml:space="preserve"> lựa chọn…mà đúng hơn là </w:t>
      </w:r>
      <w:r>
        <w:rPr>
          <w:b w:val="0"/>
          <w:i/>
        </w:rPr>
        <w:t>tiếp nhận</w:t>
      </w:r>
      <w:r>
        <w:rPr>
          <w:b w:val="0"/>
          <w:i w:val="0"/>
        </w:rPr>
        <w:t xml:space="preserve"> lựa chọn.”</w:t>
      </w:r>
    </w:p>
    <w:p>
      <w:pPr>
        <w:spacing w:after="80"/>
      </w:pPr>
      <w:r>
        <w:rPr>
          <w:b w:val="0"/>
          <w:i w:val="0"/>
        </w:rPr>
        <w:t>Langdon liếc sang. “Tiếp nhận lựa chọn…từ đâu?”</w:t>
      </w:r>
    </w:p>
    <w:p>
      <w:pPr>
        <w:spacing w:after="80"/>
      </w:pPr>
      <w:r>
        <w:rPr>
          <w:b w:val="0"/>
          <w:i w:val="0"/>
        </w:rPr>
        <w:t xml:space="preserve">“Từ trường ý thức bao quanh anh. Dù anh </w:t>
      </w:r>
      <w:r>
        <w:rPr>
          <w:b w:val="0"/>
          <w:i/>
        </w:rPr>
        <w:t>cảm thấy</w:t>
      </w:r>
      <w:r>
        <w:rPr>
          <w:b w:val="0"/>
          <w:i w:val="0"/>
        </w:rPr>
        <w:t xml:space="preserve"> như thể chính anh đang chủ động đưa ra các lựa chọn, nhưng thực tế, những lựa chọn đó đã được đưa ra rồi và đang tuôn chảy vào não anh.”</w:t>
      </w:r>
    </w:p>
    <w:p>
      <w:pPr>
        <w:spacing w:after="80"/>
      </w:pPr>
      <w:r>
        <w:rPr>
          <w:b w:val="0"/>
          <w:i w:val="0"/>
        </w:rPr>
        <w:t xml:space="preserve">“Đó là chỗ tôi bị lạc…Nếu tôi chỉ </w:t>
      </w:r>
      <w:r>
        <w:rPr>
          <w:b w:val="0"/>
          <w:i/>
        </w:rPr>
        <w:t>tưởng tượng</w:t>
      </w:r>
      <w:r>
        <w:rPr>
          <w:b w:val="0"/>
          <w:i w:val="0"/>
        </w:rPr>
        <w:t xml:space="preserve"> rằng mình đang đưa ra lựa chọn, thì chẳng có ý chí tự do gì cả!”</w:t>
      </w:r>
    </w:p>
    <w:p>
      <w:pPr>
        <w:spacing w:after="80"/>
      </w:pPr>
      <w:r>
        <w:rPr>
          <w:b w:val="0"/>
          <w:i w:val="0"/>
        </w:rPr>
        <w:t>“Đúng vậy. Nhưng có lẽ ý chí tự do bị đánh giá quá cao.”</w:t>
      </w:r>
    </w:p>
    <w:p>
      <w:pPr>
        <w:spacing w:after="80"/>
      </w:pPr>
      <w:r>
        <w:rPr>
          <w:b w:val="0"/>
          <w:i w:val="0"/>
        </w:rPr>
        <w:t>“Sao cô có thể—”</w:t>
      </w:r>
    </w:p>
    <w:p>
      <w:pPr>
        <w:spacing w:after="80"/>
      </w:pPr>
      <w:r>
        <w:rPr>
          <w:b w:val="0"/>
          <w:i w:val="0"/>
        </w:rPr>
        <w:t xml:space="preserve">Katherine nghiêng người về phía ghế lái và hôn lên môi anh. Rồi cô ngồi lại và mỉm cười. “Tôi không biết </w:t>
      </w:r>
      <w:r>
        <w:rPr>
          <w:b w:val="0"/>
          <w:i/>
        </w:rPr>
        <w:t>quyết định</w:t>
      </w:r>
      <w:r>
        <w:rPr>
          <w:b w:val="0"/>
          <w:i w:val="0"/>
        </w:rPr>
        <w:t xml:space="preserve"> đó đến từ đâu…nhưng điều đó có thực sự quan trọng không? Chẳng phải </w:t>
      </w:r>
      <w:r>
        <w:rPr>
          <w:b w:val="0"/>
          <w:i/>
        </w:rPr>
        <w:t>ảo tưởng</w:t>
      </w:r>
      <w:r>
        <w:rPr>
          <w:b w:val="0"/>
          <w:i w:val="0"/>
        </w:rPr>
        <w:t xml:space="preserve"> về ý chí tự do là đủ rồi sao?”</w:t>
      </w:r>
    </w:p>
    <w:p>
      <w:pPr>
        <w:spacing w:after="80"/>
      </w:pPr>
      <w:r>
        <w:rPr>
          <w:b w:val="0"/>
          <w:i w:val="0"/>
        </w:rPr>
        <w:t>Langdon cân nhắc một lát rồi đặt tay lên đùi cô. "Anh nghĩ cần nghiên cứu thêm."</w:t>
      </w:r>
    </w:p>
    <w:p>
      <w:pPr>
        <w:spacing w:after="80"/>
      </w:pPr>
      <w:r>
        <w:rPr>
          <w:b w:val="0"/>
          <w:i w:val="0"/>
        </w:rPr>
        <w:t>Cô bật cười. "Thèm trải nghiệm xuất hồn hả, Giáo sư?"</w:t>
      </w:r>
    </w:p>
    <w:p>
      <w:pPr>
        <w:spacing w:after="80"/>
      </w:pPr>
      <w:r>
        <w:rPr>
          <w:b w:val="0"/>
          <w:i w:val="0"/>
        </w:rPr>
        <w:t xml:space="preserve">"Thật ra, anh nghĩ với hoạt động đặc biệt đó thì anh thích ở </w:t>
      </w:r>
      <w:r>
        <w:rPr>
          <w:b w:val="0"/>
          <w:i/>
        </w:rPr>
        <w:t>trong</w:t>
      </w:r>
      <w:r>
        <w:rPr>
          <w:b w:val="0"/>
          <w:i w:val="0"/>
        </w:rPr>
        <w:t xml:space="preserve"> cơ thể mình hơn."</w:t>
      </w:r>
    </w:p>
    <w:p>
      <w:pPr>
        <w:spacing w:after="80"/>
      </w:pPr>
      <w:r>
        <w:rPr>
          <w:b w:val="0"/>
          <w:i w:val="0"/>
        </w:rPr>
        <w:t xml:space="preserve">"Đừng chắc thế," cô nói. "Hóa ra, </w:t>
      </w:r>
      <w:r>
        <w:rPr>
          <w:b w:val="0"/>
          <w:i/>
        </w:rPr>
        <w:t>tình dục</w:t>
      </w:r>
      <w:r>
        <w:rPr>
          <w:b w:val="0"/>
          <w:i w:val="0"/>
        </w:rPr>
        <w:t xml:space="preserve"> lại liên quan rất mật thiết đến quan điểm noetic về trải nghiệm xuất hồn đấy."</w:t>
      </w:r>
    </w:p>
    <w:p>
      <w:pPr>
        <w:spacing w:after="80"/>
      </w:pPr>
      <w:r>
        <w:rPr>
          <w:b w:val="0"/>
          <w:i w:val="0"/>
        </w:rPr>
        <w:t>Langdon rên rỉ. "Cái gì với em cũng dính tới công việc hết à?"</w:t>
      </w:r>
    </w:p>
    <w:p>
      <w:pPr>
        <w:spacing w:after="80"/>
      </w:pPr>
      <w:r>
        <w:rPr>
          <w:b w:val="0"/>
          <w:i w:val="0"/>
        </w:rPr>
        <w:t>"Trường hợp này thì đúng thế. Như anh biết đấy, khi đạt cực khoái tình dục, tâm trí trải qua một khoảnh khắc lâng lâng quên hết mọi thứ, trong đó toàn bộ thế giới vật chất tan biến. Ở mọi nền văn hóa, cực khoái đều được xem là trải nghiệm khoái lạc mãnh liệt nhất mà con người có thể có, một sự tách rời khỏi bản thân như tờ giấy trắng, một thoáng buông bỏ mọi lo lắng, đau đớn và sợ hãi. Anh có biết người Pháp gọi nó là gì không?"</w:t>
      </w:r>
    </w:p>
    <w:p>
      <w:pPr>
        <w:spacing w:after="80"/>
      </w:pPr>
      <w:r>
        <w:rPr>
          <w:b w:val="0"/>
          <w:i/>
        </w:rPr>
        <w:t>"Oui,"</w:t>
      </w:r>
      <w:r>
        <w:rPr>
          <w:b w:val="0"/>
          <w:i w:val="0"/>
        </w:rPr>
        <w:t xml:space="preserve"> anh đáp. </w:t>
      </w:r>
      <w:r>
        <w:rPr>
          <w:b w:val="0"/>
          <w:i/>
        </w:rPr>
        <w:t>"La petite mort."</w:t>
      </w:r>
    </w:p>
    <w:p>
      <w:pPr>
        <w:spacing w:after="80"/>
      </w:pPr>
      <w:r>
        <w:rPr>
          <w:b w:val="0"/>
          <w:i w:val="0"/>
        </w:rPr>
        <w:t xml:space="preserve">"Đúng rồi—cái </w:t>
      </w:r>
      <w:r>
        <w:rPr>
          <w:b w:val="0"/>
          <w:i/>
        </w:rPr>
        <w:t>chết</w:t>
      </w:r>
      <w:r>
        <w:rPr>
          <w:b w:val="0"/>
          <w:i w:val="0"/>
        </w:rPr>
        <w:t xml:space="preserve"> nhỏ. Đó là bởi vì cảm giác tách rời bản thân khi đạt cực khoái chính xác là cảm giác mà những người từng trải qua cận kề cái chết mô tả."</w:t>
      </w:r>
    </w:p>
    <w:p>
      <w:pPr>
        <w:spacing w:after="80"/>
      </w:pPr>
      <w:r>
        <w:rPr>
          <w:b w:val="0"/>
          <w:i w:val="0"/>
        </w:rPr>
        <w:t>"Thật là một điều rùng rợn mà hấp dẫn."</w:t>
      </w:r>
    </w:p>
    <w:p>
      <w:pPr>
        <w:spacing w:after="80"/>
      </w:pPr>
      <w:r>
        <w:rPr>
          <w:b w:val="0"/>
          <w:i w:val="0"/>
        </w:rPr>
        <w:t xml:space="preserve">"Đó là khoa học não bộ, Robert. Tất nhiên, vấn đề của cực khoái tình dục là nó ngắn ngủi đến phát bực. Chỉ trong vài giây sau khi được giải phóng khỏi mọi thứ trong trạng thái ngây ngất, tâm trí anh lại ùa về cơ thể, kết nối lại với cõi vật chất và mọi nỗi đau, căng thẳng cùng cảm giác tội lỗi đi kèm." Cô mỉm cười. "Đó cũng là một lý do khiến ta muốn làm đi làm lại. Trải nghiệm cực khoái </w:t>
      </w:r>
      <w:r>
        <w:rPr>
          <w:b w:val="0"/>
          <w:i/>
        </w:rPr>
        <w:t>quá tải</w:t>
      </w:r>
      <w:r>
        <w:rPr>
          <w:b w:val="0"/>
          <w:i w:val="0"/>
        </w:rPr>
        <w:t xml:space="preserve"> hệ thần kinh…và giải phóng tâm trí. Rất giống một cơn động kinh."</w:t>
      </w:r>
    </w:p>
    <w:p>
      <w:pPr>
        <w:spacing w:after="80"/>
      </w:pPr>
      <w:r>
        <w:rPr>
          <w:b w:val="0"/>
          <w:i w:val="0"/>
        </w:rPr>
        <w:t xml:space="preserve">Langdon chưa bao giờ liên tưởng cực khoái với cái chết hay động kinh, và anh ngờ rằng mối liên hệ này sẽ mãi mãi trồi lên trong đầu anh vào những thời điểm không thích hợp nhất. </w:t>
      </w:r>
      <w:r>
        <w:rPr>
          <w:b w:val="0"/>
          <w:i/>
        </w:rPr>
        <w:t>Cảm ơn nhiều nhé.</w:t>
      </w:r>
    </w:p>
    <w:p>
      <w:pPr>
        <w:spacing w:after="80"/>
      </w:pPr>
      <w:r>
        <w:rPr>
          <w:b w:val="0"/>
          <w:i w:val="0"/>
        </w:rPr>
        <w:t>"Thật ra…" Katherine nghiêng đầu nói. "Em vừa có một ý nghĩ kỳ lạ."</w:t>
      </w:r>
    </w:p>
    <w:p>
      <w:pPr>
        <w:spacing w:after="80"/>
      </w:pPr>
      <w:r>
        <w:rPr>
          <w:b w:val="0"/>
          <w:i w:val="0"/>
        </w:rPr>
        <w:t>Em có vẻ có nhiều ý nghĩ kiểu đó lắm…</w:t>
      </w:r>
    </w:p>
    <w:p>
      <w:pPr>
        <w:spacing w:after="80"/>
      </w:pPr>
      <w:r>
        <w:rPr>
          <w:b w:val="0"/>
          <w:i w:val="0"/>
        </w:rPr>
        <w:t>"Trợ lý phòng thí nghiệm của Gessner," cô nói, liếc sang. "Anh nói cô gái trẻ này bị động kinh à? Và cô ta từng ở trong một viện điều dưỡng?"</w:t>
      </w:r>
    </w:p>
    <w:p>
      <w:pPr>
        <w:spacing w:after="80"/>
      </w:pPr>
      <w:r>
        <w:rPr>
          <w:b w:val="0"/>
          <w:i w:val="0"/>
        </w:rPr>
        <w:t>"Đúng vậy."</w:t>
      </w:r>
    </w:p>
    <w:p>
      <w:pPr>
        <w:spacing w:after="80"/>
      </w:pPr>
      <w:r>
        <w:rPr>
          <w:b w:val="0"/>
          <w:i w:val="0"/>
        </w:rPr>
        <w:t xml:space="preserve">Katherine nhíu mày. "Anh không thấy lạ khi CIA cho phép Gessner thuê một bệnh nhân tâm thần </w:t>
      </w:r>
      <w:r>
        <w:rPr>
          <w:b w:val="0"/>
          <w:i/>
        </w:rPr>
        <w:t>người Nga</w:t>
      </w:r>
      <w:r>
        <w:rPr>
          <w:b w:val="0"/>
          <w:i w:val="0"/>
        </w:rPr>
        <w:t xml:space="preserve"> không có tay nghề sao? Ý em là em biết Sasha chỉ làm việc ở Crucifix Bastion với vai trò lặt vặt, nhưng để một người Nga có vấn đề về não ở gần công việc của Gessner thế này có vẻ như là một rủi ro an ninh…mà theo em hiểu thì công việc đó bằng cách nào đó lại quan trọng với Threshold."</w:t>
      </w:r>
    </w:p>
    <w:p>
      <w:pPr>
        <w:spacing w:after="80"/>
      </w:pPr>
      <w:r>
        <w:rPr>
          <w:b w:val="0"/>
          <w:i w:val="0"/>
        </w:rPr>
        <w:t>“Tôi không thấy có rủi ro gì cả,” Langdon phản bác. “Sasha trông khá ổn định, và cô ấy chắc chắn không phải là người hâm mộ quê hương mình. Tôi nghĩ chắc Gessner thuê cô ấy vì lòng thương thôi.”</w:t>
      </w:r>
    </w:p>
    <w:p>
      <w:pPr>
        <w:spacing w:after="80"/>
      </w:pPr>
      <w:r>
        <w:rPr>
          <w:b w:val="0"/>
          <w:i w:val="0"/>
        </w:rPr>
        <w:t xml:space="preserve">Katherine bật cười thành tiếng. “Robert, anh thật đáng yêu. Ngây thơ nhưng đáng yêu. Brigita Gessner—không có ý bất kính với người đã khuất—là một kẻ vị kỷ tự phụ và một nữ doanh nhân tàn nhẫn. Nếu bà ta thuê một bệnh nhân tâm thần người Nga không được học hành vào vòng thân tín của mình, thì là vì Sasha có thứ gì đó mà Gessner </w:t>
      </w:r>
      <w:r>
        <w:rPr>
          <w:b w:val="0"/>
          <w:i/>
        </w:rPr>
        <w:t>cần.</w:t>
      </w:r>
      <w:r>
        <w:rPr>
          <w:b w:val="0"/>
          <w:i w:val="0"/>
        </w:rPr>
        <w:t>”</w:t>
      </w:r>
    </w:p>
    <w:p>
      <w:pPr>
        <w:spacing w:after="80"/>
      </w:pPr>
      <w:r>
        <w:rPr>
          <w:b w:val="0"/>
          <w:i w:val="0"/>
        </w:rPr>
        <w:t>“Vậy thì tôi chẳng biết đó là thứ gì cả.”</w:t>
      </w:r>
    </w:p>
    <w:p>
      <w:pPr>
        <w:spacing w:after="80"/>
      </w:pPr>
      <w:r>
        <w:rPr>
          <w:b w:val="0"/>
          <w:i w:val="0"/>
        </w:rPr>
        <w:t>“Có lẽ tôi biết đấy,” Katherine nói, giọng bỗng tràn đầy năng lượng. Mắt cô sáng lên. “Tự nhiên tôi vừa nghĩ ra, và đó là điều tôi đã viết trong bản thảo của mình.”</w:t>
      </w:r>
    </w:p>
    <w:p>
      <w:pPr>
        <w:spacing w:after="80"/>
      </w:pPr>
      <w:r>
        <w:rPr>
          <w:b w:val="0"/>
          <w:i w:val="0"/>
        </w:rPr>
        <w:t>“Là gì vậy?”</w:t>
      </w:r>
    </w:p>
    <w:p>
      <w:pPr>
        <w:spacing w:after="80"/>
      </w:pPr>
      <w:r>
        <w:rPr>
          <w:b w:val="0"/>
          <w:i w:val="0"/>
        </w:rPr>
        <w:t xml:space="preserve">“Tôi biết anh cực kỳ hoài nghi về khả năng nhìn xa (remote viewing),” cô nói, giờ quay hẳn về phía anh, “nhưng nếu Threshold có bất kỳ liên quan nào đến khả năng nhìn xa…thì chứng </w:t>
      </w:r>
      <w:r>
        <w:rPr>
          <w:b w:val="0"/>
          <w:i/>
        </w:rPr>
        <w:t>động kinh</w:t>
      </w:r>
      <w:r>
        <w:rPr>
          <w:b w:val="0"/>
          <w:i w:val="0"/>
        </w:rPr>
        <w:t xml:space="preserve"> của Sasha khiến cô ấy trở nên có giá trị.”</w:t>
      </w:r>
    </w:p>
    <w:p>
      <w:pPr>
        <w:spacing w:after="80"/>
      </w:pPr>
      <w:r>
        <w:rPr>
          <w:b w:val="0"/>
          <w:i w:val="0"/>
        </w:rPr>
        <w:t>“Sao lại thế?”</w:t>
      </w:r>
    </w:p>
    <w:p>
      <w:pPr>
        <w:spacing w:after="80"/>
      </w:pPr>
      <w:r>
        <w:rPr>
          <w:b w:val="0"/>
          <w:i w:val="0"/>
        </w:rPr>
        <w:t xml:space="preserve">“Anh thử nghĩ xem! Kỹ năng nền tảng mà một người nhìn xa sở hữu là khả năng tạo ra trải nghiệm xuất hồn (out-of-body experience). Vấn đề là những trải nghiệm xuất hồn tự nhiên cực kỳ hiếm, và rất ít người thực sự </w:t>
      </w:r>
      <w:r>
        <w:rPr>
          <w:b w:val="0"/>
          <w:i/>
        </w:rPr>
        <w:t>có được</w:t>
      </w:r>
      <w:r>
        <w:rPr>
          <w:b w:val="0"/>
          <w:i w:val="0"/>
        </w:rPr>
        <w:t xml:space="preserve"> chúng.”</w:t>
      </w:r>
    </w:p>
    <w:p>
      <w:pPr>
        <w:spacing w:after="80"/>
      </w:pPr>
      <w:r>
        <w:rPr>
          <w:b w:val="0"/>
          <w:i w:val="0"/>
        </w:rPr>
        <w:t>Langdon bỗng nhận ra Katherine đang dẫn câu chuyện đi đến đâu. Những cơn động kinh được mô tả như một sự “tháo trói” êm ái khỏi thể xác—thực chất là một khoảng thời gian ngắn của ý thức phi cục bộ (nonlocal consciousness).</w:t>
      </w:r>
    </w:p>
    <w:p>
      <w:pPr>
        <w:spacing w:after="80"/>
      </w:pPr>
      <w:r>
        <w:rPr>
          <w:b w:val="0"/>
          <w:i w:val="0"/>
        </w:rPr>
        <w:t xml:space="preserve">“Trải nghiệm xuất hồn,” Katherine tiếp tục, “là thứ mà những người </w:t>
      </w:r>
      <w:r>
        <w:rPr>
          <w:b w:val="0"/>
          <w:i/>
        </w:rPr>
        <w:t>động kinh</w:t>
      </w:r>
      <w:r>
        <w:rPr>
          <w:b w:val="0"/>
          <w:i w:val="0"/>
        </w:rPr>
        <w:t xml:space="preserve"> trải qua khá tự nhiên. Bộ não động kinh vốn đã được lập trình sẵn cho trải nghiệm xuất hồn…nghĩa là một người động kinh sẽ có khả năng cao hơn nhiều trở thành một người nhìn xa điêu luyện.”</w:t>
      </w:r>
    </w:p>
    <w:p>
      <w:pPr>
        <w:spacing w:after="80"/>
      </w:pPr>
      <w:r>
        <w:rPr>
          <w:b w:val="0"/>
          <w:i w:val="0"/>
        </w:rPr>
        <w:t>“Cô thực sự không thể tin rằng Sasha Vesna là một điệp viên ngoại cảm cho CIA được…”</w:t>
      </w:r>
    </w:p>
    <w:p>
      <w:pPr>
        <w:spacing w:after="80"/>
      </w:pPr>
      <w:r>
        <w:rPr>
          <w:b w:val="0"/>
          <w:i w:val="0"/>
        </w:rPr>
        <w:t>“Sao lại không?”</w:t>
      </w:r>
    </w:p>
    <w:p>
      <w:pPr>
        <w:spacing w:after="80"/>
      </w:pPr>
      <w:r>
        <w:rPr>
          <w:b w:val="0"/>
          <w:i w:val="0"/>
        </w:rPr>
        <w:t>“Bởi vì tôi đã có thời gian ở bên cô ấy. Cô ấy có một cái móc khóa Mèo Điên! Cô ấy là một tâm hồn lạc lõng, dịu dàng.”</w:t>
      </w:r>
    </w:p>
    <w:p>
      <w:pPr>
        <w:spacing w:after="80"/>
      </w:pPr>
      <w:r>
        <w:rPr>
          <w:b w:val="0"/>
          <w:i w:val="0"/>
        </w:rPr>
        <w:t>“Dịu dàng?!” Katherine thách thức. “Anh nói cô ta đập bình cứu hỏa vào đầu một gã đàn ông mà!”</w:t>
      </w:r>
    </w:p>
    <w:p>
      <w:pPr>
        <w:spacing w:after="80"/>
      </w:pPr>
      <w:r>
        <w:rPr>
          <w:b w:val="0"/>
          <w:i w:val="0"/>
        </w:rPr>
        <w:t>“Về mặt kỹ thuật thì đúng là vậy…nhưng đó là để bảo vệ—”</w:t>
      </w:r>
    </w:p>
    <w:p>
      <w:pPr>
        <w:spacing w:after="80"/>
      </w:pPr>
      <w:r>
        <w:rPr>
          <w:b w:val="0"/>
          <w:i w:val="0"/>
        </w:rPr>
        <w:t xml:space="preserve">“Robert, tôi thừa nhận có lẽ bản thân Sasha không phải là người nhìn xa </w:t>
      </w:r>
      <w:r>
        <w:rPr>
          <w:b w:val="0"/>
          <w:i/>
        </w:rPr>
        <w:t>đích thực,</w:t>
      </w:r>
      <w:r>
        <w:rPr>
          <w:b w:val="0"/>
          <w:i w:val="0"/>
        </w:rPr>
        <w:t xml:space="preserve"> nhưng Gessner có thể đã nghiên cứu bộ não của người động kinh để tìm hiểu điều gì khiến họ dễ có trải nghiệm xuất hồn đến vậy. Khai thác được thông tin thần kinh học chi tiết về bộ não động kinh có thể cực kỳ giá trị cho một chương trình đang cố gắng </w:t>
      </w:r>
      <w:r>
        <w:rPr>
          <w:b w:val="0"/>
          <w:i/>
        </w:rPr>
        <w:t>tách rời</w:t>
      </w:r>
      <w:r>
        <w:rPr>
          <w:b w:val="0"/>
          <w:i w:val="0"/>
        </w:rPr>
        <w:t xml:space="preserve"> tâm trí và thể xác.”</w:t>
      </w:r>
    </w:p>
    <w:p>
      <w:pPr>
        <w:spacing w:after="80"/>
      </w:pPr>
      <w:r>
        <w:rPr>
          <w:b w:val="0"/>
          <w:i/>
        </w:rPr>
        <w:t>Một ý tưởng thú vị,</w:t>
      </w:r>
      <w:r>
        <w:rPr>
          <w:b w:val="0"/>
          <w:i w:val="0"/>
        </w:rPr>
        <w:t xml:space="preserve"> Langdon nghĩ, đặc biệt là khi xét đến điều mà Sasha đã chia sẻ sáng nay. "Tôi quên kể rằng Gessner đã đưa </w:t>
      </w:r>
      <w:r>
        <w:rPr>
          <w:b w:val="0"/>
          <w:i/>
        </w:rPr>
        <w:t>một</w:t>
      </w:r>
      <w:r>
        <w:rPr>
          <w:b w:val="0"/>
          <w:i w:val="0"/>
        </w:rPr>
        <w:t xml:space="preserve"> bệnh nhân động kinh khác đến Prague từ chính viện đó—trước Sasha—một người Nga tên Dmitri. Anh ta được phẫu thuật giống Sasha và cũng được chữa khỏi."</w:t>
      </w:r>
    </w:p>
    <w:p>
      <w:pPr>
        <w:spacing w:after="80"/>
      </w:pPr>
      <w:r>
        <w:rPr>
          <w:b w:val="0"/>
          <w:i w:val="0"/>
        </w:rPr>
        <w:t>"Tôi cho rằng đó là điều đáng chú ý," Katherine nói. "Thật khó tin rằng Brigita Gessner lại đi nhặt những người động kinh từ các bệnh viện tâm thần và chữa khỏi cho họ bằng tiền của mình, hoàn toàn vì lòng tốt."</w:t>
      </w:r>
    </w:p>
    <w:p>
      <w:pPr>
        <w:spacing w:after="80"/>
      </w:pPr>
      <w:r>
        <w:rPr>
          <w:b w:val="0"/>
          <w:i w:val="0"/>
        </w:rPr>
        <w:t xml:space="preserve">Langdon phải đồng ý rằng điều đó có vẻ không hợp với tính cách của bà ta. Hơn nữa, giờ anh nhận ra rằng một đối tượng thử nghiệm được đưa từ </w:t>
      </w:r>
      <w:r>
        <w:rPr>
          <w:b w:val="0"/>
          <w:i/>
        </w:rPr>
        <w:t>Nga</w:t>
      </w:r>
      <w:r>
        <w:rPr>
          <w:b w:val="0"/>
          <w:i w:val="0"/>
        </w:rPr>
        <w:t xml:space="preserve">—có lẽ với sự giúp đỡ của CIA—sẽ hoàn toàn nằm ngoài tầm radar ở châu Âu. </w:t>
      </w:r>
      <w:r>
        <w:rPr>
          <w:b w:val="0"/>
          <w:i/>
        </w:rPr>
        <w:t>Một bóng ma ở Prague.</w:t>
      </w:r>
    </w:p>
    <w:p>
      <w:pPr>
        <w:spacing w:after="80"/>
      </w:pPr>
      <w:r>
        <w:rPr>
          <w:b w:val="0"/>
          <w:i w:val="0"/>
        </w:rPr>
        <w:t>"Giả sử một lát," Katherine nói, "rằng Gessner đã chiêu mộ những người động kinh này làm đối tượng nghiên cứu cho Threshold. Điều đó sẽ giải thích tại sao bà ta lại giữ Sasha bên mình."</w:t>
      </w:r>
    </w:p>
    <w:p>
      <w:pPr>
        <w:spacing w:after="80"/>
      </w:pPr>
      <w:r>
        <w:rPr>
          <w:b w:val="0"/>
          <w:i w:val="0"/>
        </w:rPr>
        <w:t>"Để theo dõi cô ấy."</w:t>
      </w:r>
    </w:p>
    <w:p>
      <w:pPr>
        <w:spacing w:after="80"/>
      </w:pPr>
      <w:r>
        <w:rPr>
          <w:b w:val="0"/>
          <w:i w:val="0"/>
        </w:rPr>
        <w:t>"Đúng. Cho cô ấy một công việc nhỏ, một căn hộ, ít tiền. Dễ thôi."</w:t>
      </w:r>
    </w:p>
    <w:p>
      <w:pPr>
        <w:spacing w:after="80"/>
      </w:pPr>
      <w:r>
        <w:rPr>
          <w:b w:val="0"/>
          <w:i w:val="0"/>
        </w:rPr>
        <w:t>"Tôi cho là vậy…"</w:t>
      </w:r>
    </w:p>
    <w:p>
      <w:pPr>
        <w:spacing w:after="80"/>
      </w:pPr>
      <w:r>
        <w:rPr>
          <w:b w:val="0"/>
          <w:i w:val="0"/>
        </w:rPr>
        <w:t>"Còn Dmitri?" Katherine hỏi khi họ đến gần Công viên Folimanka. "Giờ anh ta ở đâu—vẫn ở Prague à?"</w:t>
      </w:r>
    </w:p>
    <w:p>
      <w:pPr>
        <w:spacing w:after="80"/>
      </w:pPr>
      <w:r>
        <w:rPr>
          <w:b w:val="0"/>
          <w:i w:val="0"/>
        </w:rPr>
        <w:t>"Sasha nói anh ta đã về Nga sau khi Gessner chữa khỏi cho anh ta."</w:t>
      </w:r>
    </w:p>
    <w:p>
      <w:pPr>
        <w:spacing w:after="80"/>
      </w:pPr>
      <w:r>
        <w:rPr>
          <w:b w:val="0"/>
          <w:i w:val="0"/>
        </w:rPr>
        <w:t xml:space="preserve">"Tôi nghi lắm. Có thể đó là điều Gessner nói với Sasha, nhưng nếu CIA đã lôi một đối tượng thử nghiệm từ một viện, đầu tư vào anh ta, biến anh ta thành đối tượng nghiên cứu trong một chương trình tối mật…liệu họ có thực sự để anh ta về nhà? Về </w:t>
      </w:r>
      <w:r>
        <w:rPr>
          <w:b w:val="0"/>
          <w:i/>
        </w:rPr>
        <w:t>Nga</w:t>
      </w:r>
      <w:r>
        <w:rPr>
          <w:b w:val="0"/>
          <w:i w:val="0"/>
        </w:rPr>
        <w:t>?"</w:t>
      </w:r>
    </w:p>
    <w:p>
      <w:pPr>
        <w:spacing w:after="80"/>
      </w:pPr>
      <w:r>
        <w:rPr>
          <w:b w:val="0"/>
          <w:i/>
        </w:rPr>
        <w:t>Đúng là một điểm hay,</w:t>
      </w:r>
      <w:r>
        <w:rPr>
          <w:b w:val="0"/>
          <w:i w:val="0"/>
        </w:rPr>
        <w:t xml:space="preserve"> Langdon nghĩ, tăng tốc dọc đoạn đường trước mặt. Anh hơi vươn cổ để nhìn xa hơn xuống con phố.</w:t>
      </w:r>
    </w:p>
    <w:p>
      <w:pPr>
        <w:spacing w:after="80"/>
      </w:pPr>
      <w:r>
        <w:rPr>
          <w:b w:val="0"/>
          <w:i w:val="0"/>
        </w:rPr>
        <w:t>May mắn thì chúng ta sẽ sớm có câu trả lời.</w:t>
      </w:r>
    </w:p>
    <w:p>
      <w:pPr>
        <w:spacing w:after="80"/>
      </w:pPr>
      <w:r>
        <w:rPr>
          <w:b w:val="0"/>
          <w:i w:val="0"/>
        </w:rPr>
        <w:t>Lối vào Threshold ở ngay phía trước.</w:t>
      </w:r>
    </w:p>
    <w:p>
      <w:pPr>
        <w:pStyle w:val="Heading1"/>
      </w:pPr>
      <w:r>
        <w:rPr>
          <w:rFonts w:ascii="Calibri" w:hAnsi="Calibri"/>
          <w:b/>
          <w:i w:val="0"/>
          <w:sz w:val="40"/>
        </w:rPr>
        <w:t>Chương 88</w:t>
      </w:r>
    </w:p>
    <w:p>
      <w:pPr>
        <w:spacing w:after="80"/>
      </w:pPr>
      <w:r>
        <w:rPr>
          <w:b w:val="0"/>
          <w:i w:val="0"/>
        </w:rPr>
        <w:t>Bên ngoài đại sứ quán Hoa Kỳ, Trung sĩ Kerble đứng trên vỉa hè, lạnh cóng trong bộ lễ phục màu xanh lam khi anh quét mắt dọc con phố tìm một chiếc xe đang đến gần. Khi cuối cùng phát hiện ra vị đại sứ, anh giật mình thấy bà chỉ cách đó mười thước.</w:t>
      </w:r>
    </w:p>
    <w:p>
      <w:pPr>
        <w:spacing w:after="80"/>
      </w:pPr>
      <w:r>
        <w:rPr>
          <w:b w:val="0"/>
          <w:i w:val="0"/>
        </w:rPr>
        <w:t>Bà ấy đi bộ?! Một mình?!</w:t>
      </w:r>
    </w:p>
    <w:p>
      <w:pPr>
        <w:spacing w:after="80"/>
      </w:pPr>
      <w:r>
        <w:rPr>
          <w:b w:val="0"/>
          <w:i w:val="0"/>
        </w:rPr>
        <w:t>“Tôi biết rồi, Scott, tôi xin lỗi,” cô nói, vừa đến nơi vừa vội vã lướt qua anh. “Tôi chỉ cần chút không khí trong lành.”</w:t>
      </w:r>
    </w:p>
    <w:p>
      <w:pPr>
        <w:spacing w:after="80"/>
      </w:pPr>
      <w:r>
        <w:rPr>
          <w:b w:val="0"/>
          <w:i w:val="0"/>
        </w:rPr>
        <w:t>“Xe của cô đâu rồi?!”</w:t>
      </w:r>
    </w:p>
    <w:p>
      <w:pPr>
        <w:spacing w:after="80"/>
      </w:pPr>
      <w:r>
        <w:rPr>
          <w:b w:val="0"/>
          <w:i w:val="0"/>
        </w:rPr>
        <w:t>“Mọi thứ đều ổn. Thật đấy. Đi theo tôi.”</w:t>
      </w:r>
    </w:p>
    <w:p>
      <w:pPr>
        <w:spacing w:after="80"/>
      </w:pPr>
      <w:r>
        <w:rPr>
          <w:b w:val="0"/>
          <w:i w:val="0"/>
        </w:rPr>
        <w:t>Kerble đã là trưởng nhóm bảo vệ của Đại sứ Nagel được hai năm nay, và anh chưa từng thấy cô bất cẩn hay khó chịu—hay thất thường. Cái chết của Michael Harris rõ ràng đã khiến cô bị sốc sâu sắc.</w:t>
      </w:r>
    </w:p>
    <w:p>
      <w:pPr>
        <w:spacing w:after="80"/>
      </w:pPr>
      <w:r>
        <w:rPr>
          <w:b w:val="0"/>
          <w:i w:val="0"/>
        </w:rPr>
        <w:t>Sau khi leo cầu thang lên văn phòng đại sứ, Kerble chờ trong khi Nagel vứt áo khoác, chộp lấy một chai nước, và rồi, trước sự ngạc nhiên của anh, cô bắt đầu gõ trên máy tính, cẩn thận tham khảo một tờ giấy cô rút ra từ túi áo khoác. Cuối cùng, máy tính phát ra tiếng "vút" của một email gửi đi.</w:t>
      </w:r>
    </w:p>
    <w:p>
      <w:pPr>
        <w:spacing w:after="80"/>
      </w:pPr>
      <w:r>
        <w:rPr>
          <w:b w:val="0"/>
          <w:i w:val="0"/>
        </w:rPr>
        <w:t>Tùy viên của cô đã chết, mà cô lại đang gửi email?</w:t>
      </w:r>
    </w:p>
    <w:p>
      <w:pPr>
        <w:spacing w:after="80"/>
      </w:pPr>
      <w:r>
        <w:rPr>
          <w:b w:val="0"/>
          <w:i w:val="0"/>
        </w:rPr>
        <w:t>“Được rồi, Scott,” cô nói, dồn toàn bộ sự chú ý về phía anh. “Tôi tin là phong bì này sạch chứ?”</w:t>
      </w:r>
    </w:p>
    <w:p>
      <w:pPr>
        <w:spacing w:after="80"/>
      </w:pPr>
      <w:r>
        <w:rPr>
          <w:b w:val="0"/>
          <w:i w:val="0"/>
        </w:rPr>
        <w:t>“Quét toàn bộ,” anh trấn an cô, vì anh đã cho nó chạy qua quy trình an toàn của đại sứ quán dành cho thư từ đến. “Không có chất lạ nào.” Anh rút phong bì từ túi ngực và đặt trước mặt cô.</w:t>
      </w:r>
    </w:p>
    <w:p>
      <w:pPr>
        <w:spacing w:after="80"/>
      </w:pPr>
      <w:r>
        <w:rPr>
          <w:b w:val="0"/>
          <w:i w:val="0"/>
        </w:rPr>
        <w:t>Nagel nhặt nó lên. “Một giỏ mèo con?”</w:t>
      </w:r>
    </w:p>
    <w:p>
      <w:pPr>
        <w:spacing w:after="80"/>
      </w:pPr>
      <w:r>
        <w:rPr>
          <w:b w:val="0"/>
          <w:i w:val="0"/>
        </w:rPr>
        <w:t>“Thưa bà?”</w:t>
      </w:r>
    </w:p>
    <w:p>
      <w:pPr>
        <w:spacing w:after="80"/>
      </w:pPr>
      <w:r>
        <w:rPr>
          <w:b w:val="0"/>
          <w:i w:val="0"/>
        </w:rPr>
        <w:t xml:space="preserve">“Kẻ giết người viết thư cho tôi trên giấy văn phòng </w:t>
      </w:r>
      <w:r>
        <w:rPr>
          <w:b w:val="0"/>
          <w:i/>
        </w:rPr>
        <w:t>mèo con</w:t>
      </w:r>
      <w:r>
        <w:rPr>
          <w:b w:val="0"/>
          <w:i w:val="0"/>
        </w:rPr>
        <w:t xml:space="preserve"> ư?!” Cô chỉ vào logo một giỏ mèo con trên phong bì.</w:t>
      </w:r>
    </w:p>
    <w:p>
      <w:pPr>
        <w:spacing w:after="80"/>
      </w:pPr>
      <w:r>
        <w:rPr>
          <w:b w:val="0"/>
          <w:i w:val="0"/>
        </w:rPr>
        <w:t>“Vâng, thưa bà. Hắn lấy giấy văn phòng từ căn hộ của cô Vesna. Có vẻ cô ấy thích mèo.”</w:t>
      </w:r>
    </w:p>
    <w:p>
      <w:pPr>
        <w:spacing w:after="80"/>
      </w:pPr>
      <w:r>
        <w:rPr>
          <w:b w:val="0"/>
          <w:i w:val="0"/>
        </w:rPr>
        <w:t>Nagel chộp lấy dao rọc thư và cẩn thận luồn lưỡi dao dưới mép phong bì. Rồi cô rút ra một tờ giấy văn phòng cùng loại, đã được gấp một lần.</w:t>
      </w:r>
    </w:p>
    <w:p>
      <w:pPr>
        <w:spacing w:after="80"/>
      </w:pPr>
      <w:r>
        <w:rPr>
          <w:b w:val="0"/>
          <w:i w:val="0"/>
        </w:rPr>
        <w:t>Trung sĩ Kerble không thể thấy bức thư viết gì, cũng không đọc được phản ứng của đại sứ, nhưng thông điệp rõ ràng là ngắn gọn.</w:t>
      </w:r>
    </w:p>
    <w:p>
      <w:pPr>
        <w:spacing w:after="80"/>
      </w:pPr>
      <w:r>
        <w:rPr>
          <w:b w:val="0"/>
          <w:i w:val="0"/>
        </w:rPr>
        <w:t>Chỉ vài giây sau khi nhìn thấy lá thư, cô đặt nó úp mặt xuống bàn và bước tới cửa sổ. Sau mười giây im lặng trọn vẹn, cô quay lại và đối diện với Kerble.</w:t>
      </w:r>
    </w:p>
    <w:p>
      <w:pPr>
        <w:spacing w:after="80"/>
      </w:pPr>
      <w:r>
        <w:rPr>
          <w:b w:val="0"/>
          <w:i w:val="0"/>
        </w:rPr>
        <w:t>“Cảm ơn anh. Tôi sẽ cần được riêng tư một chút.”</w:t>
      </w:r>
    </w:p>
    <w:p>
      <w:pPr>
        <w:pStyle w:val="Heading1"/>
      </w:pPr>
      <w:r>
        <w:rPr>
          <w:rFonts w:ascii="Calibri" w:hAnsi="Calibri"/>
          <w:b/>
          <w:i w:val="0"/>
          <w:sz w:val="40"/>
        </w:rPr>
        <w:t>Chương 89</w:t>
      </w:r>
    </w:p>
    <w:p>
      <w:pPr>
        <w:spacing w:after="80"/>
      </w:pPr>
      <w:r>
        <w:rPr>
          <w:b w:val="0"/>
          <w:i w:val="0"/>
        </w:rPr>
        <w:t>Lối vào "dự án cải tạo" của Hầm trú ẩn Folimanka nằm đúng chỗ mà Đại sứ Nagel đã nói—được bố trí kín đáo trong một khu công nghiệp của thành phố, giáp với đường ray tàu chở khách đi làm, một con phố đông đúc và góc phía tây nam của Công viên Folimanka.</w:t>
      </w:r>
    </w:p>
    <w:p>
      <w:pPr>
        <w:spacing w:after="80"/>
      </w:pPr>
      <w:r>
        <w:rPr>
          <w:b w:val="0"/>
          <w:i w:val="0"/>
        </w:rPr>
        <w:t>Được bao quanh bởi một hàng rào kim loại, mảnh đất hình tam giác nhỏ nơi có lối vào được gọi là Quảng trường Ostrčilovo. "Quảng trường" hình tam giác này đã phục vụ nhiều mục đích khác nhau qua các năm—một sân chơi thất bại, một công viên trượt ván tạm bợ, và gần đây nhất là một trạm thu gom tái chế. Tuy nhiên, trong vài năm qua, nó đã trở thành bãi tập kết của Cục Công binh Lục quân (Army Corps of Engineers) cho việc "tân trang" hầm trú ẩn bom thời thập niên 1950 đang xuống cấp của Folimanka.</w:t>
      </w:r>
    </w:p>
    <w:p>
      <w:pPr>
        <w:spacing w:after="80"/>
      </w:pPr>
      <w:r>
        <w:rPr>
          <w:b w:val="0"/>
          <w:i w:val="0"/>
        </w:rPr>
        <w:t>Katherine cảm thấy lo lắng dâng lên khi Langdon lái xe dọc theo bức tường chắn cao—một bức tường đặc cao tám feet, trên đó có biển cảnh báo:</w:t>
      </w:r>
    </w:p>
    <w:p>
      <w:pPr>
        <w:spacing w:after="80"/>
      </w:pPr>
      <w:r>
        <w:rPr>
          <w:b w:val="0"/>
          <w:i w:val="0"/>
        </w:rPr>
        <w:t>VSTUP ZAKÁZÁN / ZUTRITT VERBOTEN / ENTRY FORBIDDEN</w:t>
      </w:r>
    </w:p>
    <w:p>
      <w:pPr>
        <w:spacing w:after="80"/>
      </w:pPr>
      <w:r>
        <w:rPr>
          <w:b w:val="0"/>
          <w:i w:val="0"/>
        </w:rPr>
        <w:t>Ở cuối bức tường, Langdon rẽ trái và lái xe chậm rãi dọc theo cạnh thứ hai của tam giác, nơi người ta đã dựng một tấm bảng thông tin lớn với các sơ đồ và văn bản phác thảo những gì đang diễn ra bên trong các bức tường:</w:t>
      </w:r>
    </w:p>
    <w:p>
      <w:pPr>
        <w:spacing w:after="80"/>
      </w:pPr>
      <w:r>
        <w:rPr>
          <w:b w:val="0"/>
          <w:i w:val="0"/>
        </w:rPr>
        <w:t>Projekt Obnovy Parku Folimanka / Dự án Phục hồi Công viên Folimanka</w:t>
      </w:r>
    </w:p>
    <w:p>
      <w:pPr>
        <w:spacing w:after="80"/>
      </w:pPr>
      <w:r>
        <w:rPr>
          <w:b w:val="0"/>
          <w:i w:val="0"/>
        </w:rPr>
        <w:t>Một cổng ra vào kiên cố dọc theo bức tường đang đóng, chỉ có một phần nhỏ của cánh cổng cho phép nhìn thấy những gì phía sau. Hai người lính mặc đồ tác chiến đen đang tuần tra trên một con đường ra vào mới được lát, con đường dốc xuống một đường hầm hình vòm rộng biến mất bên dưới Công viên Folimanka. Miệng đường hầm bị chặn bởi các cột thép có thể thu vào.</w:t>
      </w:r>
    </w:p>
    <w:p>
      <w:pPr>
        <w:spacing w:after="80"/>
      </w:pPr>
      <w:r>
        <w:rPr>
          <w:b w:val="0"/>
          <w:i w:val="0"/>
        </w:rPr>
        <w:t xml:space="preserve">"An ninh thế này là khá vững chắc cho một dự án </w:t>
      </w:r>
      <w:r>
        <w:rPr>
          <w:b w:val="0"/>
          <w:i/>
        </w:rPr>
        <w:t>phục hồi</w:t>
      </w:r>
      <w:r>
        <w:rPr>
          <w:b w:val="0"/>
          <w:i w:val="0"/>
        </w:rPr>
        <w:t xml:space="preserve"> đấy," Langdon nói, vươn cổ khi họ lái xe ngang qua.</w:t>
      </w:r>
    </w:p>
    <w:p>
      <w:pPr>
        <w:spacing w:after="80"/>
      </w:pPr>
      <w:r>
        <w:rPr>
          <w:b w:val="0"/>
          <w:i w:val="0"/>
        </w:rPr>
        <w:t>Một dự án bí mật của chính phủ…ẩn mình ngay trước mắt.</w:t>
      </w:r>
    </w:p>
    <w:p>
      <w:pPr>
        <w:spacing w:after="80"/>
      </w:pPr>
      <w:r>
        <w:rPr>
          <w:b w:val="0"/>
          <w:i w:val="0"/>
        </w:rPr>
        <w:t>Katherine liếc nhìn lần cuối về phía đường hầm ra vào khi họ đi qua. Ngoài những người lính canh không mấy nổi bật bên ngoài lối vào, cô không thấy xe tải, không thấy nhân viên, không thấy gì cả. Có vẻ như đại sứ đã đúng khi nói rằng Threshold hiện đang không hoạt động.</w:t>
      </w:r>
    </w:p>
    <w:p>
      <w:pPr>
        <w:spacing w:after="80"/>
      </w:pPr>
      <w:r>
        <w:rPr>
          <w:b w:val="0"/>
          <w:i w:val="0"/>
        </w:rPr>
        <w:t>Langdon rẽ trái và lái xe dọc theo cạnh thứ ba và cũng là cạnh cuối cùng của khu vực bao quanh, chạy song song với rìa phía tây của Công viên Folimanka.</w:t>
      </w:r>
    </w:p>
    <w:p>
      <w:pPr>
        <w:spacing w:after="80"/>
      </w:pPr>
      <w:r>
        <w:rPr>
          <w:b w:val="0"/>
          <w:i/>
        </w:rPr>
        <w:t>Đến đây rồi,</w:t>
      </w:r>
      <w:r>
        <w:rPr>
          <w:b w:val="0"/>
          <w:i w:val="0"/>
        </w:rPr>
        <w:t xml:space="preserve"> Katherine nghĩ, vẫn còn kinh ngạc về kế hoạch xâm nhập đáng chú ý mà Langdon đã vạch ra trước đó. Kế hoạch của anh bắt nguồn từ một ý tưởng đơn giản nhưng gây sửng sốt.</w:t>
      </w:r>
    </w:p>
    <w:p>
      <w:pPr>
        <w:spacing w:after="80"/>
      </w:pPr>
      <w:r>
        <w:rPr>
          <w:b w:val="0"/>
          <w:i w:val="0"/>
        </w:rPr>
        <w:t>Threshold có một lối vào bí mật.</w:t>
      </w:r>
    </w:p>
    <w:p>
      <w:pPr>
        <w:spacing w:after="80"/>
      </w:pPr>
      <w:r>
        <w:rPr>
          <w:b w:val="0"/>
          <w:i w:val="0"/>
        </w:rPr>
        <w:t>Bằng một chuỗi lập luận không thể bác bỏ, Langdon đã thuyết phục được đại sứ rằng "lối vào công trường" ở mũi phía tây của Công viên Folimanka, nơi sẽ trở thành lối vào chính khi dự án hoàn thành, không phải là con đường duy nhất để vào.</w:t>
      </w:r>
    </w:p>
    <w:p>
      <w:pPr>
        <w:spacing w:after="80"/>
      </w:pPr>
      <w:r>
        <w:rPr>
          <w:b w:val="0"/>
          <w:i w:val="0"/>
        </w:rPr>
        <w:t>Threshold có một điểm truy cập thứ hai…được ngụy trang một cách tài tình.</w:t>
      </w:r>
    </w:p>
    <w:p>
      <w:pPr>
        <w:spacing w:after="80"/>
      </w:pPr>
      <w:r>
        <w:rPr>
          <w:b w:val="0"/>
          <w:i w:val="0"/>
        </w:rPr>
        <w:t>Quan trọng hơn, Langdon đã xác định được chính xác nơi nó tọa lạc…cũng như cách để vào trong.</w:t>
      </w:r>
    </w:p>
    <w:p>
      <w:pPr>
        <w:jc w:val="center"/>
      </w:pPr>
      <w:r>
        <w:drawing>
          <wp:inline xmlns:a="http://schemas.openxmlformats.org/drawingml/2006/main" xmlns:pic="http://schemas.openxmlformats.org/drawingml/2006/picture">
            <wp:extent cx="5486400" cy="362122"/>
            <wp:docPr id="79" name="Picture 79"/>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Golěm đứng một mình trong một căn phòng không giống bất kỳ nơi nào anh từng thấy hay từng tưởng tượng. Sau khi làm theo những chỉ dẫn chi tiết mà anh đã buộc Gessner phải cung cấp đêm qua, hành trình của anh cuối cùng đã đưa anh đến nơi siêu thực này.</w:t>
      </w:r>
    </w:p>
    <w:p>
      <w:pPr>
        <w:spacing w:after="80"/>
      </w:pPr>
      <w:r>
        <w:rPr>
          <w:b w:val="0"/>
          <w:i w:val="0"/>
        </w:rPr>
        <w:t>Ngưỡng cửa.</w:t>
      </w:r>
    </w:p>
    <w:p>
      <w:pPr>
        <w:spacing w:after="80"/>
      </w:pPr>
      <w:r>
        <w:rPr>
          <w:b w:val="0"/>
          <w:i w:val="0"/>
        </w:rPr>
        <w:t>Gessner đã thú nhận mọi chi tiết…vậy mà giờ đây tận mắt nhìn thấy nó, anh vẫn thấy mất phương hướng, gần như buồn nôn.</w:t>
      </w:r>
    </w:p>
    <w:p>
      <w:pPr>
        <w:spacing w:after="80"/>
      </w:pPr>
      <w:r>
        <w:rPr>
          <w:b w:val="0"/>
          <w:i w:val="0"/>
        </w:rPr>
        <w:t>Họ đã xây căn phòng này bằng máu của Sasha.</w:t>
      </w:r>
    </w:p>
    <w:p>
      <w:pPr>
        <w:spacing w:after="80"/>
      </w:pPr>
      <w:r>
        <w:rPr>
          <w:b w:val="0"/>
          <w:i w:val="0"/>
        </w:rPr>
        <w:t>Sasha không phải là nạn nhân đầu tiên của dự án…cô cũng sẽ không phải là người cuối cùng.</w:t>
      </w:r>
    </w:p>
    <w:p>
      <w:pPr>
        <w:spacing w:after="80"/>
      </w:pPr>
      <w:r>
        <w:rPr>
          <w:b w:val="0"/>
          <w:i w:val="0"/>
        </w:rPr>
        <w:t>Và vì lý do đó, Threshold sẽ kết thúc ngay hôm nay.</w:t>
      </w:r>
    </w:p>
    <w:p>
      <w:pPr>
        <w:spacing w:after="80"/>
      </w:pPr>
      <w:r>
        <w:rPr>
          <w:b w:val="0"/>
          <w:i w:val="0"/>
        </w:rPr>
        <w:t>Con đường dài của Golěm đến khoảnh khắc báo thù này đã phải trả một giá quá đắt, và anh có thể cảm thấy cảm xúc sâu thẳm đang dâng lên trong lòng. Anh cũng có thể cảm thấy một cơn ngứa ran mơ hồ nhưng không thể nhầm lẫn trong cơ thể mình—một lời cảnh báo trước.</w:t>
      </w:r>
    </w:p>
    <w:p>
      <w:pPr>
        <w:spacing w:after="80"/>
      </w:pPr>
      <w:r>
        <w:rPr>
          <w:b w:val="0"/>
          <w:i w:val="0"/>
        </w:rPr>
        <w:t>Một làn sương mù mờ ảo bắt đầu buông xuống căn phòng.</w:t>
      </w:r>
    </w:p>
    <w:p>
      <w:pPr>
        <w:spacing w:after="80"/>
      </w:pPr>
      <w:r>
        <w:rPr>
          <w:b w:val="0"/>
          <w:i w:val="0"/>
        </w:rPr>
        <w:t>Ether đang tụ lại.</w:t>
      </w:r>
    </w:p>
    <w:p>
      <w:pPr>
        <w:spacing w:after="80"/>
      </w:pPr>
      <w:r>
        <w:rPr>
          <w:b w:val="0"/>
          <w:i/>
        </w:rPr>
        <w:t>“Ne seychas,”</w:t>
      </w:r>
      <w:r>
        <w:rPr>
          <w:b w:val="0"/>
          <w:i w:val="0"/>
        </w:rPr>
        <w:t xml:space="preserve"> anh thì thầm. </w:t>
      </w:r>
      <w:r>
        <w:rPr>
          <w:b w:val="0"/>
          <w:i/>
        </w:rPr>
        <w:t>Không phải bây giờ.</w:t>
      </w:r>
    </w:p>
    <w:p>
      <w:pPr>
        <w:spacing w:after="80"/>
      </w:pPr>
      <w:r>
        <w:rPr>
          <w:b w:val="0"/>
          <w:i w:val="0"/>
        </w:rPr>
        <w:t>Theo bản năng, Golěm luồn tay vào túi áo choàng để lấy cây gậy kim loại của mình.</w:t>
      </w:r>
    </w:p>
    <w:p>
      <w:pPr>
        <w:pStyle w:val="Heading1"/>
      </w:pPr>
      <w:r>
        <w:rPr>
          <w:rFonts w:ascii="Calibri" w:hAnsi="Calibri"/>
          <w:b/>
          <w:i w:val="0"/>
          <w:sz w:val="40"/>
        </w:rPr>
        <w:t>Chương 90</w:t>
      </w:r>
    </w:p>
    <w:p>
      <w:pPr>
        <w:spacing w:after="80"/>
      </w:pPr>
      <w:r>
        <w:rPr>
          <w:b w:val="0"/>
          <w:i w:val="0"/>
        </w:rPr>
        <w:t>Jonas Faukman cau mày nhìn kết quả tìm kiếm mới nhất của ChatGPT.</w:t>
      </w:r>
    </w:p>
    <w:p>
      <w:pPr>
        <w:spacing w:after="80"/>
      </w:pPr>
      <w:r>
        <w:rPr>
          <w:b w:val="0"/>
          <w:i w:val="0"/>
        </w:rPr>
        <w:t>Dù đã dùng nhiều câu lệnh và cách tiếp cận khác nhau, những nỗ lực của ông nhằm tìm ra bất kỳ mối liên hệ nào giữa công việc của Katherine và các khoản đầu tư của In-Q-Tel chỉ mang lại những thứ xa vời, cảm giác giống một ván trò chơi Mad Libs rời rạc hơn là bất cứ điều gì thông minh—dù là trí tuệ nhân tạo hay không.</w:t>
      </w:r>
    </w:p>
    <w:p>
      <w:pPr>
        <w:spacing w:after="80"/>
      </w:pPr>
      <w:r>
        <w:rPr>
          <w:b w:val="0"/>
          <w:i w:val="0"/>
        </w:rPr>
        <w:t>Bực bội, ông rời khỏi máy tính và bước đến cửa sổ, nhìn về phía bắc dọc theo Broadway hướng tới Central Park. Trong ánh bình minh, trên đường chân trời phía sau những “tòa tháp bút chì” ở Billionaires’ Row, những đám mây bão đang tụ lại.</w:t>
      </w:r>
    </w:p>
    <w:p>
      <w:pPr>
        <w:spacing w:after="80"/>
      </w:pPr>
      <w:r>
        <w:rPr>
          <w:b w:val="0"/>
          <w:i w:val="0"/>
        </w:rPr>
        <w:t>Anh đứng đó một lúc, chìm đắm trong suy nghĩ, rồi cuối cùng quay lại máy tính để tiếp tục tìm kiếm. Khi vừa ngồi xuống, anh nhận ra mình có một email mới.</w:t>
      </w:r>
    </w:p>
    <w:p>
      <w:pPr>
        <w:spacing w:after="80"/>
      </w:pPr>
      <w:r>
        <w:rPr>
          <w:b w:val="0"/>
          <w:i w:val="0"/>
        </w:rPr>
        <w:t>Dòng tiêu đề khiến anh giật mình và phấn khích.</w:t>
      </w:r>
    </w:p>
    <w:p>
      <w:pPr>
        <w:spacing w:after="80"/>
      </w:pPr>
      <w:r>
        <w:rPr>
          <w:b w:val="0"/>
          <w:i w:val="0"/>
        </w:rPr>
        <w:t>Một tin nhắn từ Robert Langdon</w:t>
      </w:r>
    </w:p>
    <w:p>
      <w:pPr>
        <w:spacing w:after="80"/>
      </w:pPr>
      <w:r>
        <w:rPr>
          <w:b w:val="0"/>
          <w:i w:val="0"/>
        </w:rPr>
        <w:t>Faukman đã chờ cuộc gọi hơn một tiếng đồng hồ và ngày càng lo lắng rằng có chuyện gì đó không ổn tại dinh thự của đại sứ. Tuy nhiên, cảm giác nhẹ nhõm khi thấy email chỉ kéo dài trong chốc lát. Bất chấp dòng tiêu đề, Faukman giờ nhận ra địa chỉ người gửi là của Đại sứ Hoa Kỳ Heide Nagel…cựu cố vấn pháp lý của CIA.</w:t>
      </w:r>
    </w:p>
    <w:p>
      <w:pPr>
        <w:spacing w:after="80"/>
      </w:pPr>
      <w:r>
        <w:rPr>
          <w:b w:val="0"/>
          <w:i w:val="0"/>
        </w:rPr>
        <w:t>Bà ấy đang gửi tin nhắn thay cho anh ấy sao?</w:t>
      </w:r>
    </w:p>
    <w:p>
      <w:pPr>
        <w:spacing w:after="80"/>
      </w:pPr>
      <w:r>
        <w:rPr>
          <w:b w:val="0"/>
          <w:i w:val="0"/>
        </w:rPr>
        <w:t>Faukman không thể nghĩ ra ai ở Prague mà lúc này anh ít tin tưởng hơn. Nếu Robert thực sự an toàn, thì đại sứ chỉ cần để anh ấy gọi điện là được.</w:t>
      </w:r>
    </w:p>
    <w:p>
      <w:pPr>
        <w:spacing w:after="80"/>
      </w:pPr>
      <w:r>
        <w:rPr>
          <w:b w:val="0"/>
          <w:i w:val="0"/>
        </w:rPr>
        <w:t>Cho đến khi tôi nghe được giọng Robert, tôi sẽ không tin một lời nào trong email này.</w:t>
      </w:r>
    </w:p>
    <w:p>
      <w:pPr>
        <w:spacing w:after="80"/>
      </w:pPr>
      <w:r>
        <w:rPr>
          <w:b w:val="0"/>
          <w:i w:val="0"/>
        </w:rPr>
        <w:t>Anh phân vân không biết có nên mở tin nhắn không, hình dung ra nào là virus hay lại một vụ hack khác, nhưng đến nước này anh nghĩ mình chẳng còn gì để mất nữa. Dè dặt, anh bấm mở tin nhắn, bối rối khi thấy một chuỗi ký tự trông như vô nghĩa.</w:t>
      </w:r>
    </w:p>
    <w:p>
      <w:pPr>
        <w:spacing w:after="80"/>
      </w:pPr>
      <w:r>
        <w:rPr>
          <w:b w:val="0"/>
          <w:i w:val="0"/>
        </w:rPr>
        <w:t>ROT13EY&amp;XFETHQ</w:t>
      </w:r>
    </w:p>
    <w:p>
      <w:pPr>
        <w:spacing w:after="80"/>
      </w:pPr>
      <w:r>
        <w:rPr>
          <w:b w:val="0"/>
          <w:i w:val="0"/>
        </w:rPr>
        <w:t xml:space="preserve">Anh mất một lúc mới nhận ra rằng năm ký tự đầu tiên </w:t>
      </w:r>
      <w:r>
        <w:rPr>
          <w:b w:val="0"/>
          <w:i/>
        </w:rPr>
        <w:t>thực sự</w:t>
      </w:r>
      <w:r>
        <w:rPr>
          <w:b w:val="0"/>
          <w:i w:val="0"/>
        </w:rPr>
        <w:t xml:space="preserve"> có ý nghĩa. </w:t>
      </w:r>
      <w:r>
        <w:rPr>
          <w:b w:val="0"/>
          <w:i/>
        </w:rPr>
        <w:t>ROT13</w:t>
      </w:r>
      <w:r>
        <w:rPr>
          <w:b w:val="0"/>
          <w:i w:val="0"/>
        </w:rPr>
        <w:t xml:space="preserve"> là tên của một mật mã xoay vòng, trong đó mỗi chữ cái được thay bằng chữ cái cách nó </w:t>
      </w:r>
      <w:r>
        <w:rPr>
          <w:b w:val="0"/>
          <w:i/>
        </w:rPr>
        <w:t>mười ba</w:t>
      </w:r>
      <w:r>
        <w:rPr>
          <w:b w:val="0"/>
          <w:i w:val="0"/>
        </w:rPr>
        <w:t xml:space="preserve"> vị trí trong bảng chữ cái. Faukman biết điều này chỉ vì vài năm trước, khi biên tập một cuốn sách về các kỹ thuật mã hóa cổ đại, tác giả cuốn sách thường xuyên gửi cho anh những đoạn văn bản được mã hóa bằng ROT13 một cách tinh nghịch.</w:t>
      </w:r>
    </w:p>
    <w:p>
      <w:pPr>
        <w:spacing w:after="80"/>
      </w:pPr>
      <w:r>
        <w:rPr>
          <w:b w:val="0"/>
          <w:i w:val="0"/>
        </w:rPr>
        <w:t>Tác giả đó chính là Robert Langdon.</w:t>
      </w:r>
    </w:p>
    <w:p>
      <w:pPr>
        <w:spacing w:after="80"/>
      </w:pPr>
      <w:r>
        <w:rPr>
          <w:b w:val="0"/>
          <w:i w:val="0"/>
        </w:rPr>
        <w:t>Với một niềm lạc quan dâng trào, Faukman chộp lấy cây bút chì và áp dụng sơ đồ giải mã đơn giản. Rồi anh xem xét kết quả.</w:t>
      </w:r>
    </w:p>
    <w:p>
      <w:pPr>
        <w:spacing w:after="80"/>
      </w:pPr>
      <w:r>
        <w:rPr>
          <w:b w:val="0"/>
          <w:i w:val="0"/>
        </w:rPr>
        <w:t>RL&amp;KSRGUD</w:t>
      </w:r>
    </w:p>
    <w:p>
      <w:pPr>
        <w:spacing w:after="80"/>
      </w:pPr>
      <w:r>
        <w:rPr>
          <w:b w:val="0"/>
          <w:i w:val="0"/>
        </w:rPr>
        <w:t>Sự bối rối của anh chỉ kéo dài trong chốc lát trước khi anh bật cười thành tiếng, một nửa vì thích thú và một nửa vì nhẹ nhõm.</w:t>
      </w:r>
    </w:p>
    <w:p>
      <w:pPr>
        <w:spacing w:after="80"/>
      </w:pPr>
      <w:r>
        <w:rPr>
          <w:b w:val="0"/>
          <w:i w:val="0"/>
        </w:rPr>
        <w:t>Chỉ có Robert mới có thể viết ra tin nhắn này.</w:t>
      </w:r>
    </w:p>
    <w:p>
      <w:pPr>
        <w:spacing w:after="80"/>
      </w:pPr>
      <w:r>
        <w:rPr>
          <w:b w:val="0"/>
          <w:i w:val="0"/>
        </w:rPr>
        <w:t xml:space="preserve">Langdon và Faukman thường cùng nhau than thở về sự thoái hóa của ngôn ngữ viết do sự bùng nổ của các biểu tượng cảm xúc và chữ viết tắt kiểu "textese". Xu hướng này khiến Faukman đau lòng đến mức anh đã viết một bài về nó cho </w:t>
      </w:r>
      <w:r>
        <w:rPr>
          <w:b w:val="0"/>
          <w:i/>
        </w:rPr>
        <w:t>The New Yorker,</w:t>
      </w:r>
      <w:r>
        <w:rPr>
          <w:b w:val="0"/>
          <w:i w:val="0"/>
        </w:rPr>
        <w:t xml:space="preserve"> trong đó có một câu đặc biệt hoa mỹ mà Langdon đã chế giễu không thương tiếc.</w:t>
      </w:r>
    </w:p>
    <w:p>
      <w:pPr>
        <w:spacing w:after="80"/>
      </w:pPr>
      <w:r>
        <w:rPr>
          <w:b w:val="0"/>
          <w:i w:val="0"/>
        </w:rPr>
        <w:t xml:space="preserve">Faukman đã viết: </w:t>
      </w:r>
      <w:r>
        <w:rPr>
          <w:b w:val="0"/>
          <w:i/>
        </w:rPr>
        <w:t>Tiết kiệm một lần gõ phím bằng cách đánh "gud" thay vì "good" không chỉ là thiếu lịch sự, mà còn là một sự ghê tởm của tính lười biếng.</w:t>
      </w:r>
    </w:p>
    <w:p>
      <w:pPr>
        <w:spacing w:after="80"/>
      </w:pPr>
      <w:r>
        <w:rPr>
          <w:b w:val="0"/>
          <w:i w:val="0"/>
        </w:rPr>
        <w:t xml:space="preserve">Vẫn còn cười khúc khích vì tin nhắn của Langdon, Faukman bị cám dỗ trả lời: </w:t>
      </w:r>
      <w:r>
        <w:rPr>
          <w:b w:val="0"/>
          <w:i/>
        </w:rPr>
        <w:t>Tin nhắn của anh không chỉ khéo léo, mà còn mang lại sự an ủi tốt lành.</w:t>
      </w:r>
    </w:p>
    <w:p>
      <w:pPr>
        <w:pStyle w:val="Heading1"/>
      </w:pPr>
      <w:r>
        <w:rPr>
          <w:rFonts w:ascii="Calibri" w:hAnsi="Calibri"/>
          <w:b/>
          <w:i w:val="0"/>
          <w:sz w:val="40"/>
        </w:rPr>
        <w:t>Chương 91</w:t>
      </w:r>
    </w:p>
    <w:p>
      <w:pPr>
        <w:spacing w:after="80"/>
      </w:pPr>
      <w:r>
        <w:rPr>
          <w:b w:val="0"/>
          <w:i w:val="0"/>
        </w:rPr>
        <w:t>Langdon dừng chiếc SUV lại và kéo phanh khẩn cấp. Anh trấn tĩnh bản thân trước khi bước ra khỏi xe cùng Katherine, ý thức rõ rằng chốc lát nữa anh sẽ biết liệu kế hoạch của mình sẽ dẫn họ đến thành công—hay thảm họa.</w:t>
      </w:r>
    </w:p>
    <w:p>
      <w:pPr>
        <w:spacing w:after="80"/>
      </w:pPr>
      <w:r>
        <w:rPr>
          <w:b w:val="0"/>
          <w:i w:val="0"/>
        </w:rPr>
        <w:t xml:space="preserve">Gió trên sườn núi cao đã mạnh lên, xào xạc qua khu rừng bên dưới. Langdon dừng lại một lát. Anh nhìn xuống khoảng không gian phủ đầy tuyết nằm bên kia những hàng cây—Công viên Folimanka—trải dài về phía đông khỏi đường sống núi. </w:t>
      </w:r>
      <w:r>
        <w:rPr>
          <w:b w:val="0"/>
          <w:i/>
        </w:rPr>
        <w:t>Toàn bộ nơi này giờ cảm thấy khác hẳn,</w:t>
      </w:r>
      <w:r>
        <w:rPr>
          <w:b w:val="0"/>
          <w:i w:val="0"/>
        </w:rPr>
        <w:t xml:space="preserve"> anh nghĩ, hướng sự chú ý về tòa nhà trước mặt.</w:t>
      </w:r>
    </w:p>
    <w:p>
      <w:pPr>
        <w:spacing w:after="80"/>
      </w:pPr>
      <w:r>
        <w:rPr>
          <w:b w:val="0"/>
          <w:i w:val="0"/>
        </w:rPr>
        <w:t>Pháo đài Thánh Giá trông ma quái. Cấu trúc đứng như một bóng đen sắc nét trên nền trời chiều đang tối dần. Khi sải bước cùng Katherine về phía lối vào chính, Langdon cảm thấy một bóng mờ của sự bất định, và anh nhanh chóng tự nhắc mình điều gì đã dẫn anh quay lại đây.</w:t>
      </w:r>
    </w:p>
    <w:p>
      <w:pPr>
        <w:spacing w:after="80"/>
      </w:pPr>
      <w:r>
        <w:rPr>
          <w:b w:val="0"/>
          <w:i w:val="0"/>
        </w:rPr>
        <w:t>Logic lý tính.</w:t>
      </w:r>
    </w:p>
    <w:p>
      <w:pPr>
        <w:spacing w:after="80"/>
      </w:pPr>
      <w:r>
        <w:rPr>
          <w:b w:val="0"/>
          <w:i w:val="0"/>
        </w:rPr>
        <w:t xml:space="preserve">Sự thật đã lóe lên trong anh tại bể bơi bỏ hoang trong dinh thự đại sứ. Vị đại sứ đã xé các thỏa thuận bảo mật NDA, gọi Finch qua loa ngoài, và nói dối một cách thuyết phục rằng mong muốn của Finch đã được thực hiện. Rồi, trước sự ngạc nhiên của Langdon, Finch đã ra lệnh cho Nagel cử một đội bảo vệ Thủy quân Lục chiến lên Pháo đài Thánh Giá để bảo vệ chu vi. </w:t>
      </w:r>
      <w:r>
        <w:rPr>
          <w:b w:val="0"/>
          <w:i/>
        </w:rPr>
        <w:t>Ưu tiên của Finch là bảo vệ một phòng thí nghiệm biệt lập ở Séc? Tại sao?</w:t>
      </w:r>
    </w:p>
    <w:p>
      <w:pPr>
        <w:spacing w:after="80"/>
      </w:pPr>
      <w:r>
        <w:rPr>
          <w:b w:val="0"/>
          <w:i w:val="0"/>
        </w:rPr>
        <w:t>Khi Langdon cân nhắc điều đó, một ý nghĩ thứ hai nảy ra. Sáng nay, Janáček đã nói với Langdon rằng hệ thống giám sát của Prague không thể xác nhận Katherine đã đến pháo đài, bởi vì—khiến vị đội trưởng vô cùng bực bội—hệ thống camera nhìn thấy mọi thứ dường như bị cản trở bởi một điểm mù chưa từng có đã che khuất vùng quanh phòng thí nghiệm của Gessner.</w:t>
      </w:r>
    </w:p>
    <w:p>
      <w:pPr>
        <w:spacing w:after="80"/>
      </w:pPr>
      <w:r>
        <w:rPr>
          <w:b w:val="0"/>
          <w:i w:val="0"/>
        </w:rPr>
        <w:t>Hệ thống camera của Prague là mạng giám sát Echelon…do CIA điều hành.</w:t>
      </w:r>
    </w:p>
    <w:p>
      <w:pPr>
        <w:spacing w:after="80"/>
      </w:pPr>
      <w:r>
        <w:rPr>
          <w:b w:val="0"/>
          <w:i w:val="0"/>
        </w:rPr>
        <w:t>Giờ thì bánh xe đang quay, và Langdon thấy mình đang đặt câu hỏi về sự bất khả thi thống kê của việc phòng thí nghiệm tư nhân của Gessner lại nằm trên một sườn núi nhìn thẳng xuống Threshold—dự án bí mật đã thuê cô.</w:t>
      </w:r>
    </w:p>
    <w:p>
      <w:pPr>
        <w:spacing w:after="80"/>
      </w:pPr>
      <w:r>
        <w:rPr>
          <w:b w:val="0"/>
          <w:i w:val="0"/>
        </w:rPr>
        <w:t>Trừ khi chúng có liên hệ nào đó với nhau…</w:t>
      </w:r>
    </w:p>
    <w:p>
      <w:pPr>
        <w:spacing w:after="80"/>
      </w:pPr>
      <w:r>
        <w:rPr>
          <w:b w:val="0"/>
          <w:i w:val="0"/>
        </w:rPr>
        <w:t xml:space="preserve">Lý do che giấu một cơ sở tình báo bí mật bên dưới Công viên Folimanka nghe có lý với Langdon—ngụy trang tự nhiên, tiếp cận nguồn cung, cơ sở hạ tầng sẵn có—và dù vậy anh vẫn khó chấp nhận rằng Threshold được xây dựng chỉ với một điểm truy cập duy nhất…chỉ </w:t>
      </w:r>
      <w:r>
        <w:rPr>
          <w:b w:val="0"/>
          <w:i/>
        </w:rPr>
        <w:t>một</w:t>
      </w:r>
      <w:r>
        <w:rPr>
          <w:b w:val="0"/>
          <w:i w:val="0"/>
        </w:rPr>
        <w:t xml:space="preserve"> lối vào hoặc ra. Thiết kế đó sẽ là một cái bẫy chết người trong trường hợp hỏa hoạn hoặc khẩn cấp, điều dường như là một rủi ro không hợp lý đối với một cơ quan được xây dựng trên chiến lược, dự phòng và lập kế hoạch trước.</w:t>
      </w:r>
    </w:p>
    <w:p>
      <w:pPr>
        <w:spacing w:after="80"/>
      </w:pPr>
      <w:r>
        <w:rPr>
          <w:b w:val="0"/>
          <w:i w:val="0"/>
        </w:rPr>
        <w:t>Ngay cả Vatican cũng có những lối thoát bí mật!</w:t>
      </w:r>
    </w:p>
    <w:p>
      <w:pPr>
        <w:spacing w:after="80"/>
      </w:pPr>
      <w:r>
        <w:rPr>
          <w:b w:val="0"/>
          <w:i w:val="0"/>
        </w:rPr>
        <w:t>Chính lúc đó vị đại sứ tiết lộ một bước ngoặt bất ngờ: Thực thể đã âm thầm mua lại pháo đài thay mặt Gessner không ai khác chính là Q. Công ty đầu tư đã đề nghị Gessner tòa nhà này như một phần trong gói tuyển dụng nhà thần kinh học cho CIA, dụ dỗ cô bằng uy tín không thể cưỡng lại của việc điều hành viện của mình từ một địa điểm độc đáo và lịch sử như vậy.</w:t>
      </w:r>
    </w:p>
    <w:p>
      <w:pPr>
        <w:spacing w:after="80"/>
      </w:pPr>
      <w:r>
        <w:rPr>
          <w:b w:val="0"/>
          <w:i/>
        </w:rPr>
        <w:t>Đó không phải là lý do thật sự,</w:t>
      </w:r>
      <w:r>
        <w:rPr>
          <w:b w:val="0"/>
          <w:i w:val="0"/>
        </w:rPr>
        <w:t xml:space="preserve"> Langdon suy đoán, chia sẻ mối nghi ngờ đang lớn dần của mình rằng Finch đã bảo đảm pháo đài </w:t>
      </w:r>
      <w:r>
        <w:rPr>
          <w:b w:val="0"/>
          <w:i/>
        </w:rPr>
        <w:t>không phải</w:t>
      </w:r>
      <w:r>
        <w:rPr>
          <w:b w:val="0"/>
          <w:i w:val="0"/>
        </w:rPr>
        <w:t xml:space="preserve"> để dụ dỗ Gessner…mà thay vào đó là một thứ gì đó có giá trị hơn nhiều.</w:t>
      </w:r>
    </w:p>
    <w:p>
      <w:pPr>
        <w:spacing w:after="80"/>
      </w:pPr>
      <w:r>
        <w:rPr>
          <w:b w:val="0"/>
          <w:i w:val="0"/>
        </w:rPr>
        <w:t>Một lối vào khác cho Threshold.</w:t>
      </w:r>
    </w:p>
    <w:p>
      <w:pPr>
        <w:spacing w:after="80"/>
      </w:pPr>
      <w:r>
        <w:rPr>
          <w:b w:val="0"/>
          <w:i w:val="0"/>
        </w:rPr>
        <w:t xml:space="preserve">Hầu hết các pháo đài thời trung cổ đều có một đặc điểm kiến trúc độc đáo gọi là </w:t>
      </w:r>
      <w:r>
        <w:rPr>
          <w:b w:val="0"/>
          <w:i/>
        </w:rPr>
        <w:t>poterne</w:t>
      </w:r>
      <w:r>
        <w:rPr>
          <w:b w:val="0"/>
          <w:i w:val="0"/>
        </w:rPr>
        <w:t xml:space="preserve"> (lối đi bí mật). Từ tiếng Latinh "posterior" — một </w:t>
      </w:r>
      <w:r>
        <w:rPr>
          <w:b w:val="0"/>
          <w:i/>
        </w:rPr>
        <w:t>poterne</w:t>
      </w:r>
      <w:r>
        <w:rPr>
          <w:b w:val="0"/>
          <w:i w:val="0"/>
        </w:rPr>
        <w:t xml:space="preserve"> chính là một "cửa sau" đúng nghĩa — một lối đi bí mật dùng để thoát hiểm khẩn cấp.</w:t>
      </w:r>
    </w:p>
    <w:p>
      <w:pPr>
        <w:spacing w:after="80"/>
      </w:pPr>
      <w:r>
        <w:rPr>
          <w:b w:val="0"/>
          <w:i w:val="0"/>
        </w:rPr>
        <w:t xml:space="preserve">Pháo đài cổ của Estonia ở Tallinn, ông kể cho họ nghe, có một </w:t>
      </w:r>
      <w:r>
        <w:rPr>
          <w:b w:val="0"/>
          <w:i/>
        </w:rPr>
        <w:t>poterne</w:t>
      </w:r>
      <w:r>
        <w:rPr>
          <w:b w:val="0"/>
          <w:i w:val="0"/>
        </w:rPr>
        <w:t xml:space="preserve"> được đục sâu bốn tầng dưới lòng đất, kéo dài hơn một dặm đến tầng hầm của một tu viện gần đó. Lâu đài trên đỉnh núi Predjama của Slovenia được đồn đại có một giếng đứng sâu sáu tầng với một hệ thống ròng rọc thô sơ đóng vai trò "thang máy" để tiếp tế vật tư, gia súc và binh lính.</w:t>
      </w:r>
    </w:p>
    <w:p>
      <w:pPr>
        <w:spacing w:after="80"/>
      </w:pPr>
      <w:r>
        <w:rPr>
          <w:b w:val="0"/>
          <w:i w:val="0"/>
        </w:rPr>
        <w:t xml:space="preserve">Pháo đài Thánh Giá, Langdon nghĩ, nhiều khả năng cũng có một </w:t>
      </w:r>
      <w:r>
        <w:rPr>
          <w:b w:val="0"/>
          <w:i/>
        </w:rPr>
        <w:t>poterne</w:t>
      </w:r>
      <w:r>
        <w:rPr>
          <w:b w:val="0"/>
          <w:i w:val="0"/>
        </w:rPr>
        <w:t>. Và xét đến công trình xây dựng gần đây ở Công viên Folimanka cùng quy mô rộng lớn của dự án Threshold, thật hợp lý khi cho rằng có thể tồn tại một giếng đứng bên dưới pháo đài.</w:t>
      </w:r>
    </w:p>
    <w:p>
      <w:pPr>
        <w:spacing w:after="80"/>
      </w:pPr>
      <w:r>
        <w:rPr>
          <w:b w:val="0"/>
          <w:i w:val="0"/>
        </w:rPr>
        <w:t xml:space="preserve">Trước đó, trong chiếc SUV, Langdon đã nhanh chóng chỉ cho Katherine và Nagel trên bản đồ thấy rằng một </w:t>
      </w:r>
      <w:r>
        <w:rPr>
          <w:b w:val="0"/>
          <w:i/>
        </w:rPr>
        <w:t>poterne</w:t>
      </w:r>
      <w:r>
        <w:rPr>
          <w:b w:val="0"/>
          <w:i w:val="0"/>
        </w:rPr>
        <w:t xml:space="preserve"> thời hiện đại — dù đã có từ trước hay mới được đội thi công khoan gần đây — sẽ chạy thẳng xuống tận rìa Công viên Folimanka và có khả năng kéo dài đến tận các bức tường của hầm trú ẩn bom hiện hữu.</w:t>
      </w:r>
    </w:p>
    <w:p>
      <w:pPr>
        <w:spacing w:after="80"/>
      </w:pPr>
      <w:r>
        <w:rPr>
          <w:b w:val="0"/>
          <w:i w:val="0"/>
        </w:rPr>
        <w:t>Vị trí của pháo đài không thể nào hoàn hảo hơn. Hẻo lánh và kín đáo, phòng thí nghiệm của Gessner mang đến một câu chuyện vỏ bọc hoàn hảo — khả năng phủ nhận hợp lý cho bất kỳ nhân viên nào ra vào: họ chỉ đơn giản là đang làm việc tại Viện Gessner.</w:t>
      </w:r>
    </w:p>
    <w:p>
      <w:pPr>
        <w:spacing w:after="80"/>
      </w:pPr>
      <w:r>
        <w:rPr>
          <w:b w:val="0"/>
          <w:i/>
        </w:rPr>
        <w:t>Hy vọng mình đúng,</w:t>
      </w:r>
      <w:r>
        <w:rPr>
          <w:b w:val="0"/>
          <w:i w:val="0"/>
        </w:rPr>
        <w:t xml:space="preserve"> Langdon thầm nghĩ lúc này khi dẫn Katherine về phía lối vào đổ nát của pháo đài.</w:t>
      </w:r>
    </w:p>
    <w:p>
      <w:pPr>
        <w:jc w:val="center"/>
      </w:pPr>
      <w:r>
        <w:drawing>
          <wp:inline xmlns:a="http://schemas.openxmlformats.org/drawingml/2006/main" xmlns:pic="http://schemas.openxmlformats.org/drawingml/2006/picture">
            <wp:extent cx="5486400" cy="362122"/>
            <wp:docPr id="80" name="Picture 80"/>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Đây là một phòng thí nghiệm khoa học sao?</w:t>
      </w:r>
    </w:p>
    <w:p>
      <w:pPr>
        <w:spacing w:after="80"/>
      </w:pPr>
      <w:r>
        <w:rPr>
          <w:b w:val="0"/>
          <w:i w:val="0"/>
        </w:rPr>
        <w:t>Katherine Solomon gần như không tin nổi vào mắt mình khi theo Langdon bước xuống hành lang đá cẩm thạch hồng sang trọng, tiến vào một sảnh lớn xa hoa với những chiếc ghế sofa lộng lẫy, nghệ thuật ấn tượng và cửa sổ kính từ sàn đến trần nhìn ra đường chân trời của Prague.</w:t>
      </w:r>
    </w:p>
    <w:p>
      <w:pPr>
        <w:spacing w:after="80"/>
      </w:pPr>
      <w:r>
        <w:rPr>
          <w:b w:val="0"/>
          <w:i/>
        </w:rPr>
        <w:t>Có lẽ mình nên làm việc cho CIA,</w:t>
      </w:r>
      <w:r>
        <w:rPr>
          <w:b w:val="0"/>
          <w:i w:val="0"/>
        </w:rPr>
        <w:t xml:space="preserve"> cô nghĩ, ước lượng rằng "phòng chờ" của Gessner có thể chứa được toàn bộ nhân viên IONS.</w:t>
      </w:r>
    </w:p>
    <w:p>
      <w:pPr>
        <w:spacing w:after="80"/>
      </w:pPr>
      <w:r>
        <w:rPr>
          <w:b w:val="0"/>
          <w:i w:val="0"/>
        </w:rPr>
        <w:t>Dù vậy, Katherine vẫn cảm thấy một bầu không khí đáng ngại bao trùm nơi này. Nếu những nghi ngờ của Langdon là đúng, thì "Viện Gessner" xa hoa này thực chất đang ngụy trang cho một mục đích đen tối hơn — một lối vào bí mật của Threshold.</w:t>
      </w:r>
    </w:p>
    <w:p>
      <w:pPr>
        <w:spacing w:after="80"/>
      </w:pPr>
      <w:r>
        <w:rPr>
          <w:b w:val="0"/>
          <w:i w:val="0"/>
        </w:rPr>
        <w:t>Langdon sải bước đến tận cùng của không gian và đi ngay đến một tác phẩm điêu khắc trên tường đồ sộ làm bằng các khối kim loại hàn, dừng lại chỉ cách nó vài inch.</w:t>
      </w:r>
    </w:p>
    <w:p>
      <w:pPr>
        <w:spacing w:after="80"/>
      </w:pPr>
      <w:r>
        <w:rPr>
          <w:b w:val="0"/>
          <w:i w:val="0"/>
        </w:rPr>
        <w:t>Anh ta đang làm cái quái gì vậy?</w:t>
      </w:r>
    </w:p>
    <w:p>
      <w:pPr>
        <w:spacing w:after="80"/>
      </w:pPr>
      <w:r>
        <w:rPr>
          <w:b w:val="0"/>
          <w:i w:val="0"/>
        </w:rPr>
        <w:t>Trước sự ngạc nhiên của Katherine, Langdon nắm lấy tác phẩm điêu khắc, nhấc nó sang một bên, và tác phẩm trượt êm ru dọc theo bức tường để lộ ra một hốc tường lớn phía sau. Trong ánh sáng mờ ảo phía xa, cô có thể thấy một cánh cửa thang máy.</w:t>
      </w:r>
    </w:p>
    <w:p>
      <w:pPr>
        <w:spacing w:after="80"/>
      </w:pPr>
      <w:r>
        <w:rPr>
          <w:b w:val="0"/>
          <w:i/>
        </w:rPr>
        <w:t>Sao mình lại không ngạc nhiên nhỉ?</w:t>
      </w:r>
      <w:r>
        <w:rPr>
          <w:b w:val="0"/>
          <w:i w:val="0"/>
        </w:rPr>
        <w:t xml:space="preserve"> cô thầm nghĩ, vội vã băng qua phòng về phía Langdon, người đang giữ tác phẩm nghệ thuật trượt sang một bên cho cô. Tuy nhiên, khi đến bên cạnh anh, cô nhận ra Langdon đang nhìn chằm chằm vào thứ gì đó phía sau cô.</w:t>
      </w:r>
    </w:p>
    <w:p>
      <w:pPr>
        <w:spacing w:after="80"/>
      </w:pPr>
      <w:r>
        <w:rPr>
          <w:b w:val="0"/>
          <w:i w:val="0"/>
        </w:rPr>
        <w:t>"Cái gì vậy?" cô hỏi, liếc nhìn lại qua vai.</w:t>
      </w:r>
    </w:p>
    <w:p>
      <w:pPr>
        <w:spacing w:after="80"/>
      </w:pPr>
      <w:r>
        <w:rPr>
          <w:b w:val="0"/>
          <w:i w:val="0"/>
        </w:rPr>
        <w:t>“Cái ghế sofa ở bức tường đằng kia kìa… nó bị lệch rồi.”</w:t>
      </w:r>
    </w:p>
    <w:p>
      <w:pPr>
        <w:spacing w:after="80"/>
      </w:pPr>
      <w:r>
        <w:rPr>
          <w:b w:val="0"/>
          <w:i w:val="0"/>
        </w:rPr>
        <w:t xml:space="preserve">Katherine liếc nhìn cái ghế sofa. </w:t>
      </w:r>
      <w:r>
        <w:rPr>
          <w:b w:val="0"/>
          <w:i/>
        </w:rPr>
        <w:t>Nghiêm túc đấy chứ, Robert?</w:t>
      </w:r>
      <w:r>
        <w:rPr>
          <w:b w:val="0"/>
          <w:i w:val="0"/>
        </w:rPr>
        <w:t xml:space="preserve"> Một bên mép của chiếc ghế sofa trắng dài bị kéo lệch một góc nhỏ ra khỏi bức tường.</w:t>
      </w:r>
    </w:p>
    <w:p>
      <w:pPr>
        <w:spacing w:after="80"/>
      </w:pPr>
      <w:r>
        <w:rPr>
          <w:b w:val="0"/>
          <w:i w:val="0"/>
        </w:rPr>
        <w:t>“Sáng nay lúc tôi ngồi lên nó vẫn thẳng mà,” anh nói, vẫn dán mắt vào cái ghế sofa. “Tôi không biết là tôi đã bỏ sót chuyện đó, hay là nó bị ai đó xê dịch, hay là—”</w:t>
      </w:r>
    </w:p>
    <w:p>
      <w:pPr>
        <w:spacing w:after="80"/>
      </w:pPr>
      <w:r>
        <w:rPr>
          <w:b w:val="0"/>
          <w:i w:val="0"/>
        </w:rPr>
        <w:t>“Hay là anh quên uống thuốc trị OCD rồi?”</w:t>
      </w:r>
    </w:p>
    <w:p>
      <w:pPr>
        <w:spacing w:after="80"/>
      </w:pPr>
      <w:r>
        <w:rPr>
          <w:b w:val="0"/>
          <w:i w:val="0"/>
        </w:rPr>
        <w:t>Langdon quay lại nhìn cô. “Xin lỗi,” anh nói, lắc đầu cho tỉnh. “Trí nhớ siêu phàm (eidetic memory) đôi khi làm người ta mất tập trung.”</w:t>
      </w:r>
    </w:p>
    <w:p>
      <w:pPr>
        <w:spacing w:after="80"/>
      </w:pPr>
      <w:r>
        <w:rPr>
          <w:b w:val="0"/>
          <w:i w:val="0"/>
        </w:rPr>
        <w:t>“Rõ ràng là thế,” cô nói kèm một nụ cười. “Mình sửa cái thảm họa phong thủy này trước, hay là thử tìm cái cơ sở đó và cứu mạng mình đây?”</w:t>
      </w:r>
    </w:p>
    <w:p>
      <w:pPr>
        <w:spacing w:after="80"/>
      </w:pPr>
      <w:r>
        <w:rPr>
          <w:b w:val="0"/>
          <w:i w:val="0"/>
        </w:rPr>
        <w:t>“Đúng rồi.” Langdon dẫn cô vào trong hốc tường mờ tối.</w:t>
      </w:r>
    </w:p>
    <w:p>
      <w:pPr>
        <w:spacing w:after="80"/>
      </w:pPr>
      <w:r>
        <w:rPr>
          <w:b w:val="0"/>
          <w:i w:val="0"/>
        </w:rPr>
        <w:t>Bên trong, Katherine phát hiện một bàn phím cảm ứng có đèn chiếu sáng ngay cạnh cửa thang máy.</w:t>
      </w:r>
    </w:p>
    <w:p>
      <w:pPr>
        <w:spacing w:after="80"/>
      </w:pPr>
      <w:r>
        <w:rPr>
          <w:b w:val="0"/>
          <w:i w:val="0"/>
        </w:rPr>
        <w:t>“Bàn phím này chỉ dành riêng cho Brigita dùng thôi,” Langdon nói. “Đây là cách cô ấy vào phòng thí nghiệm riêng của mình ở tầng dưới chúng ta một tầng.”</w:t>
      </w:r>
    </w:p>
    <w:p>
      <w:pPr>
        <w:spacing w:after="80"/>
      </w:pPr>
      <w:r>
        <w:rPr>
          <w:b w:val="0"/>
          <w:i w:val="0"/>
        </w:rPr>
        <w:t xml:space="preserve">“Nhưng anh nghĩ là có một lối vào riêng của Threshold giấu đâu đó </w:t>
      </w:r>
      <w:r>
        <w:rPr>
          <w:b w:val="0"/>
          <w:i/>
        </w:rPr>
        <w:t>ngay tại đây</w:t>
      </w:r>
      <w:r>
        <w:rPr>
          <w:b w:val="0"/>
          <w:i w:val="0"/>
        </w:rPr>
        <w:t xml:space="preserve"> à?” Katherine hỏi.</w:t>
      </w:r>
    </w:p>
    <w:p>
      <w:pPr>
        <w:spacing w:after="80"/>
      </w:pPr>
      <w:r>
        <w:rPr>
          <w:b w:val="0"/>
          <w:i w:val="0"/>
        </w:rPr>
        <w:t>“Đúng vậy, thật ra tôi nghĩ nó nằm ngay trước mắt chúng ta.” Anh chỉ về phía thang máy. “Nếu tôi đoán đúng, giếng thang máy này còn đi sâu xuống nhiều nữa—nhưng để xuống tận Threshold, cô sẽ cần một thẻ khóa RFID giống như cái chúng ta thấy trong cặp của Gessner.”</w:t>
      </w:r>
    </w:p>
    <w:p>
      <w:pPr>
        <w:spacing w:after="80"/>
      </w:pPr>
      <w:r>
        <w:rPr>
          <w:b w:val="0"/>
          <w:i w:val="0"/>
        </w:rPr>
        <w:t>Anh chỉ vào một miếng cảm biến tròn, nhẵn bóng bằng kính đen gắn trên tường, ngay phía trên bàn phím. Katherine đã không để ý thấy nó.</w:t>
      </w:r>
    </w:p>
    <w:p>
      <w:pPr>
        <w:spacing w:after="80"/>
      </w:pPr>
      <w:r>
        <w:rPr>
          <w:b w:val="0"/>
          <w:i w:val="0"/>
        </w:rPr>
        <w:t>Một đầu đọc RFID.</w:t>
      </w:r>
    </w:p>
    <w:p>
      <w:pPr>
        <w:spacing w:after="80"/>
      </w:pPr>
      <w:r>
        <w:rPr>
          <w:b w:val="0"/>
          <w:i w:val="0"/>
        </w:rPr>
        <w:t>“Sáng nay tôi đã để ý thấy cái đầu đọc này, nhưng khi chúng ta ở dinh thự của đại sứ, tôi mới nhận ra nó là gì. Tôi chợt hiểu vì sao Gessner lại có thể có hai phương thức xác thực cho cùng một thang máy. Nếu tôi đúng, thì tất cả những gì chúng ta cần là thẻ khóa trong cặp của cô ấy, cái mà tôi đã thấy lúc nãy trong phòng thí nghiệm của cô ấy ở dưới nhà.”</w:t>
      </w:r>
    </w:p>
    <w:p>
      <w:pPr>
        <w:spacing w:after="80"/>
      </w:pPr>
      <w:r>
        <w:rPr>
          <w:b w:val="0"/>
          <w:i w:val="0"/>
        </w:rPr>
        <w:t>Langdon đã đang gõ mật mã vào bàn phím.</w:t>
      </w:r>
    </w:p>
    <w:p>
      <w:pPr>
        <w:spacing w:after="80"/>
      </w:pPr>
      <w:r>
        <w:rPr>
          <w:b w:val="0"/>
          <w:i w:val="0"/>
        </w:rPr>
        <w:t xml:space="preserve">“Vậy là anh thật sự </w:t>
      </w:r>
      <w:r>
        <w:rPr>
          <w:b w:val="0"/>
          <w:i/>
        </w:rPr>
        <w:t>đã giải</w:t>
      </w:r>
      <w:r>
        <w:rPr>
          <w:b w:val="0"/>
          <w:i w:val="0"/>
        </w:rPr>
        <w:t xml:space="preserve"> được mật mã à?” Katherine hỏi. “Một lời ca tụng bằng tiếng Ả Rập dành cho một người Hy Lạp cổ đại… kèm một chút vỏ chanh?”</w:t>
      </w:r>
    </w:p>
    <w:p>
      <w:pPr>
        <w:spacing w:after="80"/>
      </w:pPr>
      <w:r>
        <w:rPr>
          <w:b w:val="0"/>
          <w:i w:val="0"/>
        </w:rPr>
        <w:t xml:space="preserve">“Biến tấu </w:t>
      </w:r>
      <w:r>
        <w:rPr>
          <w:b w:val="0"/>
          <w:i/>
        </w:rPr>
        <w:t>Latin</w:t>
      </w:r>
      <w:r>
        <w:rPr>
          <w:b w:val="0"/>
          <w:i w:val="0"/>
        </w:rPr>
        <w:t>,” anh sửa lại kèm nụ cười. “Lúc đó em say rồi.”</w:t>
      </w:r>
    </w:p>
    <w:p>
      <w:pPr>
        <w:spacing w:after="80"/>
      </w:pPr>
      <w:r>
        <w:rPr>
          <w:b w:val="0"/>
          <w:i w:val="0"/>
        </w:rPr>
        <w:t>Anh gõ xong mật mã, và thang máy rùng mình khởi động.</w:t>
      </w:r>
    </w:p>
    <w:p>
      <w:pPr>
        <w:spacing w:after="80"/>
      </w:pPr>
      <w:r>
        <w:rPr>
          <w:b w:val="0"/>
          <w:i/>
        </w:rPr>
        <w:t>Ấn tượng thật,</w:t>
      </w:r>
      <w:r>
        <w:rPr>
          <w:b w:val="0"/>
          <w:i w:val="0"/>
        </w:rPr>
        <w:t xml:space="preserve"> Katherine nghĩ. </w:t>
      </w:r>
      <w:r>
        <w:rPr>
          <w:b w:val="0"/>
          <w:i/>
        </w:rPr>
        <w:t>Anh ấy có thể giải thích cho mình sau.</w:t>
      </w:r>
    </w:p>
    <w:p>
      <w:pPr>
        <w:spacing w:after="80"/>
      </w:pPr>
      <w:r>
        <w:rPr>
          <w:b w:val="0"/>
          <w:i w:val="0"/>
        </w:rPr>
        <w:t>Thang máy có vẻ mất khá lâu mới tới, nhưng khi tới nơi, Katherine nhận thấy khoang thang máy rộng quá cỡ, to một cách đáng ngạc nhiên so với mục đích sử dụng riêng của Gessner.</w:t>
      </w:r>
    </w:p>
    <w:p>
      <w:pPr>
        <w:spacing w:after="80"/>
      </w:pPr>
      <w:r>
        <w:rPr>
          <w:b w:val="0"/>
          <w:i w:val="0"/>
        </w:rPr>
        <w:t>Có lẽ phù hợp hơn để chở nhân viên và thiết bị.</w:t>
      </w:r>
    </w:p>
    <w:p>
      <w:pPr>
        <w:spacing w:after="80"/>
      </w:pPr>
      <w:r>
        <w:rPr>
          <w:b w:val="0"/>
          <w:i w:val="0"/>
        </w:rPr>
        <w:t>Tới lúc này, lý lẽ của Langdon có vẻ vẫn vững.</w:t>
      </w:r>
    </w:p>
    <w:p>
      <w:pPr>
        <w:spacing w:after="80"/>
      </w:pPr>
      <w:r>
        <w:rPr>
          <w:b w:val="0"/>
          <w:i w:val="0"/>
        </w:rPr>
        <w:t>Họ bước vào trong và đi xuống một tầng.</w:t>
      </w:r>
    </w:p>
    <w:p>
      <w:pPr>
        <w:spacing w:after="80"/>
      </w:pPr>
      <w:r>
        <w:rPr>
          <w:b w:val="0"/>
          <w:i w:val="0"/>
        </w:rPr>
        <w:t>Khi thang máy mở ra, Katherine nhìn xuống một hành lang dài với tường đá, sàn lát khảm được đánh bóng, và đèn rọi hiện đại. Nó tạo cảm giác như Thế giới Cũ và Thế giới Mới đã đạt được một kiểu thỏa hiệp gượng gạo nào đó.</w:t>
      </w:r>
    </w:p>
    <w:p>
      <w:pPr>
        <w:spacing w:after="80"/>
      </w:pPr>
      <w:r>
        <w:rPr>
          <w:b w:val="0"/>
          <w:i w:val="0"/>
        </w:rPr>
        <w:t>Khi họ bước ra khỏi thang máy, Langdon chỉ ra một đầu đọc RFID khác trên tường, và Katherine gật đầu ra hiệu đã hiểu. Họ bắt đầu bước đi. Cô không háo hức gì muốn thấy cảnh tượng rùng rợn phía trước—mà Langdon đã mô tả chi tiết cho cô—nhưng cô ngày càng thấy tự tin rằng giả thuyết của Langdon có thể đúng. Nếu đúng vậy, kế hoạch rất đơn giản: ngay khi có thẻ ra vào của Gessner, họ sẽ đi xuống Threshold.</w:t>
      </w:r>
    </w:p>
    <w:p>
      <w:pPr>
        <w:spacing w:after="80"/>
      </w:pPr>
      <w:r>
        <w:rPr>
          <w:b w:val="0"/>
          <w:i w:val="0"/>
        </w:rPr>
        <w:t>Họ tiến dọc hành lang, đi ngang qua một dãy văn phòng nhỏ của Gessner và Sasha, một phòng thí nghiệm chụp ảnh MRI, và một cánh cửa có biểu tượng người đeo kính thực tế ảo.</w:t>
      </w:r>
    </w:p>
    <w:p>
      <w:pPr>
        <w:spacing w:after="80"/>
      </w:pPr>
      <w:r>
        <w:rPr>
          <w:b w:val="0"/>
          <w:i/>
        </w:rPr>
        <w:t>Phòng thí nghiệm thực tế ảo của cô ấy,</w:t>
      </w:r>
      <w:r>
        <w:rPr>
          <w:b w:val="0"/>
          <w:i w:val="0"/>
        </w:rPr>
        <w:t xml:space="preserve"> Katherine nghĩ, nhớ lại việc Gessner nhắc đến VR tối qua trong bữa tối. Lúc đó, Katherine không nghĩ nhiều về nó, nhưng giờ đây, sau cuộc trò chuyện về chứng động kinh của Sasha và những trải nghiệm xuất hồn, cô tự hỏi liệu thực tế ảo có thể liên quan theo một cách độc đáo nào đó không. </w:t>
      </w:r>
      <w:r>
        <w:rPr>
          <w:b w:val="0"/>
          <w:i/>
        </w:rPr>
        <w:t>Giống như một trải nghiệm xuất hồn nhân tạo…</w:t>
      </w:r>
    </w:p>
    <w:p>
      <w:pPr>
        <w:spacing w:after="80"/>
      </w:pPr>
      <w:r>
        <w:rPr>
          <w:b w:val="0"/>
          <w:i w:val="0"/>
        </w:rPr>
        <w:t>“Cặp tài liệu của Brigita…” Langdon nói, giọng anh ngập ngừng. “Đang ở trong căn phòng cuối hành lang. Cùng với…thi thể của cô ấy.”</w:t>
      </w:r>
    </w:p>
    <w:p>
      <w:pPr>
        <w:spacing w:after="80"/>
      </w:pPr>
      <w:r>
        <w:rPr>
          <w:b w:val="0"/>
          <w:i w:val="0"/>
        </w:rPr>
        <w:t>Katherine liếc nhìn Langdon, người bỗng trông tái nhợt. “Anh ổn chứ?”</w:t>
      </w:r>
    </w:p>
    <w:p>
      <w:pPr>
        <w:spacing w:after="80"/>
      </w:pPr>
      <w:r>
        <w:rPr>
          <w:b w:val="0"/>
          <w:i w:val="0"/>
        </w:rPr>
        <w:t xml:space="preserve">Anh gật đầu một cách nghiêm nghị. “Cảm ơn. Chỉ là tôi không muốn nhìn thấy thi thể cô ấy lần nữa. Sáng nay, khi lần đầu nhìn thấy, tôi tưởng đó là </w:t>
      </w:r>
      <w:r>
        <w:rPr>
          <w:b w:val="0"/>
          <w:i/>
        </w:rPr>
        <w:t>em.</w:t>
      </w:r>
      <w:r>
        <w:rPr>
          <w:b w:val="0"/>
          <w:i w:val="0"/>
        </w:rPr>
        <w:t>”</w:t>
      </w:r>
    </w:p>
    <w:p>
      <w:pPr>
        <w:spacing w:after="80"/>
      </w:pPr>
      <w:r>
        <w:rPr>
          <w:b w:val="0"/>
          <w:i w:val="0"/>
        </w:rPr>
        <w:t>Katherine vòng một tay qua eo anh khi họ bước đi, nhớ lại nỗi sợ hãi kinh hoàng của chính mình lúc trước rằng Langdon đã chết đuối. Cô đã chứng kiến rất nhiều cái chết trong nghiên cứu của mình, nhưng chúng luôn thanh thản, được báo trước, và tách biệt về mặt lâm sàng. Đây là một thứ gì đó khác—bạo lực và đáng sợ.</w:t>
      </w:r>
    </w:p>
    <w:p>
      <w:pPr>
        <w:spacing w:after="80"/>
      </w:pPr>
      <w:r>
        <w:rPr>
          <w:b w:val="0"/>
          <w:i w:val="0"/>
        </w:rPr>
        <w:t>“Tôi cố nghĩ về một thi thể như một cái vỏ rỗng,” Katherine nói. “Không còn là một con người nữa. Một hình nộm vô hồn.”</w:t>
      </w:r>
    </w:p>
    <w:p>
      <w:pPr>
        <w:spacing w:after="80"/>
      </w:pPr>
      <w:r>
        <w:rPr>
          <w:b w:val="0"/>
          <w:i w:val="0"/>
        </w:rPr>
        <w:t>“Cảm ơn, tôi sẽ ghi nhớ điều đó,” anh đáp, vẻ mặt chẳng bớt lo lắng chút nào.</w:t>
      </w:r>
    </w:p>
    <w:p>
      <w:pPr>
        <w:spacing w:after="80"/>
      </w:pPr>
      <w:r>
        <w:rPr>
          <w:b w:val="0"/>
          <w:i w:val="0"/>
        </w:rPr>
        <w:t>“Nếu bạn nghĩ kỹ, với tư cách là một loài, chúng ta có xu hướng hoàn toàn phi lý trí về xác chết. Ngay cả khi trong cơ thể chẳng còn chút dấu vết nào của người thân yêu, chúng ta vẫn ướp xác, mặc quần áo, chôn cất, rồi còn đến thăm viếng đều đặn! Nhiều người trong chúng ta thậm chí còn mua những cỗ quan tài sang trọng, có đệm lót để đảm bảo thi thể sẽ ‘thoải mái.’ ”</w:t>
      </w:r>
    </w:p>
    <w:p>
      <w:pPr>
        <w:spacing w:after="80"/>
      </w:pPr>
      <w:r>
        <w:rPr>
          <w:b w:val="0"/>
          <w:i w:val="0"/>
        </w:rPr>
        <w:t>Langdon gắng gượng nở một nụ cười yếu ớt. “Tôi dám chắc tập tục này là để phục vụ người sống nhiều hơn là người chết.”</w:t>
      </w:r>
    </w:p>
    <w:p>
      <w:pPr>
        <w:spacing w:after="80"/>
      </w:pPr>
      <w:r>
        <w:rPr>
          <w:b w:val="0"/>
          <w:i w:val="0"/>
        </w:rPr>
        <w:t xml:space="preserve">“Đúng vậy, nhưng trên thực tế, các tài liệu ghi chép về trải nghiệm cận tử cho thấy rõ ràng rằng những người chết </w:t>
      </w:r>
      <w:r>
        <w:rPr>
          <w:b w:val="0"/>
          <w:i/>
        </w:rPr>
        <w:t>nhẹ nhõm</w:t>
      </w:r>
      <w:r>
        <w:rPr>
          <w:b w:val="0"/>
          <w:i w:val="0"/>
        </w:rPr>
        <w:t xml:space="preserve"> khi được rời bỏ cơ thể già nua, bị thương hay ốm yếu của mình. Theo mọi lời kể, người đã khuất quan tâm đến chuyện gì xảy ra với thi thể của họ sau khi chết cũng nhiều như họ quan tâm đến chuyện gì xảy ra với chiếc xe cũ họ từng lái. Chẳng quan tâm chút nào.”</w:t>
      </w:r>
    </w:p>
    <w:p>
      <w:pPr>
        <w:jc w:val="center"/>
      </w:pPr>
      <w:r>
        <w:drawing>
          <wp:inline xmlns:a="http://schemas.openxmlformats.org/drawingml/2006/main" xmlns:pic="http://schemas.openxmlformats.org/drawingml/2006/picture">
            <wp:extent cx="5486400" cy="362122"/>
            <wp:docPr id="81" name="Picture 81"/>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rPr>
        <w:t>Tôi thích một người phụ nữ có thể giải thích sự sống và cái chết bằng phép so sánh với xe cũ,</w:t>
      </w:r>
      <w:r>
        <w:rPr>
          <w:b w:val="0"/>
          <w:i w:val="0"/>
        </w:rPr>
        <w:t xml:space="preserve"> Langdon thầm nghĩ khi cả hai bước vào căn phòng làm việc bừa bộn, nơi anh đã phát hiện thi thể của Gessner trong khoang EPR sáng nay.</w:t>
      </w:r>
    </w:p>
    <w:p>
      <w:pPr>
        <w:spacing w:after="80"/>
      </w:pPr>
      <w:r>
        <w:rPr>
          <w:b w:val="0"/>
          <w:i w:val="0"/>
        </w:rPr>
        <w:t>“Hay là cô đợi ở đây nhé?” anh đề nghị, mong giúp Katherine khỏi bị sốc khi nhìn thấy thi thể. “Tôi quay lại ngay.”</w:t>
      </w:r>
    </w:p>
    <w:p>
      <w:pPr>
        <w:spacing w:after="80"/>
      </w:pPr>
      <w:r>
        <w:rPr>
          <w:b w:val="0"/>
          <w:i w:val="0"/>
        </w:rPr>
        <w:t>Để Katherine lại ở ngưỡng cửa, Langdon vội vã bước vào trong, cố ý né ánh mắt khỏi khoang EPR và đi thẳng đến bàn làm việc ở phía bên kia căn phòng.</w:t>
      </w:r>
    </w:p>
    <w:p>
      <w:pPr>
        <w:spacing w:after="80"/>
      </w:pPr>
      <w:r>
        <w:rPr>
          <w:b w:val="0"/>
          <w:i w:val="0"/>
        </w:rPr>
        <w:t>Chiếc cặp da của Gessner, đúng như dự đoán, vẫn nằm đúng chỗ mà anh đã thấy lúc trước. Anh đã ngỡ chiếc cặp có lẽ bị khóa và sẽ phải dùng sức để mở, nhưng khi đến gần và xem xét, anh phát hiện một điều hoàn toàn bất ngờ.</w:t>
      </w:r>
    </w:p>
    <w:p>
      <w:pPr>
        <w:spacing w:after="80"/>
      </w:pPr>
      <w:r>
        <w:rPr>
          <w:b w:val="0"/>
          <w:i w:val="0"/>
        </w:rPr>
        <w:t>Các chốt của chiếc cặp đã bị cạy mở…ổ khóa bị đập vỡ.</w:t>
      </w:r>
    </w:p>
    <w:p>
      <w:pPr>
        <w:spacing w:after="80"/>
      </w:pPr>
      <w:r>
        <w:rPr>
          <w:b w:val="0"/>
          <w:i w:val="0"/>
        </w:rPr>
        <w:t>Ôi không…</w:t>
      </w:r>
    </w:p>
    <w:p>
      <w:pPr>
        <w:spacing w:after="80"/>
      </w:pPr>
      <w:r>
        <w:rPr>
          <w:b w:val="0"/>
          <w:i w:val="0"/>
        </w:rPr>
        <w:t>Langdon chộp lấy chiếc cặp và giật mạnh nắp, thấy đủ mọi thứ từ tối qua—giấy tờ, bìa hồ sơ, điện thoại, bút. Toàn bộ đồ đạc có vẻ vẫn còn nguyên…trừ đúng thứ họ cần. Thẻ khóa RFID của Gessner không còn trong vỏ bảo vệ nữa. Hoảng hốt, Langdon thọc ngón tay vào trong vỏ, hy vọng tấm thẻ đã tuột xuống, nhưng chẳng có gì ở đó. Sau khi đổ hết chiếc cặp ra và lục lọi đồ đạc hai lần, anh đành chấp nhận sự thật phũ phàng.</w:t>
      </w:r>
    </w:p>
    <w:p>
      <w:pPr>
        <w:spacing w:after="80"/>
      </w:pPr>
      <w:r>
        <w:rPr>
          <w:b w:val="0"/>
          <w:i w:val="0"/>
        </w:rPr>
        <w:t>Quyền truy cập của chúng ta vào Threshold đã mất rồi.</w:t>
      </w:r>
    </w:p>
    <w:p>
      <w:pPr>
        <w:spacing w:after="80"/>
      </w:pPr>
      <w:r>
        <w:rPr>
          <w:b w:val="0"/>
          <w:i w:val="0"/>
        </w:rPr>
        <w:t>“Không sao đâu,” Katherine nói buồn bã, giọng cô gần hơn anh tưởng.</w:t>
      </w:r>
    </w:p>
    <w:p>
      <w:pPr>
        <w:spacing w:after="80"/>
      </w:pPr>
      <w:r>
        <w:rPr>
          <w:b w:val="0"/>
          <w:i w:val="0"/>
        </w:rPr>
        <w:t>Langdon quay lại và thấy Katherine không còn ở ngưỡng cửa nữa. Cô đã bước vào phòng và đang ngồi xổm bên cạnh khoang EPR, cúi nhìn thi thể của Gessner.</w:t>
      </w:r>
    </w:p>
    <w:p>
      <w:pPr>
        <w:spacing w:after="80"/>
      </w:pPr>
      <w:r>
        <w:rPr>
          <w:b w:val="0"/>
          <w:i w:val="0"/>
        </w:rPr>
        <w:t xml:space="preserve">“Thẻ khóa của Brigita cũng chẳng giúp được gì,” Katherine thì thầm, ngước mắt lên nhìn anh. “Nó là </w:t>
      </w:r>
      <w:r>
        <w:rPr>
          <w:b w:val="0"/>
          <w:i/>
        </w:rPr>
        <w:t>sinh trắc học.</w:t>
      </w:r>
      <w:r>
        <w:rPr>
          <w:b w:val="0"/>
          <w:i w:val="0"/>
        </w:rPr>
        <w:t>”</w:t>
      </w:r>
    </w:p>
    <w:p>
      <w:pPr>
        <w:spacing w:after="80"/>
      </w:pPr>
      <w:r>
        <w:rPr>
          <w:b w:val="0"/>
          <w:i w:val="0"/>
        </w:rPr>
        <w:t>“Xin lỗi, cô nói gì?” Langdon bước về phía cô.</w:t>
      </w:r>
    </w:p>
    <w:p>
      <w:pPr>
        <w:spacing w:after="80"/>
      </w:pPr>
      <w:r>
        <w:rPr>
          <w:b w:val="0"/>
          <w:i w:val="0"/>
        </w:rPr>
        <w:t>“Thẻ của cô ấy không hoạt động trừ khi nó nhận ra dấu vân tay của cô ấy.”</w:t>
      </w:r>
    </w:p>
    <w:p>
      <w:pPr>
        <w:spacing w:after="80"/>
      </w:pPr>
      <w:r>
        <w:rPr>
          <w:b w:val="0"/>
          <w:i w:val="0"/>
        </w:rPr>
        <w:t>“Sao cô lại nói vậy?”</w:t>
      </w:r>
    </w:p>
    <w:p>
      <w:pPr>
        <w:spacing w:after="80"/>
      </w:pPr>
      <w:r>
        <w:rPr>
          <w:b w:val="0"/>
          <w:i w:val="0"/>
        </w:rPr>
        <w:t>Katherine chỉ vào một vật nằm trên sàn gần khoang chứa—một chiếc kìm cắt dây với lưỡi dính đầy máu. “Bởi vì kẻ nào đã lấy thẻ của Brigita…thì cũng lấy luôn ngón cái của cô ấy.”</w:t>
      </w:r>
    </w:p>
    <w:p>
      <w:pPr>
        <w:pStyle w:val="Heading1"/>
      </w:pPr>
      <w:r>
        <w:rPr>
          <w:rFonts w:ascii="Calibri" w:hAnsi="Calibri"/>
          <w:b/>
          <w:i w:val="0"/>
          <w:sz w:val="40"/>
        </w:rPr>
        <w:t>Chương 92</w:t>
      </w:r>
    </w:p>
    <w:p>
      <w:pPr>
        <w:spacing w:after="80"/>
      </w:pPr>
      <w:r>
        <w:rPr>
          <w:b w:val="0"/>
          <w:i w:val="0"/>
        </w:rPr>
        <w:t>Một mình trong văn phòng, vị đại sứ cúi nhìn mẩu giấy được để lại trên thi thể của Michael Harris.</w:t>
      </w:r>
    </w:p>
    <w:p>
      <w:pPr>
        <w:spacing w:after="80"/>
      </w:pPr>
      <w:r>
        <w:rPr>
          <w:b w:val="0"/>
          <w:i w:val="0"/>
        </w:rPr>
        <w:t>GỬI: Đại sứ Hoa Kỳ Heide Nagel Riêng tư và Cá nhân</w:t>
      </w:r>
    </w:p>
    <w:p>
      <w:pPr>
        <w:spacing w:after="80"/>
      </w:pPr>
      <w:r>
        <w:rPr>
          <w:b w:val="0"/>
          <w:i w:val="0"/>
        </w:rPr>
        <w:t>Lá thư được viết tay, không ký tên, và chỉ có hai dòng. Nagel đã đọc nó vài lần rồi, lòng rối bời vì nội dung. Cô đã hoàn toàn kỳ vọng lá thư của kẻ giết người sẽ u ám và đe dọa, và cô đã chuẩn bị tinh thần. Nhưng mẩu giấy lại ngắn gọn và dè dặt một cách kỳ lạ. Gần như lịch sự.</w:t>
      </w:r>
    </w:p>
    <w:p>
      <w:pPr>
        <w:spacing w:after="80"/>
      </w:pPr>
      <w:r>
        <w:rPr>
          <w:b w:val="0"/>
          <w:i w:val="0"/>
        </w:rPr>
        <w:t>Xin hãy giúp Sasha.</w:t>
      </w:r>
    </w:p>
    <w:p>
      <w:pPr>
        <w:spacing w:after="80"/>
      </w:pPr>
      <w:r>
        <w:rPr>
          <w:b w:val="0"/>
          <w:i w:val="0"/>
        </w:rPr>
        <w:t>https://youtu.be/pnAFQtzAwMM</w:t>
      </w:r>
    </w:p>
    <w:p>
      <w:pPr>
        <w:spacing w:after="80"/>
      </w:pPr>
      <w:r>
        <w:rPr>
          <w:b w:val="0"/>
          <w:i w:val="0"/>
        </w:rPr>
        <w:t>Chỉ có thế? Hắn muốn tôi giúp Sasha?</w:t>
      </w:r>
    </w:p>
    <w:p>
      <w:pPr>
        <w:spacing w:after="80"/>
      </w:pPr>
      <w:r>
        <w:rPr>
          <w:b w:val="0"/>
          <w:i w:val="0"/>
        </w:rPr>
        <w:t>Bối rối, vị đại sứ với tay lấy bàn phím máy tính và bắt đầu gõ đường dẫn URL mà kẻ giết người đã gửi. Nếu tệp nằm trên USB hoặc đính kèm email, Nagel hẳn đã biết không nên mở nó trên máy của đại sứ quán, nhưng một liên kết công khai thì đủ an toàn.</w:t>
      </w:r>
    </w:p>
    <w:p>
      <w:pPr>
        <w:spacing w:after="80"/>
      </w:pPr>
      <w:r>
        <w:rPr>
          <w:b w:val="0"/>
          <w:i w:val="0"/>
        </w:rPr>
        <w:t xml:space="preserve">Khi cửa sổ YouTube mở ra, Nagel thấy đó dường như là một video nghiệp dư quay bằng điện thoại di động, được dựng bên cạnh một loại thùng chứa dài, thấp mà khiến cô nhớ đến những “quan tài vận chuyển” vỏ cứng mà quân đội dùng để đưa thi thể về nhà. Tuy nhiên, thi thể bên trong </w:t>
      </w:r>
      <w:r>
        <w:rPr>
          <w:b w:val="0"/>
          <w:i/>
        </w:rPr>
        <w:t>chiếc</w:t>
      </w:r>
      <w:r>
        <w:rPr>
          <w:b w:val="0"/>
          <w:i w:val="0"/>
        </w:rPr>
        <w:t xml:space="preserve"> thùng này lại còn sống, đang vùng vẫy chống lại những dây đai Velcro trói chặt cô. Người phụ nữ nhỏ nhắn, ăn mặc sành điệu, da nhợt nhạt và mái tóc sẫm màu được kéo buộc chặt ra sau.</w:t>
      </w:r>
    </w:p>
    <w:p>
      <w:pPr>
        <w:spacing w:after="80"/>
      </w:pPr>
      <w:r>
        <w:rPr>
          <w:b w:val="0"/>
          <w:i/>
        </w:rPr>
        <w:t>Lạy Chúa…Tiến sĩ Brigita Gessner,</w:t>
      </w:r>
      <w:r>
        <w:rPr>
          <w:b w:val="0"/>
          <w:i w:val="0"/>
        </w:rPr>
        <w:t xml:space="preserve"> vị đại sứ nhận ra ngay, lùi lại khi nhớ đến lời kể của Langdon về việc tìm thấy thi thể của Gessner. Cô chợt sợ rằng mình sắp chứng kiến những giây phút cuối cùng trong cuộc đời của Gessner. </w:t>
      </w:r>
      <w:r>
        <w:rPr>
          <w:b w:val="0"/>
          <w:i/>
        </w:rPr>
        <w:t>Đây là phim giết người thật sao?!</w:t>
      </w:r>
    </w:p>
    <w:p>
      <w:pPr>
        <w:spacing w:after="80"/>
      </w:pPr>
      <w:r>
        <w:rPr>
          <w:b w:val="0"/>
          <w:i w:val="0"/>
        </w:rPr>
        <w:t>Câu hỏi được trả lời ngay sau đó khi kẻ tấn công Gessner bước vào khung hình. Bóng người trùm mũ quấn kín trong màu đen, và khi gương mặt hắn hiện ra, Nagel theo phản xạ lùi hẳn khỏi màn hình. Người đàn ông có một lớp đất sét dày phủ kín mặt, và trên trán hắn khắc ba chữ cái Hebrew.</w:t>
        <w:br/>
        <w:t>&lt;&lt;&lt;|&gt;&gt;&gt;</w:t>
        <w:br/>
        <w:t xml:space="preserve">Nagel khá quen thuộc với lịch sử của Prague, và cô không chút nghi ngờ đây là gì. </w:t>
      </w:r>
      <w:r>
        <w:rPr>
          <w:b w:val="0"/>
          <w:i/>
        </w:rPr>
        <w:t>Hắn ăn mặc như golem?</w:t>
      </w:r>
      <w:r>
        <w:rPr>
          <w:b w:val="0"/>
          <w:i w:val="0"/>
        </w:rPr>
        <w:t xml:space="preserve"> Với nỗi kinh hoàng ngày càng tăng, cô xem những gì diễn ra tiếp theo—một cuộc thẩm vấn tàn bạo với các đường truyền IV và một quy trình y tế nào đó mà Nagel chưa từng thấy bao giờ. Nỗi đau gây ra thật kinh khủng, nhưng thông tin được tiết lộ—lời thú tội chi tiết của Gessner—khiến Nagel choáng váng.</w:t>
      </w:r>
    </w:p>
    <w:p>
      <w:pPr>
        <w:spacing w:after="80"/>
      </w:pPr>
      <w:r>
        <w:rPr>
          <w:b w:val="0"/>
          <w:i w:val="0"/>
        </w:rPr>
        <w:t>Khi video đi đến kết thúc ghê rợn, Đại sứ Nagel nhắm mắt lại. Cô hít thở sâu, cố gắng tiêu hóa tất cả những gì vừa được biết. Có nhiều khía cạnh trong lời thú tội của Gessner mà Nagel không hiểu, nhưng có một điều rõ ràng đến đáng báo động. Dự án tuyệt mật mà Nagel đã mù quáng giúp tạo điều kiện giờ đây đang có nguy cơ bị công khai, và hậu quả sẽ thảm khốc. Những gì cô vừa nghe về chương trình này khiến cô kinh tởm, và cô chỉ có thể tưởng tượng phần còn lại của thế giới sẽ phản ứng ra sao.</w:t>
      </w:r>
    </w:p>
    <w:p>
      <w:pPr>
        <w:spacing w:after="80"/>
      </w:pPr>
      <w:r>
        <w:rPr>
          <w:b w:val="0"/>
          <w:i w:val="0"/>
        </w:rPr>
        <w:t>Khi đoạn video đi đến kết cục rùng rợn, Đại sứ Nagel nhắm mắt lại. Cô hít thở sâu, cố gắng tiêu hóa tất cả những gì vừa được biết. Có nhiều khía cạnh trong lời thú tội của Gessner mà Nagel không hiểu, nhưng có một điều rõ ràng đến đáng báo động. Dự án tuyệt mật mà Nagel đã mù quáng giúp tạo điều kiện nay đang đứng trước nguy cơ bị công khai, và hậu quả sẽ thảm khốc. Những gì cô vừa nghe về chương trình này khiến cô kinh tởm, và cô chỉ có thể tưởng tượng phần còn lại của thế giới sẽ phản ứng ra sao.</w:t>
      </w:r>
    </w:p>
    <w:p>
      <w:pPr>
        <w:spacing w:after="80"/>
      </w:pPr>
      <w:r>
        <w:rPr>
          <w:b w:val="0"/>
          <w:i w:val="0"/>
        </w:rPr>
        <w:t>Sợ hãi, Nagel với tay lấy điện thoại.</w:t>
      </w:r>
    </w:p>
    <w:p>
      <w:pPr>
        <w:spacing w:after="80"/>
      </w:pPr>
      <w:r>
        <w:rPr>
          <w:b w:val="0"/>
          <w:i w:val="0"/>
        </w:rPr>
        <w:t>Đã đến lúc phải thực hiện một cuộc gọi vô cùng nguy hiểm.</w:t>
      </w:r>
    </w:p>
    <w:p>
      <w:pPr>
        <w:spacing w:after="80"/>
      </w:pPr>
      <w:r>
        <w:rPr>
          <w:b w:val="0"/>
          <w:i w:val="0"/>
        </w:rPr>
        <w:t>Một cuộc gọi lẽ ra tôi phải thực hiện từ nhiều năm trước.</w:t>
      </w:r>
    </w:p>
    <w:p>
      <w:pPr>
        <w:jc w:val="center"/>
      </w:pPr>
      <w:r>
        <w:drawing>
          <wp:inline xmlns:a="http://schemas.openxmlformats.org/drawingml/2006/main" xmlns:pic="http://schemas.openxmlformats.org/drawingml/2006/picture">
            <wp:extent cx="5486400" cy="362122"/>
            <wp:docPr id="82" name="Picture 82"/>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Chìm trong một khoảng không vô tận của bóng tối, Sasha Vesna cố gắng định vị bản thân. Thế giới này hoàn toàn xa lạ với cô.</w:t>
      </w:r>
    </w:p>
    <w:p>
      <w:pPr>
        <w:spacing w:after="80"/>
      </w:pPr>
      <w:r>
        <w:rPr>
          <w:b w:val="0"/>
          <w:i w:val="0"/>
        </w:rPr>
        <w:t>Mình đang ở đâu?!</w:t>
      </w:r>
    </w:p>
    <w:p>
      <w:pPr>
        <w:spacing w:after="80"/>
      </w:pPr>
      <w:r>
        <w:rPr>
          <w:b w:val="0"/>
          <w:i w:val="0"/>
        </w:rPr>
        <w:t>Sasha không lạ gì với cảm giác mất phương hướng và tách rời khỏi cơ thể, nhưng những lần đó luôn đi kèm với bóng tối hoàn toàn. Không ánh sáng, không bóng đổ, không có bất kỳ kích thích thị giác nào.</w:t>
      </w:r>
    </w:p>
    <w:p>
      <w:pPr>
        <w:spacing w:after="80"/>
      </w:pPr>
      <w:r>
        <w:rPr>
          <w:b w:val="0"/>
          <w:i w:val="0"/>
        </w:rPr>
        <w:t>Nhưng mình thấy ánh sáng…</w:t>
      </w:r>
    </w:p>
    <w:p>
      <w:pPr>
        <w:spacing w:after="80"/>
      </w:pPr>
      <w:r>
        <w:rPr>
          <w:b w:val="0"/>
          <w:i w:val="0"/>
        </w:rPr>
        <w:t>Chắc chắn là ánh sáng. Mờ nhạt, dịu nhẹ, xa xăm.</w:t>
      </w:r>
    </w:p>
    <w:p>
      <w:pPr>
        <w:spacing w:after="80"/>
      </w:pPr>
      <w:r>
        <w:rPr>
          <w:b w:val="0"/>
          <w:i w:val="0"/>
        </w:rPr>
        <w:t>Ai đã đưa mình đến đây?</w:t>
      </w:r>
    </w:p>
    <w:p>
      <w:pPr>
        <w:spacing w:after="80"/>
      </w:pPr>
      <w:r>
        <w:rPr>
          <w:b w:val="0"/>
          <w:i w:val="0"/>
        </w:rPr>
        <w:t>Trong trạng thái mơ màng, cô không thể nhớ nổi mình đã đến nơi này bằng cách nào. Cô cảm thấy mình đang nằm ngửa, và cố ngồi dậy, nhưng cô thấy như bị ghim chặt bởi một sức nặng không thể lay chuyển.</w:t>
      </w:r>
    </w:p>
    <w:p>
      <w:pPr>
        <w:spacing w:after="80"/>
      </w:pPr>
      <w:r>
        <w:rPr>
          <w:b w:val="0"/>
          <w:i w:val="0"/>
        </w:rPr>
        <w:t>Mình bị trói ư? Hay bị tê liệt?</w:t>
      </w:r>
    </w:p>
    <w:p>
      <w:pPr>
        <w:spacing w:after="80"/>
      </w:pPr>
      <w:r>
        <w:rPr>
          <w:b w:val="0"/>
          <w:i w:val="0"/>
        </w:rPr>
        <w:t>Với nỗi hoảng loạn ngày càng tăng, Sasha vật lộn để xác định vị trí của mình…nhưng nỗ lực đó chỉ khiến cô kiệt sức, và ánh sáng bắt đầu mờ dần. Một dòng nước ngầm đã cuộn chảy bên dưới cô, bào mòn thế giới vật chất đang giam giữ cô. Rồi, với một sức mạnh áp đảo, thủy triều dâng lên, cuộn qua cô như một con sóng, và nhấn chìm cô trở lại vào bóng tối hoàn toàn.</w:t>
      </w:r>
    </w:p>
    <w:p>
      <w:pPr>
        <w:pStyle w:val="Heading1"/>
      </w:pPr>
      <w:r>
        <w:rPr>
          <w:rFonts w:ascii="Calibri" w:hAnsi="Calibri"/>
          <w:b/>
          <w:i w:val="0"/>
          <w:sz w:val="40"/>
        </w:rPr>
        <w:t>Chương 93</w:t>
      </w:r>
    </w:p>
    <w:p>
      <w:pPr>
        <w:spacing w:after="80"/>
      </w:pPr>
      <w:r>
        <w:rPr>
          <w:b w:val="0"/>
          <w:i w:val="0"/>
        </w:rPr>
        <w:t>Sâu thẳm bên trong Threshold, The Golěm cảm thấy mình như một bóng ma của chính mình.</w:t>
      </w:r>
    </w:p>
    <w:p>
      <w:pPr>
        <w:spacing w:after="80"/>
      </w:pPr>
      <w:r>
        <w:rPr>
          <w:b w:val="0"/>
          <w:i w:val="0"/>
        </w:rPr>
        <w:t>Cơ thể anh vẫn đang trong cơn sốc.</w:t>
      </w:r>
    </w:p>
    <w:p>
      <w:pPr>
        <w:spacing w:after="80"/>
      </w:pPr>
      <w:r>
        <w:rPr>
          <w:b w:val="0"/>
          <w:i w:val="0"/>
        </w:rPr>
        <w:t>Theo đúng nghĩa đen.</w:t>
      </w:r>
    </w:p>
    <w:p>
      <w:pPr>
        <w:spacing w:after="80"/>
      </w:pPr>
      <w:r>
        <w:rPr>
          <w:b w:val="0"/>
          <w:i w:val="0"/>
        </w:rPr>
        <w:t>Vài phút trước, khi đã đặt chân đến căn phòng sâu kín nhất của cơ sở ngầm này, anh đã tràn ngập cảm xúc. Anh cảm thấy một cơn ngứa ran quen thuộc ở thái dương. Dòng Ether đang tụ lại…ùa đến nhanh chóng…đe dọa nuốt chửng anh. Theo bản năng, The Golěm luồn tay vào túi áo choàng để lấy cây gậy kim loại, nhưng trong một thoáng hoảng hốt, anh nhận ra cây gậy đã biến mất. Anh đổ hết túi áo xuống sàn, lục lọi tất cả những thứ rơi ra.</w:t>
      </w:r>
    </w:p>
    <w:p>
      <w:pPr>
        <w:spacing w:after="80"/>
      </w:pPr>
      <w:r>
        <w:rPr>
          <w:b w:val="0"/>
          <w:i w:val="0"/>
        </w:rPr>
        <w:t>Cây gậy mất rồi…mình đã đánh rơi nó khi vật lộn với người phụ nữ trên lầu.</w:t>
      </w:r>
    </w:p>
    <w:p>
      <w:pPr>
        <w:spacing w:after="80"/>
      </w:pPr>
      <w:r>
        <w:rPr>
          <w:b w:val="0"/>
          <w:i w:val="0"/>
        </w:rPr>
        <w:t>The Golěm biết giờ mình đang phó mặc cho căn bệnh của mình, không còn lựa chọn nào khác ngoài việc chấp nhận cơn co giật sắp ập đến. Anh chuẩn bị hết mức có thể, thực hiện những biện pháp phòng ngừa vội vã, tìm một chỗ an toàn để nằm xuống nhằm tránh bị ngã.</w:t>
      </w:r>
    </w:p>
    <w:p>
      <w:pPr>
        <w:spacing w:after="80"/>
      </w:pPr>
      <w:r>
        <w:rPr>
          <w:b w:val="0"/>
          <w:i w:val="0"/>
        </w:rPr>
        <w:t>Những cơn co giật đã ập vào anh dữ dội, khiến anh bất tỉnh.</w:t>
      </w:r>
    </w:p>
    <w:p>
      <w:pPr>
        <w:jc w:val="center"/>
      </w:pPr>
      <w:r>
        <w:drawing>
          <wp:inline xmlns:a="http://schemas.openxmlformats.org/drawingml/2006/main" xmlns:pic="http://schemas.openxmlformats.org/drawingml/2006/picture">
            <wp:extent cx="5486400" cy="362122"/>
            <wp:docPr id="83" name="Picture 83"/>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Khi The Golěm tỉnh lại, anh không chắc đã bao nhiêu thời gian trôi qua. Anh cần vài phút để định hướng lại.</w:t>
      </w:r>
    </w:p>
    <w:p>
      <w:pPr>
        <w:spacing w:after="80"/>
      </w:pPr>
      <w:r>
        <w:rPr>
          <w:b w:val="0"/>
          <w:i w:val="0"/>
        </w:rPr>
        <w:t>Cuối cùng, gom hết sức lực, anh đứng thẳng người và một lần nữa thu vào tầm mắt không gian đáng kinh ngạc xung quanh. Xây dựng một thứ như thế này trong bí mật hoàn toàn dường như là một kỳ tích gần như bất khả thi, vậy mà giờ anh đã hiểu ai là người đứng sau tất cả.</w:t>
      </w:r>
    </w:p>
    <w:p>
      <w:pPr>
        <w:spacing w:after="80"/>
      </w:pPr>
      <w:r>
        <w:rPr>
          <w:b w:val="0"/>
          <w:i w:val="0"/>
        </w:rPr>
        <w:t>Họ nắm giữ ảnh hưởng—và nguồn lực—gần như vô hạn.</w:t>
      </w:r>
    </w:p>
    <w:p>
      <w:pPr>
        <w:spacing w:after="80"/>
      </w:pPr>
      <w:r>
        <w:rPr>
          <w:b w:val="0"/>
          <w:i w:val="0"/>
        </w:rPr>
        <w:t>Tái hòa nhập với thực tại, The Golěm xua tan cơn mơ màng sau cơn động kinh và quay lại chỗ anh đã đổ hết túi áo choàng để tìm cây gậy. Anh ngồi xổm bằng cả bốn chi, nhặt từng món đồ một, trả chúng về túi—khẩu súng điện Vipertek và một chiếc hộp nhựa anh đã lấy từ một mặt bàn gần đó, trước đây đựng đai ốc và bu-lông, nhưng giờ chứa thẻ khóa RFID màu đen của Brigita Gessner…và ngón tay cái bị chặt lìa của cô ta.</w:t>
      </w:r>
    </w:p>
    <w:p>
      <w:pPr>
        <w:spacing w:after="80"/>
      </w:pPr>
      <w:r>
        <w:rPr>
          <w:b w:val="0"/>
          <w:i/>
        </w:rPr>
        <w:t>Quyền truy cập của tôi vào</w:t>
      </w:r>
      <w:r>
        <w:rPr>
          <w:b w:val="0"/>
          <w:i w:val="0"/>
        </w:rPr>
        <w:t xml:space="preserve"> </w:t>
      </w:r>
      <w:r>
        <w:rPr>
          <w:b w:val="0"/>
          <w:i/>
        </w:rPr>
        <w:t>Threshold</w:t>
      </w:r>
      <w:r>
        <w:rPr>
          <w:b w:val="0"/>
          <w:i w:val="0"/>
        </w:rPr>
        <w:t>.</w:t>
      </w:r>
    </w:p>
    <w:p>
      <w:pPr>
        <w:spacing w:after="80"/>
      </w:pPr>
      <w:r>
        <w:rPr>
          <w:b w:val="0"/>
          <w:i w:val="0"/>
        </w:rPr>
        <w:t>Đúng như dự đoán, dấu vân tay của Brigita ngay lập tức xác thực thẻ mỗi khi anh ấn chúng vào nhau.</w:t>
      </w:r>
    </w:p>
    <w:p>
      <w:pPr>
        <w:spacing w:after="80"/>
      </w:pPr>
      <w:r>
        <w:rPr>
          <w:b w:val="0"/>
          <w:i w:val="0"/>
        </w:rPr>
        <w:t>Và dẫn tôi đến thánh địa bên trong này.</w:t>
      </w:r>
    </w:p>
    <w:p>
      <w:pPr>
        <w:spacing w:after="80"/>
      </w:pPr>
      <w:r>
        <w:rPr>
          <w:b w:val="0"/>
          <w:i w:val="0"/>
        </w:rPr>
        <w:t>Gessner đã thừa nhận sự tồn tại của căn phòng này, và giờ khi The Golěm đã tận mắt chứng kiến, anh cảm thấy tràn đầy sinh lực với nhu cầu phải phá hủy nó. Càng thêm quyết tâm, anh tiến đến nơi sâu thẳm nhất của căn phòng, bước qua một cánh cửa kính, và tìm thấy thứ anh đang tìm kiếm—một hốc tường được rào lại bằng một cổng an toàn.</w:t>
      </w:r>
    </w:p>
    <w:p>
      <w:pPr>
        <w:spacing w:after="80"/>
      </w:pPr>
      <w:r>
        <w:rPr>
          <w:b w:val="0"/>
          <w:i w:val="0"/>
        </w:rPr>
        <w:t>Bên kia cổng, sàn là một bệ kim loại, có in dòng chữ:</w:t>
      </w:r>
    </w:p>
    <w:p>
      <w:pPr>
        <w:spacing w:after="80"/>
      </w:pPr>
      <w:r>
        <w:rPr>
          <w:b w:val="0"/>
          <w:i w:val="0"/>
        </w:rPr>
        <w:t>Hệ thống / Tiện ích</w:t>
      </w:r>
    </w:p>
    <w:p>
      <w:pPr>
        <w:spacing w:after="80"/>
      </w:pPr>
      <w:r>
        <w:rPr>
          <w:b w:val="0"/>
          <w:i w:val="0"/>
        </w:rPr>
        <w:t>The Golěm bước lên bệ và, dùng mũi giày, ấn xuống một nút đỏ quá khổ trên sàn. Một tiếng xì nhẹ của không khí thoát ra từ đâu đó bên dưới anh, và bệ bắt đầu hạ xuống, đưa anh xuyên qua sàn.</w:t>
      </w:r>
    </w:p>
    <w:p>
      <w:pPr>
        <w:spacing w:after="80"/>
      </w:pPr>
      <w:r>
        <w:rPr>
          <w:b w:val="0"/>
          <w:i w:val="0"/>
        </w:rPr>
        <w:t>Quãng đường hạ xuống thật ngắn—có lẽ mười hai feet.</w:t>
      </w:r>
    </w:p>
    <w:p>
      <w:pPr>
        <w:spacing w:after="80"/>
      </w:pPr>
      <w:r>
        <w:rPr>
          <w:b w:val="0"/>
          <w:i w:val="0"/>
        </w:rPr>
        <w:t>Khi bệ đỡ dừng lại, những ngọn đèn huỳnh quang chập chờn bật sáng, để lộ ra một hành lang trần thấp chạy ngược về phía anh vừa đi qua, bên dưới trái tim của cơ sở.</w:t>
      </w:r>
    </w:p>
    <w:p>
      <w:pPr>
        <w:spacing w:after="80"/>
      </w:pPr>
      <w:r>
        <w:rPr>
          <w:b w:val="0"/>
          <w:i w:val="0"/>
        </w:rPr>
        <w:t>Khi The Golěm di chuyển dọc theo đường hầm bê tông chật hẹp, anh đi ngang qua những hầm máy móc chứa máy phát điện, máy bơm, bộ xử lý không khí và bảng điều khiển, cùng hàng dặm ống đồng, ống dẫn và dây điện bọc cách nhiệt dày. Tất cả được kết nối với nhau như một hệ sinh thái đang ọc ạch, thở và nhấp nháy.</w:t>
      </w:r>
    </w:p>
    <w:p>
      <w:pPr>
        <w:spacing w:after="80"/>
      </w:pPr>
      <w:r>
        <w:rPr>
          <w:b w:val="0"/>
          <w:i w:val="0"/>
        </w:rPr>
        <w:t>Dù không có nhân viên nào ở Threshold, nhịp đập của cơ sở này vẫn còn sống động lắm.</w:t>
      </w:r>
    </w:p>
    <w:p>
      <w:pPr>
        <w:spacing w:after="80"/>
      </w:pPr>
      <w:r>
        <w:rPr>
          <w:b w:val="0"/>
          <w:i/>
        </w:rPr>
        <w:t>Chỉ còn một chút nữa thôi,</w:t>
      </w:r>
      <w:r>
        <w:rPr>
          <w:b w:val="0"/>
          <w:i w:val="0"/>
        </w:rPr>
        <w:t xml:space="preserve"> The Golěm tự nhủ, tiến về đích cuối cùng.</w:t>
      </w:r>
    </w:p>
    <w:p>
      <w:pPr>
        <w:pStyle w:val="Heading1"/>
      </w:pPr>
      <w:r>
        <w:rPr>
          <w:rFonts w:ascii="Calibri" w:hAnsi="Calibri"/>
          <w:b/>
          <w:i w:val="0"/>
          <w:sz w:val="40"/>
        </w:rPr>
        <w:t>Chương 94</w:t>
      </w:r>
    </w:p>
    <w:p>
      <w:pPr>
        <w:spacing w:after="80"/>
      </w:pPr>
      <w:r>
        <w:rPr>
          <w:b w:val="0"/>
          <w:i w:val="0"/>
        </w:rPr>
        <w:t>Katherine đứng trên khoang EPR và nhìn chằm chằm xuống mẩu xương đẫm máu nơi ngón cái phải của Brigita từng ở đó, bị cắt lìa ngay dưới khớp. Trong một thoáng, mọi ý nghĩ về việc bước vào Threshold tan biến…bị ghi đè bởi nỗi kinh hoàng của cảnh tượng trước mắt.</w:t>
      </w:r>
    </w:p>
    <w:p>
      <w:pPr>
        <w:spacing w:after="80"/>
      </w:pPr>
      <w:r>
        <w:rPr>
          <w:b w:val="0"/>
          <w:i w:val="0"/>
        </w:rPr>
        <w:t>Ôi, Brigita…tôi xin lỗi em nhiều lắm.</w:t>
      </w:r>
    </w:p>
    <w:p>
      <w:pPr>
        <w:spacing w:after="80"/>
      </w:pPr>
      <w:r>
        <w:rPr>
          <w:b w:val="0"/>
          <w:i w:val="0"/>
        </w:rPr>
        <w:t>Sự rùng rợn của ngón tay cái bị cắt lìa hầu như không đọng lại được bao nhiêu so với bối cảnh ghê rợn xung quanh. Bên trong khoang, gương mặt nhà thần kinh học méo mó vì đau đớn, đôi mắt cô nhìn vào hư vô, đôi môi kéo ngược lại thành một cái nhăn nhó. Da cô đã mất hết màu sắc. Cổ tay và cổ chân của Gessner bị trầy xước vì vùng vẫy chống lại những dây đai Velcro, và cả hai cẳng tay đều bị đâm ống thông tĩnh mạch (IV catheter) một cách thô bạo. Một ống thông đã bật khỏi da thịt, phủ lên cẳng tay cô một lớp máu đông, đã chuyển sang màu đỏ thẫm.</w:t>
      </w:r>
    </w:p>
    <w:p>
      <w:pPr>
        <w:spacing w:after="80"/>
      </w:pPr>
      <w:r>
        <w:rPr>
          <w:b w:val="0"/>
          <w:i/>
        </w:rPr>
        <w:t>Một ống thông tĩnh mạch ngoại vi?</w:t>
      </w:r>
      <w:r>
        <w:rPr>
          <w:b w:val="0"/>
          <w:i w:val="0"/>
        </w:rPr>
        <w:t xml:space="preserve"> Katherine nghĩ. </w:t>
      </w:r>
      <w:r>
        <w:rPr>
          <w:b w:val="0"/>
          <w:i/>
        </w:rPr>
        <w:t>Bảo sao ống thông lại hỏng.</w:t>
      </w:r>
    </w:p>
    <w:p>
      <w:pPr>
        <w:spacing w:after="80"/>
      </w:pPr>
      <w:r>
        <w:rPr>
          <w:b w:val="0"/>
          <w:i w:val="0"/>
        </w:rPr>
        <w:t>Gessner đã mô tả thiết bị EPR nguyên mẫu này là một “máy tuần hoàn ngoài cơ thể cải tiến”, thứ cô dùng để thay nước muối siêu lạnh cho máu nhằm làm chậm quá trình chết. Kiểu tuần hoàn đó, ít nhất, sẽ cần một cặp ống thông tĩnh mạch đùi.</w:t>
      </w:r>
    </w:p>
    <w:p>
      <w:pPr>
        <w:spacing w:after="80"/>
      </w:pPr>
      <w:r>
        <w:rPr>
          <w:b w:val="0"/>
          <w:i/>
        </w:rPr>
        <w:t>Đây tuyệt đối</w:t>
      </w:r>
      <w:r>
        <w:rPr>
          <w:b w:val="0"/>
          <w:i w:val="0"/>
        </w:rPr>
        <w:t xml:space="preserve"> không </w:t>
      </w:r>
      <w:r>
        <w:rPr>
          <w:b w:val="0"/>
          <w:i/>
        </w:rPr>
        <w:t>phải cách bạn kết nối một ECMO.</w:t>
      </w:r>
    </w:p>
    <w:p>
      <w:pPr>
        <w:spacing w:after="80"/>
      </w:pPr>
      <w:r>
        <w:rPr>
          <w:b w:val="0"/>
          <w:i w:val="0"/>
        </w:rPr>
        <w:t>Quan sát cách bài trí, Katherine kết luận rằng kẻ đã làm điều này với Brigita hoặc là hoàn toàn bất tài, hoặc có thể đã biết quá trình này sẽ giết cô và chọn cách bơm nước muối lạnh từ từ để gây đau đớn. Katherine rùng mình khi tưởng tượng nỗi đau mà Gessner hẳn đã phải chịu đựng nếu cô không được gây mê trước đó. Hơn nữa, cỗ máy này trông như một nguyên mẫu thô sơ, chắp vá…hoàn toàn chưa sẵn sàng để thử nghiệm trên người.</w:t>
      </w:r>
    </w:p>
    <w:p>
      <w:pPr>
        <w:spacing w:after="80"/>
      </w:pPr>
      <w:r>
        <w:rPr>
          <w:b w:val="0"/>
          <w:i w:val="0"/>
        </w:rPr>
        <w:t xml:space="preserve">Khi Langdon đến bên cạnh, Katherine giật mình thấy anh cầm một chiếc điện thoại thông minh. “Đó là điện thoại của </w:t>
      </w:r>
      <w:r>
        <w:rPr>
          <w:b w:val="0"/>
          <w:i/>
        </w:rPr>
        <w:t>Brigita</w:t>
      </w:r>
      <w:r>
        <w:rPr>
          <w:b w:val="0"/>
          <w:i w:val="0"/>
        </w:rPr>
        <w:t xml:space="preserve"> phải không?” cô hỏi.</w:t>
      </w:r>
    </w:p>
    <w:p>
      <w:pPr>
        <w:spacing w:after="80"/>
      </w:pPr>
      <w:r>
        <w:rPr>
          <w:b w:val="0"/>
          <w:i w:val="0"/>
        </w:rPr>
        <w:t>Anh gật đầu. “Nó vẫn còn bật, nhưng sắp hết pin. Mật mã thang máy của cô ấy không mở được nó, nhưng…” Anh ngồi xổm xuống bên cạnh khoang, vẻ mặt nghiêm trọng khi giơ điện thoại ra trước mặt Brigita. “Tôi tự hỏi liệu nhận diện khuôn mặt có phân biệt được giữa người sống và—”</w:t>
      </w:r>
    </w:p>
    <w:p>
      <w:pPr>
        <w:spacing w:after="80"/>
      </w:pPr>
      <w:r>
        <w:rPr>
          <w:b w:val="0"/>
          <w:i w:val="0"/>
        </w:rPr>
        <w:t>Chiếc điện thoại kêu lên một tiếng.</w:t>
      </w:r>
    </w:p>
    <w:p>
      <w:pPr>
        <w:spacing w:after="80"/>
      </w:pPr>
      <w:r>
        <w:rPr>
          <w:b w:val="0"/>
          <w:i w:val="0"/>
        </w:rPr>
        <w:t>Langdon đứng dậy và bắt đầu vuốt màn hình điện thoại.</w:t>
      </w:r>
    </w:p>
    <w:p>
      <w:pPr>
        <w:spacing w:after="80"/>
      </w:pPr>
      <w:r>
        <w:rPr>
          <w:b w:val="0"/>
          <w:i w:val="0"/>
        </w:rPr>
        <w:t>“Khoan đã, cô đang làm gì vậy?!” Katherine hỏi.</w:t>
      </w:r>
    </w:p>
    <w:p>
      <w:pPr>
        <w:spacing w:after="80"/>
      </w:pPr>
      <w:r>
        <w:rPr>
          <w:b w:val="0"/>
          <w:i w:val="0"/>
        </w:rPr>
        <w:t>“Đại sứ cần biết chúng ta đã thất bại,” anh nói khẽ. “Kế hoạch vào Threshold của tôi phụ thuộc vào việc tấm thẻ đó là—”</w:t>
      </w:r>
    </w:p>
    <w:p>
      <w:pPr>
        <w:spacing w:after="80"/>
      </w:pPr>
      <w:r>
        <w:rPr>
          <w:b w:val="0"/>
          <w:i w:val="0"/>
        </w:rPr>
        <w:t>“Đưa điện thoại cho tôi!” Katherine thốt lên, chìa tay ra. “Tôi có một ý tưởng…”</w:t>
      </w:r>
    </w:p>
    <w:p>
      <w:pPr>
        <w:jc w:val="center"/>
      </w:pPr>
      <w:r>
        <w:drawing>
          <wp:inline xmlns:a="http://schemas.openxmlformats.org/drawingml/2006/main" xmlns:pic="http://schemas.openxmlformats.org/drawingml/2006/picture">
            <wp:extent cx="5486400" cy="362122"/>
            <wp:docPr id="84" name="Picture 84"/>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 xml:space="preserve">Langdon nhìn Katherine nhanh chóng lướt qua thiết bị của Gessner. </w:t>
      </w:r>
      <w:r>
        <w:rPr>
          <w:b w:val="0"/>
          <w:i/>
        </w:rPr>
        <w:t>Cô ấy đang tìm gì vậy?</w:t>
      </w:r>
    </w:p>
    <w:p>
      <w:pPr>
        <w:spacing w:after="80"/>
      </w:pPr>
      <w:r>
        <w:rPr>
          <w:b w:val="0"/>
          <w:i w:val="0"/>
        </w:rPr>
        <w:t xml:space="preserve">“Brigita thông minh…và hiệu quả,” Katherine lẩm bẩm một mình, vuốt qua các màn hình. “Nó </w:t>
      </w:r>
      <w:r>
        <w:rPr>
          <w:b w:val="0"/>
          <w:i/>
        </w:rPr>
        <w:t>phải</w:t>
      </w:r>
      <w:r>
        <w:rPr>
          <w:b w:val="0"/>
          <w:i w:val="0"/>
        </w:rPr>
        <w:t xml:space="preserve"> ở đây chứ!”</w:t>
      </w:r>
    </w:p>
    <w:p>
      <w:pPr>
        <w:spacing w:after="80"/>
      </w:pPr>
      <w:r>
        <w:rPr>
          <w:b w:val="0"/>
          <w:i w:val="0"/>
        </w:rPr>
        <w:t>“</w:t>
      </w:r>
      <w:r>
        <w:rPr>
          <w:b w:val="0"/>
          <w:i/>
        </w:rPr>
        <w:t>Cái gì</w:t>
      </w:r>
      <w:r>
        <w:rPr>
          <w:b w:val="0"/>
          <w:i w:val="0"/>
        </w:rPr>
        <w:t xml:space="preserve"> phải ở đó?”</w:t>
      </w:r>
    </w:p>
    <w:p>
      <w:pPr>
        <w:spacing w:after="80"/>
      </w:pPr>
      <w:r>
        <w:rPr>
          <w:b w:val="0"/>
          <w:i w:val="0"/>
        </w:rPr>
        <w:t>“Một bản sao NFC…”</w:t>
      </w:r>
    </w:p>
    <w:p>
      <w:pPr>
        <w:spacing w:after="80"/>
      </w:pPr>
      <w:r>
        <w:rPr>
          <w:b w:val="0"/>
          <w:i w:val="0"/>
        </w:rPr>
        <w:t>“Tôi không biết—”</w:t>
      </w:r>
    </w:p>
    <w:p>
      <w:pPr>
        <w:spacing w:after="80"/>
      </w:pPr>
      <w:r>
        <w:rPr>
          <w:b w:val="0"/>
          <w:i w:val="0"/>
        </w:rPr>
        <w:t>“Giao tiếp trường gần (near-field communication),” Katherine giải thích, vẫn đang lướt. “Đó là công nghệ cho phép bạn vẫy điện thoại thông minh hoặc đồng hồ của mình trước máy quét RFID để tương tác không chạm—Apple Pay, cửa phòng khách sạn, vé máy bay.”</w:t>
      </w:r>
    </w:p>
    <w:p>
      <w:pPr>
        <w:spacing w:after="80"/>
      </w:pPr>
      <w:r>
        <w:rPr>
          <w:b w:val="0"/>
          <w:i w:val="0"/>
        </w:rPr>
        <w:t xml:space="preserve">Katherine tiếp tục vuốt. “Hầu hết mọi người giờ đây cài </w:t>
      </w:r>
      <w:r>
        <w:rPr>
          <w:b w:val="0"/>
          <w:i/>
        </w:rPr>
        <w:t>bản sao</w:t>
      </w:r>
      <w:r>
        <w:rPr>
          <w:b w:val="0"/>
          <w:i w:val="0"/>
        </w:rPr>
        <w:t xml:space="preserve"> thẻ tín dụng của họ vào ví điện tử vì mang theo điện thoại tiện lợi hơn nhiều so với mang theo tất cả các thẻ.”</w:t>
      </w:r>
    </w:p>
    <w:p>
      <w:pPr>
        <w:spacing w:after="80"/>
      </w:pPr>
      <w:r>
        <w:rPr>
          <w:b w:val="0"/>
          <w:i w:val="0"/>
        </w:rPr>
        <w:t xml:space="preserve">Cô ấy có lý, nhưng Langdon rất nghi ngờ liệu cô có tìm thấy thứ mình đang tìm không. “Cô không thực sự nghĩ Brigita đã nạp một bản sao thẻ Threshold của cô ấy vào </w:t>
      </w:r>
      <w:r>
        <w:rPr>
          <w:b w:val="0"/>
          <w:i/>
        </w:rPr>
        <w:t>điện thoại</w:t>
      </w:r>
      <w:r>
        <w:rPr>
          <w:b w:val="0"/>
          <w:i w:val="0"/>
        </w:rPr>
        <w:t xml:space="preserve"> chứ? Ý tôi là…đó là một rủi ro bảo mật khổng lồ.”</w:t>
      </w:r>
    </w:p>
    <w:p>
      <w:pPr>
        <w:spacing w:after="80"/>
      </w:pPr>
      <w:r>
        <w:rPr>
          <w:b w:val="0"/>
          <w:i w:val="0"/>
        </w:rPr>
        <w:t xml:space="preserve">“Ngược lại,” Katherine nói mà không ngước lên khỏi màn hình tìm kiếm. “Bản sao kỹ thuật số an toàn hơn nhiều so với thẻ vật lý vì tương tác được mã hóa, và người dùng có thể lập trình xác thực sinh trắc học </w:t>
      </w:r>
      <w:r>
        <w:rPr>
          <w:b w:val="0"/>
          <w:i/>
        </w:rPr>
        <w:t>đa</w:t>
      </w:r>
      <w:r>
        <w:rPr>
          <w:b w:val="0"/>
          <w:i w:val="0"/>
        </w:rPr>
        <w:t xml:space="preserve"> yếu tố—nhận diện khuôn mặt, vân tay, quét võng mạc, bất cứ thứ gì bạn muốn, cùng với mã PIN. Thực ra nó bảo vệ tốt hơn nhiều so với thẻ sinh trắc học. Và hay hơn nữa, không ai thấy bạn lấy thẻ ra khỏi cặp mỗi khi bạn đến một cánh cửa.”</w:t>
      </w:r>
    </w:p>
    <w:p>
      <w:pPr>
        <w:spacing w:after="80"/>
      </w:pPr>
      <w:r>
        <w:rPr>
          <w:b w:val="0"/>
          <w:i w:val="0"/>
        </w:rPr>
        <w:t>Một điểm thú vị.</w:t>
      </w:r>
    </w:p>
    <w:p>
      <w:pPr>
        <w:spacing w:after="80"/>
      </w:pPr>
      <w:r>
        <w:rPr>
          <w:b w:val="0"/>
          <w:i w:val="0"/>
        </w:rPr>
        <w:t>Lời giải thích của Katherine mang lại một tia hy vọng, nhưng càng vuốt lâu, cô ấy càng trông kém hy vọng hơn.</w:t>
      </w:r>
    </w:p>
    <w:p>
      <w:pPr>
        <w:spacing w:after="80"/>
      </w:pPr>
      <w:r>
        <w:rPr>
          <w:b w:val="0"/>
          <w:i w:val="0"/>
        </w:rPr>
        <w:t>“Tôi không biết nữa,” cô nói, cau mày nhìn màn hình. “Ví điện tử của cô ấy có rất nhiều thẻ, nhưng không có gì trông hữu ích. Tôi thấy thẻ tín dụng…thẻ ghi nợ…thẻ tích điểm…thẻ ID…thẻ vào ga-ra…vé giao thông công cộng…thẻ câu lạc bộ sức khỏe…bảo hiểm…thẻ khách hàng thân thiết hàng không—”</w:t>
      </w:r>
    </w:p>
    <w:p>
      <w:pPr>
        <w:spacing w:after="80"/>
      </w:pPr>
      <w:r>
        <w:rPr>
          <w:b w:val="0"/>
          <w:i w:val="0"/>
        </w:rPr>
        <w:t>“Câu lạc bộ sức khỏe,” Langdon ngắt lời.</w:t>
      </w:r>
    </w:p>
    <w:p>
      <w:pPr>
        <w:spacing w:after="80"/>
      </w:pPr>
      <w:r>
        <w:rPr>
          <w:b w:val="0"/>
          <w:i w:val="0"/>
        </w:rPr>
        <w:t>Katherine ngước nhìn lên.</w:t>
      </w:r>
    </w:p>
    <w:p>
      <w:pPr>
        <w:spacing w:after="80"/>
      </w:pPr>
      <w:r>
        <w:rPr>
          <w:b w:val="0"/>
          <w:i w:val="0"/>
        </w:rPr>
        <w:t xml:space="preserve">“Còn nhớ tối qua không?!” anh thúc giục. “Lúc em hỏi Brigita về tấm thẻ đen có hình ngọn giáo của Vel ấy? Cô ta nói đó là </w:t>
      </w:r>
      <w:r>
        <w:rPr>
          <w:b w:val="0"/>
          <w:i/>
        </w:rPr>
        <w:t>câu lạc bộ sức khỏe</w:t>
      </w:r>
      <w:r>
        <w:rPr>
          <w:b w:val="0"/>
          <w:i w:val="0"/>
        </w:rPr>
        <w:t xml:space="preserve"> của cô ta. Nghe cứ như bịa…vậy nên có lẽ đó chính là cách cô ta ngụy trang nó?”</w:t>
      </w:r>
    </w:p>
    <w:p>
      <w:pPr>
        <w:spacing w:after="80"/>
      </w:pPr>
      <w:r>
        <w:rPr>
          <w:b w:val="0"/>
          <w:i w:val="0"/>
        </w:rPr>
        <w:t>Katherine quay lại màn hình và chạm vào mục đó. Một lát sau, một nụ cười mờ nhạt hiện lên trên môi cô. “Cái này trông có vẻ quen đấy,” cô nói, đưa điện thoại cho anh.</w:t>
      </w:r>
    </w:p>
    <w:p>
      <w:pPr>
        <w:jc w:val="center"/>
      </w:pPr>
      <w:r>
        <w:drawing>
          <wp:inline xmlns:a="http://schemas.openxmlformats.org/drawingml/2006/main" xmlns:pic="http://schemas.openxmlformats.org/drawingml/2006/picture">
            <wp:extent cx="5486400" cy="1514475"/>
            <wp:docPr id="85" name="Picture 85"/>
            <wp:cNvGraphicFramePr>
              <a:graphicFrameLocks noChangeAspect="1"/>
            </wp:cNvGraphicFramePr>
            <a:graphic>
              <a:graphicData uri="http://schemas.openxmlformats.org/drawingml/2006/picture">
                <pic:pic>
                  <pic:nvPicPr>
                    <pic:cNvPr id="0" name="image_rsrc8Y2.jpg"/>
                    <pic:cNvPicPr/>
                  </pic:nvPicPr>
                  <pic:blipFill>
                    <a:blip r:embed="rId29"/>
                    <a:stretch>
                      <a:fillRect/>
                    </a:stretch>
                  </pic:blipFill>
                  <pic:spPr>
                    <a:xfrm>
                      <a:off x="0" y="0"/>
                      <a:ext cx="5486400" cy="1514475"/>
                    </a:xfrm>
                    <a:prstGeom prst="rect"/>
                  </pic:spPr>
                </pic:pic>
              </a:graphicData>
            </a:graphic>
          </wp:inline>
        </w:drawing>
      </w:r>
    </w:p>
    <w:p>
      <w:pPr>
        <w:spacing w:after="80"/>
      </w:pPr>
      <w:r>
        <w:rPr>
          <w:b w:val="0"/>
          <w:i w:val="0"/>
        </w:rPr>
        <w:t>Hình ảnh tấm thẻ được sao chép hiện lên không thể nhầm lẫn được.</w:t>
      </w:r>
    </w:p>
    <w:p>
      <w:pPr>
        <w:spacing w:after="80"/>
      </w:pPr>
      <w:r>
        <w:rPr>
          <w:b w:val="0"/>
          <w:i w:val="0"/>
        </w:rPr>
        <w:t>Langdon cảm thấy một luồng phấn khích dâng lên, nhưng ngay lập tức bị dập tắt bởi dòng chữ bên dưới tấm thẻ.</w:t>
      </w:r>
    </w:p>
    <w:p>
      <w:pPr>
        <w:pStyle w:val="Heading2"/>
      </w:pPr>
      <w:r>
        <w:rPr>
          <w:rFonts w:ascii="Calibri" w:hAnsi="Calibri"/>
          <w:b/>
          <w:i w:val="0"/>
          <w:sz w:val="32"/>
        </w:rPr>
        <w:t>Yêu cầu xác thực ba yếu tố</w:t>
      </w:r>
    </w:p>
    <w:p>
      <w:pPr>
        <w:spacing w:after="80"/>
      </w:pPr>
      <w:r>
        <w:rPr>
          <w:b w:val="0"/>
          <w:i w:val="0"/>
        </w:rPr>
        <w:t>1) Mã mở khóa</w:t>
      </w:r>
    </w:p>
    <w:p>
      <w:pPr>
        <w:spacing w:after="80"/>
      </w:pPr>
      <w:r>
        <w:rPr>
          <w:b w:val="0"/>
          <w:i w:val="0"/>
        </w:rPr>
        <w:t>“Mã mở khóa duy nhất mà em biết là mã thang máy của cô ta,” anh nói, “mà mã đó không mở được điện thoại.”</w:t>
      </w:r>
    </w:p>
    <w:p>
      <w:pPr>
        <w:spacing w:after="80"/>
      </w:pPr>
      <w:r>
        <w:rPr>
          <w:b w:val="0"/>
          <w:i w:val="0"/>
        </w:rPr>
        <w:t xml:space="preserve">“Nhưng có thể nó sẽ dùng được </w:t>
      </w:r>
      <w:r>
        <w:rPr>
          <w:b w:val="0"/>
          <w:i/>
        </w:rPr>
        <w:t>ở đây,</w:t>
      </w:r>
      <w:r>
        <w:rPr>
          <w:b w:val="0"/>
          <w:i w:val="0"/>
        </w:rPr>
        <w:t>” Katherine thúc giục. “Tấm thẻ này cho phép truy cập Threshold—giống như thang máy vậy—nên có lý khi cô ta dùng cùng một dãy số.”</w:t>
      </w:r>
    </w:p>
    <w:p>
      <w:pPr>
        <w:spacing w:after="80"/>
      </w:pPr>
      <w:r>
        <w:rPr>
          <w:b w:val="0"/>
          <w:i/>
        </w:rPr>
        <w:t>Gessner không có gì ngoài sự hiệu quả,</w:t>
      </w:r>
      <w:r>
        <w:rPr>
          <w:b w:val="0"/>
          <w:i w:val="0"/>
        </w:rPr>
        <w:t xml:space="preserve"> Langdon đồng ý, cẩn thận gõ mã.</w:t>
      </w:r>
    </w:p>
    <w:p>
      <w:pPr>
        <w:spacing w:after="80"/>
      </w:pPr>
      <w:r>
        <w:rPr>
          <w:b w:val="0"/>
          <w:i w:val="0"/>
        </w:rPr>
        <w:t>314S159</w:t>
      </w:r>
    </w:p>
    <w:p>
      <w:pPr>
        <w:spacing w:after="80"/>
      </w:pPr>
      <w:r>
        <w:rPr>
          <w:b w:val="0"/>
          <w:i w:val="0"/>
        </w:rPr>
        <w:t>Điện thoại kêu “ping” một tiếng vui vẻ và chuyển sang màn hình tiếp theo.</w:t>
      </w:r>
    </w:p>
    <w:p>
      <w:pPr>
        <w:spacing w:after="80"/>
      </w:pPr>
      <w:r>
        <w:rPr>
          <w:b w:val="0"/>
          <w:i w:val="0"/>
        </w:rPr>
        <w:t>“Làm tốt lắm!” Langdon thốt lên. Yếu tố xác thực thứ hai đơn giản hơn nhiều.</w:t>
      </w:r>
    </w:p>
    <w:p>
      <w:pPr>
        <w:spacing w:after="80"/>
      </w:pPr>
      <w:r>
        <w:rPr>
          <w:b w:val="0"/>
          <w:i w:val="0"/>
        </w:rPr>
        <w:t>2) Nhận diện khuôn mặt</w:t>
      </w:r>
    </w:p>
    <w:p>
      <w:pPr>
        <w:spacing w:after="80"/>
      </w:pPr>
      <w:r>
        <w:rPr>
          <w:b w:val="0"/>
          <w:i w:val="0"/>
        </w:rPr>
        <w:t>Một lần nữa, Langdon giơ điện thoại lên trước mặt Brigita, và thiết bị kêu “ping”, hiển thị màn hình cuối cùng.</w:t>
      </w:r>
    </w:p>
    <w:p>
      <w:pPr>
        <w:spacing w:after="80"/>
      </w:pPr>
      <w:r>
        <w:rPr>
          <w:b w:val="0"/>
          <w:i w:val="0"/>
        </w:rPr>
        <w:t>3) Quét vân tay</w:t>
      </w:r>
    </w:p>
    <w:p>
      <w:pPr>
        <w:spacing w:after="80"/>
      </w:pPr>
      <w:r>
        <w:rPr>
          <w:b w:val="0"/>
          <w:i w:val="0"/>
        </w:rPr>
        <w:t>Langdon liếc xuống bàn tay nát bấy của Brigita và ngập ngừng. Katherine bước vào, nhẹ nhàng lấy điện thoại từ tay anh. Dường như không hề nao núng khi chạm vào thi thể, Katherine điều khiển ngón trỏ của Gessner lên điện thoại.</w:t>
      </w:r>
    </w:p>
    <w:p>
      <w:pPr>
        <w:spacing w:after="80"/>
      </w:pPr>
      <w:r>
        <w:rPr>
          <w:b w:val="0"/>
          <w:i w:val="0"/>
        </w:rPr>
        <w:t>Khi điện thoại kêu "ping" lần thứ ba và cũng là lần cuối, Langdon tưởng rằng giờ họ có thể dùng điện thoại để đi thang máy xuống Threshold. Nhưng Katherine lại không hề mỉm cười khi cô chăm chú nhìn màn hình.</w:t>
      </w:r>
    </w:p>
    <w:p>
      <w:pPr>
        <w:spacing w:after="80"/>
      </w:pPr>
      <w:r>
        <w:rPr>
          <w:b w:val="0"/>
          <w:i w:val="0"/>
        </w:rPr>
        <w:t>"Tin xấu đây," cô rên rỉ. "Nó còn có một tính năng an toàn khác nữa." Cô giơ điện thoại lên. "Xác thực chỉ kéo dài mười giây thôi."</w:t>
      </w:r>
    </w:p>
    <w:p>
      <w:pPr>
        <w:spacing w:after="80"/>
      </w:pPr>
      <w:r>
        <w:rPr>
          <w:b w:val="0"/>
          <w:i w:val="0"/>
        </w:rPr>
        <w:t>Trên màn hình, Langdon nhìn một chiếc đồng hồ đếm ngược đang tụt dần về số không. Thẻ bị vô hiệu hóa và quay trở lại màn hình mật khẩu ban đầu, đòi hỏi phải làm lại toàn bộ quy trình xác thực ba bước từ đầu.</w:t>
      </w:r>
    </w:p>
    <w:p>
      <w:pPr>
        <w:spacing w:after="80"/>
      </w:pPr>
      <w:r>
        <w:rPr>
          <w:b w:val="0"/>
          <w:i w:val="0"/>
        </w:rPr>
        <w:t>Chết tiệt.</w:t>
      </w:r>
    </w:p>
    <w:p>
      <w:pPr>
        <w:spacing w:after="80"/>
      </w:pPr>
      <w:r>
        <w:rPr>
          <w:b w:val="0"/>
          <w:i w:val="0"/>
        </w:rPr>
        <w:t>"Và pin của nó sắp hết rồi," Katherine nói thêm. "Đúng nghĩa là bất cứ lúc nào."</w:t>
      </w:r>
    </w:p>
    <w:p>
      <w:pPr>
        <w:spacing w:after="80"/>
      </w:pPr>
      <w:r>
        <w:rPr>
          <w:b w:val="0"/>
          <w:i/>
        </w:rPr>
        <w:t>Nghĩ đi, Robert.</w:t>
      </w:r>
      <w:r>
        <w:rPr>
          <w:b w:val="0"/>
          <w:i w:val="0"/>
        </w:rPr>
        <w:t xml:space="preserve"> Anh đã không thấy cục sạc nào trong cặp của Gessner, và giờ anh đang cảm thấy nỗi day dứt ngày càng nặng nề vì đã thuyết phục Katherine và ngài đại sứ đánh cược mọi thứ vào kế hoạch của mình.</w:t>
      </w:r>
    </w:p>
    <w:p>
      <w:pPr>
        <w:spacing w:after="80"/>
      </w:pPr>
      <w:r>
        <w:rPr>
          <w:b w:val="0"/>
          <w:i w:val="0"/>
        </w:rPr>
        <w:t xml:space="preserve">Trong giây lát, Langdon tự hỏi liệu họ có thể tháo ống truyền dịch của Gessner, nâng thi thể cô ra khỏi khoang, và bằng cách nào đó đưa cô đến thang máy không. </w:t>
      </w:r>
      <w:r>
        <w:rPr>
          <w:b w:val="0"/>
          <w:i/>
        </w:rPr>
        <w:t>Không còn thời gian nữa.</w:t>
      </w:r>
      <w:r>
        <w:rPr>
          <w:b w:val="0"/>
          <w:i w:val="0"/>
        </w:rPr>
        <w:t xml:space="preserve"> Hơn nữa, việc di chuyển thi thể và làm ô nhiễm thêm hiện trường vụ án sẽ chỉ khiến họ càng thêm bị buộc tội.</w:t>
      </w:r>
    </w:p>
    <w:p>
      <w:pPr>
        <w:spacing w:after="80"/>
      </w:pPr>
      <w:r>
        <w:rPr>
          <w:b w:val="0"/>
          <w:i w:val="0"/>
        </w:rPr>
        <w:t>"Chúng ta phải tìm cách vào được Threshold, Robert…Chúng ta gần lắm rồi!"</w:t>
      </w:r>
    </w:p>
    <w:p>
      <w:pPr>
        <w:spacing w:after="80"/>
      </w:pPr>
      <w:r>
        <w:rPr>
          <w:b w:val="0"/>
          <w:i w:val="0"/>
        </w:rPr>
        <w:t xml:space="preserve">Lời của Katherine, tất nhiên, là theo nghĩa bóng…vậy mà, vì lý do nào đó, những lời cô nói lại được anh hiểu theo nghĩa đen. </w:t>
      </w:r>
      <w:r>
        <w:rPr>
          <w:b w:val="0"/>
          <w:i/>
        </w:rPr>
        <w:t>Chúng ta gần lắm rồi.</w:t>
      </w:r>
    </w:p>
    <w:p>
      <w:pPr>
        <w:spacing w:after="80"/>
      </w:pPr>
      <w:r>
        <w:rPr>
          <w:b w:val="0"/>
          <w:i/>
        </w:rPr>
        <w:t>Gần chính xác đến mức nào?</w:t>
      </w:r>
      <w:r>
        <w:rPr>
          <w:b w:val="0"/>
          <w:i w:val="0"/>
        </w:rPr>
        <w:t xml:space="preserve"> anh tự hỏi, hình dung hành lang dài lát gỗ khảm ngoài căn phòng này…cùng thang máy và đầu đọc RFID ở tận cuối kia. </w:t>
      </w:r>
      <w:r>
        <w:rPr>
          <w:b w:val="0"/>
          <w:i/>
        </w:rPr>
        <w:t>Gần trong mười giây sao?</w:t>
      </w:r>
    </w:p>
    <w:p>
      <w:pPr>
        <w:spacing w:after="80"/>
      </w:pPr>
      <w:r>
        <w:rPr>
          <w:b w:val="0"/>
          <w:i w:val="0"/>
        </w:rPr>
        <w:t>Usain Bolt đã lập kỷ lục thế giới khi chạy một trăm mét trong 9.58 giây.</w:t>
      </w:r>
    </w:p>
    <w:p>
      <w:pPr>
        <w:spacing w:after="80"/>
      </w:pPr>
      <w:r>
        <w:rPr>
          <w:b w:val="0"/>
          <w:i w:val="0"/>
        </w:rPr>
        <w:t>Hành lang chắc chắn chưa bằng một nửa quãng đó…cùng lắm là bốn mươi thước.</w:t>
      </w:r>
    </w:p>
    <w:p>
      <w:pPr>
        <w:spacing w:after="80"/>
      </w:pPr>
      <w:r>
        <w:rPr>
          <w:b w:val="0"/>
          <w:i w:val="0"/>
        </w:rPr>
        <w:t>Katherine quay lại, lắc đầu, và Langdon lập tức kể cho cô nghe kế hoạch của mình.</w:t>
      </w:r>
    </w:p>
    <w:p>
      <w:pPr>
        <w:spacing w:after="80"/>
      </w:pPr>
      <w:r>
        <w:rPr>
          <w:b w:val="0"/>
          <w:i/>
        </w:rPr>
        <w:t>"Chạy nước rút?"</w:t>
      </w:r>
      <w:r>
        <w:rPr>
          <w:b w:val="0"/>
          <w:i w:val="0"/>
        </w:rPr>
        <w:t xml:space="preserve"> cô phản đối. "Em không thấy—"</w:t>
      </w:r>
    </w:p>
    <w:p>
      <w:pPr>
        <w:spacing w:after="80"/>
      </w:pPr>
      <w:r>
        <w:rPr>
          <w:b w:val="0"/>
          <w:i w:val="0"/>
        </w:rPr>
        <w:t>"Mười giây dài hơn ta tưởng đấy," anh nói.</w:t>
      </w:r>
    </w:p>
    <w:p>
      <w:pPr>
        <w:spacing w:after="80"/>
      </w:pPr>
      <w:r>
        <w:rPr>
          <w:b w:val="0"/>
          <w:i w:val="0"/>
        </w:rPr>
        <w:t>“Tôi biết anh hay chạy bộ, Robert, nhưng lại đi giày lười trên sàn gỗ bóng loáng à?”</w:t>
      </w:r>
    </w:p>
    <w:p>
      <w:pPr>
        <w:spacing w:after="80"/>
      </w:pPr>
      <w:r>
        <w:rPr>
          <w:b w:val="0"/>
          <w:i w:val="0"/>
        </w:rPr>
        <w:t>“Thử vẫn đáng chứ,” Langdon phản đối. “Tôi nghĩ mình làm được.”</w:t>
      </w:r>
    </w:p>
    <w:p>
      <w:pPr>
        <w:spacing w:after="80"/>
      </w:pPr>
      <w:r>
        <w:rPr>
          <w:b w:val="0"/>
          <w:i w:val="0"/>
        </w:rPr>
        <w:t>Katherine kiểm tra pin điện thoại, mắt mở to. “Vậy thì tốt nhất anh nên làm được ngay lần đầu.”</w:t>
      </w:r>
    </w:p>
    <w:p>
      <w:pPr>
        <w:spacing w:after="80"/>
      </w:pPr>
      <w:r>
        <w:rPr>
          <w:b w:val="0"/>
          <w:i w:val="0"/>
        </w:rPr>
        <w:t>Cô lập tức bắt đầu quy trình xác thực ba bước trong khi Langdon đứng vào vị trí bên cạnh cô, tay giơ ra như thể chuẩn bị nhận gậy tiếp sức. Khi điện thoại kêu tiếng thứ ba, Katherine đập nó vào lòng bàn tay anh, và anh lập tức lao đi khắp phòng, nắm chặt lấy điện thoại. Khi đến cửa, anh bám lấy khung cửa và dùng đà bật mình vòng qua góc, phóng vào một cú chạy nước rút hết tốc lực dọc hành lang, đôi giày lười của anh bám víu chập chờn trên mặt gỗ trơn nhẵn.</w:t>
      </w:r>
    </w:p>
    <w:p>
      <w:pPr>
        <w:spacing w:after="80"/>
      </w:pPr>
      <w:r>
        <w:rPr>
          <w:b w:val="0"/>
          <w:i w:val="0"/>
        </w:rPr>
        <w:t>Langdon lướt qua phòng tắm, phòng thí nghiệm VR, phòng thí nghiệm hình ảnh, rồi đến các văn phòng, giờ đây anh đã nhìn thấy vòng tròn đen của đầu đọc RFID trên tường cạnh thang máy.</w:t>
      </w:r>
    </w:p>
    <w:p>
      <w:pPr>
        <w:spacing w:after="80"/>
      </w:pPr>
      <w:r>
        <w:rPr>
          <w:b w:val="0"/>
          <w:i w:val="0"/>
        </w:rPr>
        <w:t>Thêm hai mươi thước nữa…</w:t>
      </w:r>
    </w:p>
    <w:p>
      <w:pPr>
        <w:spacing w:after="80"/>
      </w:pPr>
      <w:r>
        <w:rPr>
          <w:b w:val="0"/>
          <w:i w:val="0"/>
        </w:rPr>
        <w:t>Nhanh hơn!</w:t>
      </w:r>
    </w:p>
    <w:p>
      <w:pPr>
        <w:spacing w:after="80"/>
      </w:pPr>
      <w:r>
        <w:rPr>
          <w:b w:val="0"/>
          <w:i w:val="0"/>
        </w:rPr>
        <w:t>Khi đến gần thang máy, anh giơ điện thoại ra trước mặt…và thấy màn hình đang đếm ngược.</w:t>
      </w:r>
    </w:p>
    <w:p>
      <w:pPr>
        <w:spacing w:after="80"/>
      </w:pPr>
      <w:r>
        <w:rPr>
          <w:b w:val="0"/>
          <w:i w:val="0"/>
        </w:rPr>
        <w:t>Ba…hai…</w:t>
      </w:r>
    </w:p>
    <w:p>
      <w:pPr>
        <w:spacing w:after="80"/>
      </w:pPr>
      <w:r>
        <w:rPr>
          <w:b w:val="0"/>
          <w:i w:val="0"/>
        </w:rPr>
        <w:t>Mình không kịp mất.</w:t>
      </w:r>
    </w:p>
    <w:p>
      <w:pPr>
        <w:jc w:val="center"/>
      </w:pPr>
      <w:r>
        <w:drawing>
          <wp:inline xmlns:a="http://schemas.openxmlformats.org/drawingml/2006/main" xmlns:pic="http://schemas.openxmlformats.org/drawingml/2006/picture">
            <wp:extent cx="5486400" cy="362122"/>
            <wp:docPr id="86" name="Picture 86"/>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Katherine vòng qua góc vào hành lang đúng lúc Langdon lao hết tốc lực vào cửa thang máy và đập mạnh điện thoại vào đầu đọc. Anh gục xuống, hạ thiết bị xuống, chống tay lên đầu gối trong khi lấy lại hơi thở.</w:t>
      </w:r>
    </w:p>
    <w:p>
      <w:pPr>
        <w:spacing w:after="80"/>
      </w:pPr>
      <w:r>
        <w:rPr>
          <w:b w:val="0"/>
          <w:i w:val="0"/>
        </w:rPr>
        <w:t>Anh đã không kịp…</w:t>
      </w:r>
    </w:p>
    <w:p>
      <w:pPr>
        <w:spacing w:after="80"/>
      </w:pPr>
      <w:r>
        <w:rPr>
          <w:b w:val="0"/>
          <w:i w:val="0"/>
        </w:rPr>
        <w:t>Nhưng khi cô tiến về phía anh, dáng người co ro của Langdon bỗng chốc hóa thành một bóng đen khi cửa thang máy trượt mở, và ánh sáng tràn ra từ bên trong.</w:t>
      </w:r>
    </w:p>
    <w:p>
      <w:pPr>
        <w:spacing w:after="80"/>
      </w:pPr>
      <w:r>
        <w:rPr>
          <w:b w:val="0"/>
          <w:i w:val="0"/>
        </w:rPr>
        <w:t>“Anh làm được rồi!” cô gọi, chạy dọc hành lang về phía Langdon, người đang giữ cửa thang máy mở, vẫn còn thở hổn hển.</w:t>
      </w:r>
    </w:p>
    <w:p>
      <w:pPr>
        <w:spacing w:after="80"/>
      </w:pPr>
      <w:r>
        <w:rPr>
          <w:b w:val="0"/>
          <w:i w:val="0"/>
        </w:rPr>
        <w:t>“Được rồi, Giáo sư,” cô nói. “Tôi thực sự ấn tượng đấy.”</w:t>
      </w:r>
    </w:p>
    <w:p>
      <w:pPr>
        <w:spacing w:after="80"/>
      </w:pPr>
      <w:r>
        <w:rPr>
          <w:b w:val="0"/>
          <w:i w:val="0"/>
        </w:rPr>
        <w:t>“Mừng là nó thành công…Thử lần hai thì chắc chắn là bất khả thi rồi.”</w:t>
      </w:r>
    </w:p>
    <w:p>
      <w:pPr>
        <w:spacing w:after="80"/>
      </w:pPr>
      <w:r>
        <w:rPr>
          <w:b w:val="0"/>
          <w:i w:val="0"/>
        </w:rPr>
        <w:t>“Điện thoại hết pin rồi à?”</w:t>
      </w:r>
    </w:p>
    <w:p>
      <w:pPr>
        <w:spacing w:after="80"/>
      </w:pPr>
      <w:r>
        <w:rPr>
          <w:b w:val="0"/>
          <w:i w:val="0"/>
        </w:rPr>
        <w:t>“Không…</w:t>
      </w:r>
      <w:r>
        <w:rPr>
          <w:b w:val="0"/>
          <w:i/>
        </w:rPr>
        <w:t>em</w:t>
      </w:r>
      <w:r>
        <w:rPr>
          <w:b w:val="0"/>
          <w:i w:val="0"/>
        </w:rPr>
        <w:t xml:space="preserve"> mới hết.”</w:t>
      </w:r>
    </w:p>
    <w:p>
      <w:pPr>
        <w:spacing w:after="80"/>
      </w:pPr>
      <w:r>
        <w:rPr>
          <w:b w:val="0"/>
          <w:i w:val="0"/>
        </w:rPr>
        <w:t>Cô mỉm cười và hôn lên má anh khi cả hai cùng bước vào thang máy. Cửa trượt đóng lại. Trong một khoảnh khắc dài, không có gì xảy ra.</w:t>
      </w:r>
    </w:p>
    <w:p>
      <w:pPr>
        <w:spacing w:after="80"/>
      </w:pPr>
      <w:r>
        <w:rPr>
          <w:b w:val="0"/>
          <w:i w:val="0"/>
        </w:rPr>
        <w:t>Và rồi Katherine cảm nhận được nó…cái cảm giác nhẹ bẫng thoáng qua trong cơ thể vật lý của cô.</w:t>
      </w:r>
    </w:p>
    <w:p>
      <w:pPr>
        <w:spacing w:after="80"/>
      </w:pPr>
      <w:r>
        <w:rPr>
          <w:b w:val="0"/>
          <w:i w:val="0"/>
        </w:rPr>
        <w:t xml:space="preserve">Họ đang </w:t>
      </w:r>
      <w:r>
        <w:rPr>
          <w:b w:val="0"/>
          <w:i/>
        </w:rPr>
        <w:t>đi xuống.</w:t>
      </w:r>
    </w:p>
    <w:p>
      <w:pPr>
        <w:pStyle w:val="Heading1"/>
      </w:pPr>
      <w:r>
        <w:rPr>
          <w:rFonts w:ascii="Calibri" w:hAnsi="Calibri"/>
          <w:b/>
          <w:i w:val="0"/>
          <w:sz w:val="40"/>
        </w:rPr>
        <w:t>Chương 95</w:t>
      </w:r>
    </w:p>
    <w:p>
      <w:pPr>
        <w:spacing w:after="80"/>
      </w:pPr>
      <w:r>
        <w:rPr>
          <w:b w:val="0"/>
          <w:i w:val="0"/>
        </w:rPr>
        <w:t>Trong một góc ẩm thấp dưới tầng hầm, Giám đốc CIA Gregory Judd đang đổ mồ hôi nhễ nhại. Còn sáu phút để hoàn thành buổi tập thể dục buổi sáng trên chiếc xe đạp tập Airdyne mà ông đã sở hữu từ những ngày đầu làm thượng nghị sĩ. Vợ ông, Muffy, đã đặt một chiếc Peloton mới trong phòng tràn ngập ánh nắng cho ông, nhưng Judd thích bóng tối và sự tĩnh lặng hơn. Buổi sáng là thời gian riêng tư để ông suy nghĩ—thường là về cách ngăn thế giới khỏi nổ tung.</w:t>
      </w:r>
    </w:p>
    <w:p>
      <w:pPr>
        <w:spacing w:after="80"/>
      </w:pPr>
      <w:r>
        <w:rPr>
          <w:b w:val="0"/>
          <w:i w:val="0"/>
        </w:rPr>
        <w:t>Khi chiếc điện thoại di động trong giá đỡ cốc vang lên, ông ngạc nhiên khi thấy một số lạ. Rất ít người biết số này, và càng ít người dám gọi trước bình minh hơn nữa.</w:t>
      </w:r>
    </w:p>
    <w:p>
      <w:pPr>
        <w:spacing w:after="80"/>
      </w:pPr>
      <w:r>
        <w:rPr>
          <w:b w:val="0"/>
          <w:i w:val="0"/>
        </w:rPr>
        <w:t>Ông ngừng đạp, lấy lại hơi thở và trả lời. “Vâng?”</w:t>
      </w:r>
    </w:p>
    <w:p>
      <w:pPr>
        <w:spacing w:after="80"/>
      </w:pPr>
      <w:r>
        <w:rPr>
          <w:b w:val="0"/>
          <w:i w:val="0"/>
        </w:rPr>
        <w:t>“Chào buổi sáng, Giám đốc,” một giọng nữ nói với vẻ gấp gáp. “Đây là Heide Nagel ở Prague.”</w:t>
      </w:r>
    </w:p>
    <w:p>
      <w:pPr>
        <w:spacing w:after="80"/>
      </w:pPr>
      <w:r>
        <w:rPr>
          <w:b w:val="0"/>
          <w:i w:val="0"/>
        </w:rPr>
        <w:t>“Heide?” Cuộc gọi từ cựu cố vấn cấp cao của ông hoàn toàn bất ngờ. “Giờ cô là đại sứ rồi—cứ gọi tôi là Greg.”</w:t>
      </w:r>
    </w:p>
    <w:p>
      <w:pPr>
        <w:spacing w:after="80"/>
      </w:pPr>
      <w:r>
        <w:rPr>
          <w:b w:val="0"/>
          <w:i w:val="0"/>
        </w:rPr>
        <w:t>“Không bao giờ đâu, thưa ngài.”</w:t>
      </w:r>
    </w:p>
    <w:p>
      <w:pPr>
        <w:spacing w:after="80"/>
      </w:pPr>
      <w:r>
        <w:rPr>
          <w:b w:val="0"/>
          <w:i w:val="0"/>
        </w:rPr>
        <w:t xml:space="preserve">Ông mỉm cười. “Được rồi, vậy tôi có thể giúp gì cho cô?” </w:t>
      </w:r>
      <w:r>
        <w:rPr>
          <w:b w:val="0"/>
          <w:i/>
        </w:rPr>
        <w:t>Và ai đã cho cô số này?</w:t>
      </w:r>
    </w:p>
    <w:p>
      <w:pPr>
        <w:spacing w:after="80"/>
      </w:pPr>
      <w:r>
        <w:rPr>
          <w:b w:val="0"/>
          <w:i w:val="0"/>
        </w:rPr>
        <w:t>“Tôi cần hỏi ngài một câu hỏi thẳng thắn,” cô bắt đầu. “Và tôi rất mong nhận được câu trả lời trung thực.”</w:t>
      </w:r>
    </w:p>
    <w:p>
      <w:pPr>
        <w:spacing w:after="80"/>
      </w:pPr>
      <w:r>
        <w:rPr>
          <w:b w:val="0"/>
          <w:i w:val="0"/>
        </w:rPr>
        <w:t>Lo lắng vì giọng điệu kích động của cô, Judd bước xuống xe đạp. “Thật ra, tôi đang dùng điện thoại di động, và tôi thấy cô không dùng nền tảng bảo mật, nên điện thoại bàn sẽ—”</w:t>
      </w:r>
    </w:p>
    <w:p>
      <w:pPr>
        <w:spacing w:after="80"/>
      </w:pPr>
      <w:r>
        <w:rPr>
          <w:b w:val="0"/>
          <w:i w:val="0"/>
        </w:rPr>
        <w:t>“Tôi đã giải thích với nhân viên trực đêm của ngài rằng tôi là đại sứ Hoa Kỳ, và đây là tình huống khẩn cấp về an ninh quốc gia. Đây là đường dây họ đưa cho tôi.”</w:t>
      </w:r>
    </w:p>
    <w:p>
      <w:pPr>
        <w:spacing w:after="80"/>
      </w:pPr>
      <w:r>
        <w:rPr>
          <w:b w:val="0"/>
          <w:i w:val="0"/>
        </w:rPr>
        <w:t>“Một tình huống khẩn cấp về an ninh? Heide, tùy vào điều cô muốn trao đổi, chúng ta có thể—”</w:t>
      </w:r>
    </w:p>
    <w:p>
      <w:pPr>
        <w:spacing w:after="80"/>
      </w:pPr>
      <w:r>
        <w:rPr>
          <w:b w:val="0"/>
          <w:i w:val="0"/>
        </w:rPr>
        <w:t>“Lẽ ra tôi phải hỏi anh điều này từ hơn hai năm trước,” cô nói. “Nhưng giờ tôi hỏi anh.” Trước khi Judd kịp ngắt lời, Nagel nói: “Những tài liệu mật mà tôi bị cáo buộc là đã lấy khỏi Langley—anh có biết rằng Q đã gài bẫy tôi không? Anh có biết rằng tôi bị dựng lên làm con rối ở Prague không?”</w:t>
      </w:r>
    </w:p>
    <w:p>
      <w:pPr>
        <w:spacing w:after="80"/>
      </w:pPr>
      <w:r>
        <w:rPr>
          <w:b w:val="0"/>
          <w:i w:val="0"/>
        </w:rPr>
        <w:t>Judd thở ra, anh không lạ gì việc giữ bình tĩnh trong những khoảnh khắc đầy áp lực. Anh chọn nói sự thật. “Đúng vậy, Heide, tôi biết điều đó.”</w:t>
      </w:r>
    </w:p>
    <w:p>
      <w:pPr>
        <w:spacing w:after="80"/>
      </w:pPr>
      <w:r>
        <w:rPr>
          <w:b w:val="0"/>
          <w:i w:val="0"/>
        </w:rPr>
        <w:t>Sự im lặng tiếp theo giống như một cơn bão đang tụ lại.</w:t>
      </w:r>
    </w:p>
    <w:p>
      <w:pPr>
        <w:spacing w:after="80"/>
      </w:pPr>
      <w:r>
        <w:rPr>
          <w:b w:val="0"/>
          <w:i w:val="0"/>
        </w:rPr>
        <w:t xml:space="preserve">“Tuy nhiên,” Judd vội nói thêm, “tôi phát hiện ra </w:t>
      </w:r>
      <w:r>
        <w:rPr>
          <w:b w:val="0"/>
          <w:i/>
        </w:rPr>
        <w:t>sau</w:t>
      </w:r>
      <w:r>
        <w:rPr>
          <w:b w:val="0"/>
          <w:i w:val="0"/>
        </w:rPr>
        <w:t xml:space="preserve"> khi sự việc xảy ra. Vào thời điểm đó, tôi không hề biết. Cô là cố vấn pháp lý hàng đầu của tôi, và tôi ghét việc mất cô.”</w:t>
      </w:r>
    </w:p>
    <w:p>
      <w:pPr>
        <w:spacing w:after="80"/>
      </w:pPr>
      <w:r>
        <w:rPr>
          <w:b w:val="0"/>
          <w:i w:val="0"/>
        </w:rPr>
        <w:t>“Finch làm việc này sau lưng anh?!”</w:t>
      </w:r>
    </w:p>
    <w:p>
      <w:pPr>
        <w:spacing w:after="80"/>
      </w:pPr>
      <w:r>
        <w:rPr>
          <w:b w:val="0"/>
          <w:i w:val="0"/>
        </w:rPr>
        <w:t>“Ông ta có toàn quyền thực hiện nhiệm vụ theo cách ông ta thấy phù hợp,” Judd nói, đi đi lại lại dưới tầng hầm. “Tôi đã rất tức giận khi phát hiện ra, nhưng lúc đó cô đã ổn định ở Prague rồi, và còn có những cân nhắc về an ninh quốc gia trong khu vực. Làm ầm chuyện lên có vẻ phản tác dụng. Cô biết tận mắt việc cơ quan có một người của mình ở phía ngoại giao để giúp xử lý sự phức tạp của công tác tình báo hải ngoại quý giá đến mức nào.”</w:t>
      </w:r>
    </w:p>
    <w:p>
      <w:pPr>
        <w:spacing w:after="80"/>
      </w:pPr>
      <w:r>
        <w:rPr>
          <w:b w:val="0"/>
          <w:i w:val="0"/>
        </w:rPr>
        <w:t>“Đúng, tôi đã khá có giá trị với Finch và dự án này—vận dụng sức mạnh ngoại giao mỗi khi được yêu cầu—gỡ rối thủ tục hành chính, lách qua cơ quan thực thi pháp luật địa phương, nghe lén trong phòng khách sạn…ép Michael Harris giám sát Sasha Vesna.”</w:t>
      </w:r>
    </w:p>
    <w:p>
      <w:pPr>
        <w:spacing w:after="80"/>
      </w:pPr>
      <w:r>
        <w:rPr>
          <w:b w:val="0"/>
          <w:i/>
        </w:rPr>
        <w:t>Chết tiệt.</w:t>
      </w:r>
      <w:r>
        <w:rPr>
          <w:b w:val="0"/>
          <w:i w:val="0"/>
        </w:rPr>
        <w:t xml:space="preserve"> “Tôi không muốn dùng </w:t>
      </w:r>
      <w:r>
        <w:rPr>
          <w:b w:val="0"/>
          <w:i/>
        </w:rPr>
        <w:t>tên</w:t>
      </w:r>
      <w:r>
        <w:rPr>
          <w:b w:val="0"/>
          <w:i w:val="0"/>
        </w:rPr>
        <w:t xml:space="preserve"> trên một đường dây mở—”</w:t>
      </w:r>
    </w:p>
    <w:p>
      <w:pPr>
        <w:spacing w:after="80"/>
      </w:pPr>
      <w:r>
        <w:rPr>
          <w:b w:val="0"/>
          <w:i w:val="0"/>
        </w:rPr>
        <w:t xml:space="preserve">“Anh có biết tôi đã ép Michael vào tình huống đó dựa trên lời khẳng định của Finch rằng Sasha là một </w:t>
      </w:r>
      <w:r>
        <w:rPr>
          <w:b w:val="0"/>
          <w:i/>
        </w:rPr>
        <w:t>đối tượng đáng quan tâm.</w:t>
      </w:r>
      <w:r>
        <w:rPr>
          <w:b w:val="0"/>
          <w:i w:val="0"/>
        </w:rPr>
        <w:t xml:space="preserve"> Nhưng ông ta từ chối nói cho tôi </w:t>
      </w:r>
      <w:r>
        <w:rPr>
          <w:b w:val="0"/>
          <w:i/>
        </w:rPr>
        <w:t>lý do</w:t>
      </w:r>
      <w:r>
        <w:rPr>
          <w:b w:val="0"/>
          <w:i w:val="0"/>
        </w:rPr>
        <w:t xml:space="preserve"> cô ấy đáng quan tâm. </w:t>
      </w:r>
      <w:r>
        <w:rPr>
          <w:b w:val="0"/>
          <w:i/>
        </w:rPr>
        <w:t>Anh</w:t>
      </w:r>
      <w:r>
        <w:rPr>
          <w:b w:val="0"/>
          <w:i w:val="0"/>
        </w:rPr>
        <w:t xml:space="preserve"> có biết không, Greg?”</w:t>
      </w:r>
    </w:p>
    <w:p>
      <w:pPr>
        <w:spacing w:after="80"/>
      </w:pPr>
      <w:r>
        <w:rPr>
          <w:b w:val="0"/>
          <w:i w:val="0"/>
        </w:rPr>
        <w:t>“Đủ rồi. Tôi cúp đây—”</w:t>
      </w:r>
    </w:p>
    <w:p>
      <w:pPr>
        <w:spacing w:after="80"/>
      </w:pPr>
      <w:r>
        <w:rPr>
          <w:b w:val="0"/>
          <w:i w:val="0"/>
        </w:rPr>
        <w:t>“Có phải nó liên quan đến cơ sở mật mà anh sắp mở bên dưới Công viên Folimanka không?”</w:t>
      </w:r>
    </w:p>
    <w:p>
      <w:pPr>
        <w:spacing w:after="80"/>
      </w:pPr>
      <w:r>
        <w:rPr>
          <w:b w:val="0"/>
          <w:i w:val="0"/>
        </w:rPr>
        <w:t>Giám đốc Judd dừng bước và đứng bất động. “Đại sứ Nagel,” anh đáp với tất cả sự bình tĩnh có thể gom được. “Trong khi tôi hoàn toàn không biết cô đang nói về điều gì, tôi đề nghị cô cho tôi mười lăm phút—”</w:t>
      </w:r>
    </w:p>
    <w:p>
      <w:pPr>
        <w:spacing w:after="80"/>
      </w:pPr>
      <w:r>
        <w:rPr>
          <w:b w:val="0"/>
          <w:i w:val="0"/>
        </w:rPr>
        <w:t>“Tôi đã gửi cho anh một liên kết video,” cô nói, giọng như đá. “Anh sẽ nhận được ở văn phòng. Và một khi xem xong, anh sẽ làm một việc cho tôi.”</w:t>
      </w:r>
    </w:p>
    <w:p>
      <w:pPr>
        <w:spacing w:after="80"/>
      </w:pPr>
      <w:r>
        <w:rPr>
          <w:b w:val="0"/>
          <w:i w:val="0"/>
        </w:rPr>
        <w:t>“Thật sao?” anh thách thức.</w:t>
      </w:r>
    </w:p>
    <w:p>
      <w:pPr>
        <w:spacing w:after="80"/>
      </w:pPr>
      <w:r>
        <w:rPr>
          <w:b w:val="0"/>
          <w:i w:val="0"/>
        </w:rPr>
        <w:t>“Gọi cho tôi khi anh đã xem video. Tôi nghĩ anh sẽ thấy những yêu cầu của tôi là hợp lý.”</w:t>
      </w:r>
    </w:p>
    <w:p>
      <w:pPr>
        <w:spacing w:after="80"/>
      </w:pPr>
      <w:r>
        <w:rPr>
          <w:b w:val="0"/>
          <w:i w:val="0"/>
        </w:rPr>
        <w:t>“Những yêu cầu của anh… Và nếu tôi không đáp ứng được thì sao?”</w:t>
      </w:r>
    </w:p>
    <w:p>
      <w:pPr>
        <w:spacing w:after="80"/>
      </w:pPr>
      <w:r>
        <w:rPr>
          <w:b w:val="0"/>
          <w:i w:val="0"/>
        </w:rPr>
        <w:t>“Anh là giám đốc CIA. Chẳng có mấy thứ anh không làm được.”</w:t>
      </w:r>
    </w:p>
    <w:p>
      <w:pPr>
        <w:spacing w:after="80"/>
      </w:pPr>
      <w:r>
        <w:rPr>
          <w:b w:val="0"/>
          <w:i/>
        </w:rPr>
        <w:t>Tốt nhất là anh đừng quên điều đó.</w:t>
      </w:r>
      <w:r>
        <w:rPr>
          <w:b w:val="0"/>
          <w:i w:val="0"/>
        </w:rPr>
        <w:t xml:space="preserve"> “Và nếu tôi </w:t>
      </w:r>
      <w:r>
        <w:rPr>
          <w:b w:val="0"/>
          <w:i/>
        </w:rPr>
        <w:t>chọn</w:t>
      </w:r>
      <w:r>
        <w:rPr>
          <w:b w:val="0"/>
          <w:i w:val="0"/>
        </w:rPr>
        <w:t xml:space="preserve"> không làm thì sao?”</w:t>
      </w:r>
    </w:p>
    <w:p>
      <w:pPr>
        <w:spacing w:after="80"/>
      </w:pPr>
      <w:r>
        <w:rPr>
          <w:b w:val="0"/>
          <w:i w:val="0"/>
        </w:rPr>
        <w:t>“Thì video này sẽ được công khai,” cô nói dửng dưng. “Nó chứa thông tin chi tiết về dự án của anh, và nội dung thì cực kỳ gây sốc. Anh nên nhanh lên. Đây là một liên kết công khai, kiểu gì cũng sẽ có người tình cờ bấm vào, có lẽ chỉ trong vài giờ tới thôi.”</w:t>
      </w:r>
    </w:p>
    <w:p>
      <w:pPr>
        <w:spacing w:after="80"/>
      </w:pPr>
      <w:r>
        <w:rPr>
          <w:b w:val="0"/>
          <w:i w:val="0"/>
        </w:rPr>
        <w:t xml:space="preserve">Heide Nagel đã lún quá sâu rồi. “Heide, cô </w:t>
      </w:r>
      <w:r>
        <w:rPr>
          <w:b w:val="0"/>
          <w:i/>
        </w:rPr>
        <w:t>hẳn</w:t>
      </w:r>
      <w:r>
        <w:rPr>
          <w:b w:val="0"/>
          <w:i w:val="0"/>
        </w:rPr>
        <w:t xml:space="preserve"> biết người của tôi hoàn toàn có thể xóa—”</w:t>
      </w:r>
    </w:p>
    <w:p>
      <w:pPr>
        <w:spacing w:after="80"/>
      </w:pPr>
      <w:r>
        <w:rPr>
          <w:b w:val="0"/>
          <w:i w:val="0"/>
        </w:rPr>
        <w:t>“Tôi đã tải tệp về và sao chép rồi. Nhiều bản lắm. Chúng đang nằm trong những bàn tay an toàn.”</w:t>
      </w:r>
    </w:p>
    <w:p>
      <w:pPr>
        <w:spacing w:after="80"/>
      </w:pPr>
      <w:r>
        <w:rPr>
          <w:b w:val="0"/>
          <w:i w:val="0"/>
        </w:rPr>
        <w:t xml:space="preserve">“Cô mất trí rồi à?!” Judd gắt. “Tôi hiểu cô đang tức giận, nhưng tại sao cô lại </w:t>
      </w:r>
      <w:r>
        <w:rPr>
          <w:b w:val="0"/>
          <w:i/>
        </w:rPr>
        <w:t>dại dột</w:t>
      </w:r>
      <w:r>
        <w:rPr>
          <w:b w:val="0"/>
          <w:i w:val="0"/>
        </w:rPr>
        <w:t xml:space="preserve"> đe dọa—”</w:t>
      </w:r>
    </w:p>
    <w:p>
      <w:pPr>
        <w:spacing w:after="80"/>
      </w:pPr>
      <w:r>
        <w:rPr>
          <w:b w:val="0"/>
          <w:i w:val="0"/>
        </w:rPr>
        <w:t xml:space="preserve">“Bởi vì, </w:t>
      </w:r>
      <w:r>
        <w:rPr>
          <w:b w:val="0"/>
          <w:i/>
        </w:rPr>
        <w:t>Greg,</w:t>
      </w:r>
      <w:r>
        <w:rPr>
          <w:b w:val="0"/>
          <w:i w:val="0"/>
        </w:rPr>
        <w:t xml:space="preserve">” Nagel bùng nổ, “tôi làm kẻ chịu trận đủ lâu rồi! Tôi chỉ là một đồng nghiệp trung thành, và tôi đáng được nhận lại chút trung thành chết tiệt nào đó về phía </w:t>
      </w:r>
      <w:r>
        <w:rPr>
          <w:b w:val="0"/>
          <w:i/>
        </w:rPr>
        <w:t>mình</w:t>
      </w:r>
      <w:r>
        <w:rPr>
          <w:b w:val="0"/>
          <w:i w:val="0"/>
        </w:rPr>
        <w:t xml:space="preserve"> chứ. Nên đứng dậy mà làm điều đúng đắn đi, đồ khốn!”</w:t>
      </w:r>
    </w:p>
    <w:p>
      <w:pPr>
        <w:spacing w:after="80"/>
      </w:pPr>
      <w:r>
        <w:rPr>
          <w:b w:val="0"/>
          <w:i w:val="0"/>
        </w:rPr>
        <w:t xml:space="preserve">Judd chưa bao giờ nghe Nagel mất bình tĩnh, và thẳng thắn mà nói, điều đó khiến ông sợ. Heide Nagel là người đáng gờm. </w:t>
      </w:r>
      <w:r>
        <w:rPr>
          <w:b w:val="0"/>
          <w:i/>
        </w:rPr>
        <w:t>Và những kẻ mất kiểm soát thì đưa ra những quyết định cực kỳ tồi tệ.</w:t>
      </w:r>
    </w:p>
    <w:p>
      <w:pPr>
        <w:spacing w:after="80"/>
      </w:pPr>
      <w:r>
        <w:rPr>
          <w:b w:val="0"/>
          <w:i w:val="0"/>
        </w:rPr>
        <w:t>“Tôi sẽ gọi cho anh trong vòng một giờ,” Nagel phang một câu. “Và nếu tôi biến mất, tin tôi đi, anh sẽ thấy video này trên mọi bản tin trên khắp thế giới.”</w:t>
      </w:r>
    </w:p>
    <w:p>
      <w:pPr>
        <w:spacing w:after="80"/>
      </w:pPr>
      <w:r>
        <w:rPr>
          <w:b w:val="0"/>
          <w:i w:val="0"/>
        </w:rPr>
        <w:t>“Thưa Đại sứ, tôi đề nghị—”</w:t>
      </w:r>
    </w:p>
    <w:p>
      <w:pPr>
        <w:spacing w:after="80"/>
      </w:pPr>
      <w:r>
        <w:rPr>
          <w:b w:val="0"/>
          <w:i w:val="0"/>
        </w:rPr>
        <w:t>Cô đã cúp máy rồi.</w:t>
      </w:r>
    </w:p>
    <w:p>
      <w:pPr>
        <w:jc w:val="center"/>
      </w:pPr>
      <w:r>
        <w:drawing>
          <wp:inline xmlns:a="http://schemas.openxmlformats.org/drawingml/2006/main" xmlns:pic="http://schemas.openxmlformats.org/drawingml/2006/picture">
            <wp:extent cx="5486400" cy="362122"/>
            <wp:docPr id="87" name="Picture 87"/>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Nagel hiếm khi uống rượu, nhất là vào giữa trưa, nhưng ly Becherovka cô vừa rót từ quầy bar trong văn phòng có vẻ là hợp lý. Tay cô vẫn còn hơi run khi cô ngồi vào sau máy tính và tải một bản sao của video về màn hình chính. Chỉ để cho chắc, cô tải thêm bản thứ hai, đổi tên thật vô hại thành “Recipes”, rồi chôn sâu nó trong hệ thống thư mục lằng nhằng của mình.</w:t>
      </w:r>
    </w:p>
    <w:p>
      <w:pPr>
        <w:spacing w:after="80"/>
      </w:pPr>
      <w:r>
        <w:rPr>
          <w:b w:val="0"/>
          <w:i w:val="0"/>
        </w:rPr>
        <w:t>Tiếp theo cô lục các ngăn kéo bàn và tìm thấy một chiếc USB lẻ loi—một bài PowerPoint cũ cho bài phát biểu cô từng đọc trước Hiệp hội Phụ nữ Quốc tế tại Prague. Sau khi xóa bài thuyết trình, cô chép video lời thú tội của Gessner vào USB và đặt chiếc USB vào trong một túi ngoại giao cỡ phong bì có đóng dấu đại sứ quán.</w:t>
      </w:r>
    </w:p>
    <w:p>
      <w:pPr>
        <w:spacing w:after="80"/>
      </w:pPr>
      <w:r>
        <w:rPr>
          <w:b w:val="0"/>
          <w:i w:val="0"/>
        </w:rPr>
        <w:t>Cô kéo khóa túi lại và luồn vòng khóa an ninh bằng nhựa vào khóa kéo, bấm chặt xuống cho đến khi nó khóa vĩnh viễn. Rồi cô điền vào các ô định tuyến của túi, chuyển thẳng túi đến…</w:t>
      </w:r>
      <w:r>
        <w:rPr>
          <w:b w:val="0"/>
          <w:i/>
        </w:rPr>
        <w:t>chính cô.</w:t>
      </w:r>
      <w:r>
        <w:rPr>
          <w:b w:val="0"/>
          <w:i w:val="0"/>
        </w:rPr>
        <w:t xml:space="preserve"> Theo Điều 27.3 của Công ước Vienna về Quan hệ Ngoại giao, bất kỳ ai khác mở chiếc túi này đều phạm tội có thể bị trừng phạt.</w:t>
      </w:r>
    </w:p>
    <w:p>
      <w:pPr>
        <w:spacing w:after="80"/>
      </w:pPr>
      <w:r>
        <w:rPr>
          <w:b w:val="0"/>
          <w:i w:val="0"/>
        </w:rPr>
        <w:t xml:space="preserve">Khi Nagel bắt đầu lục lọi văn phòng để tìm một chỗ an toàn cất chiếc túi đã niêm phong, cô nhận ra </w:t>
      </w:r>
      <w:r>
        <w:rPr>
          <w:b w:val="0"/>
          <w:i/>
        </w:rPr>
        <w:t>chẳng có</w:t>
      </w:r>
      <w:r>
        <w:rPr>
          <w:b w:val="0"/>
          <w:i w:val="0"/>
        </w:rPr>
        <w:t xml:space="preserve"> chỗ nào thực sự an toàn trong văn phòng này. Cô muốn tin rằng Giám đốc Judd sẽ đưa ra quyết định đúng đắn, nhưng nếu ông ta quyết định chống lại cô, thì văn phòng này sẽ là nơi đầu tiên ông ta nhắm tới.</w:t>
      </w:r>
    </w:p>
    <w:p>
      <w:pPr>
        <w:spacing w:after="80"/>
      </w:pPr>
      <w:r>
        <w:rPr>
          <w:b w:val="0"/>
          <w:i w:val="0"/>
        </w:rPr>
        <w:t>“Scott!” cô hét lên, mang chiếc túi về phía cửa.</w:t>
      </w:r>
    </w:p>
    <w:p>
      <w:pPr>
        <w:spacing w:after="80"/>
      </w:pPr>
      <w:r>
        <w:rPr>
          <w:b w:val="0"/>
          <w:i w:val="0"/>
        </w:rPr>
        <w:t>Người lính gác của cô đang đợi bên ngoài và bước vào ngay lập tức.</w:t>
      </w:r>
    </w:p>
    <w:p>
      <w:pPr>
        <w:spacing w:after="80"/>
      </w:pPr>
      <w:r>
        <w:rPr>
          <w:b w:val="0"/>
          <w:i w:val="0"/>
        </w:rPr>
        <w:t>“Tôi cần giao phó thứ này cho anh,” cô nói.</w:t>
      </w:r>
    </w:p>
    <w:p>
      <w:pPr>
        <w:spacing w:after="80"/>
      </w:pPr>
      <w:r>
        <w:rPr>
          <w:b w:val="0"/>
          <w:i w:val="0"/>
        </w:rPr>
        <w:t>“Tất nhiên rồi, thưa bà,” anh ta nói, mắt nhìn chăm chú vào đôi tay cô. “Chiếc túi hay ly cocktail ạ?”</w:t>
      </w:r>
    </w:p>
    <w:p>
      <w:pPr>
        <w:spacing w:after="80"/>
      </w:pPr>
      <w:r>
        <w:rPr>
          <w:b w:val="0"/>
          <w:i w:val="0"/>
        </w:rPr>
        <w:t xml:space="preserve">Cô nhìn xuống. </w:t>
      </w:r>
      <w:r>
        <w:rPr>
          <w:b w:val="0"/>
          <w:i/>
        </w:rPr>
        <w:t>Trời ạ.</w:t>
      </w:r>
      <w:r>
        <w:rPr>
          <w:b w:val="0"/>
          <w:i w:val="0"/>
        </w:rPr>
        <w:t xml:space="preserve"> “Chiếc túi, Scott.” Cô đưa nó cho anh ta. “Giữ nó an toàn. Đừng nhắc đến nó với bất kỳ ai. Ý tôi là không một ai. Tôi có thể tin tưởng anh về việc này không?”</w:t>
      </w:r>
    </w:p>
    <w:p>
      <w:pPr>
        <w:spacing w:after="80"/>
      </w:pPr>
      <w:r>
        <w:rPr>
          <w:b w:val="0"/>
          <w:i w:val="0"/>
        </w:rPr>
        <w:t>“Tất nhiên rồi, thưa bà.” Anh ta trượt chiếc túi vào túi áo ngực của bộ đồng phục và nhìn cô với vẻ lo lắng. “Mọi chuyện ổn chứ, thưa bà?”</w:t>
      </w:r>
    </w:p>
    <w:p>
      <w:pPr>
        <w:spacing w:after="80"/>
      </w:pPr>
      <w:r>
        <w:rPr>
          <w:b w:val="0"/>
          <w:i w:val="0"/>
        </w:rPr>
        <w:t>“Mọi chuyện đều ổn, cảm ơn anh. Cái chết của ông Harris khiến tôi có chút…” Giọng cô lịm dần. “Có tin tức gì từ pháp y chưa?”</w:t>
      </w:r>
    </w:p>
    <w:p>
      <w:pPr>
        <w:spacing w:after="80"/>
      </w:pPr>
      <w:r>
        <w:rPr>
          <w:b w:val="0"/>
          <w:i w:val="0"/>
        </w:rPr>
        <w:t>“Chưa có, thưa bà.”</w:t>
      </w:r>
    </w:p>
    <w:p>
      <w:pPr>
        <w:spacing w:after="80"/>
      </w:pPr>
      <w:r>
        <w:rPr>
          <w:b w:val="0"/>
          <w:i w:val="0"/>
        </w:rPr>
        <w:t>“Anh làm ơn liên lạc với cô Daněk và bảo cô ấy quay lại đây ngay lập tức được không.”</w:t>
      </w:r>
    </w:p>
    <w:p>
      <w:pPr>
        <w:spacing w:after="80"/>
      </w:pPr>
      <w:r>
        <w:rPr>
          <w:b w:val="0"/>
          <w:i w:val="0"/>
        </w:rPr>
        <w:t>“Tất nhiên rồi, thưa bà.” Người lính thủy quân lục chiến ngập ngừng. “Mặc dù…tôi nên cảnh báo bà rằng cô Daněk đã vô cùng đau khổ khi chúng tôi tìm thấy thi thể ông Harris. Có vẻ họ rất thân thiết.”</w:t>
      </w:r>
    </w:p>
    <w:p>
      <w:pPr>
        <w:spacing w:after="80"/>
      </w:pPr>
      <w:r>
        <w:rPr>
          <w:b w:val="0"/>
          <w:i/>
        </w:rPr>
        <w:t>Đúng vậy,</w:t>
      </w:r>
      <w:r>
        <w:rPr>
          <w:b w:val="0"/>
          <w:i w:val="0"/>
        </w:rPr>
        <w:t xml:space="preserve"> Nagel nghĩ, xấu hổ vì đã lợi dụng chuyện tình cảm của họ như một đòn bẩy. “Cảm ơn anh đã báo cho tôi. Tôi đang có một tình huống khẩn cấp ở đây cần đến kỹ năng của cô ấy.” </w:t>
      </w:r>
      <w:r>
        <w:rPr>
          <w:b w:val="0"/>
          <w:i/>
        </w:rPr>
        <w:t>Tôi hy vọng cô ấy sẽ làm việc chuyên nghiệp.</w:t>
      </w:r>
    </w:p>
    <w:p>
      <w:pPr>
        <w:spacing w:after="80"/>
      </w:pPr>
      <w:r>
        <w:rPr>
          <w:b w:val="0"/>
          <w:i w:val="0"/>
        </w:rPr>
        <w:t>Trung sĩ Kerble rời đi, và Nagel quay lại bàn làm việc. Cô nhấp một ngụm dài từ ly đồ uống của mình. Lá thư từ kẻ giết Harris đang nhìn chằm chằm vào cô.</w:t>
      </w:r>
    </w:p>
    <w:p>
      <w:pPr>
        <w:spacing w:after="80"/>
      </w:pPr>
      <w:r>
        <w:rPr>
          <w:b w:val="0"/>
          <w:i w:val="0"/>
        </w:rPr>
        <w:t>Làm ơn giúp Sasha.</w:t>
      </w:r>
    </w:p>
    <w:p>
      <w:pPr>
        <w:spacing w:after="80"/>
      </w:pPr>
      <w:r>
        <w:rPr>
          <w:b w:val="0"/>
          <w:i/>
        </w:rPr>
        <w:t>Tôi không thể giúp cô ấy nếu tôi không tìm thấy cô ấy,</w:t>
      </w:r>
      <w:r>
        <w:rPr>
          <w:b w:val="0"/>
          <w:i w:val="0"/>
        </w:rPr>
        <w:t xml:space="preserve"> Nagel nghĩ, nhét lá thư vào ngăn kéo bàn làm việc. May mắn thay, Prague có một hệ thống giám sát vô song. Thử thách không phải là tìm ra Sasha—mà là thuyết phục Dana Daněk giúp đỡ trong nhiệm vụ này.</w:t>
      </w:r>
    </w:p>
    <w:p>
      <w:pPr>
        <w:jc w:val="center"/>
      </w:pPr>
      <w:r>
        <w:drawing>
          <wp:inline xmlns:a="http://schemas.openxmlformats.org/drawingml/2006/main" xmlns:pic="http://schemas.openxmlformats.org/drawingml/2006/picture">
            <wp:extent cx="5486400" cy="362122"/>
            <wp:docPr id="88" name="Picture 88"/>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Golěm đã đi qua một hành lang cơ khí chật hẹp kéo dài gần một trăm mét, trải dài như một chiếc xương sống dài dưới lõi của Threshold. Khi đến cuối, giờ đây anh ta đang đứng trước một cánh cổng khác thường.</w:t>
      </w:r>
    </w:p>
    <w:p>
      <w:pPr>
        <w:spacing w:after="80"/>
      </w:pPr>
      <w:r>
        <w:rPr>
          <w:b w:val="0"/>
          <w:i w:val="0"/>
        </w:rPr>
        <w:t>Cánh cửa bằng thép, hình bầu dục và không có cửa sổ, với một bánh xe xoay nặng nề để đóng kín và mở ra. Nó trông giống như một cửa sập tàu ngầm kín khí.</w:t>
      </w:r>
    </w:p>
    <w:p>
      <w:pPr>
        <w:spacing w:after="80"/>
      </w:pPr>
      <w:r>
        <w:rPr>
          <w:b w:val="0"/>
          <w:i w:val="0"/>
        </w:rPr>
        <w:t>Biển hiệu ghi:</w:t>
      </w:r>
    </w:p>
    <w:p>
      <w:pPr>
        <w:spacing w:after="80"/>
      </w:pPr>
      <w:r>
        <w:rPr>
          <w:b w:val="0"/>
          <w:i w:val="0"/>
        </w:rPr>
        <w:t>SMES</w:t>
      </w:r>
    </w:p>
    <w:p>
      <w:pPr>
        <w:spacing w:after="80"/>
      </w:pPr>
      <w:r>
        <w:rPr>
          <w:b w:val="0"/>
          <w:i w:val="0"/>
        </w:rPr>
        <w:t>Chỉ Nhân Viên Được Phép</w:t>
      </w:r>
    </w:p>
    <w:p>
      <w:pPr>
        <w:spacing w:after="80"/>
      </w:pPr>
      <w:r>
        <w:rPr>
          <w:b w:val="0"/>
          <w:i w:val="0"/>
        </w:rPr>
        <w:t>Đêm qua, Gessner đã tiết lộ cho anh biết về công nghệ đáng kinh ngạc được chứa bên trong căn phòng độc đáo này. Cuộc nghiên cứu trên mạng của The Golěm sáng nay đã cung cấp nốt những thông tin còn lại mà anh cần, bao gồm cả việc xác nhận lý do khoa học khiến cỗ máy được đặt chính xác tại vị trí này.</w:t>
      </w:r>
    </w:p>
    <w:p>
      <w:pPr>
        <w:spacing w:after="80"/>
      </w:pPr>
      <w:r>
        <w:rPr>
          <w:b w:val="0"/>
          <w:i w:val="0"/>
        </w:rPr>
        <w:t>Ngay bên dưới một điểm tham quan nổi tiếng trong Công viên Folimanka.</w:t>
      </w:r>
    </w:p>
    <w:p>
      <w:pPr>
        <w:spacing w:after="80"/>
      </w:pPr>
      <w:r>
        <w:rPr>
          <w:b w:val="0"/>
          <w:i w:val="0"/>
        </w:rPr>
        <w:t>Công trình phía trên đầu họ là một trong những dấu tích hiếm hoi còn nhìn thấy được của hầm trú bom thập niên 1950, và du khách thường chụp ảnh đứng cạnh nó trong công viên. Dĩ nhiên, chẳng ai ngờ được điều mà The Golěm mới phát hiện ra — rằng điểm tham quan ấy đã được tái sử dụng một cách tài tình để phục vụ nhu cầu của Threshold.</w:t>
      </w:r>
    </w:p>
    <w:p>
      <w:pPr>
        <w:spacing w:after="80"/>
      </w:pPr>
      <w:r>
        <w:rPr>
          <w:b w:val="0"/>
          <w:i w:val="0"/>
        </w:rPr>
        <w:t>Giờ đây nó là một giếng thông gió cho căn phòng kín sau cánh cửa này.</w:t>
      </w:r>
    </w:p>
    <w:p>
      <w:pPr>
        <w:spacing w:after="80"/>
      </w:pPr>
      <w:r>
        <w:rPr>
          <w:b w:val="0"/>
          <w:i w:val="0"/>
        </w:rPr>
        <w:t>The Golěm mất một lúc để lấy lại hơi thở trước khi định xoay bánh xe. Không có cây gậy phép, anh cần phải thận trọng; một cơn co giật nữa ở dưới này có thể nguy hiểm, nhất là khi xung quanh toàn những bề mặt cứng và cạnh sắc.</w:t>
      </w:r>
    </w:p>
    <w:p>
      <w:pPr>
        <w:spacing w:after="80"/>
      </w:pPr>
      <w:r>
        <w:rPr>
          <w:b w:val="0"/>
          <w:i w:val="0"/>
        </w:rPr>
        <w:t>Khi đã cảm thấy tâm trí ổn định, The Golěm đặt vững chân, nắm chặt bánh xe và ra sức vặn ngược chiều kim đồng hồ. Bánh xe gần như không nhúc nhích, chỉ xoay được vài xăng-ti-mét.</w:t>
      </w:r>
    </w:p>
    <w:p>
      <w:pPr>
        <w:spacing w:after="80"/>
      </w:pPr>
      <w:r>
        <w:rPr>
          <w:b w:val="0"/>
          <w:i w:val="0"/>
        </w:rPr>
        <w:t>Anh hình dung khuôn mặt Sasha, và sự ngây thơ của cô bé đã tiếp thêm sức mạnh cho anh.</w:t>
      </w:r>
    </w:p>
    <w:p>
      <w:pPr>
        <w:spacing w:after="80"/>
      </w:pPr>
      <w:r>
        <w:rPr>
          <w:b w:val="0"/>
          <w:i w:val="0"/>
        </w:rPr>
        <w:t>Ta làm điều này vì tất cả những ai đã bị ngược đãi ở đây. Vì con… vì ta… và vì tất cả những người sẽ đến sau.</w:t>
      </w:r>
    </w:p>
    <w:p>
      <w:pPr>
        <w:spacing w:after="80"/>
      </w:pPr>
      <w:r>
        <w:rPr>
          <w:b w:val="0"/>
          <w:i w:val="0"/>
        </w:rPr>
        <w:t>Anh nghiến răng, lại ra sức vặn bánh xe.</w:t>
      </w:r>
    </w:p>
    <w:p>
      <w:pPr>
        <w:pStyle w:val="Heading1"/>
      </w:pPr>
      <w:r>
        <w:rPr>
          <w:rFonts w:ascii="Calibri" w:hAnsi="Calibri"/>
          <w:b/>
          <w:i w:val="0"/>
          <w:sz w:val="40"/>
        </w:rPr>
        <w:t>Chương 96</w:t>
      </w:r>
    </w:p>
    <w:p>
      <w:pPr>
        <w:spacing w:after="80"/>
      </w:pPr>
      <w:r>
        <w:rPr>
          <w:b w:val="0"/>
          <w:i w:val="0"/>
        </w:rPr>
        <w:t>Khi thang máy tiếp tục hạ sâu xuống dãy núi bên dưới Pháo đài Crucifix, Robert Langdon thấy mình đang chống lại một cơn lo âu dâng trào. Anh đã quá tập trung vào việc làm sao để vào được cơ sở này đến nỗi chưa thực sự hình dung hết con đường mình sẽ phải đi để đến đó.</w:t>
      </w:r>
    </w:p>
    <w:p>
      <w:pPr>
        <w:spacing w:after="80"/>
      </w:pPr>
      <w:r>
        <w:rPr>
          <w:b w:val="0"/>
          <w:i w:val="0"/>
        </w:rPr>
        <w:t>Mình đang bị nhốt trong một giếng hẹp, xung quanh là hàng ngàn tấn đá.</w:t>
      </w:r>
    </w:p>
    <w:p>
      <w:pPr>
        <w:spacing w:after="80"/>
      </w:pPr>
      <w:r>
        <w:rPr>
          <w:b w:val="0"/>
          <w:i w:val="0"/>
        </w:rPr>
        <w:t>Anh cũng không biết mình sẽ đối mặt với điều gì khi cửa thang máy mở ra. Đại sứ đã nói với họ rằng Threshold vẫn chưa đi vào hoạt động, và vì thế, bà ấy nghĩ họ sẽ không gặp nhân viên bảo vệ nào khi vào bên trong. Nhưng không có cách nào biết chắc được.</w:t>
      </w:r>
    </w:p>
    <w:p>
      <w:pPr>
        <w:spacing w:after="80"/>
      </w:pPr>
      <w:r>
        <w:rPr>
          <w:b w:val="0"/>
          <w:i w:val="0"/>
        </w:rPr>
        <w:t xml:space="preserve">Langdon cũng thấy mình đang nghĩ về tình huống tiến thoái lưỡng nan nảy sinh vài phút trước. </w:t>
      </w:r>
      <w:r>
        <w:rPr>
          <w:b w:val="0"/>
          <w:i/>
        </w:rPr>
        <w:t>Ai đó đã lấy thẻ ra vào của Gessner…và gỡ ngón tay cái của cô ấy.</w:t>
      </w:r>
      <w:r>
        <w:rPr>
          <w:b w:val="0"/>
          <w:i w:val="0"/>
        </w:rPr>
        <w:t xml:space="preserve"> Rõ ràng, tội ác rùng rợn đó được thực hiện để có quyền vào Threshold, nhưng câu hỏi là, chuyện này xảy ra khi nào? Kẻ xâm nhập đã đến rồi đi từ nhiều giờ trước…hay chúng vẫn còn trong cơ sở? Và nếu chúng vẫn ở đây…thì chúng nguy hiểm đến mức nào?</w:t>
      </w:r>
    </w:p>
    <w:p>
      <w:pPr>
        <w:spacing w:after="80"/>
      </w:pPr>
      <w:r>
        <w:rPr>
          <w:b w:val="0"/>
          <w:i w:val="0"/>
        </w:rPr>
        <w:t>Katherine đổi tư thế trong chiếc thang máy rộng rãi. "Xuống sâu lắm đây," cô nói trong im lặng, bắt đầu tỏ ra bồn chồn vì quãng đường đi xuống dài.</w:t>
      </w:r>
    </w:p>
    <w:p>
      <w:pPr>
        <w:spacing w:after="80"/>
      </w:pPr>
      <w:r>
        <w:rPr>
          <w:b w:val="0"/>
          <w:i w:val="0"/>
        </w:rPr>
        <w:t>Langdon cố hết sức không nghĩ về chuyện đó. "Điện thoại chết rồi," anh nói lơ đãng, nhận ra màn hình giờ đã đen. Katherine lấy thiết bị từ tay anh và bỏ vào túi đeo vai của cô.</w:t>
      </w:r>
    </w:p>
    <w:p>
      <w:pPr>
        <w:spacing w:after="80"/>
      </w:pPr>
      <w:r>
        <w:rPr>
          <w:b w:val="0"/>
          <w:i w:val="0"/>
        </w:rPr>
        <w:t>Cuối cùng, thang máy bắt đầu chậm lại. Họ ép sát vào góc cabin, khuất khỏi tầm nhìn của cửa, khi thang máy lướt êm đến điểm dừng. Cả hai đều nín thở.</w:t>
      </w:r>
    </w:p>
    <w:p>
      <w:pPr>
        <w:spacing w:after="80"/>
      </w:pPr>
      <w:r>
        <w:rPr>
          <w:b w:val="0"/>
          <w:i w:val="0"/>
        </w:rPr>
        <w:t>Cửa trượt mở.</w:t>
      </w:r>
    </w:p>
    <w:p>
      <w:pPr>
        <w:spacing w:after="80"/>
      </w:pPr>
      <w:r>
        <w:rPr>
          <w:b w:val="0"/>
          <w:i w:val="0"/>
        </w:rPr>
        <w:t>Co ro trong góc, Langdon và Katherine chờ đợi bất kỳ âm thanh hay dấu hiệu chuyển động nào bên ngoài, nhưng không có gì cả. Langdon cẩn thận nghiêng người sang một bên và nhìn ra.</w:t>
      </w:r>
    </w:p>
    <w:p>
      <w:pPr>
        <w:spacing w:after="80"/>
      </w:pPr>
      <w:r>
        <w:rPr>
          <w:b w:val="0"/>
          <w:i w:val="0"/>
        </w:rPr>
        <w:t>Không gian bên ngoài tối đen như mực.</w:t>
      </w:r>
    </w:p>
    <w:p>
      <w:pPr>
        <w:spacing w:after="80"/>
      </w:pPr>
      <w:r>
        <w:rPr>
          <w:b w:val="0"/>
          <w:i w:val="0"/>
        </w:rPr>
        <w:t>Ngoài quầng sáng nhỏ hắt ra từ thang máy, Langdon không thể thấy gì. Anh chưa từng nghĩ rằng vì Threshold chưa đi vào hoạt động, có thể lúc này chưa có điện.</w:t>
      </w:r>
    </w:p>
    <w:p>
      <w:pPr>
        <w:spacing w:after="80"/>
      </w:pPr>
      <w:r>
        <w:rPr>
          <w:b w:val="0"/>
          <w:i w:val="0"/>
        </w:rPr>
        <w:t>Chúng ta đang ở sâu dưới lòng đất. Không đèn. Không cửa sổ. Biết đâu chúng ta đang ở trong một hang động khổng lồ.</w:t>
      </w:r>
    </w:p>
    <w:p>
      <w:pPr>
        <w:spacing w:after="80"/>
      </w:pPr>
      <w:r>
        <w:rPr>
          <w:b w:val="0"/>
          <w:i w:val="0"/>
        </w:rPr>
        <w:t>Anh cảm thấy nhịp tim mình tăng lên khi anh rón rén bước ra khỏi thang máy, đặt một bước chân ngập ngừng vào bóng tối. Trước khi chân anh kịp chạm sàn, một dãy đèn pha rực sáng trên đầu, trong chốc lát làm anh lóa mắt. Anh che mắt, hy vọng đèn được bật tự động bởi cảm biến chuyển động…chứ không phải bởi một đội thẩm vấn hay một đội xử bắn.</w:t>
      </w:r>
    </w:p>
    <w:p>
      <w:pPr>
        <w:spacing w:after="80"/>
      </w:pPr>
      <w:r>
        <w:rPr>
          <w:b w:val="0"/>
          <w:i w:val="0"/>
        </w:rPr>
        <w:t>Chậm rãi, anh hạ tay xuống, nheo mắt nhìn khung cảnh trước mặt.</w:t>
      </w:r>
    </w:p>
    <w:p>
      <w:pPr>
        <w:spacing w:after="80"/>
      </w:pPr>
      <w:r>
        <w:rPr>
          <w:b w:val="0"/>
          <w:i w:val="0"/>
        </w:rPr>
        <w:t>Khi hình ảnh hiện rõ, anh sững sờ nhìn.</w:t>
      </w:r>
    </w:p>
    <w:p>
      <w:pPr>
        <w:spacing w:after="80"/>
      </w:pPr>
      <w:r>
        <w:rPr>
          <w:b w:val="0"/>
          <w:i w:val="0"/>
        </w:rPr>
        <w:t>Đùa tôi chắc…</w:t>
      </w:r>
    </w:p>
    <w:p>
      <w:pPr>
        <w:spacing w:after="80"/>
      </w:pPr>
      <w:r>
        <w:rPr>
          <w:b w:val="0"/>
          <w:i w:val="0"/>
        </w:rPr>
        <w:t>Họ rõ ràng đã rời khỏi Pháo đài Thánh giá. Mọi nét cổ kính, hữu cơ giờ đều biến mất. Thế giới mới mà Langdon vừa bước vào thật bóng bẩy, mang tính tương lai và thuần công nghệ.</w:t>
      </w:r>
    </w:p>
    <w:p>
      <w:pPr>
        <w:spacing w:after="80"/>
      </w:pPr>
      <w:r>
        <w:rPr>
          <w:b w:val="0"/>
          <w:i w:val="0"/>
        </w:rPr>
        <w:t>"Không thể tin nổi," Katherine thì thầm, bước ra phía sau anh. "Chỗ này trông đắt tiền thật."</w:t>
      </w:r>
    </w:p>
    <w:p>
      <w:pPr>
        <w:spacing w:after="80"/>
      </w:pPr>
      <w:r>
        <w:rPr>
          <w:b w:val="0"/>
          <w:i w:val="0"/>
        </w:rPr>
        <w:t>Langdon đoán cơ sở này có lẽ được tài trợ qua các khoản đầu tư của In-Q-Tel, nằm ngoài ngân sách đen, không chịu sự giám sát của Quốc hội.</w:t>
      </w:r>
    </w:p>
    <w:p>
      <w:pPr>
        <w:spacing w:after="80"/>
      </w:pPr>
      <w:r>
        <w:rPr>
          <w:b w:val="0"/>
          <w:i w:val="0"/>
        </w:rPr>
        <w:t>Katherine bước lên bệ kim loại hẹp bên ngoài thang máy, kinh ngạc ngắm nhìn khung cảnh xung quanh. "Cứ như thể... một ga tàu điện ngầm tí hon vậy."</w:t>
      </w:r>
    </w:p>
    <w:p>
      <w:pPr>
        <w:spacing w:after="80"/>
      </w:pPr>
      <w:r>
        <w:rPr>
          <w:b w:val="0"/>
          <w:i/>
        </w:rPr>
        <w:t>Đại loại là một loại tàu một ray tương lai,</w:t>
      </w:r>
      <w:r>
        <w:rPr>
          <w:b w:val="0"/>
          <w:i w:val="0"/>
        </w:rPr>
        <w:t xml:space="preserve"> Langdon nghĩ, nhìn xuống rãnh bê tông bên dưới họ, nơi một thanh ray hẹp duy nhất kéo dài từ bệ ra xa vào một đường hầm hình tròn rồi biến mất vào bóng tối. Cửa hầm trông rất chật, không đủ rộng để chứa một toa tàu điện ngầm thông thường, vậy mà khi Langdon nhìn thấy phương tiện chạy trên đường ray này, ông nhận ra cửa hầm rộng rãi dư sức.</w:t>
      </w:r>
    </w:p>
    <w:p>
      <w:pPr>
        <w:spacing w:after="80"/>
      </w:pPr>
      <w:r>
        <w:rPr>
          <w:b w:val="0"/>
          <w:i w:val="0"/>
        </w:rPr>
        <w:t>Toa tàu là một sàn mở dài và mảnh—giống một bệ di động hơn là một toa xe—với hai băng ghế dài đối diện nhau ở hai bên. Phía sau có một khu vực trông như để chở đồ tiếp tế, hiện đang có hai chiếc xe lăn được buộc chặt tại chỗ.</w:t>
      </w:r>
    </w:p>
    <w:p>
      <w:pPr>
        <w:spacing w:after="80"/>
      </w:pPr>
      <w:r>
        <w:rPr>
          <w:b w:val="0"/>
          <w:i w:val="0"/>
        </w:rPr>
        <w:t xml:space="preserve">Langdon chợt nhớ ra có một hệ thống ngầm tương tự nối các tòa nhà trên Đồi Capitol. Tuy nhiên, khác với những toa tàu điện hình hộp cổ kính ở D.C., hệ thống </w:t>
      </w:r>
      <w:r>
        <w:rPr>
          <w:b w:val="0"/>
          <w:i/>
        </w:rPr>
        <w:t>này</w:t>
      </w:r>
      <w:r>
        <w:rPr>
          <w:b w:val="0"/>
          <w:i w:val="0"/>
        </w:rPr>
        <w:t xml:space="preserve"> trông tối giản, bóng bẩy và hiệu quả.</w:t>
      </w:r>
    </w:p>
    <w:p>
      <w:pPr>
        <w:spacing w:after="80"/>
      </w:pPr>
      <w:r>
        <w:rPr>
          <w:b w:val="0"/>
          <w:i w:val="0"/>
        </w:rPr>
        <w:t xml:space="preserve">"May là nó ở </w:t>
      </w:r>
      <w:r>
        <w:rPr>
          <w:b w:val="0"/>
          <w:i/>
        </w:rPr>
        <w:t>đầu</w:t>
      </w:r>
      <w:r>
        <w:rPr>
          <w:b w:val="0"/>
          <w:i w:val="0"/>
        </w:rPr>
        <w:t xml:space="preserve"> này của tuyến," Katherine nói, bước về phía toa tàu. "Đó có vẻ là một điềm lành."</w:t>
      </w:r>
    </w:p>
    <w:p>
      <w:pPr>
        <w:spacing w:after="80"/>
      </w:pPr>
      <w:r>
        <w:rPr>
          <w:b w:val="0"/>
          <w:i w:val="0"/>
        </w:rPr>
        <w:t>Langdon hiểu ngay ý cô. Nếu phương tiện đang ở đây, nghĩa là kẻ nào đã lấy thẻ của Brigita hẳn đã đến Threshold và quay lại lối này để ra ngoài. "Ý hay lắm," ông nói, thả lỏng người một chút. "Hơn nữa, đèn cảm biến chuyển động đã tắt, nên có vẻ như chỉ có hai ta ở đây."</w:t>
      </w:r>
    </w:p>
    <w:p>
      <w:pPr>
        <w:spacing w:after="80"/>
      </w:pPr>
      <w:r>
        <w:rPr>
          <w:b w:val="0"/>
          <w:i w:val="0"/>
        </w:rPr>
        <w:t>Katherine bước lên sàn, Langdon theo sau. Khi họ lên phương tiện, một tiếng ù điện trầm thấp vang lên bên dưới, và bệ tàu dường như nhô lên một hai inch.</w:t>
      </w:r>
    </w:p>
    <w:p>
      <w:pPr>
        <w:spacing w:after="80"/>
      </w:pPr>
      <w:r>
        <w:rPr>
          <w:b w:val="0"/>
          <w:i/>
        </w:rPr>
        <w:t>Ai đó hoặc thứ gì đó biết chúng ta ở đây,</w:t>
      </w:r>
      <w:r>
        <w:rPr>
          <w:b w:val="0"/>
          <w:i w:val="0"/>
        </w:rPr>
        <w:t xml:space="preserve"> Langdon nghĩ, hy vọng con tàu này hoàn toàn tự động... chứ không phải có ai đó đang theo dõi họ và vừa khởi động hệ thống.</w:t>
      </w:r>
    </w:p>
    <w:p>
      <w:pPr>
        <w:spacing w:after="80"/>
      </w:pPr>
      <w:r>
        <w:rPr>
          <w:b w:val="0"/>
          <w:i w:val="0"/>
        </w:rPr>
        <w:t>"Tàu đệm từ," Katherine nói. "California cũng có một cái."</w:t>
      </w:r>
    </w:p>
    <w:p>
      <w:pPr>
        <w:spacing w:after="80"/>
      </w:pPr>
      <w:r>
        <w:rPr>
          <w:b w:val="0"/>
          <w:i w:val="0"/>
        </w:rPr>
        <w:t>Như bất kỳ ai từng chơi nam châm hồi nhỏ, Langdon quen thuộc với hiệu ứng đẩy lẫn nhau giữa các cực nam châm cùng dấu—một lực đủ mạnh, trong trường hợp này, để nâng một bệ tàu lên và khiến nó "lơ lửng" gần như không ma sát.</w:t>
      </w:r>
    </w:p>
    <w:p>
      <w:pPr>
        <w:spacing w:after="80"/>
      </w:pPr>
      <w:r>
        <w:rPr>
          <w:b w:val="0"/>
          <w:i w:val="0"/>
        </w:rPr>
        <w:t>"Tôi không thấy nút điều khiển nào cả," Katherine nói. "Chắc cứ ngồi xuống thôi nhỉ?"</w:t>
      </w:r>
    </w:p>
    <w:p>
      <w:pPr>
        <w:spacing w:after="80"/>
      </w:pPr>
      <w:r>
        <w:rPr>
          <w:b w:val="0"/>
          <w:i w:val="0"/>
        </w:rPr>
        <w:t>Đó là một phỏng đoán hợp lý, và Langdon ngồi xuống cạnh cô, cả hai cùng hướng về phía bên phải của toa. Trong vài giây, ba tiếng chuông trầm vang khắp ga, và bệ tàu bắt đầu tiến về phía trước, tăng tốc.</w:t>
      </w:r>
    </w:p>
    <w:p>
      <w:pPr>
        <w:spacing w:after="80"/>
      </w:pPr>
      <w:r>
        <w:rPr>
          <w:b w:val="0"/>
          <w:i w:val="0"/>
        </w:rPr>
        <w:t>Ngoài tiếng ù điện, chuyển động hoàn toàn im lặng.</w:t>
      </w:r>
    </w:p>
    <w:p>
      <w:pPr>
        <w:spacing w:after="80"/>
      </w:pPr>
      <w:r>
        <w:rPr>
          <w:b w:val="0"/>
          <w:i w:val="0"/>
        </w:rPr>
        <w:t>Gia tốc nhanh đến kinh ngạc nhưng vô cùng êm, và trong vài giây họ đã lao vào cửa hầm, phóng vút qua bóng tối trong sự tĩnh lặng hoàn hảo, chỉ có tiếng gió lùa qua bên tai.</w:t>
      </w:r>
    </w:p>
    <w:p>
      <w:pPr>
        <w:spacing w:after="80"/>
      </w:pPr>
      <w:r>
        <w:rPr>
          <w:b w:val="0"/>
          <w:i w:val="0"/>
        </w:rPr>
        <w:t>Đèn pha của tàu chỉ chiếu sáng một phần nhỏ đoạn đường ray ngay trước toa. Trong bóng tối, cảm giác như họ đã tăng tốc đến một tốc độ đáng sợ, và thật khó để ước lượng họ đã đi được bao xa.</w:t>
      </w:r>
    </w:p>
    <w:p>
      <w:pPr>
        <w:spacing w:after="80"/>
      </w:pPr>
      <w:r>
        <w:rPr>
          <w:b w:val="0"/>
          <w:i w:val="0"/>
        </w:rPr>
        <w:t>Đột nhiên, Katherine túm lấy tay Langdon và nín thở, chỉ về phía trước dọc theo đường hầm.</w:t>
      </w:r>
    </w:p>
    <w:p>
      <w:pPr>
        <w:spacing w:after="80"/>
      </w:pPr>
      <w:r>
        <w:rPr>
          <w:b w:val="0"/>
          <w:i w:val="0"/>
        </w:rPr>
        <w:t>Langdon cũng vừa mới phát hiện ra. Ngay phía trước, trên đường ray một làn, một ánh đèn pha đang tiến lại gần—một phương tiện vận chuyển khác đang lao thẳng về phía họ trên cùng một quỹ đạo va chạm.</w:t>
      </w:r>
    </w:p>
    <w:p>
      <w:pPr>
        <w:spacing w:after="80"/>
      </w:pPr>
      <w:r>
        <w:rPr>
          <w:b w:val="0"/>
          <w:i w:val="0"/>
        </w:rPr>
        <w:t>Rõ ràng, Langdon và Katherine lẽ ra không phải là người đi chuyến tàu điện này.</w:t>
      </w:r>
    </w:p>
    <w:p>
      <w:pPr>
        <w:spacing w:after="80"/>
      </w:pPr>
      <w:r>
        <w:rPr>
          <w:b w:val="0"/>
          <w:i w:val="0"/>
        </w:rPr>
        <w:t>"Phải có phanh khẩn cấp chứ!" Katherine hét lên, xoay người trên ghế và đảo mắt nhìn xung quanh.</w:t>
      </w:r>
    </w:p>
    <w:p>
      <w:pPr>
        <w:spacing w:after="80"/>
      </w:pPr>
      <w:r>
        <w:rPr>
          <w:b w:val="0"/>
          <w:i w:val="0"/>
        </w:rPr>
        <w:t>Langdon tuyệt vọng quay sang hai bên, tìm bất cứ chỗ nào để có thể nhảy xuống, nhưng những bức tường bê tông bao bọc họ chặt chẽ ở cả hai phía.</w:t>
      </w:r>
    </w:p>
    <w:p>
      <w:pPr>
        <w:spacing w:after="80"/>
      </w:pPr>
      <w:r>
        <w:rPr>
          <w:b w:val="0"/>
          <w:i w:val="0"/>
        </w:rPr>
        <w:t>Ánh đèn pha chói lòa đang lao về phía họ, giờ chỉ còn vài giây nữa là đâm trực diện. Langdon và Katherine nắm tay nhau và gồng mình chờ cú va chạm, nhưng đột nhiên tàu của họ chuyển mượt sang trái, trong khi tàu đối diện chuyển sang hướng ngược lại, và hai toa lướt qua nhau vô hại trong một đoạn đường hầm hơi rộng hơn. Ngay sau đó, toa của họ chuyển lại về giữa, và đường hầm lại thu hẹp thành một làn duy nhất.</w:t>
      </w:r>
    </w:p>
    <w:p>
      <w:pPr>
        <w:spacing w:after="80"/>
      </w:pPr>
      <w:r>
        <w:rPr>
          <w:b w:val="0"/>
          <w:i w:val="0"/>
        </w:rPr>
        <w:t>Langdon thở phào, tim vẫn đập thình thịch trong lồng ngực. "Đó là một đoạn tránh tàu," anh nói, giọng run run. "Được máy tính căn thời gian."</w:t>
      </w:r>
    </w:p>
    <w:p>
      <w:pPr>
        <w:spacing w:after="80"/>
      </w:pPr>
      <w:r>
        <w:rPr>
          <w:b w:val="0"/>
          <w:i w:val="0"/>
        </w:rPr>
        <w:t>Katherine thở ra một hơi dài nhẹ nhõm và siết chặt tay anh.</w:t>
      </w:r>
    </w:p>
    <w:p>
      <w:pPr>
        <w:spacing w:after="80"/>
      </w:pPr>
      <w:r>
        <w:rPr>
          <w:b w:val="0"/>
          <w:i w:val="0"/>
        </w:rPr>
        <w:t>Dù đoạn tránh tàu là cách hiệu quả để tránh phải đào một đường hầm hai làn, nó vừa đưa Langdon đến gần trải nghiệm cận kề cái chết hơn mức anh từng mong muốn.</w:t>
      </w:r>
    </w:p>
    <w:p>
      <w:pPr>
        <w:spacing w:after="80"/>
      </w:pPr>
      <w:r>
        <w:rPr>
          <w:b w:val="0"/>
          <w:i w:val="0"/>
        </w:rPr>
        <w:t>Tàu chạy thêm mười giây nữa rồi bắt đầu giảm tốc trở lại, lướt đến dừng êm ái tại một ga giống hệt, một sân ga kim loại hoang vắng không có bất kỳ biển báo nào. Khi họ bước xuống, tiếng ù điện tử biến mất, và phương tiện vận chuyển hạ xuống một hai inch về vị trí nghỉ.</w:t>
      </w:r>
    </w:p>
    <w:p>
      <w:pPr>
        <w:spacing w:after="80"/>
      </w:pPr>
      <w:r>
        <w:rPr>
          <w:b w:val="0"/>
          <w:i w:val="0"/>
        </w:rPr>
        <w:t>"Một hệ thống hai tàu," Katherine nói, "nghĩa là ta không thể chắc rằng ai đã vào trước chúng ta…đã đi khỏi rồi."</w:t>
      </w:r>
    </w:p>
    <w:p>
      <w:pPr>
        <w:spacing w:after="80"/>
      </w:pPr>
      <w:r>
        <w:rPr>
          <w:b w:val="0"/>
          <w:i w:val="0"/>
        </w:rPr>
        <w:t xml:space="preserve">Langdon gật đầu. </w:t>
      </w:r>
      <w:r>
        <w:rPr>
          <w:b w:val="0"/>
          <w:i/>
        </w:rPr>
        <w:t>Lúc nào cũng có</w:t>
      </w:r>
      <w:r>
        <w:rPr>
          <w:b w:val="0"/>
          <w:i w:val="0"/>
        </w:rPr>
        <w:t xml:space="preserve"> </w:t>
      </w:r>
      <w:r>
        <w:rPr>
          <w:b w:val="0"/>
          <w:i/>
        </w:rPr>
        <w:t>một toa ở mỗi đầu.</w:t>
      </w:r>
    </w:p>
    <w:p>
      <w:pPr>
        <w:spacing w:after="80"/>
      </w:pPr>
      <w:r>
        <w:rPr>
          <w:b w:val="0"/>
          <w:i w:val="0"/>
        </w:rPr>
        <w:t>Phỏng đoán tốt nhất của anh là giờ họ đang ở đâu đó bên dưới rìa phía bắc của Công viên Folimanka, giáp với những tầng sâu nhất của khu trú ẩn bom rộng lớn từ thập niên 1950.</w:t>
      </w:r>
    </w:p>
    <w:p>
      <w:pPr>
        <w:spacing w:after="80"/>
      </w:pPr>
      <w:r>
        <w:rPr>
          <w:b w:val="0"/>
          <w:i w:val="0"/>
        </w:rPr>
        <w:t>Thay vì cửa thang máy, sân ga này có một vòm mở không cửa. Langdon và Katherine bước qua và thấy đường đi bị chặn bởi một trạm kiểm soát an ninh hùng vĩ—băng tải X-quang, máy quét cơ thể, thêm nhiều sinh trắc học, hai bàn bảo vệ—tất cả hiện đều không có người trực.</w:t>
      </w:r>
    </w:p>
    <w:p>
      <w:pPr>
        <w:spacing w:after="80"/>
      </w:pPr>
      <w:r>
        <w:rPr>
          <w:b w:val="0"/>
          <w:i/>
        </w:rPr>
        <w:t>Khi hoạt động hết công suất, nơi này sẽ là một pháo đài,</w:t>
      </w:r>
      <w:r>
        <w:rPr>
          <w:b w:val="0"/>
          <w:i w:val="0"/>
        </w:rPr>
        <w:t xml:space="preserve"> Langdon nhận ra khi họ né qua máy quét cơ thể và rời trạm kiểm soát bước vào một hành lang chính.</w:t>
      </w:r>
    </w:p>
    <w:p>
      <w:pPr>
        <w:spacing w:after="80"/>
      </w:pPr>
      <w:r>
        <w:rPr>
          <w:b w:val="0"/>
          <w:i w:val="0"/>
        </w:rPr>
        <w:t>Đến giờ, Langdon chưa thấy biển báo nào cho thấy đây là cơ sở của CIA. Nhưng khi họ đến một bộ cửa kính đôi, anh thấy một từ duy nhất, cỡ chữ nhỏ, được in stencil lên kính.</w:t>
      </w:r>
    </w:p>
    <w:p>
      <w:pPr>
        <w:jc w:val="center"/>
      </w:pPr>
      <w:r>
        <w:drawing>
          <wp:inline xmlns:a="http://schemas.openxmlformats.org/drawingml/2006/main" xmlns:pic="http://schemas.openxmlformats.org/drawingml/2006/picture">
            <wp:extent cx="5486400" cy="482917"/>
            <wp:docPr id="89" name="Picture 89"/>
            <wp:cNvGraphicFramePr>
              <a:graphicFrameLocks noChangeAspect="1"/>
            </wp:cNvGraphicFramePr>
            <a:graphic>
              <a:graphicData uri="http://schemas.openxmlformats.org/drawingml/2006/picture">
                <pic:pic>
                  <pic:nvPicPr>
                    <pic:cNvPr id="0" name="image_rsrc8Y1.jpg"/>
                    <pic:cNvPicPr/>
                  </pic:nvPicPr>
                  <pic:blipFill>
                    <a:blip r:embed="rId28"/>
                    <a:stretch>
                      <a:fillRect/>
                    </a:stretch>
                  </pic:blipFill>
                  <pic:spPr>
                    <a:xfrm>
                      <a:off x="0" y="0"/>
                      <a:ext cx="5486400" cy="482917"/>
                    </a:xfrm>
                    <a:prstGeom prst="rect"/>
                  </pic:spPr>
                </pic:pic>
              </a:graphicData>
            </a:graphic>
          </wp:inline>
        </w:drawing>
      </w:r>
    </w:p>
    <w:p>
      <w:pPr>
        <w:spacing w:after="80"/>
      </w:pPr>
      <w:r>
        <w:rPr>
          <w:b w:val="0"/>
          <w:i w:val="0"/>
        </w:rPr>
        <w:t>Đã xác nhận.</w:t>
      </w:r>
    </w:p>
    <w:p>
      <w:pPr>
        <w:spacing w:after="80"/>
      </w:pPr>
      <w:r>
        <w:rPr>
          <w:b w:val="0"/>
          <w:i w:val="0"/>
        </w:rPr>
        <w:t>Langdon với tay về phía cánh cửa, nhưng chúng tự động mở ra, hành lang phía sau lập tức sáng bừng lên. Ánh sáng trong hành lang này giống một thứ ánh sáng dịu nhẹ hơn là những đèn pha chói lòa mà họ đã thấy trước đó. Hai dải đèn sàn mờ ảo chạy dọc theo chân tường hành lang, kéo dài ra xa khỏi họ thành hai đường song song, gợi nhớ đến đường băng của sân bay.</w:t>
      </w:r>
    </w:p>
    <w:p>
      <w:pPr>
        <w:spacing w:after="80"/>
      </w:pPr>
      <w:r>
        <w:rPr>
          <w:b w:val="0"/>
          <w:i w:val="0"/>
        </w:rPr>
        <w:t>Sàn nhà sạch bóng là gạch terrazzo đen, trông như một dải đá bazan được đánh bóng. Tường ở đây bằng kim loại bạc, nhiều khả năng là lớp veneer crôm, và lấp lánh dưới ánh đèn chân tường. Không khí thoang thoảng mùi sơn mới, bê tông và đồ vệ sinh.</w:t>
      </w:r>
    </w:p>
    <w:p>
      <w:pPr>
        <w:spacing w:after="80"/>
      </w:pPr>
      <w:r>
        <w:rPr>
          <w:b w:val="0"/>
          <w:i w:val="0"/>
        </w:rPr>
        <w:t>Bước nhanh, Langdon và Katherine tiến xuống hành lang, tiếng bước chân của họ vang vọng trên bề mặt nội thất cứng. Đi được khoảng hai mươi thước, họ dừng lại ở một ngã ba, nơi một hành lang phụ rẽ sang bên phải. Được lát gạch màu xanh lá nhạt, hành lang này hoàn toàn tối om, và Langdon chỉ kịp thấy vài cánh cửa văn phòng trước khi mọi thứ chìm vào bóng đen.</w:t>
      </w:r>
    </w:p>
    <w:p>
      <w:pPr>
        <w:spacing w:after="80"/>
      </w:pPr>
      <w:r>
        <w:rPr>
          <w:b w:val="0"/>
          <w:i w:val="0"/>
        </w:rPr>
        <w:t>Một tấm biển ghi: Hỗ trợ.</w:t>
      </w:r>
    </w:p>
    <w:p>
      <w:pPr>
        <w:spacing w:after="80"/>
      </w:pPr>
      <w:r>
        <w:rPr>
          <w:b w:val="0"/>
          <w:i w:val="0"/>
        </w:rPr>
        <w:t>Trực giác mách bảo Langdon rằng lục lọi các văn phòng và hồ sơ sẽ chỉ lãng phí thời gian quý báu. Họ cần bằng chứng xác thực cho thấy điều gì đang diễn ra trong Threshold, và thực sự chỉ có một cách để làm điều đó.</w:t>
      </w:r>
    </w:p>
    <w:p>
      <w:pPr>
        <w:spacing w:after="80"/>
      </w:pPr>
      <w:r>
        <w:rPr>
          <w:b w:val="0"/>
          <w:i w:val="0"/>
        </w:rPr>
        <w:t>Chúng ta cần tìm trái tim của cơ sở này.</w:t>
      </w:r>
    </w:p>
    <w:p>
      <w:pPr>
        <w:spacing w:after="80"/>
      </w:pPr>
      <w:r>
        <w:rPr>
          <w:b w:val="0"/>
          <w:i w:val="0"/>
        </w:rPr>
        <w:t>Thật tiện lợi, phía trước họ trên nền gạch đen, Langdon thấy một từ duy nhất được in stencil bằng chữ đậm: Vận hành.</w:t>
      </w:r>
    </w:p>
    <w:p>
      <w:pPr>
        <w:spacing w:after="80"/>
      </w:pPr>
      <w:r>
        <w:rPr>
          <w:b w:val="0"/>
          <w:i w:val="0"/>
        </w:rPr>
        <w:t>Khi họ tiến xuống hành lang dài thẳng tắp, đèn sàn phía trước tiếp tục tự động bật sáng. Họ đến một hốc tường, trong đó có một cánh cửa kim loại quá khổ mang một biểu tượng quen thuộc.</w:t>
      </w:r>
    </w:p>
    <w:p>
      <w:pPr>
        <w:jc w:val="center"/>
      </w:pPr>
      <w:r>
        <w:drawing>
          <wp:inline xmlns:a="http://schemas.openxmlformats.org/drawingml/2006/main" xmlns:pic="http://schemas.openxmlformats.org/drawingml/2006/picture">
            <wp:extent cx="5486400" cy="862965"/>
            <wp:docPr id="90" name="Picture 90"/>
            <wp:cNvGraphicFramePr>
              <a:graphicFrameLocks noChangeAspect="1"/>
            </wp:cNvGraphicFramePr>
            <a:graphic>
              <a:graphicData uri="http://schemas.openxmlformats.org/drawingml/2006/picture">
                <pic:pic>
                  <pic:nvPicPr>
                    <pic:cNvPr id="0" name="image_rsrc8Y4.jpg"/>
                    <pic:cNvPicPr/>
                  </pic:nvPicPr>
                  <pic:blipFill>
                    <a:blip r:embed="rId30"/>
                    <a:stretch>
                      <a:fillRect/>
                    </a:stretch>
                  </pic:blipFill>
                  <pic:spPr>
                    <a:xfrm>
                      <a:off x="0" y="0"/>
                      <a:ext cx="5486400" cy="862965"/>
                    </a:xfrm>
                    <a:prstGeom prst="rect"/>
                  </pic:spPr>
                </pic:pic>
              </a:graphicData>
            </a:graphic>
          </wp:inline>
        </w:drawing>
      </w:r>
    </w:p>
    <w:p>
      <w:pPr>
        <w:spacing w:after="80"/>
      </w:pPr>
      <w:r>
        <w:rPr>
          <w:b w:val="0"/>
          <w:i/>
        </w:rPr>
        <w:t>Gậy caduceus?</w:t>
      </w:r>
      <w:r>
        <w:rPr>
          <w:b w:val="0"/>
          <w:i w:val="0"/>
        </w:rPr>
        <w:t xml:space="preserve"> Langdon ngạc nhiên khi thấy một biểu tượng y tế trong một cơ sở của CIA, nhưng nó đúng là ở đó, được trưng bày nổi bật. Về mặt biểu tượng học, ông biết biểu tượng này thường bị dùng sai, như ở đây vậy. Caduceus thực ra là biểu tượng cổ xưa của Hermes, thần du hành và thương mại của Hy Lạp. Biểu tượng chính xác hơn lẽ ra phải là Gậy của Asclepius—cây gậy của thần chữa bệnh Hy Lạp—một biểu tượng tương tự nhưng không có cánh và chỉ có một con rắn, thay vì hai con rắn của caduceus. Đáng xấu hổ thay, vào năm 1902, Quân đoàn Y tế Lục quân Hoa Kỳ đã nhầm lẫn in hình </w:t>
      </w:r>
      <w:r>
        <w:rPr>
          <w:b w:val="0"/>
          <w:i/>
        </w:rPr>
        <w:t>caduceus</w:t>
      </w:r>
      <w:r>
        <w:rPr>
          <w:b w:val="0"/>
          <w:i w:val="0"/>
        </w:rPr>
        <w:t xml:space="preserve"> lên đồng phục của họ, và cho đến ngày nay biểu tượng này vẫn bị các bác sĩ và bệnh viện Hoa Kỳ trưng bày một cách sai lầm.</w:t>
      </w:r>
    </w:p>
    <w:p>
      <w:pPr>
        <w:spacing w:after="80"/>
      </w:pPr>
      <w:r>
        <w:rPr>
          <w:b w:val="0"/>
          <w:i w:val="0"/>
        </w:rPr>
        <w:t>Katherine bước tới và mở cửa.</w:t>
      </w:r>
    </w:p>
    <w:p>
      <w:pPr>
        <w:spacing w:after="80"/>
      </w:pPr>
      <w:r>
        <w:rPr>
          <w:b w:val="0"/>
          <w:i w:val="0"/>
        </w:rPr>
        <w:t>Langdon theo cô bước vào, vào một dãy phòng trông như một bệnh viện nhỏ. Một phòng khám y tế được trang bị thiết bị chẩn đoán và hình ảnh tiên tiến. Một tủ cung ứng hẹp chứa đầy các kệ chất cao những vật tư y tế chưa mở. Một phòng riêng có hai giường, xung quanh là nhiều thiết bị y tế hơn cả những gì Langdon từng thấy ngay cả trong một phòng chăm sóc đặc biệt.</w:t>
      </w:r>
    </w:p>
    <w:p>
      <w:pPr>
        <w:spacing w:after="80"/>
      </w:pPr>
      <w:r>
        <w:rPr>
          <w:b w:val="0"/>
          <w:i w:val="0"/>
        </w:rPr>
        <w:t>Đáng sợ thay, căn phòng đó được đánh dấu là Hồi phục.</w:t>
      </w:r>
    </w:p>
    <w:p>
      <w:pPr>
        <w:spacing w:after="80"/>
      </w:pPr>
      <w:r>
        <w:rPr>
          <w:b w:val="0"/>
          <w:i w:val="0"/>
        </w:rPr>
        <w:t>Hồi phục khỏi cái gì?</w:t>
      </w:r>
    </w:p>
    <w:p>
      <w:pPr>
        <w:spacing w:after="80"/>
      </w:pPr>
      <w:r>
        <w:rPr>
          <w:b w:val="0"/>
          <w:i w:val="0"/>
        </w:rPr>
        <w:t>Khi họ tiến sâu hơn vào dãy phòng, họ bắt gặp một chiếc xe nâng nhỏ dạng ngồi lái với một thùng hàng khổng lồ nằm trong kẹp. Katherine cúi xuống đọc nhãn trên thùng. "NIRS," cô nói. "Quang phổ cận hồng ngoại (near-infrared spectroscopy). Hình ảnh thời gian thực tiên tiến."</w:t>
      </w:r>
    </w:p>
    <w:p>
      <w:pPr>
        <w:spacing w:after="80"/>
      </w:pPr>
      <w:r>
        <w:rPr>
          <w:b w:val="0"/>
          <w:i w:val="0"/>
        </w:rPr>
        <w:t>"Trong một cơ sở y tế ư?" Langdon liên tưởng NIRS với thiên văn học.</w:t>
      </w:r>
    </w:p>
    <w:p>
      <w:pPr>
        <w:spacing w:after="80"/>
      </w:pPr>
      <w:r>
        <w:rPr>
          <w:b w:val="0"/>
          <w:i w:val="0"/>
        </w:rPr>
        <w:t>"Các nhà thần kinh học dùng nó để phân tích hoạt động não bằng cách đánh giá độ bão hòa oxy." Katherine đứng dậy, ánh mắt đầy lo lắng. "Tôi không hiểu…Tại sao CIA lại xây một bệnh viện bí mật dưới Công viên Folimanka?"</w:t>
      </w:r>
    </w:p>
    <w:p>
      <w:pPr>
        <w:spacing w:after="80"/>
      </w:pPr>
      <w:r>
        <w:rPr>
          <w:b w:val="0"/>
          <w:i w:val="0"/>
        </w:rPr>
        <w:t>Langdon cũng đang thắc mắc đúng điều đó khi bước tới một bộ cửa lắc lư và thận trọng đẩy hé ra một khe. Bên trong chỉ toàn là bóng tối. Anh đẩy thêm một chút, và đèn bên trong bừng sáng.</w:t>
      </w:r>
    </w:p>
    <w:p>
      <w:pPr>
        <w:spacing w:after="80"/>
      </w:pPr>
      <w:r>
        <w:rPr>
          <w:b w:val="0"/>
          <w:i w:val="0"/>
        </w:rPr>
        <w:t>Khi bước qua cánh cửa, anh thấy mình đang ở trong một phòng rửa tay phẫu thuật. Trên bức tường phía xa, một ô cửa kính tấm lớn cho tầm nhìn ra căn phòng liền kề—một phòng mổ trắng bóng loáng. Ở đó, lơ lửng một cách đáng ngại phía trên một chiếc bàn mổ bóng bẩy, là một thiết bị không giống bất cứ thứ gì Langdon từng thấy.</w:t>
      </w:r>
    </w:p>
    <w:p>
      <w:pPr>
        <w:spacing w:after="80"/>
      </w:pPr>
      <w:r>
        <w:rPr>
          <w:b w:val="0"/>
          <w:i w:val="0"/>
        </w:rPr>
        <w:t>"Tôi không biết cái máy đó là gì…" anh thì thầm khi Katherine đến phía sau anh. "Nhưng nó trông đáng sợ thật."</w:t>
      </w:r>
    </w:p>
    <w:p>
      <w:pPr>
        <w:pStyle w:val="Heading1"/>
      </w:pPr>
      <w:r>
        <w:rPr>
          <w:rFonts w:ascii="Calibri" w:hAnsi="Calibri"/>
          <w:b/>
          <w:i w:val="0"/>
          <w:sz w:val="40"/>
        </w:rPr>
        <w:t>Chương 97</w:t>
      </w:r>
    </w:p>
    <w:p>
      <w:pPr>
        <w:spacing w:after="80"/>
      </w:pPr>
      <w:r>
        <w:rPr>
          <w:b w:val="0"/>
          <w:i w:val="0"/>
        </w:rPr>
        <w:t>Giao thông trên đường Evropská đang nhích từng chút một, và Finch ước tính còn khoảng ba mươi phút nữa mới tới được dinh thự của đại sứ. Ông hy vọng Nagel đang làm cho Langdon và Solomon thoải mái nhất có thể.</w:t>
      </w:r>
    </w:p>
    <w:p>
      <w:pPr>
        <w:spacing w:after="80"/>
      </w:pPr>
      <w:r>
        <w:rPr>
          <w:b w:val="0"/>
          <w:i/>
        </w:rPr>
        <w:t>Mời họ một ly cocktail buổi chiều,</w:t>
      </w:r>
      <w:r>
        <w:rPr>
          <w:b w:val="0"/>
          <w:i w:val="0"/>
        </w:rPr>
        <w:t xml:space="preserve"> Finch nghĩ. </w:t>
      </w:r>
      <w:r>
        <w:rPr>
          <w:b w:val="0"/>
          <w:i/>
        </w:rPr>
        <w:t>Hoặc hai ly.</w:t>
      </w:r>
    </w:p>
    <w:p>
      <w:pPr>
        <w:spacing w:after="80"/>
      </w:pPr>
      <w:r>
        <w:rPr>
          <w:b w:val="0"/>
          <w:i w:val="0"/>
        </w:rPr>
        <w:t>Nagel đã là một nhân tố hữu hiệu ở Prague, và bất chấp sự cay đắng về cách bà ta được tuyển dụng, bà ta đã thực thi các chỉ thị của Finch một cách hiệu quả và vận dụng sức mạnh ngoại giao của mình khi cần thiết. Phải thừa nhận rằng, bà ta đã phản đối mệnh lệnh của ông về việc dùng Michael Harris để tiếp cận Sasha Vesna.</w:t>
      </w:r>
    </w:p>
    <w:p>
      <w:pPr>
        <w:spacing w:after="80"/>
      </w:pPr>
      <w:r>
        <w:rPr>
          <w:b w:val="0"/>
          <w:i w:val="0"/>
        </w:rPr>
        <w:t>"Tại sao lại theo dõi Sasha?" Nagel đã hỏi ông. "Ông nghĩ cô ta đang làm gián điệp sao?"</w:t>
      </w:r>
    </w:p>
    <w:p>
      <w:pPr>
        <w:spacing w:after="80"/>
      </w:pPr>
      <w:r>
        <w:rPr>
          <w:b w:val="0"/>
          <w:i w:val="0"/>
        </w:rPr>
        <w:t>"Sasha không phải gián điệp," Finch trấn an Nagel một cách thành thật. "Cô ta cũng không nguy hiểm."</w:t>
      </w:r>
    </w:p>
    <w:p>
      <w:pPr>
        <w:spacing w:after="80"/>
      </w:pPr>
      <w:r>
        <w:rPr>
          <w:b w:val="0"/>
          <w:i w:val="0"/>
        </w:rPr>
        <w:t>Sasha Vesna còn giá trị hơn một điệp viên nhiều.</w:t>
      </w:r>
    </w:p>
    <w:p>
      <w:pPr>
        <w:spacing w:after="80"/>
      </w:pPr>
      <w:r>
        <w:rPr>
          <w:b w:val="0"/>
          <w:i w:val="0"/>
        </w:rPr>
        <w:t>Cô ta là một khoản đầu tư…một công trình đang hoàn thiện…một tài sản của CIA mà không hề hay biết.</w:t>
      </w:r>
    </w:p>
    <w:p>
      <w:pPr>
        <w:spacing w:after="80"/>
      </w:pPr>
      <w:r>
        <w:rPr>
          <w:b w:val="0"/>
          <w:i w:val="0"/>
        </w:rPr>
        <w:t>"Cô ta cần được theo dõi…đơn giản chỉ là để đề phòng," ông giải thích.</w:t>
      </w:r>
    </w:p>
    <w:p>
      <w:pPr>
        <w:spacing w:after="80"/>
      </w:pPr>
      <w:r>
        <w:rPr>
          <w:b w:val="0"/>
          <w:i w:val="0"/>
        </w:rPr>
        <w:t>Cô ta hoàn toàn không hay biết…</w:t>
      </w:r>
    </w:p>
    <w:p>
      <w:pPr>
        <w:spacing w:after="80"/>
      </w:pPr>
      <w:r>
        <w:rPr>
          <w:b w:val="0"/>
          <w:i w:val="0"/>
        </w:rPr>
        <w:t>Điện thoại của Finch kêu lên với một cuộc gọi Signal đến, ông đoán đó là Housemore với tin cập nhật từ pháo đài. Tuy nhiên, khi kiểm tra số người gọi, Finch ngồi thẳng dậy, thấy đó là sếp của mình ở đầu dây bên kia.</w:t>
      </w:r>
    </w:p>
    <w:p>
      <w:pPr>
        <w:spacing w:after="80"/>
      </w:pPr>
      <w:r>
        <w:rPr>
          <w:b w:val="0"/>
          <w:i w:val="0"/>
        </w:rPr>
        <w:t>"Greg," ông bình thản trả lời, bỏ qua các nghi thức thường phải có với một giám đốc CIA. "Thật là bất ngờ."</w:t>
      </w:r>
    </w:p>
    <w:p>
      <w:pPr>
        <w:spacing w:after="80"/>
      </w:pPr>
      <w:r>
        <w:rPr>
          <w:b w:val="0"/>
          <w:i w:val="0"/>
        </w:rPr>
        <w:t xml:space="preserve">"Không dễ chịu đâu," Judd đáp lại, rõ ràng không có tâm trạng cho chuyện phiếm. "Chuyện về Nagel. Bà ta </w:t>
      </w:r>
      <w:r>
        <w:rPr>
          <w:b w:val="0"/>
          <w:i/>
        </w:rPr>
        <w:t>biết</w:t>
      </w:r>
      <w:r>
        <w:rPr>
          <w:b w:val="0"/>
          <w:i w:val="0"/>
        </w:rPr>
        <w:t xml:space="preserve"> ông đã gài bẫy bà ta vụ những tài liệu đó."</w:t>
      </w:r>
    </w:p>
    <w:p>
      <w:pPr>
        <w:spacing w:after="80"/>
      </w:pPr>
      <w:r>
        <w:rPr>
          <w:b w:val="0"/>
          <w:i w:val="0"/>
        </w:rPr>
        <w:t>“Cô ấy biết điều đó từ lâu rồi. Cả anh cũng vậy.”</w:t>
      </w:r>
    </w:p>
    <w:p>
      <w:pPr>
        <w:spacing w:after="80"/>
      </w:pPr>
      <w:r>
        <w:rPr>
          <w:b w:val="0"/>
          <w:i w:val="0"/>
        </w:rPr>
        <w:t>“Dù vậy thì tôi vẫn kinh tởm cái cách anh chiêu mộ cô ấy.”</w:t>
      </w:r>
    </w:p>
    <w:p>
      <w:pPr>
        <w:spacing w:after="80"/>
      </w:pPr>
      <w:r>
        <w:rPr>
          <w:b w:val="0"/>
          <w:i/>
        </w:rPr>
        <w:t>Kinh tởm? Thật sao?</w:t>
      </w:r>
      <w:r>
        <w:rPr>
          <w:b w:val="0"/>
          <w:i w:val="0"/>
        </w:rPr>
        <w:t xml:space="preserve"> Finch chẳng có chút kiên nhẫn nào với mấy lời đạo đức giả của gã này. Vị giám đốc thuê Finch giám sát Prague chỉ vì một lý do duy nhất—thành tích của anh trong việc làm </w:t>
      </w:r>
      <w:r>
        <w:rPr>
          <w:b w:val="0"/>
          <w:i/>
        </w:rPr>
        <w:t>mọi thứ</w:t>
      </w:r>
      <w:r>
        <w:rPr>
          <w:b w:val="0"/>
          <w:i w:val="0"/>
        </w:rPr>
        <w:t xml:space="preserve"> cần thiết để thắng một cuộc chiến, kể cả khi phải lách chính sách.</w:t>
      </w:r>
    </w:p>
    <w:p>
      <w:pPr>
        <w:spacing w:after="80"/>
      </w:pPr>
      <w:r>
        <w:rPr>
          <w:b w:val="0"/>
          <w:i w:val="0"/>
        </w:rPr>
        <w:t xml:space="preserve">“Tôi cố ý để anh ngoài cuộc, Greg—để bảo vệ anh thôi,” Finch nói. “Để che chắn anh khỏi trách nhiệm.” </w:t>
      </w:r>
      <w:r>
        <w:rPr>
          <w:b w:val="0"/>
          <w:i/>
        </w:rPr>
        <w:t>Không cần cảm ơn đâu.</w:t>
      </w:r>
    </w:p>
    <w:p>
      <w:pPr>
        <w:spacing w:after="80"/>
      </w:pPr>
      <w:r>
        <w:rPr>
          <w:b w:val="0"/>
          <w:i w:val="0"/>
        </w:rPr>
        <w:t>“Tôi trân trọng điều đó, nhưng Nagel xứng đáng được đối xử tốt hơn.”</w:t>
      </w:r>
    </w:p>
    <w:p>
      <w:pPr>
        <w:spacing w:after="80"/>
      </w:pPr>
      <w:r>
        <w:rPr>
          <w:b w:val="0"/>
          <w:i w:val="0"/>
        </w:rPr>
        <w:t>“Tốt hơn một chức đại sứ ư? Giờ cô ấy là nhà ngoại giao Hoa Kỳ rồi đấy! Và cô ấy đã phục vụ chúng ta cực kỳ tốt ở Prague. Đôi bên cùng có lợi.”</w:t>
      </w:r>
    </w:p>
    <w:p>
      <w:pPr>
        <w:spacing w:after="80"/>
      </w:pPr>
      <w:r>
        <w:rPr>
          <w:b w:val="0"/>
          <w:i w:val="0"/>
        </w:rPr>
        <w:t>“Có lẽ không phải kiểu cùng có lợi mà anh nghĩ đâu. Cô ấy đang đe dọa sẽ công khai mọi thứ cô ấy biết về dự án.”</w:t>
      </w:r>
    </w:p>
    <w:p>
      <w:pPr>
        <w:spacing w:after="80"/>
      </w:pPr>
      <w:r>
        <w:rPr>
          <w:b w:val="0"/>
          <w:i w:val="0"/>
        </w:rPr>
        <w:t>Finch chắc chắn mình đã nghe nhầm. “Anh nói gì cơ?”</w:t>
      </w:r>
    </w:p>
    <w:p>
      <w:pPr>
        <w:spacing w:after="80"/>
      </w:pPr>
      <w:r>
        <w:rPr>
          <w:b w:val="0"/>
          <w:i w:val="0"/>
        </w:rPr>
        <w:t>“Anh nghe rồi đấy.”</w:t>
      </w:r>
    </w:p>
    <w:p>
      <w:pPr>
        <w:spacing w:after="80"/>
      </w:pPr>
      <w:r>
        <w:rPr>
          <w:b w:val="0"/>
          <w:i w:val="0"/>
        </w:rPr>
        <w:t>“Đe dọa công khai…Chuyện đó vô lý.”</w:t>
      </w:r>
    </w:p>
    <w:p>
      <w:pPr>
        <w:spacing w:after="80"/>
      </w:pPr>
      <w:r>
        <w:rPr>
          <w:b w:val="0"/>
          <w:i w:val="0"/>
        </w:rPr>
        <w:t>“Cô ấy đang cực kỳ điên tiết. Và cô ấy có những yêu cầu.”</w:t>
      </w:r>
    </w:p>
    <w:p>
      <w:pPr>
        <w:spacing w:after="80"/>
      </w:pPr>
      <w:r>
        <w:rPr>
          <w:b w:val="0"/>
          <w:i w:val="0"/>
        </w:rPr>
        <w:t xml:space="preserve">“Nhưng…cô ấy </w:t>
      </w:r>
      <w:r>
        <w:rPr>
          <w:b w:val="0"/>
          <w:i/>
        </w:rPr>
        <w:t>chẳng biết gì cả</w:t>
      </w:r>
      <w:r>
        <w:rPr>
          <w:b w:val="0"/>
          <w:i w:val="0"/>
        </w:rPr>
        <w:t>!”</w:t>
      </w:r>
    </w:p>
    <w:p>
      <w:pPr>
        <w:spacing w:after="80"/>
      </w:pPr>
      <w:r>
        <w:rPr>
          <w:b w:val="0"/>
          <w:i w:val="0"/>
        </w:rPr>
        <w:t>“Cô ấy khẳng định có bằng chứng chi tiết. Cô ấy gửi cho tôi một loại video nào đó ở Langley. Tôi sắp vào xem đây.”</w:t>
      </w:r>
    </w:p>
    <w:p>
      <w:pPr>
        <w:spacing w:after="80"/>
      </w:pPr>
      <w:r>
        <w:rPr>
          <w:b w:val="0"/>
          <w:i w:val="0"/>
        </w:rPr>
        <w:t xml:space="preserve">“Video về </w:t>
      </w:r>
      <w:r>
        <w:rPr>
          <w:b w:val="0"/>
          <w:i/>
        </w:rPr>
        <w:t>cái gì</w:t>
      </w:r>
      <w:r>
        <w:rPr>
          <w:b w:val="0"/>
          <w:i w:val="0"/>
        </w:rPr>
        <w:t xml:space="preserve"> chứ?!” Finch gắt lên. “Nagel quá thông minh để chống lại cơ quan. Tôi không hiểu cô ấy đang giở trò gì…nhưng cô ấy đang bốc phét.”</w:t>
      </w:r>
    </w:p>
    <w:p>
      <w:pPr>
        <w:spacing w:after="80"/>
      </w:pPr>
      <w:r>
        <w:rPr>
          <w:b w:val="0"/>
          <w:i w:val="0"/>
        </w:rPr>
        <w:t xml:space="preserve">“Tôi làm việc với cô ấy bao nhiêu năm rồi,” Judd nói. “Cô ấy từng là tổng cố vấn của CIA đấy—Nagel </w:t>
      </w:r>
      <w:r>
        <w:rPr>
          <w:b w:val="0"/>
          <w:i/>
        </w:rPr>
        <w:t>không bao giờ</w:t>
      </w:r>
      <w:r>
        <w:rPr>
          <w:b w:val="0"/>
          <w:i w:val="0"/>
        </w:rPr>
        <w:t xml:space="preserve"> bốc phét.”</w:t>
      </w:r>
    </w:p>
    <w:p>
      <w:pPr>
        <w:spacing w:after="80"/>
      </w:pPr>
      <w:r>
        <w:rPr>
          <w:b w:val="0"/>
          <w:i w:val="0"/>
        </w:rPr>
        <w:t xml:space="preserve">Finch thấy bụng mình thắt lại một cách khó chịu. </w:t>
      </w:r>
      <w:r>
        <w:rPr>
          <w:b w:val="0"/>
          <w:i/>
        </w:rPr>
        <w:t>Vị đại sứ có phản bội mình không?!</w:t>
      </w:r>
      <w:r>
        <w:rPr>
          <w:b w:val="0"/>
          <w:i w:val="0"/>
        </w:rPr>
        <w:t xml:space="preserve"> “Cô ấy có những yêu cầu gì?”</w:t>
      </w:r>
    </w:p>
    <w:p>
      <w:pPr>
        <w:spacing w:after="80"/>
      </w:pPr>
      <w:r>
        <w:rPr>
          <w:b w:val="0"/>
          <w:i w:val="0"/>
        </w:rPr>
        <w:t>“Cô ấy chưa làm gì cả.”</w:t>
      </w:r>
    </w:p>
    <w:p>
      <w:pPr>
        <w:spacing w:after="80"/>
      </w:pPr>
      <w:r>
        <w:rPr>
          <w:b w:val="0"/>
          <w:i w:val="0"/>
        </w:rPr>
        <w:t>Finch tự hỏi liệu điều đó có đúng không.</w:t>
      </w:r>
    </w:p>
    <w:p>
      <w:pPr>
        <w:spacing w:after="80"/>
      </w:pPr>
      <w:r>
        <w:rPr>
          <w:b w:val="0"/>
          <w:i w:val="0"/>
        </w:rPr>
        <w:t>“Lát nữa tôi sẽ nói chuyện lại với cô ấy,” Judd nói. “Nhưng nếu có vấn đề an ninh nào cậu cần xử lý, hãy làm ngay đi. Tôi không cần phải nhắc cậu rằng sẽ là thảm họa nếu chi tiết của dự án này bị rò rỉ.”</w:t>
      </w:r>
    </w:p>
    <w:p>
      <w:pPr>
        <w:spacing w:after="80"/>
      </w:pPr>
      <w:r>
        <w:rPr>
          <w:b w:val="0"/>
          <w:i w:val="0"/>
        </w:rPr>
        <w:t>“Tôi đang tự mình xử lý. Tôi vừa mới đến Prag—” Finch nhăn mặt, nhận ra mình đã nói quá nhiều.</w:t>
      </w:r>
    </w:p>
    <w:p>
      <w:pPr>
        <w:spacing w:after="80"/>
      </w:pPr>
      <w:r>
        <w:rPr>
          <w:b w:val="0"/>
          <w:i w:val="0"/>
        </w:rPr>
        <w:t xml:space="preserve">Judd ngừng lại một cách thận trọng. “Nếu cậu đang ở Prague, thì rõ ràng là cậu đã </w:t>
      </w:r>
      <w:r>
        <w:rPr>
          <w:b w:val="0"/>
          <w:i/>
        </w:rPr>
        <w:t>biết</w:t>
      </w:r>
      <w:r>
        <w:rPr>
          <w:b w:val="0"/>
          <w:i w:val="0"/>
        </w:rPr>
        <w:t xml:space="preserve"> có vấn đề đang âm ỉ từ trước rồi.”</w:t>
      </w:r>
    </w:p>
    <w:p>
      <w:pPr>
        <w:spacing w:after="80"/>
      </w:pPr>
      <w:r>
        <w:rPr>
          <w:b w:val="0"/>
          <w:i/>
        </w:rPr>
        <w:t>Trong số những chuyện khác, Gessner đang mất tích.</w:t>
      </w:r>
      <w:r>
        <w:rPr>
          <w:b w:val="0"/>
          <w:i w:val="0"/>
        </w:rPr>
        <w:t xml:space="preserve"> “Vâng, đêm qua có vài trục trặc nhỏ, nhưng mọi thứ đều trong tầm kiểm soát. Tôi đang trên đường đến để thu dọn những đầu mối còn dang dở.”</w:t>
      </w:r>
    </w:p>
    <w:p>
      <w:pPr>
        <w:spacing w:after="80"/>
      </w:pPr>
      <w:r>
        <w:rPr>
          <w:b w:val="0"/>
          <w:i w:val="0"/>
        </w:rPr>
        <w:t>“Tốt nhất là cậu nên làm thế. Đừng để tôi hối hận vì đã giao việc cho cậu—đây là một trong những dự án quan trọng nhất mà cơ quan này đang triển khai.”</w:t>
      </w:r>
    </w:p>
    <w:p>
      <w:pPr>
        <w:spacing w:after="80"/>
      </w:pPr>
      <w:r>
        <w:rPr>
          <w:b w:val="0"/>
          <w:i w:val="0"/>
        </w:rPr>
        <w:t>“Ông đã chọn tôi, thưa ông, vì ông biết năng lực của tôi.”</w:t>
      </w:r>
    </w:p>
    <w:p>
      <w:pPr>
        <w:spacing w:after="80"/>
      </w:pPr>
      <w:r>
        <w:rPr>
          <w:b w:val="0"/>
          <w:i w:val="0"/>
        </w:rPr>
        <w:t xml:space="preserve">“Đúng…và nhân chủ đề đó,” vị giám đốc nói, “một lời cảnh báo. Nếu có bất cứ chuyện gì xảy ra với Heide Nagel, </w:t>
      </w:r>
      <w:r>
        <w:rPr>
          <w:b w:val="0"/>
          <w:i/>
        </w:rPr>
        <w:t>bất cứ chuyện gì</w:t>
      </w:r>
      <w:r>
        <w:rPr>
          <w:b w:val="0"/>
          <w:i w:val="0"/>
        </w:rPr>
        <w:t>, tôi sẽ đảm bảo cậu phải trả giá. Vì tất cả mọi thứ.”</w:t>
      </w:r>
    </w:p>
    <w:p>
      <w:pPr>
        <w:spacing w:after="80"/>
      </w:pPr>
      <w:r>
        <w:rPr>
          <w:b w:val="0"/>
          <w:i w:val="0"/>
        </w:rPr>
        <w:t>“Tôi không phải kẻ thù,” Finch nói một cách lấc cấc. “Tôi đứng về phía ông.”</w:t>
      </w:r>
    </w:p>
    <w:p>
      <w:pPr>
        <w:spacing w:after="80"/>
      </w:pPr>
      <w:r>
        <w:rPr>
          <w:b w:val="0"/>
          <w:i w:val="0"/>
        </w:rPr>
        <w:t>“Liệu hồn đấy,” Judd nói. “Cậu không muốn thử thách tôi đâu.”</w:t>
      </w:r>
    </w:p>
    <w:p>
      <w:pPr>
        <w:spacing w:after="80"/>
      </w:pPr>
      <w:r>
        <w:rPr>
          <w:b w:val="0"/>
          <w:i w:val="0"/>
        </w:rPr>
        <w:t>Đầu dây bên kia tắt ngấm, và Finch ngồi trong im lặng sững sờ khi chiếc xe của anh lao về phía Prague.</w:t>
      </w:r>
    </w:p>
    <w:p>
      <w:pPr>
        <w:spacing w:after="80"/>
      </w:pPr>
      <w:r>
        <w:rPr>
          <w:b w:val="0"/>
          <w:i w:val="0"/>
        </w:rPr>
        <w:t>Cuối cùng, trong cơn giận dữ, anh gọi cho Đại sứ Nagel.</w:t>
      </w:r>
    </w:p>
    <w:p>
      <w:pPr>
        <w:spacing w:after="80"/>
      </w:pPr>
      <w:r>
        <w:rPr>
          <w:b w:val="0"/>
          <w:i w:val="0"/>
        </w:rPr>
        <w:t>Cuộc gọi chuyển thẳng vào hộp thư thoại mà không đổ chuông lấy một lần.</w:t>
      </w:r>
    </w:p>
    <w:p>
      <w:pPr>
        <w:spacing w:after="80"/>
      </w:pPr>
      <w:r>
        <w:rPr>
          <w:b w:val="0"/>
          <w:i w:val="0"/>
        </w:rPr>
        <w:t>Cô ấy đã tắt điện thoại rồi sao?</w:t>
      </w:r>
    </w:p>
    <w:p>
      <w:pPr>
        <w:spacing w:after="80"/>
      </w:pPr>
      <w:r>
        <w:rPr>
          <w:b w:val="0"/>
          <w:i w:val="0"/>
        </w:rPr>
        <w:t xml:space="preserve">Lo lắng, anh gọi cho Housemore tại Pháo đài Crucifix, và may thay, đầu dây của cô bắt đầu đổ chuông. Tuy nhiên, sau tám hồi chuông, nó cũng chuyển vào hộp thư thoại. </w:t>
      </w:r>
      <w:r>
        <w:rPr>
          <w:b w:val="0"/>
          <w:i/>
        </w:rPr>
        <w:t>Chuyện gì đang xảy ra vậy?</w:t>
      </w:r>
      <w:r>
        <w:rPr>
          <w:b w:val="0"/>
          <w:i w:val="0"/>
        </w:rPr>
        <w:t xml:space="preserve"> Sĩ quan hiện trường Housemore luôn trả lời cuộc gọi của Finch ngay hồi chuông đầu tiên, bất kể ngày hay đêm…không bao giờ sai hẹn. Anh thử gọi lại cho cô. Không có trả lời.</w:t>
      </w:r>
    </w:p>
    <w:p>
      <w:pPr>
        <w:spacing w:after="80"/>
      </w:pPr>
      <w:r>
        <w:rPr>
          <w:b w:val="0"/>
          <w:i w:val="0"/>
        </w:rPr>
        <w:t>Finch cất điện thoại vào túi và ngắm nhìn đường chân trời một lúc lâu, suy nghĩ.</w:t>
      </w:r>
    </w:p>
    <w:p>
      <w:pPr>
        <w:spacing w:after="80"/>
      </w:pPr>
      <w:r>
        <w:rPr>
          <w:b w:val="0"/>
          <w:i w:val="0"/>
        </w:rPr>
        <w:t>Rồi anh hạ quyết tâm.</w:t>
      </w:r>
    </w:p>
    <w:p>
      <w:pPr>
        <w:spacing w:after="80"/>
      </w:pPr>
      <w:r>
        <w:rPr>
          <w:b w:val="0"/>
          <w:i w:val="0"/>
        </w:rPr>
        <w:t>"Đổi kế hoạch," anh nói với tài xế. "Bỏ qua dinh thự. Đưa tôi đến Pháo đài Crucifix."</w:t>
      </w:r>
    </w:p>
    <w:p>
      <w:pPr>
        <w:pStyle w:val="Heading1"/>
      </w:pPr>
      <w:r>
        <w:rPr>
          <w:rFonts w:ascii="Calibri" w:hAnsi="Calibri"/>
          <w:b/>
          <w:i w:val="0"/>
          <w:sz w:val="40"/>
        </w:rPr>
        <w:t>Chương 98</w:t>
      </w:r>
    </w:p>
    <w:p>
      <w:pPr>
        <w:spacing w:after="80"/>
      </w:pPr>
      <w:r>
        <w:rPr>
          <w:b w:val="0"/>
          <w:i w:val="0"/>
        </w:rPr>
        <w:t>Cỗ máy chiếm trọn trung tâm căn phòng phẫu thuật dưới lòng đất trông như một dụng cụ tra tấn của tương lai. Được gắn trên trần nhà ngay phía trên một chiếc giường phẫu thuật đơn độc, bốn cánh tay robot có khớp nối với những ngón tay hình càng nhô ra từ một mớ cáp và dây điện được sắp xếp gọn gàng. Những chiếc càng cơ giới ấy dường như đang sẵn sàng tấn công bất kỳ ai kém may mắn đến mức phải nằm trên chiếc giường như phiến đá bên dưới.</w:t>
      </w:r>
    </w:p>
    <w:p>
      <w:pPr>
        <w:spacing w:after="80"/>
      </w:pPr>
      <w:r>
        <w:rPr>
          <w:b w:val="0"/>
          <w:i w:val="0"/>
        </w:rPr>
        <w:t>Với Langdon, đặc điểm đáng sợ nhất của cỗ máy này không phải là những cánh tay robot mà là hệ thống đai giữ trên giường. Khoảng chục chiếc đai Velcro nặng trịch buông thõng khỏi giường, rõ ràng được thiết kế để trói tay, chân và ngực, khiến bệnh nhân không thể cử động dù chỉ một chút. Hơn nữa, vòng qua một đầu giường là một dải kim loại hình bán nguyệt, từ đó năm thanh mảnh nhô ra ở nhiều góc độ khác nhau—những chiếc vít cố định sọ. Langdon rùng mình. Anh không thể tưởng tượng nổi nỗi kinh hoàng khi bị trói ở đây, hộp sọ bị vít chặt, với con quái vật cơ khí này lơ lửng ngay trên mặt mình.</w:t>
      </w:r>
    </w:p>
    <w:p>
      <w:pPr>
        <w:spacing w:after="80"/>
      </w:pPr>
      <w:r>
        <w:rPr>
          <w:b w:val="0"/>
          <w:i w:val="0"/>
        </w:rPr>
        <w:t>Chứng sợ không gian kín ở mức độ tột cùng.</w:t>
      </w:r>
    </w:p>
    <w:p>
      <w:pPr>
        <w:spacing w:after="80"/>
      </w:pPr>
      <w:r>
        <w:rPr>
          <w:b w:val="0"/>
          <w:i w:val="0"/>
        </w:rPr>
        <w:t>"Không thể tin nổi…họ có một bác sĩ phẫu thuật não được robot hỗ trợ," Katherine nói. "Chắc anh còn nhớ chiếc đầu tiên được phát minh có tên là da Vinci."</w:t>
      </w:r>
    </w:p>
    <w:p>
      <w:pPr>
        <w:spacing w:after="80"/>
      </w:pPr>
      <w:r>
        <w:rPr>
          <w:b w:val="0"/>
          <w:i w:val="0"/>
        </w:rPr>
        <w:t>Langdon lờ mờ nhớ lại những bản tin.</w:t>
      </w:r>
    </w:p>
    <w:p>
      <w:pPr>
        <w:spacing w:after="80"/>
      </w:pPr>
      <w:r>
        <w:rPr>
          <w:b w:val="0"/>
          <w:i w:val="0"/>
        </w:rPr>
        <w:t>Katherine bước đến chỗ chiếc kẹp sọ và xem xét những chiếc vít dài tỏa ra ngoài. "Những thứ này làm tôi nhớ đến cơn ác mộng của mình."</w:t>
      </w:r>
    </w:p>
    <w:p>
      <w:pPr>
        <w:spacing w:after="80"/>
      </w:pPr>
      <w:r>
        <w:rPr>
          <w:b w:val="0"/>
          <w:i/>
        </w:rPr>
        <w:t>Một vầng hào quang đầy gai,</w:t>
      </w:r>
      <w:r>
        <w:rPr>
          <w:b w:val="0"/>
          <w:i w:val="0"/>
        </w:rPr>
        <w:t xml:space="preserve"> Langdon nghĩ, nhìn vật thể ấy dưới một góc nhìn mới.</w:t>
      </w:r>
    </w:p>
    <w:p>
      <w:pPr>
        <w:spacing w:after="80"/>
      </w:pPr>
      <w:r>
        <w:rPr>
          <w:b w:val="0"/>
          <w:i w:val="0"/>
        </w:rPr>
        <w:t>"Phòng điều khiển ở đằng này," Katherine nói, bước đến một cửa sổ kính tấm và nhìn qua.</w:t>
      </w:r>
    </w:p>
    <w:p>
      <w:pPr>
        <w:spacing w:after="80"/>
      </w:pPr>
      <w:r>
        <w:rPr>
          <w:b w:val="0"/>
          <w:i w:val="0"/>
        </w:rPr>
        <w:t>Langdon đến bên cạnh cô và có thể thấy ba chiếc ghế công thái học đối diện với một dãy màn hình phẳng được trang bị tấm che LCD để xem 3D lập thể. Đi kèm là một dãy thiết bị nhập liệu bằng thép không gỉ sáng loáng được sắp xếp thẳng hàng hoàn hảo—chuột, bi lăn, bút cảm ứng điện tử, núm chỉnh sửa, bảng điều khiển và cần điều khiển. Một khay có nhãn Holographic Kinetics chứa một đôi găng tay lưới.</w:t>
      </w:r>
    </w:p>
    <w:p>
      <w:pPr>
        <w:spacing w:after="80"/>
      </w:pPr>
      <w:r>
        <w:rPr>
          <w:b w:val="0"/>
          <w:i w:val="0"/>
        </w:rPr>
        <w:t>"Tuyệt vời," Katherine nói. "Tôi biết phẫu thuật robot đang tiến bộ, nhưng thiết bị này trông vượt xa nhiều năm so với bất cứ thứ gì tôi từng nghe đến."</w:t>
      </w:r>
    </w:p>
    <w:p>
      <w:pPr>
        <w:spacing w:after="80"/>
      </w:pPr>
      <w:r>
        <w:rPr>
          <w:b w:val="0"/>
          <w:i w:val="0"/>
        </w:rPr>
        <w:t xml:space="preserve">Langdon tự hỏi liệu có phải Gessner đã thiết kế nó. </w:t>
      </w:r>
      <w:r>
        <w:rPr>
          <w:b w:val="0"/>
          <w:i/>
        </w:rPr>
        <w:t>Lại một bằng sáng chế béo bở.</w:t>
      </w:r>
      <w:r>
        <w:rPr>
          <w:b w:val="0"/>
          <w:i w:val="0"/>
        </w:rPr>
        <w:t xml:space="preserve"> "Vậy đây là cách cô ấy cấy chip động kinh?"</w:t>
      </w:r>
    </w:p>
    <w:p>
      <w:pPr>
        <w:spacing w:after="80"/>
      </w:pPr>
      <w:r>
        <w:rPr>
          <w:b w:val="0"/>
          <w:i w:val="0"/>
        </w:rPr>
        <w:t xml:space="preserve">"Trời ơi, không," Katherine nói. "Đặt một con chip RLS là chuyện sơ đẳng—về mặt kỹ thuật còn chẳng phải phẫu thuật não. Nó chỉ được đặt vào một hốc rỗng cỡ ngón tay cái trong hộp sọ; không hề tiếp xúc thực sự với não." Cô quay lại quan sát kỹ thiết bị gắn trên trần nhà một lần nữa, xem xét nó từ nhiều góc độ. "Không…đây là một thế giới khác. Cái này dành cho công việc </w:t>
      </w:r>
      <w:r>
        <w:rPr>
          <w:b w:val="0"/>
          <w:i/>
        </w:rPr>
        <w:t>chuyên sâu</w:t>
      </w:r>
      <w:r>
        <w:rPr>
          <w:b w:val="0"/>
          <w:i w:val="0"/>
        </w:rPr>
        <w:t xml:space="preserve"> trong não—loại bỏ các khối u phức tạp, đốt cháy phình mạch, hoặc…có lẽ để lấy ra những mẫu mô tinh tế chuyên biệt phục vụ phân tích." Katherine quay sang anh. "Anh nói Sasha Vesna có sẹo trên hộp sọ. Sẹo lớn chứ?"</w:t>
      </w:r>
    </w:p>
    <w:p>
      <w:pPr>
        <w:spacing w:after="80"/>
      </w:pPr>
      <w:r>
        <w:rPr>
          <w:b w:val="0"/>
          <w:i w:val="0"/>
        </w:rPr>
        <w:t>Langdon gật đầu khi nhớ lại việc mình đã giữ đầu Sasha trong cơn co giật của cô. "Chủ yếu bị giấu dưới tóc cô ấy, nhưng đúng vậy. Tôi tưởng đó là do vết thương, nhưng sau đó cô ấy có nhắc rằng Gessner đã gặp vài biến chứng nhỏ khi cấy chip cho cô; ca phẫu thuật thành công…nhưng cũng xâm lấn hơn một chút so với dự kiến."</w:t>
      </w:r>
    </w:p>
    <w:p>
      <w:pPr>
        <w:spacing w:after="80"/>
      </w:pPr>
      <w:r>
        <w:rPr>
          <w:b w:val="0"/>
          <w:i w:val="0"/>
        </w:rPr>
        <w:t xml:space="preserve">"Một chút </w:t>
      </w:r>
      <w:r>
        <w:rPr>
          <w:b w:val="0"/>
          <w:i/>
        </w:rPr>
        <w:t>thôi</w:t>
      </w:r>
      <w:r>
        <w:rPr>
          <w:b w:val="0"/>
          <w:i w:val="0"/>
        </w:rPr>
        <w:t xml:space="preserve"> ư?" Katherine ngước nhìn lại bác sĩ phẫu thuật robot. "Cái máy này không còn mới tinh; nó đã được dùng trước đây rồi, và tôi ghét phải nói điều này, nhưng Sasha sẽ là một đối tượng thử nghiệm hoàn hảo. Ngây thơ, không gia đình, khó có khả năng thắc mắc về các thủ tục theo dõi do một bác sĩ nổi tiếng đề xuất – người đã cứu mạng cô và giờ đang trả lương cho cô."</w:t>
      </w:r>
    </w:p>
    <w:p>
      <w:pPr>
        <w:spacing w:after="80"/>
      </w:pPr>
      <w:r>
        <w:rPr>
          <w:b w:val="0"/>
          <w:i w:val="0"/>
        </w:rPr>
        <w:t xml:space="preserve">Ý nghĩ đó có vẻ đáng lên án đối với Langdon, nhưng anh buộc mình tập trung vào vấn đề trước mắt. "Cô có thấy </w:t>
      </w:r>
      <w:r>
        <w:rPr>
          <w:b w:val="0"/>
          <w:i/>
        </w:rPr>
        <w:t>bất cứ điều gì</w:t>
      </w:r>
      <w:r>
        <w:rPr>
          <w:b w:val="0"/>
          <w:i w:val="0"/>
        </w:rPr>
        <w:t xml:space="preserve"> ở đây liên quan đến những gì cô đã viết không?"</w:t>
      </w:r>
    </w:p>
    <w:p>
      <w:pPr>
        <w:spacing w:after="80"/>
      </w:pPr>
      <w:r>
        <w:rPr>
          <w:b w:val="0"/>
          <w:i w:val="0"/>
        </w:rPr>
        <w:t>Cô lắc đầu. "Chưa. Và ở đây chẳng có gì đặc biệt buộc tội để mang theo làm bằng chứng về việc họ đang làm gì. Tất cả những gì tôi có thể nói với anh là họ đang thực hiện một số ca phẫu thuật não nội bộ cực kỳ tiên tiến."</w:t>
      </w:r>
    </w:p>
    <w:p>
      <w:pPr>
        <w:spacing w:after="80"/>
      </w:pPr>
      <w:r>
        <w:rPr>
          <w:b w:val="0"/>
          <w:i/>
        </w:rPr>
        <w:t>Đảo của Bác sĩ Moreau,</w:t>
      </w:r>
      <w:r>
        <w:rPr>
          <w:b w:val="0"/>
          <w:i w:val="0"/>
        </w:rPr>
        <w:t xml:space="preserve"> Langdon nghĩ, bất an trước ý niệm CIA thực hiện các ca phẫu thuật bí mật trong một phòng thí nghiệm dưới lòng đất trên đất nước ngoài. "Ta tiếp tục tìm thôi."</w:t>
      </w:r>
    </w:p>
    <w:p>
      <w:pPr>
        <w:spacing w:after="80"/>
      </w:pPr>
      <w:r>
        <w:rPr>
          <w:b w:val="0"/>
          <w:i w:val="0"/>
        </w:rPr>
        <w:t>Họ nhanh chóng rời khỏi khu y tế, quay lại hành lang lát gạch đen, tiếp tục đi sâu hơn vào Threshold.</w:t>
      </w:r>
    </w:p>
    <w:p>
      <w:pPr>
        <w:spacing w:after="80"/>
      </w:pPr>
      <w:r>
        <w:rPr>
          <w:b w:val="0"/>
          <w:i w:val="0"/>
        </w:rPr>
        <w:t>Họ đến một hốc tường khác cũng có một ô cửa, nhưng cánh cửa này được phủ một lớp xốp cách âm dày.</w:t>
      </w:r>
    </w:p>
    <w:p>
      <w:pPr>
        <w:spacing w:after="80"/>
      </w:pPr>
      <w:r>
        <w:rPr>
          <w:b w:val="0"/>
          <w:i w:val="0"/>
        </w:rPr>
        <w:t>"Máy tính Nhập vai," Katherine nói, đọc tấm biển bên cạnh cửa. "Đây có thể là thứ gì đó."</w:t>
      </w:r>
    </w:p>
    <w:p>
      <w:pPr>
        <w:spacing w:after="80"/>
      </w:pPr>
      <w:r>
        <w:rPr>
          <w:b w:val="0"/>
          <w:i w:val="0"/>
        </w:rPr>
        <w:t>Không chắc nên mong đợi điều gì, Langdon theo Katherine vào một căn phòng mà tường, trần và sàn dường như được phủ thảm đen. Ánh sáng duy nhất đến từ đèn ốp chân tường mờ ảo vừa bật lên khi họ bước vào.</w:t>
      </w:r>
    </w:p>
    <w:p>
      <w:pPr>
        <w:spacing w:after="80"/>
      </w:pPr>
      <w:r>
        <w:rPr>
          <w:b w:val="0"/>
          <w:i w:val="0"/>
        </w:rPr>
        <w:t>Chạy dọc giữa phòng là một dãy tám chiếc ghế ngả lưng có độ sâu bất thường, được trang bị dây an toàn đeo vai. Mỗi chiếc nằm trên một mớ tay thủy lực và van riêng. "Chúng được gắn trên khớp các-đăng," Langdon nói. "Những chiếc ghế này chuyển động được."</w:t>
      </w:r>
    </w:p>
    <w:p>
      <w:pPr>
        <w:spacing w:after="80"/>
      </w:pPr>
      <w:r>
        <w:rPr>
          <w:b w:val="0"/>
          <w:i w:val="0"/>
        </w:rPr>
        <w:t xml:space="preserve">Katherine gật đầu, tiến về phía chúng. "Máy tính nhập vai thực chất là thực tế ảo tiên tiến. Chuyển động của những chiếc ghế này được đồng bộ với hình ảnh và âm thanh được truyền vào </w:t>
      </w:r>
      <w:r>
        <w:rPr>
          <w:b w:val="0"/>
          <w:i/>
        </w:rPr>
        <w:t>những thứ này.</w:t>
      </w:r>
      <w:r>
        <w:rPr>
          <w:b w:val="0"/>
          <w:i w:val="0"/>
        </w:rPr>
        <w:t>" Cô nhấc một loại mũ bảo hiểm bằng kính mờ mang phong cách tương lai khỏi ghế. "Màn hình toàn cảnh phổ sâu. Đây là thực tế ảo tiên tiến đặc biệt, Robert ạ."</w:t>
      </w:r>
    </w:p>
    <w:p>
      <w:pPr>
        <w:spacing w:after="80"/>
      </w:pPr>
      <w:r>
        <w:rPr>
          <w:b w:val="0"/>
          <w:i w:val="0"/>
        </w:rPr>
        <w:t>Thực tế ảo ư? Họ sẽ làm gì ở đây?</w:t>
      </w:r>
    </w:p>
    <w:p>
      <w:pPr>
        <w:spacing w:after="80"/>
      </w:pPr>
      <w:r>
        <w:rPr>
          <w:b w:val="0"/>
          <w:i w:val="0"/>
        </w:rPr>
        <w:t>Katherine đi về phía một trạm máy tính ở cuối phòng. "Dữ liệu cần thiết để chạy các mô phỏng VR này rất lớn, và chắc chắn họ chạy nó từ một hệ thống lớn hơn…như cái kia." Cô chỉ vào một cửa sổ kính tấm lớn với các dãy máy tính phía sau. "Dù tôi nghi rằng mọi thứ đều được truy cập từ ngoài này, tại trạm cuối này." Katherine ngồi xuống và bật máy tính.</w:t>
      </w:r>
    </w:p>
    <w:p>
      <w:pPr>
        <w:spacing w:after="80"/>
      </w:pPr>
      <w:r>
        <w:rPr>
          <w:b w:val="0"/>
          <w:i w:val="0"/>
        </w:rPr>
        <w:t>Langdon đến bên cạnh cô khi họ chờ trạm cuối khởi động. "Cô có nhắc đến VR trong bản thảo của mình không?"</w:t>
      </w:r>
    </w:p>
    <w:p>
      <w:pPr>
        <w:spacing w:after="80"/>
      </w:pPr>
      <w:r>
        <w:rPr>
          <w:b w:val="0"/>
          <w:i w:val="0"/>
        </w:rPr>
        <w:t>Katherine ngước nhìn anh, gật đầu. "Có vài lần, nhưng chỉ là giai thoại thôi. Tôi từng là đối tượng trong một thí nghiệm VR tại Nghiên cứu Dị thường Kỹ thuật Princeton, và trải nghiệm của tôi đã đóng một vai trò trong quyết định nghiên cứu ý thức phi cục bộ của tôi. Nên tôi đã viết về nó."</w:t>
      </w:r>
    </w:p>
    <w:p>
      <w:pPr>
        <w:spacing w:after="80"/>
      </w:pPr>
      <w:r>
        <w:rPr>
          <w:b w:val="0"/>
          <w:i w:val="0"/>
        </w:rPr>
        <w:t>"Thật sao? Điều đó có vẻ như có thể liên quan đấy."</w:t>
      </w:r>
    </w:p>
    <w:p>
      <w:pPr>
        <w:spacing w:after="80"/>
      </w:pPr>
      <w:r>
        <w:rPr>
          <w:b w:val="0"/>
          <w:i w:val="0"/>
        </w:rPr>
        <w:t>“Về nguyên tắc thì có lẽ vậy,” cô nói, vẻ hoài nghi. “Nhưng không—”</w:t>
      </w:r>
    </w:p>
    <w:p>
      <w:pPr>
        <w:spacing w:after="80"/>
      </w:pPr>
      <w:r>
        <w:rPr>
          <w:b w:val="0"/>
          <w:i w:val="0"/>
        </w:rPr>
        <w:t>“Kể cho tôi nghe đi,” Langdon nói.</w:t>
      </w:r>
    </w:p>
    <w:p>
      <w:pPr>
        <w:spacing w:after="80"/>
      </w:pPr>
      <w:r>
        <w:rPr>
          <w:b w:val="0"/>
          <w:i w:val="0"/>
        </w:rPr>
        <w:t xml:space="preserve">“À…như anh biết đấy, mục tiêu của VR về cơ bản là lừa bộ não </w:t>
      </w:r>
      <w:r>
        <w:rPr>
          <w:b w:val="0"/>
          <w:i/>
        </w:rPr>
        <w:t>tin</w:t>
      </w:r>
      <w:r>
        <w:rPr>
          <w:b w:val="0"/>
          <w:i w:val="0"/>
        </w:rPr>
        <w:t xml:space="preserve"> vào một ảo ảnh. Bạn càng nạp được nhiều dữ liệu ảo vào tâm trí—hình ảnh, âm thanh, chuyển động—thì càng dễ thuyết phục bộ não chấp nhận một tình huống nhân tạo là </w:t>
      </w:r>
      <w:r>
        <w:rPr>
          <w:b w:val="0"/>
          <w:i/>
        </w:rPr>
        <w:t>thật.</w:t>
      </w:r>
      <w:r>
        <w:rPr>
          <w:b w:val="0"/>
          <w:i w:val="0"/>
        </w:rPr>
        <w:t xml:space="preserve"> Khoảnh khắc bạn bắt đầu </w:t>
      </w:r>
      <w:r>
        <w:rPr>
          <w:b w:val="0"/>
          <w:i/>
        </w:rPr>
        <w:t>tin</w:t>
      </w:r>
      <w:r>
        <w:rPr>
          <w:b w:val="0"/>
          <w:i w:val="0"/>
        </w:rPr>
        <w:t xml:space="preserve"> vào ảo ảnh đó là một trạng thái mà các nhà tâm lý học gọi là ‘hiện diện’ (presence).”</w:t>
      </w:r>
    </w:p>
    <w:p>
      <w:pPr>
        <w:spacing w:after="80"/>
      </w:pPr>
      <w:r>
        <w:rPr>
          <w:b w:val="0"/>
          <w:i w:val="0"/>
        </w:rPr>
        <w:t>“Tôi từng thử leo núi đá ảo,” Langdon nói. “Tôi đúng nghĩa là tê liệt vì sợ.”</w:t>
      </w:r>
    </w:p>
    <w:p>
      <w:pPr>
        <w:spacing w:after="80"/>
      </w:pPr>
      <w:r>
        <w:rPr>
          <w:b w:val="0"/>
          <w:i w:val="0"/>
        </w:rPr>
        <w:t xml:space="preserve">“Chính xác. Tâm trí anh </w:t>
      </w:r>
      <w:r>
        <w:rPr>
          <w:b w:val="0"/>
          <w:i/>
        </w:rPr>
        <w:t>tin</w:t>
      </w:r>
      <w:r>
        <w:rPr>
          <w:b w:val="0"/>
          <w:i w:val="0"/>
        </w:rPr>
        <w:t xml:space="preserve"> rằng cơ thể anh đang ở trên vách đá và gặp nguy hiểm. Ảo ảnh trở thành thực tại tạm thời của anh. Tôi cũng từng trải nghiệm ‘hiện diện’ trong thí nghiệm VR ở Princeton, mặc dù…trải nghiệm đó khá khác biệt. Thực sự là mang tính chuyển hóa.”</w:t>
      </w:r>
    </w:p>
    <w:p>
      <w:pPr>
        <w:spacing w:after="80"/>
      </w:pPr>
      <w:r>
        <w:rPr>
          <w:b w:val="0"/>
          <w:i w:val="0"/>
        </w:rPr>
        <w:t>“Đó là gì vậy?”</w:t>
      </w:r>
    </w:p>
    <w:p>
      <w:pPr>
        <w:spacing w:after="80"/>
      </w:pPr>
      <w:r>
        <w:rPr>
          <w:b w:val="0"/>
          <w:i w:val="0"/>
        </w:rPr>
        <w:t>Cô ngước lên khỏi máy tính và mỉm cười. “Nói đơn giản thì…tôi đã trải nghiệm chính ý thức của mình—và nó không nằm trong cơ thể.”</w:t>
      </w:r>
    </w:p>
    <w:p>
      <w:pPr>
        <w:jc w:val="center"/>
      </w:pPr>
      <w:r>
        <w:drawing>
          <wp:inline xmlns:a="http://schemas.openxmlformats.org/drawingml/2006/main" xmlns:pic="http://schemas.openxmlformats.org/drawingml/2006/picture">
            <wp:extent cx="5486400" cy="362122"/>
            <wp:docPr id="91" name="Picture 91"/>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Katherine sẽ không bao giờ quên lần gặp gỡ kỳ diệu đầu tiên với “sự tách rời khỏi bản thân” đó. Trải nghiệm ấy đã thay đổi cuộc đời cô, hun đúc niềm đam mê với ý thức như một lĩnh vực nghiên cứu.</w:t>
      </w:r>
    </w:p>
    <w:p>
      <w:pPr>
        <w:spacing w:after="80"/>
      </w:pPr>
      <w:r>
        <w:rPr>
          <w:b w:val="0"/>
          <w:i w:val="0"/>
        </w:rPr>
        <w:t>Thí nghiệm bắt đầu khi vị giáo sư ở Princeton yêu cầu Katherine đứng một mình trong một căn phòng trống. Qua loa phóng thanh, ông hướng dẫn cô đeo kính VR. Khi đeo vào, cô lập tức được đưa đến một đồng cỏ rộng lớn, nơi cô đứng giữa những bông hoa và cây cối.</w:t>
      </w:r>
    </w:p>
    <w:p>
      <w:pPr>
        <w:spacing w:after="80"/>
      </w:pPr>
      <w:r>
        <w:rPr>
          <w:b w:val="0"/>
          <w:i w:val="0"/>
        </w:rPr>
        <w:t>Khung cảnh thật thanh bình…với một điểm bất ngờ.</w:t>
      </w:r>
    </w:p>
    <w:p>
      <w:pPr>
        <w:spacing w:after="80"/>
      </w:pPr>
      <w:r>
        <w:rPr>
          <w:b w:val="0"/>
          <w:i w:val="0"/>
        </w:rPr>
        <w:t>Cô không còn đơn độc nữa.</w:t>
      </w:r>
    </w:p>
    <w:p>
      <w:pPr>
        <w:spacing w:after="80"/>
      </w:pPr>
      <w:r>
        <w:rPr>
          <w:b w:val="0"/>
          <w:i w:val="0"/>
        </w:rPr>
        <w:t>Đứng cách chỉ hai bước chân là một bản sao chính xác của…</w:t>
      </w:r>
      <w:r>
        <w:rPr>
          <w:b w:val="0"/>
          <w:i/>
        </w:rPr>
        <w:t>chính cô.</w:t>
      </w:r>
      <w:r>
        <w:rPr>
          <w:b w:val="0"/>
          <w:i w:val="0"/>
        </w:rPr>
        <w:t xml:space="preserve"> Bản sao ấy mỉm cười điềm tĩnh và nhìn thẳng vào mắt Katherine. Khi Katherine nhìn </w:t>
      </w:r>
      <w:r>
        <w:rPr>
          <w:b w:val="0"/>
          <w:i/>
        </w:rPr>
        <w:t>bản thân kia,</w:t>
      </w:r>
      <w:r>
        <w:rPr>
          <w:b w:val="0"/>
          <w:i w:val="0"/>
        </w:rPr>
        <w:t xml:space="preserve"> cô dĩ nhiên biết đó chỉ là một hình chiếu, vậy mà cảm giác vẫn thật bất an. Cô đứng gần như cả phút giữa đồng cỏ, đối mặt với chính mình.</w:t>
      </w:r>
    </w:p>
    <w:p>
      <w:pPr>
        <w:spacing w:after="80"/>
      </w:pPr>
      <w:r>
        <w:rPr>
          <w:b w:val="0"/>
          <w:i w:val="0"/>
        </w:rPr>
        <w:t xml:space="preserve">Tiếp theo, giọng giáo sư qua loa hướng dẫn Katherine giơ tay lên và đặt lên vai bản sao ma quái của mình. Điều này khiến Katherine bối rối. </w:t>
      </w:r>
      <w:r>
        <w:rPr>
          <w:b w:val="0"/>
          <w:i/>
        </w:rPr>
        <w:t>Bản sao của mình đâu có thật.</w:t>
      </w:r>
      <w:r>
        <w:rPr>
          <w:b w:val="0"/>
          <w:i w:val="0"/>
        </w:rPr>
        <w:t xml:space="preserve"> Do dự, Katherine giơ tay lên và nhẹ nhàng hạ xuống phía vai của bản thân kia. Hoàn toàn tưởng rằng mình sẽ chạm vào </w:t>
      </w:r>
      <w:r>
        <w:rPr>
          <w:b w:val="0"/>
          <w:i/>
        </w:rPr>
        <w:t>hư không,</w:t>
      </w:r>
      <w:r>
        <w:rPr>
          <w:b w:val="0"/>
          <w:i w:val="0"/>
        </w:rPr>
        <w:t xml:space="preserve"> cô sững sờ khi tay mình đặt lên một bờ vai </w:t>
      </w:r>
      <w:r>
        <w:rPr>
          <w:b w:val="0"/>
          <w:i/>
        </w:rPr>
        <w:t>thật sự</w:t>
      </w:r>
      <w:r>
        <w:rPr>
          <w:b w:val="0"/>
          <w:i w:val="0"/>
        </w:rPr>
        <w:t xml:space="preserve"> về mặt vật lý. Còn sốc hơn nữa, đúng khoảnh khắc đó, Katherine </w:t>
      </w:r>
      <w:r>
        <w:rPr>
          <w:b w:val="0"/>
          <w:i/>
        </w:rPr>
        <w:t>cảm thấy</w:t>
      </w:r>
      <w:r>
        <w:rPr>
          <w:b w:val="0"/>
          <w:i w:val="0"/>
        </w:rPr>
        <w:t xml:space="preserve"> sức nặng bàn tay mình trên chính vai </w:t>
      </w:r>
      <w:r>
        <w:rPr>
          <w:b w:val="0"/>
          <w:i/>
        </w:rPr>
        <w:t>của mình</w:t>
      </w:r>
      <w:r>
        <w:rPr>
          <w:b w:val="0"/>
          <w:i w:val="0"/>
        </w:rPr>
        <w:t>!</w:t>
      </w:r>
    </w:p>
    <w:p>
      <w:pPr>
        <w:spacing w:after="80"/>
      </w:pPr>
      <w:r>
        <w:rPr>
          <w:b w:val="0"/>
          <w:i w:val="0"/>
        </w:rPr>
        <w:t>Hiệu ứng này hoàn toàn làm cô mất phương hướng, và bộ não cô bỗng nhiên tự hỏi:</w:t>
      </w:r>
    </w:p>
    <w:p>
      <w:pPr>
        <w:spacing w:after="80"/>
      </w:pPr>
      <w:r>
        <w:rPr>
          <w:b w:val="0"/>
          <w:i/>
        </w:rPr>
        <w:t>Cơ thể nào…là cơ thể</w:t>
      </w:r>
      <w:r>
        <w:rPr>
          <w:b w:val="0"/>
          <w:i w:val="0"/>
        </w:rPr>
        <w:t xml:space="preserve"> thật </w:t>
      </w:r>
      <w:r>
        <w:rPr>
          <w:b w:val="0"/>
          <w:i/>
        </w:rPr>
        <w:t>của mình?!</w:t>
      </w:r>
    </w:p>
    <w:p>
      <w:pPr>
        <w:spacing w:after="80"/>
      </w:pPr>
      <w:r>
        <w:rPr>
          <w:b w:val="0"/>
          <w:i w:val="0"/>
        </w:rPr>
        <w:t xml:space="preserve">Cảnh tượng bàn tay mình đặt trên vai </w:t>
      </w:r>
      <w:r>
        <w:rPr>
          <w:b w:val="0"/>
          <w:i/>
        </w:rPr>
        <w:t>bản sao kia,</w:t>
      </w:r>
      <w:r>
        <w:rPr>
          <w:b w:val="0"/>
          <w:i w:val="0"/>
        </w:rPr>
        <w:t xml:space="preserve"> kết hợp với cảm giác có một bàn tay đặt trên vai </w:t>
      </w:r>
      <w:r>
        <w:rPr>
          <w:b w:val="0"/>
          <w:i/>
        </w:rPr>
        <w:t>thật</w:t>
      </w:r>
      <w:r>
        <w:rPr>
          <w:b w:val="0"/>
          <w:i w:val="0"/>
        </w:rPr>
        <w:t xml:space="preserve"> của mình, là đủ dữ liệu giác quan để dịch chuyển cảm nhận về “bản thân vật lý” của Katherine sang cơ thể kia. Trong vài giây huyền diệu, ý thức của cô lơ lửng </w:t>
      </w:r>
      <w:r>
        <w:rPr>
          <w:b w:val="0"/>
          <w:i/>
        </w:rPr>
        <w:t>bên ngoài</w:t>
      </w:r>
      <w:r>
        <w:rPr>
          <w:b w:val="0"/>
          <w:i w:val="0"/>
        </w:rPr>
        <w:t xml:space="preserve"> chính mình. Cô trở thành một người quan sát, một tâm trí thoát khỏi thể xác đang nhìn ngắm cơ thể vật lý của chính mình…chẳng khác nào một bệnh nhân cận kề cái chết lơ lửng trên thi thể của họ.</w:t>
      </w:r>
    </w:p>
    <w:p>
      <w:pPr>
        <w:spacing w:after="80"/>
      </w:pPr>
      <w:r>
        <w:rPr>
          <w:b w:val="0"/>
          <w:i w:val="0"/>
        </w:rPr>
        <w:t xml:space="preserve">Trong khoảnh khắc đó, Katherine tràn ngập một cảm giác hạnh phúc rằng ý thức của cô được tự do và không cần một hình hài thể xác để tồn tại. Ngay cả sau khi cô chuyển dịch </w:t>
      </w:r>
      <w:r>
        <w:rPr>
          <w:b w:val="0"/>
          <w:i/>
        </w:rPr>
        <w:t>bản thân</w:t>
      </w:r>
      <w:r>
        <w:rPr>
          <w:b w:val="0"/>
          <w:i w:val="0"/>
        </w:rPr>
        <w:t xml:space="preserve"> thật sự của mình, dư âm của việc "tháo trói" vẫn còn đọng lại trong nhiều ngày.</w:t>
      </w:r>
    </w:p>
    <w:p>
      <w:pPr>
        <w:spacing w:after="80"/>
      </w:pPr>
      <w:r>
        <w:rPr>
          <w:b w:val="0"/>
          <w:i w:val="0"/>
        </w:rPr>
        <w:t xml:space="preserve">Bất chấp hiệu ứng mạnh mẽ của nó, Katherine biết được rằng ảo giác này thực ra khá đơn giản để tạo ra. Sau khi cô đeo kính VR và đứng vào vị trí, một kỹ thuật viên phòng thí nghiệm đã lặng lẽ bước vào phòng và đứng ngay trước mặt Katherine. Khi cô đưa tay lên đặt lên "bản thể ma" của mình, Katherine vô tình đặt tay lên vai của kỹ thuật viên, người đồng thời cũng đặt </w:t>
      </w:r>
      <w:r>
        <w:rPr>
          <w:b w:val="0"/>
          <w:i/>
        </w:rPr>
        <w:t>tay cô ấy</w:t>
      </w:r>
      <w:r>
        <w:rPr>
          <w:b w:val="0"/>
          <w:i w:val="0"/>
        </w:rPr>
        <w:t xml:space="preserve"> lên vai Katherine. Trong khoảnh khắc đó, cảm giác về bản thân của Katherine bị dụ dỗ thoát ra khỏi cơ thể vật lý của cô.</w:t>
      </w:r>
    </w:p>
    <w:p>
      <w:pPr>
        <w:spacing w:after="80"/>
      </w:pPr>
      <w:r>
        <w:rPr>
          <w:b w:val="0"/>
          <w:i w:val="0"/>
        </w:rPr>
        <w:t xml:space="preserve">Rõ ràng, đây không phải là một trải nghiệm xuất hồn </w:t>
      </w:r>
      <w:r>
        <w:rPr>
          <w:b w:val="0"/>
          <w:i/>
        </w:rPr>
        <w:t>đích thực</w:t>
      </w:r>
      <w:r>
        <w:rPr>
          <w:b w:val="0"/>
          <w:i w:val="0"/>
        </w:rPr>
        <w:t xml:space="preserve">, nhưng cảm giác ấy thật bình yên, an ủi và gắn kết với thế giới phi vật chất đến mức nó khắc sâu vào niềm đam mê nghề nghiệp của cô với tiềm năng </w:t>
      </w:r>
      <w:r>
        <w:rPr>
          <w:b w:val="0"/>
          <w:i/>
        </w:rPr>
        <w:t>phi cục bộ</w:t>
      </w:r>
      <w:r>
        <w:rPr>
          <w:b w:val="0"/>
          <w:i w:val="0"/>
        </w:rPr>
        <w:t xml:space="preserve"> của ý thức.</w:t>
      </w:r>
    </w:p>
    <w:p>
      <w:pPr>
        <w:spacing w:after="80"/>
      </w:pPr>
      <w:r>
        <w:rPr>
          <w:b w:val="0"/>
          <w:i w:val="0"/>
        </w:rPr>
        <w:t>Khi Katherine kể xong, chiếc máy tính khởi động lên màn hình chào mừng.</w:t>
      </w:r>
    </w:p>
    <w:p>
      <w:pPr>
        <w:spacing w:after="80"/>
      </w:pPr>
      <w:r>
        <w:rPr>
          <w:b w:val="0"/>
          <w:i w:val="0"/>
        </w:rPr>
        <w:t>"Được bảo vệ bằng mật khẩu," Katherine nói. "Tôi e là vậy. Trừ khi tôi biết họ đang chạy những loại mô phỏng nào, tôi không thể bắt đầu đoán xem phòng thí nghiệm VR này có liên quan gì đến cuốn sách của tôi không."</w:t>
      </w:r>
    </w:p>
    <w:p>
      <w:pPr>
        <w:spacing w:after="80"/>
      </w:pPr>
      <w:r>
        <w:rPr>
          <w:b w:val="0"/>
          <w:i w:val="0"/>
        </w:rPr>
        <w:t>Langdon ngồi xuống chiếc ghế kim loại của bàn làm việc và đưa ra vài phỏng đoán. Không có gì hiệu quả, và cuối cùng anh lắc đầu, đứng dậy. "Có lẽ họ đang chạy các mô phỏng xuất hồn? Giống như cái cô vừa mô tả? Loại chuyện đó có vẻ như sẽ liên quan đến chứng động kinh và Sasha và thị giác từ xa—"</w:t>
      </w:r>
    </w:p>
    <w:p>
      <w:pPr>
        <w:spacing w:after="80"/>
      </w:pPr>
      <w:r>
        <w:rPr>
          <w:b w:val="0"/>
          <w:i w:val="0"/>
        </w:rPr>
        <w:t xml:space="preserve">"Đúng vậy, nhưng…" Katherine nghiên cứu những chiếc mũ bảo hiểm và những chiếc ghế có khớp các-đăng. "Trực giác mách bảo tôi rằng căn phòng này là để…một thứ gì đó </w:t>
      </w:r>
      <w:r>
        <w:rPr>
          <w:b w:val="0"/>
          <w:i/>
        </w:rPr>
        <w:t>khác.</w:t>
      </w:r>
      <w:r>
        <w:rPr>
          <w:b w:val="0"/>
          <w:i w:val="0"/>
        </w:rPr>
        <w:t>"</w:t>
      </w:r>
    </w:p>
    <w:p>
      <w:pPr>
        <w:spacing w:after="80"/>
      </w:pPr>
      <w:r>
        <w:rPr>
          <w:b w:val="0"/>
          <w:i w:val="0"/>
        </w:rPr>
        <w:t>Ánh mắt cô giờ chuyển sang cửa sổ kính tấm lớn và phòng máy tính phía sau nó. Cô bước đến và thử cánh cửa kim loại bên cạnh cửa sổ, nhưng nó bị khóa. Áp mặt vào kính, Katherine quan sát không gian phía sau và thấy một dãy máy tính cao, đủ loại thùng thiết bị điện tử, và một tủ lạnh có vách kính đầy những lọ nhỏ đủ màu sắc.</w:t>
      </w:r>
    </w:p>
    <w:p>
      <w:pPr>
        <w:spacing w:after="80"/>
      </w:pPr>
      <w:r>
        <w:rPr>
          <w:b w:val="0"/>
          <w:i w:val="0"/>
        </w:rPr>
        <w:t>Rồi cô giật mình lùi lại, rời khỏi tấm kính. "Cái quái gì thế này?"</w:t>
      </w:r>
    </w:p>
    <w:p>
      <w:pPr>
        <w:spacing w:after="80"/>
      </w:pPr>
      <w:r>
        <w:rPr>
          <w:b w:val="0"/>
          <w:i w:val="0"/>
        </w:rPr>
        <w:t>Langdon bước đến. "Có chuyện gì vậy?!"</w:t>
      </w:r>
    </w:p>
    <w:p>
      <w:pPr>
        <w:spacing w:after="80"/>
      </w:pPr>
      <w:r>
        <w:rPr>
          <w:b w:val="0"/>
          <w:i/>
        </w:rPr>
        <w:t>"Những thứ đó…"</w:t>
      </w:r>
      <w:r>
        <w:rPr>
          <w:b w:val="0"/>
          <w:i w:val="0"/>
        </w:rPr>
        <w:t xml:space="preserve"> Katherine chỉ vào hàng tám vật thể đứng dựa vào bức tường phía sau. "Những thứ đó </w:t>
      </w:r>
      <w:r>
        <w:rPr>
          <w:b w:val="0"/>
          <w:i/>
        </w:rPr>
        <w:t>không</w:t>
      </w:r>
      <w:r>
        <w:rPr>
          <w:b w:val="0"/>
          <w:i w:val="0"/>
        </w:rPr>
        <w:t xml:space="preserve"> có việc gì phải ở trong một phòng thí nghiệm VR."</w:t>
      </w:r>
    </w:p>
    <w:p>
      <w:pPr>
        <w:spacing w:after="80"/>
      </w:pPr>
      <w:r>
        <w:rPr>
          <w:b w:val="0"/>
          <w:i w:val="0"/>
        </w:rPr>
        <w:t>Langdon nhìn vào tám cây cọc truyền dịch bằng thép không gỉ có bánh xe.</w:t>
      </w:r>
    </w:p>
    <w:p>
      <w:pPr>
        <w:spacing w:after="80"/>
      </w:pPr>
      <w:r>
        <w:rPr>
          <w:b w:val="0"/>
          <w:i w:val="0"/>
        </w:rPr>
        <w:t xml:space="preserve">"Cọc truyền dịch," Katherine nói, bối rối. "Và một tủ lạnh đầy dược phẩm! Cơ sở này đang </w:t>
      </w:r>
      <w:r>
        <w:rPr>
          <w:b w:val="0"/>
          <w:i/>
        </w:rPr>
        <w:t>kết hợp</w:t>
      </w:r>
      <w:r>
        <w:rPr>
          <w:b w:val="0"/>
          <w:i w:val="0"/>
        </w:rPr>
        <w:t xml:space="preserve"> thuốc truyền tĩnh mạch với thực tế ảo."</w:t>
      </w:r>
    </w:p>
    <w:p>
      <w:pPr>
        <w:spacing w:after="80"/>
      </w:pPr>
      <w:r>
        <w:rPr>
          <w:b w:val="0"/>
          <w:i w:val="0"/>
        </w:rPr>
        <w:t>"Được rồi…và điều đó là bất thường?"</w:t>
      </w:r>
    </w:p>
    <w:p>
      <w:pPr>
        <w:spacing w:after="80"/>
      </w:pPr>
      <w:r>
        <w:rPr>
          <w:b w:val="0"/>
          <w:i w:val="0"/>
        </w:rPr>
        <w:t>"Đúng vậy! Những loại trải nghiệm kích thích kép đó có thể rất có hại cho não. Tiếp xúc quá mức thực sự có thể thay đổi sinh lý não của bạn…"</w:t>
      </w:r>
    </w:p>
    <w:p>
      <w:pPr>
        <w:spacing w:after="80"/>
      </w:pPr>
      <w:r>
        <w:rPr>
          <w:b w:val="0"/>
          <w:i w:val="0"/>
        </w:rPr>
        <w:t>"Thay đổi nó…</w:t>
      </w:r>
      <w:r>
        <w:rPr>
          <w:b w:val="0"/>
          <w:i/>
        </w:rPr>
        <w:t>như thế nào</w:t>
      </w:r>
      <w:r>
        <w:rPr>
          <w:b w:val="0"/>
          <w:i w:val="0"/>
        </w:rPr>
        <w:t>?"</w:t>
      </w:r>
    </w:p>
    <w:p>
      <w:pPr>
        <w:spacing w:after="80"/>
      </w:pPr>
      <w:r>
        <w:rPr>
          <w:b w:val="0"/>
          <w:i w:val="0"/>
        </w:rPr>
        <w:t xml:space="preserve">“Tất cả phụ thuộc vào loại thuốc họ đang dùng,” Katherine nói, nheo mắt nhìn vào chiếc tủ lạnh vách kính, cố gắng vô vọng đọc các nhãn trên những lọ thuốc. “Robert, tôi cần vào trong phòng này và xem </w:t>
      </w:r>
      <w:r>
        <w:rPr>
          <w:b w:val="0"/>
          <w:i/>
        </w:rPr>
        <w:t>cụ thể</w:t>
      </w:r>
      <w:r>
        <w:rPr>
          <w:b w:val="0"/>
          <w:i w:val="0"/>
        </w:rPr>
        <w:t xml:space="preserve"> họ đang dùng những loại thuốc gì. Khi đó có lẽ chúng ta mới có thể hình dung được họ đang cố gắng đạt được điều gì…”</w:t>
      </w:r>
    </w:p>
    <w:p>
      <w:pPr>
        <w:spacing w:after="80"/>
      </w:pPr>
      <w:r>
        <w:rPr>
          <w:b w:val="0"/>
          <w:i w:val="0"/>
        </w:rPr>
        <w:t>Langdon quan sát cô một lát rồi gật đầu. “Được, lùi lại đi.” Anh sải bước tới bàn làm việc và quay lại với chiếc ghế kim loại nặng, mắt nhìn chằm chằm vào cửa sổ.</w:t>
      </w:r>
    </w:p>
    <w:p>
      <w:pPr>
        <w:spacing w:after="80"/>
      </w:pPr>
      <w:r>
        <w:rPr>
          <w:b w:val="0"/>
          <w:i w:val="0"/>
        </w:rPr>
        <w:t>“Khoan, anh định—”</w:t>
      </w:r>
    </w:p>
    <w:p>
      <w:pPr>
        <w:spacing w:after="80"/>
      </w:pPr>
      <w:r>
        <w:rPr>
          <w:b w:val="0"/>
          <w:i w:val="0"/>
        </w:rPr>
        <w:t>“Chúng ta đã lún quá sâu rồi,” anh nói. “Một cái cửa sổ vỡ chẳng thay đổi được gì đâu.”</w:t>
      </w:r>
    </w:p>
    <w:p>
      <w:pPr>
        <w:spacing w:after="80"/>
      </w:pPr>
      <w:r>
        <w:rPr>
          <w:b w:val="0"/>
          <w:i w:val="0"/>
        </w:rPr>
        <w:t>Nói rồi, Langdon xoay người, quay chiếc ghế quanh mình như môn ném búa. Khi anh buông tay, chiếc ghế bay vút qua không trung và đâm sầm vào cửa sổ, làm vỡ một phần kính.</w:t>
      </w:r>
    </w:p>
    <w:p>
      <w:pPr>
        <w:spacing w:after="80"/>
      </w:pPr>
      <w:r>
        <w:rPr>
          <w:b w:val="0"/>
          <w:i w:val="0"/>
        </w:rPr>
        <w:t>Giật mình, Katherine chờ đợi một tiếng chuông báo động hay kiểu ồn ào nào đó, nhưng sự im lặng kỳ quái của Threshold vẫn bao trùm.</w:t>
      </w:r>
    </w:p>
    <w:p>
      <w:pPr>
        <w:spacing w:after="80"/>
      </w:pPr>
      <w:r>
        <w:rPr>
          <w:b w:val="0"/>
          <w:i w:val="0"/>
        </w:rPr>
        <w:t>Langdon bước tới cửa sổ và, dùng cùi chỏ, đập văng một mảng kính vỡ. Rồi anh cẩn thận thò tay qua, tìm nắm đấm cửa và mở khóa từ bên trong.</w:t>
      </w:r>
    </w:p>
    <w:p>
      <w:pPr>
        <w:spacing w:after="80"/>
      </w:pPr>
      <w:r>
        <w:rPr>
          <w:b w:val="0"/>
          <w:i w:val="0"/>
        </w:rPr>
        <w:t>“Không thanh lịch nhưng hiệu quả,” anh nói kèm nụ cười. “Mời cô đi trước, Tiến sĩ.”</w:t>
      </w:r>
    </w:p>
    <w:p>
      <w:pPr>
        <w:pStyle w:val="Heading1"/>
      </w:pPr>
      <w:r>
        <w:rPr>
          <w:rFonts w:ascii="Calibri" w:hAnsi="Calibri"/>
          <w:b/>
          <w:i w:val="0"/>
          <w:sz w:val="40"/>
        </w:rPr>
        <w:t>Chương 99</w:t>
      </w:r>
    </w:p>
    <w:p>
      <w:pPr>
        <w:spacing w:after="80"/>
      </w:pPr>
      <w:r>
        <w:rPr>
          <w:b w:val="0"/>
          <w:i w:val="0"/>
        </w:rPr>
        <w:t>“Cuộc thẩm vấn thế nào rồi?” Faukman hỏi khi Alex Conan xuất hiện trở lại trong văn phòng ông. Mớ tóc của anh chàng kỹ thuật viên trông có vẻ bù xù hơn, và trong thoáng chốc Faukman tự hỏi liệu gã này có thực sự già đi kể từ lần đầu xuất hiện trước cửa phòng ông đêm qua không.</w:t>
      </w:r>
    </w:p>
    <w:p>
      <w:pPr>
        <w:spacing w:after="80"/>
      </w:pPr>
      <w:r>
        <w:rPr>
          <w:b w:val="0"/>
          <w:i w:val="0"/>
        </w:rPr>
        <w:t>“Cháu ổn,” Alex nói, rõ ràng là kiệt sức. “Sếp cháu biết đây không phải lỗi của cháu, nhưng cô ấy muốn nói chuyện với chú lúc nào đó. Cháu đã bảo cô ấy là chú về nhà rồi.”</w:t>
      </w:r>
    </w:p>
    <w:p>
      <w:pPr>
        <w:spacing w:after="80"/>
      </w:pPr>
      <w:r>
        <w:rPr>
          <w:b w:val="0"/>
          <w:i w:val="0"/>
        </w:rPr>
        <w:t>“Cảm ơn.”</w:t>
      </w:r>
    </w:p>
    <w:p>
      <w:pPr>
        <w:spacing w:after="80"/>
      </w:pPr>
      <w:r>
        <w:rPr>
          <w:b w:val="0"/>
          <w:i w:val="0"/>
        </w:rPr>
        <w:t>“Có tin gì từ Robert Langdon không?”</w:t>
      </w:r>
    </w:p>
    <w:p>
      <w:pPr>
        <w:spacing w:after="80"/>
      </w:pPr>
      <w:r>
        <w:rPr>
          <w:b w:val="0"/>
          <w:i w:val="0"/>
        </w:rPr>
        <w:t>“Ơn trời, có. Anh ấy gửi email. Cả hai đều ổn.”</w:t>
      </w:r>
    </w:p>
    <w:p>
      <w:pPr>
        <w:spacing w:after="80"/>
      </w:pPr>
      <w:r>
        <w:rPr>
          <w:b w:val="0"/>
          <w:i w:val="0"/>
        </w:rPr>
        <w:t xml:space="preserve">Alex trông có vẻ ngạc nhiên. “Anh ấy không </w:t>
      </w:r>
      <w:r>
        <w:rPr>
          <w:b w:val="0"/>
          <w:i/>
        </w:rPr>
        <w:t>gọi</w:t>
      </w:r>
      <w:r>
        <w:rPr>
          <w:b w:val="0"/>
          <w:i w:val="0"/>
        </w:rPr>
        <w:t xml:space="preserve"> sao?”</w:t>
      </w:r>
    </w:p>
    <w:p>
      <w:pPr>
        <w:spacing w:after="80"/>
      </w:pPr>
      <w:r>
        <w:rPr>
          <w:b w:val="0"/>
          <w:i w:val="0"/>
        </w:rPr>
        <w:t xml:space="preserve">Faukman lắc đầu. </w:t>
      </w:r>
      <w:r>
        <w:rPr>
          <w:b w:val="0"/>
          <w:i/>
        </w:rPr>
        <w:t>Ít nhất là chưa.</w:t>
      </w:r>
    </w:p>
    <w:p>
      <w:pPr>
        <w:spacing w:after="80"/>
      </w:pPr>
      <w:r>
        <w:rPr>
          <w:b w:val="0"/>
          <w:i w:val="0"/>
        </w:rPr>
        <w:t>“Còn danh sách đầu tư của In-Q-Tel thì sao? Có tìm được điểm giao thoa nào với công trình của Tiến sĩ Solomon không?”</w:t>
      </w:r>
    </w:p>
    <w:p>
      <w:pPr>
        <w:spacing w:after="80"/>
      </w:pPr>
      <w:r>
        <w:rPr>
          <w:b w:val="0"/>
          <w:i w:val="0"/>
        </w:rPr>
        <w:t>“Không. Con AI đưa cho tôi toàn dữ liệu rác. Chắc chắn không phải fan của nó rồi.”</w:t>
      </w:r>
    </w:p>
    <w:p>
      <w:pPr>
        <w:spacing w:after="80"/>
      </w:pPr>
      <w:r>
        <w:rPr>
          <w:b w:val="0"/>
          <w:i w:val="0"/>
        </w:rPr>
        <w:t xml:space="preserve">“Có lẽ tôi có thứ này cho anh,” anh ta nói, mở chiếc laptop mang theo. “Tôi nhận ra rằng công cụ tìm kiếm AI của anh sẽ đánh dấu sự trùng lặp với bất cứ thứ gì trên mạng được Tiến sĩ Solomon </w:t>
      </w:r>
      <w:r>
        <w:rPr>
          <w:b w:val="0"/>
          <w:i/>
        </w:rPr>
        <w:t>viết</w:t>
      </w:r>
      <w:r>
        <w:rPr>
          <w:b w:val="0"/>
          <w:i w:val="0"/>
        </w:rPr>
        <w:t xml:space="preserve"> ra, nhưng không nhất thiết là những gì bà ấy </w:t>
      </w:r>
      <w:r>
        <w:rPr>
          <w:b w:val="0"/>
          <w:i/>
        </w:rPr>
        <w:t>nói</w:t>
      </w:r>
      <w:r>
        <w:rPr>
          <w:b w:val="0"/>
          <w:i w:val="0"/>
        </w:rPr>
        <w:t xml:space="preserve">—như nội dung âm thanh-hình ảnh—nên tôi đã chạy một phép đối chiếu chéo được chỉnh sửa và phát hiện ra rằng </w:t>
      </w:r>
      <w:r>
        <w:rPr>
          <w:b w:val="0"/>
          <w:i/>
        </w:rPr>
        <w:t>cả</w:t>
      </w:r>
      <w:r>
        <w:rPr>
          <w:b w:val="0"/>
          <w:i w:val="0"/>
        </w:rPr>
        <w:t xml:space="preserve"> In-Q-Tel </w:t>
      </w:r>
      <w:r>
        <w:rPr>
          <w:b w:val="0"/>
          <w:i/>
        </w:rPr>
        <w:t>lẫn</w:t>
      </w:r>
      <w:r>
        <w:rPr>
          <w:b w:val="0"/>
          <w:i w:val="0"/>
        </w:rPr>
        <w:t xml:space="preserve"> Tiến sĩ Solomon đều có một mối quan tâm đặc biệt đến ngành khoa học về…</w:t>
      </w:r>
      <w:r>
        <w:rPr>
          <w:b w:val="0"/>
          <w:i/>
        </w:rPr>
        <w:t>fractal.</w:t>
      </w:r>
      <w:r>
        <w:rPr>
          <w:b w:val="0"/>
          <w:i w:val="0"/>
        </w:rPr>
        <w:t>”</w:t>
      </w:r>
    </w:p>
    <w:p>
      <w:pPr>
        <w:spacing w:after="80"/>
      </w:pPr>
      <w:r>
        <w:rPr>
          <w:b w:val="0"/>
          <w:i w:val="0"/>
        </w:rPr>
        <w:t>Faukman chẳng biết gì về fractal ngoài việc chúng thường xuất hiện dưới dạng những hoa văn xoáy cuộn gồm các mẫu hình lặp lại vô tận.</w:t>
      </w:r>
    </w:p>
    <w:p>
      <w:pPr>
        <w:spacing w:after="80"/>
      </w:pPr>
      <w:r>
        <w:rPr>
          <w:b w:val="0"/>
          <w:i w:val="0"/>
        </w:rPr>
        <w:t>“Trong ba năm qua,” Alex nói, rút điện thoại ra, “Q đã đầu tư mạnh vào các công nghệ fractal, trong khi Katherine…” Anh mở một video và giơ màn hình lên cho Faukman xem.</w:t>
      </w:r>
    </w:p>
    <w:p>
      <w:pPr>
        <w:spacing w:after="80"/>
      </w:pPr>
      <w:r>
        <w:rPr>
          <w:b w:val="0"/>
          <w:i w:val="0"/>
        </w:rPr>
        <w:t xml:space="preserve">Katherine xuất hiện, ngồi trên một bục cao cùng vài diễn giả khác và logo IONS phía sau họ. “Ông đặt một câu hỏi thú vị,” Katherine nói, hướng về một người trong khán phòng. “Thật tình cờ, trong cuốn sách tôi đang viết về ý thức con người, tôi đã viết </w:t>
      </w:r>
      <w:r>
        <w:rPr>
          <w:b w:val="0"/>
          <w:i/>
        </w:rPr>
        <w:t>rất nhiều</w:t>
      </w:r>
      <w:r>
        <w:rPr>
          <w:b w:val="0"/>
          <w:i w:val="0"/>
        </w:rPr>
        <w:t xml:space="preserve"> về fractal.”</w:t>
      </w:r>
    </w:p>
    <w:p>
      <w:pPr>
        <w:spacing w:after="80"/>
      </w:pPr>
      <w:r>
        <w:rPr>
          <w:b w:val="0"/>
          <w:i w:val="0"/>
        </w:rPr>
        <w:t>Tai Faukman dỏng lên.</w:t>
      </w:r>
    </w:p>
    <w:p>
      <w:pPr>
        <w:spacing w:after="80"/>
      </w:pPr>
      <w:r>
        <w:rPr>
          <w:b w:val="0"/>
          <w:i w:val="0"/>
        </w:rPr>
        <w:t xml:space="preserve">“Như ông biết đấy,” bà tiếp tục, “fractal sở hữu một thuộc tính đáng kinh ngạc: mỗi phần riêng lẻ, khi được phóng to, hóa ra lại chính là một phiên bản thu nhỏ của tổng thể—một sự lặp lại tự đồng dạng kéo dài vô tận như ống kính viễn vọng. Nói cách khác, mỗi điểm riêng lẻ chứa đựng </w:t>
      </w:r>
      <w:r>
        <w:rPr>
          <w:b w:val="0"/>
          <w:i/>
        </w:rPr>
        <w:t>mọi thứ</w:t>
      </w:r>
      <w:r>
        <w:rPr>
          <w:b w:val="0"/>
          <w:i w:val="0"/>
        </w:rPr>
        <w:t xml:space="preserve"> khác. Không có cái riêng lẻ…chỉ có tổng thể. Ngày càng nhiều nhà vật lý tin rằng vũ trụ của chúng ta được sắp xếp như một fractal, điều này gợi ý rằng mỗi người trong căn phòng này chứa đựng mọi người khác, và không có sự tách biệt giữa chúng ta. Chúng ta là </w:t>
      </w:r>
      <w:r>
        <w:rPr>
          <w:b w:val="0"/>
          <w:i/>
        </w:rPr>
        <w:t>một</w:t>
      </w:r>
      <w:r>
        <w:rPr>
          <w:b w:val="0"/>
          <w:i w:val="0"/>
        </w:rPr>
        <w:t xml:space="preserve"> ý thức. Tôi thừa nhận, thật khó hình dung, nhưng nếu ông tra cứu hình ảnh bông tuyết Koch hay miếng bọt biển Menger, hoặc tốt hơn nữa, chỉ cần đọc </w:t>
      </w:r>
      <w:r>
        <w:rPr>
          <w:b w:val="0"/>
          <w:i/>
        </w:rPr>
        <w:t>Vũ trụ Toàn ảnh</w:t>
      </w:r>
      <w:r>
        <w:rPr>
          <w:b w:val="0"/>
          <w:i w:val="0"/>
        </w:rPr>
        <w:t>—”</w:t>
      </w:r>
    </w:p>
    <w:p>
      <w:pPr>
        <w:spacing w:after="80"/>
      </w:pPr>
      <w:r>
        <w:rPr>
          <w:b w:val="0"/>
          <w:i w:val="0"/>
        </w:rPr>
        <w:t>“Đại khái là vậy,” Alex nói, dừng video.</w:t>
      </w:r>
    </w:p>
    <w:p>
      <w:pPr>
        <w:spacing w:after="80"/>
      </w:pPr>
      <w:r>
        <w:rPr>
          <w:b w:val="0"/>
          <w:i w:val="0"/>
        </w:rPr>
        <w:t>Faukman phân vân. “Alex, tôi rất nghi ngờ việc CIA quan tâm đến fractal lại có liên quan gì đến sự liên kết giữa vũ trụ và nhân loại.”</w:t>
      </w:r>
    </w:p>
    <w:p>
      <w:pPr>
        <w:spacing w:after="80"/>
      </w:pPr>
      <w:r>
        <w:rPr>
          <w:b w:val="0"/>
          <w:i w:val="0"/>
        </w:rPr>
        <w:t xml:space="preserve">“Tôi đồng ý, nhưng </w:t>
      </w:r>
      <w:r>
        <w:rPr>
          <w:b w:val="0"/>
          <w:i/>
        </w:rPr>
        <w:t>fractal</w:t>
      </w:r>
      <w:r>
        <w:rPr>
          <w:b w:val="0"/>
          <w:i w:val="0"/>
        </w:rPr>
        <w:t xml:space="preserve"> đóng vai trò then chốt trong các sơ đồ mã hóa, cấu trúc liên kết mạng, trực quan hóa dữ liệu, và đủ loại công nghệ an ninh quốc gia khác. Katherine nói bà ấy đã viết </w:t>
      </w:r>
      <w:r>
        <w:rPr>
          <w:b w:val="0"/>
          <w:i/>
        </w:rPr>
        <w:t>rất nhiều</w:t>
      </w:r>
      <w:r>
        <w:rPr>
          <w:b w:val="0"/>
          <w:i w:val="0"/>
        </w:rPr>
        <w:t xml:space="preserve"> về fractal trong cuốn sách của mình, nên tôi nghĩ có lẽ bà ấy đã phát hiện ra điều gì đó làm tổn hại đến một trong những khoản đầu tư của Q. Đáng để xem xét đấy.”</w:t>
      </w:r>
    </w:p>
    <w:p>
      <w:pPr>
        <w:spacing w:after="80"/>
      </w:pPr>
      <w:r>
        <w:rPr>
          <w:b w:val="0"/>
          <w:i w:val="0"/>
        </w:rPr>
        <w:t>“Có lý,” Faukman đồng ý. “Tôi sẽ đào sâu vào. Cảm ơn anh.”</w:t>
      </w:r>
    </w:p>
    <w:p>
      <w:pPr>
        <w:spacing w:after="80"/>
      </w:pPr>
      <w:r>
        <w:rPr>
          <w:b w:val="0"/>
          <w:i w:val="0"/>
        </w:rPr>
        <w:t>“Có gì thì báo tôi nhé. Tôi phải đi đây.”</w:t>
      </w:r>
    </w:p>
    <w:p>
      <w:pPr>
        <w:spacing w:after="80"/>
      </w:pPr>
      <w:r>
        <w:rPr>
          <w:b w:val="0"/>
          <w:i w:val="0"/>
        </w:rPr>
        <w:t>Anh chàng kỹ thuật viên vội vã quay lại cuộc thẩm vấn, còn Faukman trở về với máy tính của mình.</w:t>
      </w:r>
    </w:p>
    <w:p>
      <w:pPr>
        <w:spacing w:after="80"/>
      </w:pPr>
      <w:r>
        <w:rPr>
          <w:b w:val="0"/>
          <w:i w:val="0"/>
        </w:rPr>
        <w:t>Bên ngoài, mưa rơi càng lúc càng nặng hạt.</w:t>
      </w:r>
    </w:p>
    <w:p>
      <w:pPr>
        <w:pStyle w:val="Heading1"/>
      </w:pPr>
      <w:r>
        <w:rPr>
          <w:rFonts w:ascii="Calibri" w:hAnsi="Calibri"/>
          <w:b/>
          <w:i w:val="0"/>
          <w:sz w:val="40"/>
        </w:rPr>
        <w:t>Chương 100</w:t>
      </w:r>
    </w:p>
    <w:p>
      <w:pPr>
        <w:spacing w:after="80"/>
      </w:pPr>
      <w:r>
        <w:rPr>
          <w:b w:val="0"/>
          <w:i/>
        </w:rPr>
        <w:t>Đây đúng là một hiệu thuốc thực sự của các chất gây ảo giác…</w:t>
      </w:r>
    </w:p>
    <w:p>
      <w:pPr>
        <w:spacing w:after="80"/>
      </w:pPr>
      <w:r>
        <w:rPr>
          <w:b w:val="0"/>
          <w:i w:val="0"/>
        </w:rPr>
        <w:t>Katherine sững sờ nhìn vào trong tủ lạnh, nơi bày la liệt những loại thuốc mạnh đến kinh người. Ngoài vài chất cô không nhận ra, Katherine còn thấy những lọ diethylamide, psilocybin và DMT—những thành phần tác dụng chính trong LSD, nấm ma thuật và ayahuasca. Cô thậm chí còn phát hiện những hộp đựng tinh chất Salvia chưng cất và MDMA—cả hai đều bất hợp pháp ở dạng này.</w:t>
      </w:r>
    </w:p>
    <w:p>
      <w:pPr>
        <w:spacing w:after="80"/>
      </w:pPr>
      <w:r>
        <w:rPr>
          <w:b w:val="0"/>
          <w:i w:val="0"/>
        </w:rPr>
        <w:t xml:space="preserve">Sự hiện diện của những loại thuốc này trong một phòng thí nghiệm VR chỉ có thể có một ý nghĩa. </w:t>
      </w:r>
      <w:r>
        <w:rPr>
          <w:b w:val="0"/>
          <w:i/>
        </w:rPr>
        <w:t>Threshold đang cấp thuốc kết hợp với những trải nghiệm đắm chìm trong thực tế ảo tối tân.</w:t>
      </w:r>
    </w:p>
    <w:p>
      <w:pPr>
        <w:spacing w:after="80"/>
      </w:pPr>
      <w:r>
        <w:rPr>
          <w:b w:val="0"/>
          <w:i w:val="0"/>
        </w:rPr>
        <w:t>Các liệu pháp VR/thuốc kích thích kép bị quản lý cực kỳ chặt chẽ trong lĩnh vực y tế vì người ta chưa hiểu rõ kết quả của chúng. Trong nhiều trường hợp, sự kích thích kết hợp mạnh đến mức nó thay đổi cấu trúc não bộ một cách nhanh chóng và theo những cách không thể đoán trước. Các nhà thần kinh học đã bắt đầu nhận thấy những thay đổi cấu trúc đáng kinh ngạc trong não của những người trẻ kết hợp chơi game máy tính với việc dùng thuốc thiết kế.</w:t>
      </w:r>
    </w:p>
    <w:p>
      <w:pPr>
        <w:spacing w:after="80"/>
      </w:pPr>
      <w:r>
        <w:rPr>
          <w:b w:val="0"/>
          <w:i w:val="0"/>
        </w:rPr>
        <w:t>Một thế hệ mới những kẻ tìm cảm giác mạnh giờ đây đeo kính VR tiêu dùng và dành hàng giờ hút cần sa trong khi trôi nổi ảo trong không gian…hít cocaine khi cưỡi tàu lượn siêu tốc ảo…hoặc "lướt mép" (edging) với đủ loại thuốc tình dục làm giãn thời gian trong khi xem phim khiêu dâm VR. Vô ích thay, vô số lời cảnh báo đã được đưa ra bởi những trải nghiệm này gây nghiện cực kỳ mạnh.</w:t>
      </w:r>
    </w:p>
    <w:p>
      <w:pPr>
        <w:spacing w:after="80"/>
      </w:pPr>
      <w:r>
        <w:rPr>
          <w:b w:val="0"/>
          <w:i w:val="0"/>
        </w:rPr>
        <w:t>Người ta không muốn nghe nó nguy hiểm đến mức nào…</w:t>
      </w:r>
    </w:p>
    <w:p>
      <w:pPr>
        <w:spacing w:after="80"/>
      </w:pPr>
      <w:r>
        <w:rPr>
          <w:b w:val="0"/>
          <w:i w:val="0"/>
        </w:rPr>
        <w:t xml:space="preserve">Năm ngoái, Katherine đã bị la ó khi cô nói chuyện với một khán giả gồm những người đam mê game am hiểu công nghệ và giải thích rằng việc tiếp xúc kéo dài với các trò chơi bắn súng góc nhìn thứ nhất siêu thực đã được chứng minh không chỉ định hình độ nhạy cảm của con người với nội dung đồ họa—mà còn </w:t>
      </w:r>
      <w:r>
        <w:rPr>
          <w:b w:val="0"/>
          <w:i/>
        </w:rPr>
        <w:t>tái lập trình</w:t>
      </w:r>
      <w:r>
        <w:rPr>
          <w:b w:val="0"/>
          <w:i w:val="0"/>
        </w:rPr>
        <w:t xml:space="preserve"> cấu trúc não bộ, làm tê liệt các kích thích đồng cảm thông thường.</w:t>
      </w:r>
    </w:p>
    <w:p>
      <w:pPr>
        <w:spacing w:after="80"/>
      </w:pPr>
      <w:r>
        <w:rPr>
          <w:b w:val="0"/>
          <w:i w:val="0"/>
        </w:rPr>
        <w:t>Tiếng la ó càng lớn hơn khi cô thông báo cho họ về những nghiên cứu não mới cho thấy việc tiêu thụ ngấu nghiến nội dung khiêu dâm trực tuyến đang thay đổi thể chất tâm trí của giới trẻ—"về cơ bản là mọc lên một lớp chai trên bản năng tình dục của con người" và khiến họ chai lì với tình dục thật. Kết quả là sự hưng phấn, ngay cả ở người trẻ, chỉ có thể đạt được với sự hỗ trợ của một số lượng và sự đa dạng kích thích đến hoa mắt.</w:t>
      </w:r>
    </w:p>
    <w:p>
      <w:pPr>
        <w:spacing w:after="80"/>
      </w:pPr>
      <w:r>
        <w:rPr>
          <w:b w:val="0"/>
          <w:i w:val="0"/>
        </w:rPr>
        <w:t>Langdon đứng bên cạnh cô, quét mắt qua các lọ và hộp đựng trong tủ lạnh. "Những loại thuốc này để làm gì?"</w:t>
      </w:r>
    </w:p>
    <w:p>
      <w:pPr>
        <w:spacing w:after="80"/>
      </w:pPr>
      <w:r>
        <w:rPr>
          <w:b w:val="0"/>
          <w:i w:val="0"/>
        </w:rPr>
        <w:t xml:space="preserve">"Chính xác thì tôi không chắc, nhưng một số chất trong đây không phải chuyện đùa—những chất gây ảo giác mạnh mẽ." Cô nhìn quanh, những suy nghĩ giờ đây chạy đua. "Nếu phải đoán, tôi sẽ nói căn phòng này được xây dựng riêng cho một mục đích—để </w:t>
      </w:r>
      <w:r>
        <w:rPr>
          <w:b w:val="0"/>
          <w:i/>
        </w:rPr>
        <w:t>tái lập trình</w:t>
      </w:r>
      <w:r>
        <w:rPr>
          <w:b w:val="0"/>
          <w:i w:val="0"/>
        </w:rPr>
        <w:t xml:space="preserve"> não bộ con người."</w:t>
      </w:r>
    </w:p>
    <w:p>
      <w:pPr>
        <w:spacing w:after="80"/>
      </w:pPr>
      <w:r>
        <w:rPr>
          <w:b w:val="0"/>
          <w:i w:val="0"/>
        </w:rPr>
        <w:t>"Xin lỗi—tái lập trình?"</w:t>
      </w:r>
    </w:p>
    <w:p>
      <w:pPr>
        <w:spacing w:after="80"/>
      </w:pPr>
      <w:r>
        <w:rPr>
          <w:b w:val="0"/>
          <w:i w:val="0"/>
        </w:rPr>
        <w:t xml:space="preserve">Cô gật đầu. "Nó được gọi là tính dẻo thần kinh (neural plasticity). Não bộ của chúng ta </w:t>
      </w:r>
      <w:r>
        <w:rPr>
          <w:b w:val="0"/>
          <w:i/>
        </w:rPr>
        <w:t>tiến hóa</w:t>
      </w:r>
      <w:r>
        <w:rPr>
          <w:b w:val="0"/>
          <w:i w:val="0"/>
        </w:rPr>
        <w:t xml:space="preserve"> về mặt thể chất để đáp ứng nhu cầu của những môi trường mới. Não tạo ra các đường dẫn thần kinh mới để xử lý những trải nghiệm mới. Dùng những loại thuốc như thế này, kết hợp với mô phỏng VR, sẽ tạo ra một trải nghiệm mạnh mẽ đến kinh ngạc—sống động gấp bội so với những gì xảy ra trong cuộc sống bình thường—kiểu trải nghiệm mà, nếu lặp đi lặp lại, sẽ thực sự bắt đầu </w:t>
      </w:r>
      <w:r>
        <w:rPr>
          <w:b w:val="0"/>
          <w:i/>
        </w:rPr>
        <w:t>tái lập trình</w:t>
      </w:r>
      <w:r>
        <w:rPr>
          <w:b w:val="0"/>
          <w:i w:val="0"/>
        </w:rPr>
        <w:t xml:space="preserve"> mạng lưới thần kinh của não với tốc độ đáng báo động."</w:t>
      </w:r>
    </w:p>
    <w:p>
      <w:pPr>
        <w:spacing w:after="80"/>
      </w:pPr>
      <w:r>
        <w:rPr>
          <w:b w:val="0"/>
          <w:i w:val="0"/>
        </w:rPr>
        <w:t xml:space="preserve">"Tái lập trình não bộ…để làm </w:t>
      </w:r>
      <w:r>
        <w:rPr>
          <w:b w:val="0"/>
          <w:i/>
        </w:rPr>
        <w:t>gì</w:t>
      </w:r>
      <w:r>
        <w:rPr>
          <w:b w:val="0"/>
          <w:i w:val="0"/>
        </w:rPr>
        <w:t>?"</w:t>
      </w:r>
    </w:p>
    <w:p>
      <w:pPr>
        <w:spacing w:after="80"/>
      </w:pPr>
      <w:r>
        <w:rPr>
          <w:b w:val="0"/>
          <w:i/>
        </w:rPr>
        <w:t>Đó chính là câu hỏi triệu đô,</w:t>
      </w:r>
      <w:r>
        <w:rPr>
          <w:b w:val="0"/>
          <w:i w:val="0"/>
        </w:rPr>
        <w:t xml:space="preserve"> cô nghĩ.</w:t>
      </w:r>
    </w:p>
    <w:p>
      <w:pPr>
        <w:spacing w:after="80"/>
      </w:pPr>
      <w:r>
        <w:rPr>
          <w:b w:val="0"/>
          <w:i w:val="0"/>
        </w:rPr>
        <w:t xml:space="preserve">Katherine biết não bộ của một bậc thầy thiền định suốt đời là độc nhất về mặt giải phẫu—nhiều năm thiền định đã dần tái lập trình nó để đạt được trạng thái tĩnh lặng sâu sắc theo ý muốn. Về bản chất, </w:t>
      </w:r>
      <w:r>
        <w:rPr>
          <w:b w:val="0"/>
          <w:i/>
        </w:rPr>
        <w:t>sự tĩnh lặng</w:t>
      </w:r>
      <w:r>
        <w:rPr>
          <w:b w:val="0"/>
          <w:i w:val="0"/>
        </w:rPr>
        <w:t xml:space="preserve"> đã trở thành trạng thái bình thường mới của bộ não đó.</w:t>
      </w:r>
    </w:p>
    <w:p>
      <w:pPr>
        <w:spacing w:after="80"/>
      </w:pPr>
      <w:r>
        <w:rPr>
          <w:b w:val="0"/>
          <w:i w:val="0"/>
        </w:rPr>
        <w:t>"Robert, giờ tôi chợt nhận ra rằng nếu Threshold liên tục đưa một đối tượng vào trạng thái xuất hồn được tạo ra nhân tạo—</w:t>
      </w:r>
      <w:r>
        <w:rPr>
          <w:b w:val="0"/>
          <w:i/>
        </w:rPr>
        <w:t>được khuếch đại</w:t>
      </w:r>
      <w:r>
        <w:rPr>
          <w:b w:val="0"/>
          <w:i w:val="0"/>
        </w:rPr>
        <w:t xml:space="preserve"> bởi các chất gây ảo giác—thì não bộ của đối tượng đó sẽ bắt đầu tự tái lập trình để khiến trạng thái </w:t>
      </w:r>
      <w:r>
        <w:rPr>
          <w:b w:val="0"/>
          <w:i/>
        </w:rPr>
        <w:t>phân ly</w:t>
      </w:r>
      <w:r>
        <w:rPr>
          <w:b w:val="0"/>
          <w:i w:val="0"/>
        </w:rPr>
        <w:t xml:space="preserve"> đó cảm thấy…bình thường hơn. Nói cách khác, quá trình này có thể đang cố gắng </w:t>
      </w:r>
      <w:r>
        <w:rPr>
          <w:b w:val="0"/>
          <w:i/>
        </w:rPr>
        <w:t>chỉnh</w:t>
      </w:r>
      <w:r>
        <w:rPr>
          <w:b w:val="0"/>
          <w:i w:val="0"/>
        </w:rPr>
        <w:t xml:space="preserve"> một ý thức…để nó thoải mái hơn khi ở </w:t>
      </w:r>
      <w:r>
        <w:rPr>
          <w:b w:val="0"/>
          <w:i/>
        </w:rPr>
        <w:t>bên ngoài</w:t>
      </w:r>
      <w:r>
        <w:rPr>
          <w:b w:val="0"/>
          <w:i w:val="0"/>
        </w:rPr>
        <w:t xml:space="preserve"> cơ thể."</w:t>
      </w:r>
    </w:p>
    <w:p>
      <w:pPr>
        <w:spacing w:after="80"/>
      </w:pPr>
      <w:r>
        <w:rPr>
          <w:b w:val="0"/>
          <w:i w:val="0"/>
        </w:rPr>
        <w:t>Những lời của cô lơ lửng rất lâu trong sự im lặng của không gian dưới lòng đất này.</w:t>
      </w:r>
    </w:p>
    <w:p>
      <w:pPr>
        <w:spacing w:after="80"/>
      </w:pPr>
      <w:r>
        <w:rPr>
          <w:b w:val="0"/>
          <w:i w:val="0"/>
        </w:rPr>
        <w:t>"Phi cục bộ (nonlocal)..." Langdon cuối cùng lên tiếng. "Điều đó chắc chắn sẽ liên quan đến cuốn sách của cô."</w:t>
      </w:r>
    </w:p>
    <w:p>
      <w:pPr>
        <w:spacing w:after="80"/>
      </w:pPr>
      <w:r>
        <w:rPr>
          <w:b w:val="0"/>
          <w:i w:val="0"/>
        </w:rPr>
        <w:t xml:space="preserve">"Đúng, chắc chắn là vậy." </w:t>
      </w:r>
      <w:r>
        <w:rPr>
          <w:b w:val="0"/>
          <w:i/>
        </w:rPr>
        <w:t>Chưa kể đến Stargate nữa,</w:t>
      </w:r>
      <w:r>
        <w:rPr>
          <w:b w:val="0"/>
          <w:i w:val="0"/>
        </w:rPr>
        <w:t xml:space="preserve"> cô nghĩ. "Tôi ghét phải nói ra điều này, nhưng Sasha sẽ là một ứng viên hoàn hảo cho việc tái lập trình mạch thần kinh bằng VR (thực tế ảo). Là một người mắc chứng động kinh, tâm trí cô ấy đã được kết nối một phần cho những trải nghiệm xuất hồn. Dùng cô ấy làm đối tượng thử nghiệm sẽ là một kiểu đường tắt."</w:t>
      </w:r>
    </w:p>
    <w:p>
      <w:pPr>
        <w:spacing w:after="80"/>
      </w:pPr>
      <w:r>
        <w:rPr>
          <w:b w:val="0"/>
          <w:i w:val="0"/>
        </w:rPr>
        <w:t>"Sasha chưa bao giờ kể với tôi bất cứ điều gì như thế."</w:t>
      </w:r>
    </w:p>
    <w:p>
      <w:pPr>
        <w:spacing w:after="80"/>
      </w:pPr>
      <w:r>
        <w:rPr>
          <w:b w:val="0"/>
          <w:i w:val="0"/>
        </w:rPr>
        <w:t>"Có thể cô ấy không nhớ, hoặc thậm chí không ý thức được..." Katherine nói, giọng cô nhỏ dần khi cô chỉ vào trong tủ lạnh. "Thấy chưa? Đó là Rohypnol."</w:t>
      </w:r>
    </w:p>
    <w:p>
      <w:pPr>
        <w:spacing w:after="80"/>
      </w:pPr>
      <w:r>
        <w:rPr>
          <w:b w:val="0"/>
          <w:i w:val="0"/>
        </w:rPr>
        <w:t>"Thuốc cưỡng hiếp hẹn hò đó hả?"</w:t>
      </w:r>
    </w:p>
    <w:p>
      <w:pPr>
        <w:spacing w:after="80"/>
      </w:pPr>
      <w:r>
        <w:rPr>
          <w:b w:val="0"/>
          <w:i w:val="0"/>
        </w:rPr>
        <w:t>Cô gật đầu. "Nó làm suy giảm nghiêm trọng chức năng ghi nhớ và gây ra chứng quên thuận chiều (anterograde amnesia) — giữ cho đối tượng vẫn tỉnh táo hoạt động nhưng khiến họ cực kỳ khó nhớ bất cứ điều gì đã xảy ra."</w:t>
      </w:r>
    </w:p>
    <w:p>
      <w:pPr>
        <w:spacing w:after="80"/>
      </w:pPr>
      <w:r>
        <w:rPr>
          <w:b w:val="0"/>
          <w:i w:val="0"/>
        </w:rPr>
        <w:t xml:space="preserve">Langdon trông kinh hoàng. "Sasha nói với tôi rằng cô ấy có vấn đề về trí nhớ. Cô ấy nghĩ đó là do </w:t>
      </w:r>
      <w:r>
        <w:rPr>
          <w:b w:val="0"/>
          <w:i/>
        </w:rPr>
        <w:t>chứng động kinh</w:t>
      </w:r>
      <w:r>
        <w:rPr>
          <w:b w:val="0"/>
          <w:i w:val="0"/>
        </w:rPr>
        <w:t>."</w:t>
      </w:r>
    </w:p>
    <w:p>
      <w:pPr>
        <w:spacing w:after="80"/>
      </w:pPr>
      <w:r>
        <w:rPr>
          <w:b w:val="0"/>
          <w:i w:val="0"/>
        </w:rPr>
        <w:t>"Rất có thể là vậy," Katherine đáp. "Nhưng nếu Sasha bị cho dùng Rohypnol thường xuyên, cô ấy sẽ bị suy giảm trí nhớ nghiêm trọng... thậm chí có thể không nhớ nổi là mình đã từng đến đây."</w:t>
      </w:r>
    </w:p>
    <w:p>
      <w:pPr>
        <w:spacing w:after="80"/>
      </w:pPr>
      <w:r>
        <w:rPr>
          <w:b w:val="0"/>
          <w:i w:val="0"/>
        </w:rPr>
        <w:t>"Có lẽ điều đó giải thích chiếc xe lăn trong xe vận chuyển? Họ có thể đã đưa đón Sasha qua lại?"</w:t>
      </w:r>
    </w:p>
    <w:p>
      <w:pPr>
        <w:spacing w:after="80"/>
      </w:pPr>
      <w:r>
        <w:rPr>
          <w:b w:val="0"/>
          <w:i w:val="0"/>
        </w:rPr>
        <w:t xml:space="preserve">"Hoàn toàn có thể," Katherine nói. "Và nó khiến tôi nghĩ đến người động kinh kia mà anh đã nhắc đến — người đàn ông mà Brigita mang từ cùng cơ sở đó? Brigita có thể đã nói với Sasha rằng anh ta đã về nhà, nhưng đây là những loại thuốc cực kỳ nguy hiểm... </w:t>
      </w:r>
      <w:r>
        <w:rPr>
          <w:b w:val="0"/>
          <w:i/>
        </w:rPr>
        <w:t>Bất cứ điều gì</w:t>
      </w:r>
      <w:r>
        <w:rPr>
          <w:b w:val="0"/>
          <w:i w:val="0"/>
        </w:rPr>
        <w:t xml:space="preserve"> cũng có thể đã xảy ra. Anh ta có thể đã phát điên hoặc chết — ai mà biết? Một lợi thế của việc chiêu mộ một bệnh nhân bị bỏ rơi trong một cơ sở của chính phủ là anh ta sẽ không thực sự bị ai nhớ đến nếu biến mất."</w:t>
      </w:r>
    </w:p>
    <w:p>
      <w:pPr>
        <w:spacing w:after="80"/>
      </w:pPr>
      <w:r>
        <w:rPr>
          <w:b w:val="0"/>
          <w:i w:val="0"/>
        </w:rPr>
        <w:t>Langdon đã tiến về phía cửa. "Chuyện này bắt đầu có lý rồi," anh nói, "và nếu chúng ta đúng... và chúng ta có thể tìm được bằng chứng rằng CIA đang thử nghiệm trên những đối tượng thử nghiệm vô tội mà họ không hề hay biết..."</w:t>
      </w:r>
    </w:p>
    <w:p>
      <w:pPr>
        <w:spacing w:after="80"/>
      </w:pPr>
      <w:r>
        <w:rPr>
          <w:b w:val="0"/>
          <w:i/>
        </w:rPr>
        <w:t>Thì coi như xong,</w:t>
      </w:r>
      <w:r>
        <w:rPr>
          <w:b w:val="0"/>
          <w:i w:val="0"/>
        </w:rPr>
        <w:t xml:space="preserve"> Katherine nhận ra, hình dung mức độ phẫn nộ của công chúng nếu điều này là thật.</w:t>
      </w:r>
    </w:p>
    <w:p>
      <w:pPr>
        <w:jc w:val="center"/>
      </w:pPr>
      <w:r>
        <w:drawing>
          <wp:inline xmlns:a="http://schemas.openxmlformats.org/drawingml/2006/main" xmlns:pic="http://schemas.openxmlformats.org/drawingml/2006/picture">
            <wp:extent cx="5486400" cy="362122"/>
            <wp:docPr id="92" name="Picture 92"/>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Trở lại hành lang, Langdon háo hức muốn tiến sâu hơn vào Threshold. Hành lang chính rẽ ngoặt sang phải, và anh có thể thấy hai hành lang nhỏ hơn tách ra từ đó về phía bên trái. Cơ sở này đang biến thành một mê cung.</w:t>
      </w:r>
    </w:p>
    <w:p>
      <w:pPr>
        <w:spacing w:after="80"/>
      </w:pPr>
      <w:r>
        <w:rPr>
          <w:b w:val="0"/>
          <w:i w:val="0"/>
        </w:rPr>
        <w:t>Một hầm trú ẩn bom thời Chiến tranh Lạnh quanh co... Nó kéo dài đến đâu nhỉ?</w:t>
      </w:r>
    </w:p>
    <w:p>
      <w:pPr>
        <w:spacing w:after="80"/>
      </w:pPr>
      <w:r>
        <w:rPr>
          <w:b w:val="0"/>
          <w:i w:val="0"/>
        </w:rPr>
        <w:t>Anh biết họ sẽ cần phải chú ý thật kỹ nếu muốn tìm được đường ra khỏi đây.</w:t>
      </w:r>
    </w:p>
    <w:p>
      <w:pPr>
        <w:spacing w:after="80"/>
      </w:pPr>
      <w:r>
        <w:rPr>
          <w:b w:val="0"/>
          <w:i w:val="0"/>
        </w:rPr>
        <w:t>Ở góc cua, họ rẽ phải, men theo hành lang chính. Một lần nữa, khi bước vào không gian tối om, đèn sàn lập tức bật sáng.</w:t>
      </w:r>
    </w:p>
    <w:p>
      <w:pPr>
        <w:spacing w:after="80"/>
      </w:pPr>
      <w:r>
        <w:rPr>
          <w:b w:val="0"/>
          <w:i w:val="0"/>
        </w:rPr>
        <w:t>Không xa phía trước, một cặp cửa đôi chặn ngang hành lang. Langdon thấy yên tâm khi nhận ra cửa sổ hình bầu dục trên cánh cửa tối om, cho thấy khu vực phía sau không bật đèn.</w:t>
      </w:r>
    </w:p>
    <w:p>
      <w:pPr>
        <w:spacing w:after="80"/>
      </w:pPr>
      <w:r>
        <w:rPr>
          <w:b w:val="0"/>
          <w:i w:val="0"/>
        </w:rPr>
        <w:t>Mình vẫn chỉ có một mình dưới này…ít nhất là ở khu vực này.</w:t>
      </w:r>
    </w:p>
    <w:p>
      <w:pPr>
        <w:spacing w:after="80"/>
      </w:pPr>
      <w:r>
        <w:rPr>
          <w:b w:val="0"/>
          <w:i w:val="0"/>
        </w:rPr>
        <w:t xml:space="preserve">Họ đẩy cặp cửa đôi bước vào bóng tối dày đặc hơn, và đèn sàn lại bật lên, hé lộ một đoạn hành lang khác. Nhưng ở đây có gì đó khác lạ…Không khí mát hơn khoảng mười độ và thoang thoảng mùi carbon đặc trưng của không khí bảo tàng. </w:t>
      </w:r>
      <w:r>
        <w:rPr>
          <w:b w:val="0"/>
          <w:i/>
        </w:rPr>
        <w:t>Được lọc kỹ càng.</w:t>
      </w:r>
    </w:p>
    <w:p>
      <w:pPr>
        <w:spacing w:after="80"/>
      </w:pPr>
      <w:r>
        <w:rPr>
          <w:b w:val="0"/>
          <w:i w:val="0"/>
        </w:rPr>
        <w:t>Điều thứ hai Langdon nhận ra là hành lang này là ngõ cụt. Hành lang chỉ có một hốc tường duy nhất bên trái, khoảng giữa đường, mà theo mọi dấu hiệu, đó là lối vào một tổ hợp phòng nào đó.</w:t>
      </w:r>
    </w:p>
    <w:p>
      <w:pPr>
        <w:spacing w:after="80"/>
      </w:pPr>
      <w:r>
        <w:rPr>
          <w:b w:val="0"/>
          <w:i w:val="0"/>
        </w:rPr>
        <w:t xml:space="preserve">Langdon nhận ra rằng nếu họ không tìm thấy thứ mình cần </w:t>
      </w:r>
      <w:r>
        <w:rPr>
          <w:b w:val="0"/>
          <w:i/>
        </w:rPr>
        <w:t>trong đó,</w:t>
      </w:r>
      <w:r>
        <w:rPr>
          <w:b w:val="0"/>
          <w:i w:val="0"/>
        </w:rPr>
        <w:t xml:space="preserve"> họ sẽ phải bắt đầu rời khỏi hành lang chính để tiến vào những khu vực khác. Dù có trí nhớ siêu phàm, anh đã bắt đầu bị lạc hướng trong mê cung này.</w:t>
      </w:r>
    </w:p>
    <w:p>
      <w:pPr>
        <w:spacing w:after="80"/>
      </w:pPr>
      <w:r>
        <w:rPr>
          <w:b w:val="0"/>
          <w:i w:val="0"/>
        </w:rPr>
        <w:t>Khi họ tiếp tục bước đi, Langdon cố xác định chính xác họ đang ở vị trí nào bên dưới Công viên Folimanka. Anh nhìn bức tường ngõ cụt ở cuối hành lang, tự hỏi liệu có phải bên kia nó đang có những du khách dạo chơi trong khu vực công cộng của hầm trú ẩn…không hề hay biết về cơ sở đáng ngại ngay bên cạnh họ.</w:t>
      </w:r>
    </w:p>
    <w:p>
      <w:pPr>
        <w:spacing w:after="80"/>
      </w:pPr>
      <w:r>
        <w:rPr>
          <w:b w:val="0"/>
          <w:i w:val="0"/>
        </w:rPr>
        <w:t>Họ rẽ vào hốc tường duy nhất và khựng lại. Trước mặt họ là một cánh cửa xoay bằng kính quá khổ với những gioăng cao su dày để giữ chất lượng không khí. Nó trông giống một cánh cửa phòng thí nghiệm khác, nhưng không gian phía sau tối đen như mực.</w:t>
      </w:r>
    </w:p>
    <w:p>
      <w:pPr>
        <w:spacing w:after="80"/>
      </w:pPr>
      <w:r>
        <w:rPr>
          <w:b w:val="0"/>
          <w:i w:val="0"/>
        </w:rPr>
        <w:t>“RTD,” Katherine nói, đọc ba chữ cái được kẻ khuôn phía trên cửa xoay. “Nghe có vẻ hứa hẹn.”</w:t>
      </w:r>
    </w:p>
    <w:p>
      <w:pPr>
        <w:spacing w:after="80"/>
      </w:pPr>
      <w:r>
        <w:rPr>
          <w:b w:val="0"/>
          <w:i w:val="0"/>
        </w:rPr>
        <w:t xml:space="preserve">“Vậy à?” Ký ức duy nhất của Langdon về RTD là từ môn toán tiểu học. </w:t>
      </w:r>
      <w:r>
        <w:rPr>
          <w:b w:val="0"/>
          <w:i/>
        </w:rPr>
        <w:t>Tốc độ x Thời gian = Quãng đường.</w:t>
      </w:r>
    </w:p>
    <w:p>
      <w:pPr>
        <w:spacing w:after="80"/>
      </w:pPr>
      <w:r>
        <w:rPr>
          <w:b w:val="0"/>
          <w:i w:val="0"/>
        </w:rPr>
        <w:t xml:space="preserve">“Nghiên cứu và phát triển kỹ thuật—đây là tương đương của R&amp;D ở châu Âu,” cô nói, nhìn xuyên qua lớp kính tối. “Nghĩa là </w:t>
      </w:r>
      <w:r>
        <w:rPr>
          <w:b w:val="0"/>
          <w:i/>
        </w:rPr>
        <w:t>cái này</w:t>
      </w:r>
      <w:r>
        <w:rPr>
          <w:b w:val="0"/>
          <w:i w:val="0"/>
        </w:rPr>
        <w:t xml:space="preserve"> có thể chính là thứ chúng ta đang tìm.”</w:t>
      </w:r>
    </w:p>
    <w:p>
      <w:pPr>
        <w:pStyle w:val="Heading1"/>
      </w:pPr>
      <w:r>
        <w:rPr>
          <w:rFonts w:ascii="Calibri" w:hAnsi="Calibri"/>
          <w:b/>
          <w:i w:val="0"/>
          <w:sz w:val="40"/>
        </w:rPr>
        <w:t>Chương 101</w:t>
      </w:r>
    </w:p>
    <w:p>
      <w:pPr>
        <w:spacing w:after="80"/>
      </w:pPr>
      <w:r>
        <w:rPr>
          <w:b w:val="0"/>
          <w:i w:val="0"/>
        </w:rPr>
        <w:t>Giám đốc CIA Gregory Judd phóng chiếc Jeep Grand Cherokee của vợ lao vun vút dọc đường Georgetown Pike về phía trụ sở CIA ở Langley. Tài xế riêng của ông chưa sẵn sàng vào giờ sớm thế này, và Judd không có thời gian chờ đợi. Dù không ưa phương pháp của Finch, vị giám đốc vẫn có bổn phận đặt đất nước lên trước…và hầu hết người Mỹ không thể nào hiểu nổi những mối đe dọa mà đất nước này đang phải đối mặt.</w:t>
      </w:r>
    </w:p>
    <w:p>
      <w:pPr>
        <w:spacing w:after="80"/>
      </w:pPr>
      <w:r>
        <w:rPr>
          <w:b w:val="0"/>
          <w:i w:val="0"/>
        </w:rPr>
        <w:t>Nước Mỹ và các đồng minh đang bị tấn công…mọi lúc mọi nơi.</w:t>
      </w:r>
    </w:p>
    <w:p>
      <w:pPr>
        <w:spacing w:after="80"/>
      </w:pPr>
      <w:r>
        <w:rPr>
          <w:b w:val="0"/>
          <w:i w:val="0"/>
        </w:rPr>
        <w:t>Những năm gần đây, kẻ thù của họ chỉ cần những công cụ mạng xã hội sơ đẳng nhất để tác động đến tâm trí và quyết định của hàng triệu triệu người. Cơ quan của ông đã theo dõi những ảnh hưởng nước ngoài có thể đo lường được đối với các cuộc bầu cử, thói quen tiêu dùng, quyết định kinh tế và xu hướng chính trị. Nhưng những cuộc tấn công đó chẳng thấm vào đâu so với cơn bão đang đến.</w:t>
      </w:r>
    </w:p>
    <w:p>
      <w:pPr>
        <w:spacing w:after="80"/>
      </w:pPr>
      <w:r>
        <w:rPr>
          <w:b w:val="0"/>
          <w:i w:val="0"/>
        </w:rPr>
        <w:t>Một chiến trường mới đang hình thành, và nó đòi hỏi những loại vũ khí mới.</w:t>
      </w:r>
    </w:p>
    <w:p>
      <w:pPr>
        <w:spacing w:after="80"/>
      </w:pPr>
      <w:r>
        <w:rPr>
          <w:b w:val="0"/>
          <w:i w:val="0"/>
        </w:rPr>
        <w:t xml:space="preserve">Người Nga, người Trung Quốc và người Mỹ </w:t>
      </w:r>
      <w:r>
        <w:rPr>
          <w:b w:val="0"/>
          <w:i/>
        </w:rPr>
        <w:t>đều</w:t>
      </w:r>
      <w:r>
        <w:rPr>
          <w:b w:val="0"/>
          <w:i w:val="0"/>
        </w:rPr>
        <w:t xml:space="preserve"> đang chạy đua để thống trị đấu trường mới này, và giành chiến thắng trong cuộc đua đó đã là chỉ thị chính của Gregory Judd suốt hai mươi năm ông nắm giữ các vị trí cao cấp trong cơ quan. Threshold, cùng công nghệ đáng kinh ngạc của nó, sắp mang lại cho ông một lợi thế.</w:t>
      </w:r>
    </w:p>
    <w:p>
      <w:pPr>
        <w:spacing w:after="80"/>
      </w:pPr>
      <w:r>
        <w:rPr>
          <w:b w:val="0"/>
          <w:i w:val="0"/>
        </w:rPr>
        <w:t>Giờ đây, khi đang phóng xe về phía Langley, ông tự hỏi không biết Đại sứ Nagel đã gửi thứ gì đến máy chủ bảo mật của ông mà bà tin rằng đủ sức gây nổ để có thể uy hiếp CIA.</w:t>
      </w:r>
    </w:p>
    <w:p>
      <w:pPr>
        <w:spacing w:after="80"/>
      </w:pPr>
      <w:r>
        <w:rPr>
          <w:b w:val="0"/>
          <w:i/>
        </w:rPr>
        <w:t>Một màn thăm dò?</w:t>
      </w:r>
      <w:r>
        <w:rPr>
          <w:b w:val="0"/>
          <w:i w:val="0"/>
        </w:rPr>
        <w:t xml:space="preserve"> Khó mà tin. </w:t>
      </w:r>
      <w:r>
        <w:rPr>
          <w:b w:val="0"/>
          <w:i/>
        </w:rPr>
        <w:t>Một nước cờ quá tay?</w:t>
      </w:r>
      <w:r>
        <w:rPr>
          <w:b w:val="0"/>
          <w:i w:val="0"/>
        </w:rPr>
        <w:t xml:space="preserve"> Nagel quá thông minh để làm vậy.</w:t>
      </w:r>
    </w:p>
    <w:p>
      <w:pPr>
        <w:spacing w:after="80"/>
      </w:pPr>
      <w:r>
        <w:rPr>
          <w:b w:val="0"/>
          <w:i w:val="0"/>
        </w:rPr>
        <w:t>Điều duy nhất ông có thể hình dung là bà đã bằng cách nào đó phát hiện ra những gì họ đang làm bên trong Threshold. Nếu đúng như vậy, Judd sẽ phải làm mọi thứ trong khả năng để giữ bà im lặng. Nếu Nagel công khai loại thông tin nhạy cảm đó, hậu quả sẽ bùng nổ—và mang tầm toàn cầu.</w:t>
      </w:r>
    </w:p>
    <w:p>
      <w:pPr>
        <w:spacing w:after="80"/>
      </w:pPr>
      <w:r>
        <w:rPr>
          <w:b w:val="0"/>
          <w:i w:val="0"/>
        </w:rPr>
        <w:t>Chỉ qua một đêm, cuộc chạy đua vũ trang ngoại cảm sẽ leo thang không thể kiểm soát.</w:t>
      </w:r>
    </w:p>
    <w:p>
      <w:pPr>
        <w:jc w:val="center"/>
      </w:pPr>
      <w:r>
        <w:drawing>
          <wp:inline xmlns:a="http://schemas.openxmlformats.org/drawingml/2006/main" xmlns:pic="http://schemas.openxmlformats.org/drawingml/2006/picture">
            <wp:extent cx="5486400" cy="362122"/>
            <wp:docPr id="93" name="Picture 93"/>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Sâu bên dưới Công viên Folimanka, The Golěm ngồi tựa lưng vào cánh cửa kim loại nặng nề, lấy lại hơi thở.</w:t>
      </w:r>
    </w:p>
    <w:p>
      <w:pPr>
        <w:spacing w:after="80"/>
      </w:pPr>
      <w:r>
        <w:rPr>
          <w:b w:val="0"/>
          <w:i w:val="0"/>
        </w:rPr>
        <w:t>Mình không thể mạo hiểm thêm một cơn co giật nào nữa.</w:t>
      </w:r>
    </w:p>
    <w:p>
      <w:pPr>
        <w:spacing w:after="80"/>
      </w:pPr>
      <w:r>
        <w:rPr>
          <w:b w:val="0"/>
          <w:i w:val="0"/>
        </w:rPr>
        <w:t>Mình cần thoát ra còn sống…mình phải giải phóng Sasha.</w:t>
      </w:r>
    </w:p>
    <w:p>
      <w:pPr>
        <w:spacing w:after="80"/>
      </w:pPr>
      <w:r>
        <w:rPr>
          <w:b w:val="0"/>
          <w:i w:val="0"/>
        </w:rPr>
        <w:t>Khi mạch đập chậm lại, ông cẩn thận đứng dậy và nắm lấy bánh xe dày gắn trên cửa. Ông dừng lại mười giây để cơn chóng mặt tan đi. Rồi với toàn bộ sức lực, ông xoay bánh xe liên tục cho đến khi nghe thấy tiếng chốt nặng bên trong bật ra. The Golěm đẩy cánh cổng thép vào trong. Từ bóng tối phía bên kia, một cơn gió băng giá lùa qua người ông, thổi tung vạt áo choàng khi ông cúi đầu bước qua khung cửa kín khí. Đèn bên trong bật sáng, và ông kéo mạnh cánh cửa đóng lại sau lưng.</w:t>
      </w:r>
    </w:p>
    <w:p>
      <w:pPr>
        <w:spacing w:after="80"/>
      </w:pPr>
      <w:r>
        <w:rPr>
          <w:b w:val="0"/>
          <w:i w:val="0"/>
        </w:rPr>
        <w:t>Ngay lập tức, cơn gió lặng đi.</w:t>
      </w:r>
    </w:p>
    <w:p>
      <w:pPr>
        <w:spacing w:after="80"/>
      </w:pPr>
      <w:r>
        <w:rPr>
          <w:b w:val="0"/>
          <w:i w:val="0"/>
        </w:rPr>
        <w:t>Căn hầm kiên cố nơi ông đang đứng lạnh thấu xương, nhưng ông biết đây không phải hơi lạnh từ điều hòa. Đây là mùa đông Prague đang len lỏi vào. Trần hầm có một lỗ tròn toang hoác, đường kính hơn hai mét. Cái lỗ chạy ngược lên qua một ống thép thẳng đứng vươn qua nhiều tầng đất lên tới một khe hở được ngụy trang tài tình ở giữa Công viên Folimanka.</w:t>
      </w:r>
    </w:p>
    <w:p>
      <w:pPr>
        <w:spacing w:after="80"/>
      </w:pPr>
      <w:r>
        <w:rPr>
          <w:b w:val="0"/>
          <w:i w:val="0"/>
        </w:rPr>
        <w:t>The Golěm đã nhìn thấy khe hở đó nhiều lần.</w:t>
      </w:r>
    </w:p>
    <w:p>
      <w:pPr>
        <w:spacing w:after="80"/>
      </w:pPr>
      <w:r>
        <w:rPr>
          <w:b w:val="0"/>
          <w:i/>
        </w:rPr>
        <w:t>Ai cũng</w:t>
      </w:r>
      <w:r>
        <w:rPr>
          <w:b w:val="0"/>
          <w:i w:val="0"/>
        </w:rPr>
        <w:t xml:space="preserve"> đã thấy.</w:t>
      </w:r>
    </w:p>
    <w:p>
      <w:pPr>
        <w:spacing w:after="80"/>
      </w:pPr>
      <w:r>
        <w:rPr>
          <w:b w:val="0"/>
          <w:i w:val="0"/>
        </w:rPr>
        <w:t>Ống dẫn nhô lên khỏi mặt đất khoảng ba mét và được bịt bằng một vòm bê tông có lỗ thủng. Trong nhiều thập kỷ, với người qua đường trong công viên, nó trông giống như một quả ngư lôi bê tông khổng lồ cắm ra khỏi mặt đất.</w:t>
      </w:r>
    </w:p>
    <w:p>
      <w:pPr>
        <w:spacing w:after="80"/>
      </w:pPr>
      <w:r>
        <w:rPr>
          <w:b w:val="0"/>
          <w:i w:val="0"/>
        </w:rPr>
        <w:t xml:space="preserve">Các sách hướng dẫn đã xác định chính xác nó là ống thông gió nguyên bản của hầm trú bom Folimanka nay đã ngừng hoạt động, và bất chấp nhiều đơn kiến nghị gỡ bỏ "đầu ngư lôi" như một thứ ký ức chướng mắt thời Chiến tranh Lạnh, các nghệ sĩ đường phố ẩn danh lại nảy ra một ý tưởng hoàn toàn khác. Prague là thành phố của nghệ thuật tiên phong, và nhiều năm trước, ống thông gió bê tông đã được biến hóa một cách bí ẩn. Tấm toan có hình dạng kỳ lạ giờ đây tôn vinh một trong những ngôi sao điện ảnh được yêu mến nhất Hollywood—một chú robot có hình dáng tình cờ giống hệt đầu ngư lôi—droid R2-D2 trong </w:t>
      </w:r>
      <w:r>
        <w:rPr>
          <w:b w:val="0"/>
          <w:i/>
        </w:rPr>
        <w:t>Star Wars.</w:t>
      </w:r>
    </w:p>
    <w:p>
      <w:pPr>
        <w:spacing w:after="80"/>
      </w:pPr>
      <w:r>
        <w:rPr>
          <w:b w:val="0"/>
          <w:i w:val="0"/>
        </w:rPr>
        <w:t>R2-D2 đã trở thành một điểm nhấn được yêu thích trong Công viên Folimanka, sừng sững phía trên tất cả những ai tạo dáng chụp ảnh bên thân hình mang tính biểu tượng màu bạc, xanh dương và trắng của nó. Chính quyền thành phố đồng ý rằng việc giữ nguyên tác phẩm nghệ thuật ẩn danh này là phù hợp về mặt lịch sử, bởi thực ra chính một nhà văn Séc—Karel čapek—là người đầu tiên đặt ra thuật ngữ "robot" trong một vở kịch ông viết năm 1920.</w:t>
      </w:r>
    </w:p>
    <w:p>
      <w:pPr>
        <w:spacing w:after="80"/>
      </w:pPr>
      <w:r>
        <w:rPr>
          <w:b w:val="0"/>
          <w:i w:val="0"/>
        </w:rPr>
        <w:t xml:space="preserve">Tất nhiên rồi, từ bên ngoài sẽ chẳng ai ngờ được rằng cái giếng thông gió đã ngừng hoạt động này lại được tái sử dụng hoàn toàn cho mục đích khác. Nó không còn được dùng để hút không khí </w:t>
      </w:r>
      <w:r>
        <w:rPr>
          <w:b w:val="0"/>
          <w:i/>
        </w:rPr>
        <w:t>vào</w:t>
      </w:r>
      <w:r>
        <w:rPr>
          <w:b w:val="0"/>
          <w:i w:val="0"/>
        </w:rPr>
        <w:t xml:space="preserve"> nữa. Thay vào đó, giờ đây nó là một cơ chế an toàn dự phòng khẩn cấp — được thiết kế để cho thứ khác </w:t>
      </w:r>
      <w:r>
        <w:rPr>
          <w:b w:val="0"/>
          <w:i/>
        </w:rPr>
        <w:t>thoát ra.</w:t>
      </w:r>
    </w:p>
    <w:p>
      <w:pPr>
        <w:jc w:val="center"/>
      </w:pPr>
      <w:r>
        <w:drawing>
          <wp:inline xmlns:a="http://schemas.openxmlformats.org/drawingml/2006/main" xmlns:pic="http://schemas.openxmlformats.org/drawingml/2006/picture">
            <wp:extent cx="5486400" cy="362122"/>
            <wp:docPr id="94" name="Picture 94"/>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Tiếng mưa đều đều gõ lên cửa sổ nhà Faukman nghe như một bản nhạc nền thích hợp cho cái ngõ cụt mới nhất của ông. Sau khi đã nghiên cứu tất cả các khoản đầu tư dựa trên fractal của In-Q-Tel, ông chẳng tìm thấy gì có vẻ như có thể bị tổn hại bởi những ghi chép của Katherine.</w:t>
      </w:r>
    </w:p>
    <w:p>
      <w:pPr>
        <w:spacing w:after="80"/>
      </w:pPr>
      <w:r>
        <w:rPr>
          <w:b w:val="0"/>
          <w:i w:val="0"/>
        </w:rPr>
        <w:t>Kính viễn vọng fractal ư? Linh kiện làm mát fractal? Hình học tàng hình fractal?</w:t>
      </w:r>
    </w:p>
    <w:p>
      <w:pPr>
        <w:spacing w:after="80"/>
      </w:pPr>
      <w:r>
        <w:rPr>
          <w:b w:val="0"/>
          <w:i w:val="0"/>
        </w:rPr>
        <w:t>Faukman lắc đầu bực bội khi cơn kiệt sức của đêm dài thấm sâu hơn vào từng thớ thịt. Ông không thể biết chắc, nhưng ông nghi ngờ rằng bất cứ thứ gì trong bản thảo của Katherine đã châm ngòi cho cuộc tấn công này… đều quan trọng hơn fractal rất nhiều.</w:t>
      </w:r>
    </w:p>
    <w:p>
      <w:pPr>
        <w:pStyle w:val="Heading1"/>
      </w:pPr>
      <w:r>
        <w:rPr>
          <w:rFonts w:ascii="Calibri" w:hAnsi="Calibri"/>
          <w:b/>
          <w:i w:val="0"/>
          <w:sz w:val="40"/>
        </w:rPr>
        <w:t>Chương 102</w:t>
      </w:r>
    </w:p>
    <w:p>
      <w:pPr>
        <w:spacing w:after="80"/>
      </w:pPr>
      <w:r>
        <w:rPr>
          <w:b w:val="0"/>
          <w:i w:val="0"/>
        </w:rPr>
        <w:t>Khi Langdon và Katherine bước qua cánh cửa xoay để vào cơ sở RTD, họ thấy mình đang ở trong một tiền sảnh nhỏ — một buồng kính sạch bóng với các giá để giày, ngăn tủ đựng đồ, và một dãy móc treo những bộ đồ liền thân trắng tinh. Ngoài ra còn có hai "buồng tắm khí" — những buồng kín có các tia khí lọc tốc độ cao để thổi sạch bụi bẩn và chất nhiễm khỏi quần áo và da.</w:t>
      </w:r>
    </w:p>
    <w:p>
      <w:pPr>
        <w:spacing w:after="80"/>
      </w:pPr>
      <w:r>
        <w:rPr>
          <w:b w:val="0"/>
          <w:i/>
        </w:rPr>
        <w:t>Giống như tiền sảnh của một nhà thờ lớn,</w:t>
      </w:r>
      <w:r>
        <w:rPr>
          <w:b w:val="0"/>
          <w:i w:val="0"/>
        </w:rPr>
        <w:t xml:space="preserve"> Langdon ngẫm nghĩ. </w:t>
      </w:r>
      <w:r>
        <w:rPr>
          <w:b w:val="0"/>
          <w:i/>
        </w:rPr>
        <w:t>Một căn phòng để thanh tẩy những kẻ ô uế… trước khi họ bước vào thánh điện.</w:t>
      </w:r>
    </w:p>
    <w:p>
      <w:pPr>
        <w:spacing w:after="80"/>
      </w:pPr>
      <w:r>
        <w:rPr>
          <w:b w:val="0"/>
          <w:i w:val="0"/>
        </w:rPr>
        <w:t>Trong trường hợp này, thánh điện rõ ràng là bất cứ thứ gì nằm phía sau bức tường kính ngay trước mặt họ, với lối vào được đánh dấu bằng một cánh cửa xoay kín khí thứ hai chứ không phải một vòm Gothic.</w:t>
      </w:r>
    </w:p>
    <w:p>
      <w:pPr>
        <w:spacing w:after="80"/>
      </w:pPr>
      <w:r>
        <w:rPr>
          <w:b w:val="0"/>
          <w:i w:val="0"/>
        </w:rPr>
        <w:t xml:space="preserve">Katherine đã đẩy cánh cửa thứ hai bước vào, và Langdon theo sau. Những ngọn đèn halogen bừng sáng trên đầu sáng rực như bất kỳ ngọn đèn nào Langdon từng thấy. Độ chói của chúng còn được khuếch đại thêm bởi những thứ trong phòng; gần như </w:t>
      </w:r>
      <w:r>
        <w:rPr>
          <w:b w:val="0"/>
          <w:i/>
        </w:rPr>
        <w:t>mọi thứ</w:t>
      </w:r>
      <w:r>
        <w:rPr>
          <w:b w:val="0"/>
          <w:i w:val="0"/>
        </w:rPr>
        <w:t xml:space="preserve"> trong không gian rộng lớn này đều trắng toát — tường, sàn, bàn, ghế, quầy làm việc, thậm chí cả lớp bọc nhựa trên mọi thiết bị.</w:t>
      </w:r>
    </w:p>
    <w:p>
      <w:pPr>
        <w:spacing w:after="80"/>
      </w:pPr>
      <w:r>
        <w:rPr>
          <w:b w:val="0"/>
          <w:i w:val="0"/>
        </w:rPr>
        <w:t>"Đây là phòng sạch," Katherine nói.</w:t>
      </w:r>
    </w:p>
    <w:p>
      <w:pPr>
        <w:spacing w:after="80"/>
      </w:pPr>
      <w:r>
        <w:rPr>
          <w:b w:val="0"/>
          <w:i w:val="0"/>
        </w:rPr>
        <w:t>Hết dãy này đến dãy khác, các mặt quầy chứa những dụng cụ được sắp xếp hoàn hảo, cùng với các thiết bị điện tử và máy móc nằm dưới lớp vỏ bảo vệ bằng nhựa. Hệ thống máy tính trông có vẻ tinh vi, nhưng mọi màn hình đều tối om.</w:t>
      </w:r>
    </w:p>
    <w:p>
      <w:pPr>
        <w:spacing w:after="80"/>
      </w:pPr>
      <w:r>
        <w:rPr>
          <w:b w:val="0"/>
          <w:i w:val="0"/>
        </w:rPr>
        <w:t>Katherine bước vào giữa phòng trong khi Langdon di chuyển dọc theo một bức tường bên, dừng lại nhìn qua cửa sổ vào một không gian liền kề. Bên kia tấm kính là một phòng thí nghiệm sinh học nào đó — kính hiển vi, bình thí nghiệm, đĩa petri — phần lớn vẫn chưa được bóc hộp. Dựa vào bức tường phía sau — trong buồng cách ly bằng kính riêng của nó — là một thiết bị mà Langdon chưa từng thấy bao giờ.</w:t>
      </w:r>
    </w:p>
    <w:p>
      <w:pPr>
        <w:spacing w:after="80"/>
      </w:pPr>
      <w:r>
        <w:rPr>
          <w:b w:val="0"/>
          <w:i w:val="0"/>
        </w:rPr>
        <w:t xml:space="preserve">Thiết bị trông có vẻ mong manh này gồm hàng trăm ống thủy tinh dài treo thẳng đứng xuyên qua một bệ có đục lỗ. Mỗi ống dường như được cấp liệu bởi một ống dẫn siêu mảnh riêng biệt thả xuống từ phần thân trên của cỗ máy. Nó khiến Langdon mơ hồ nhớ đến một hệ thống nhỏ giọt thủy canh chính xác mà ông từng thấy tại một triển lãm chàm. </w:t>
      </w:r>
      <w:r>
        <w:rPr>
          <w:b w:val="0"/>
          <w:i/>
        </w:rPr>
        <w:t>Họ đang trồng thứ gì đó trong đó sao?</w:t>
      </w:r>
    </w:p>
    <w:p>
      <w:pPr>
        <w:spacing w:after="80"/>
      </w:pPr>
      <w:r>
        <w:rPr>
          <w:b w:val="0"/>
          <w:i w:val="0"/>
        </w:rPr>
        <w:t>"Qua đây này," Katherine nói, đứng bên cạnh một cỗ máy lớn cao khoảng ba feet, trông như một phát minh Rube Goldberg mang phong cách tương lai nào đó. Langdon tiến lại chỗ cô và xem xét thiết bị.</w:t>
      </w:r>
    </w:p>
    <w:p>
      <w:pPr>
        <w:spacing w:after="80"/>
      </w:pPr>
      <w:r>
        <w:rPr>
          <w:b w:val="0"/>
          <w:i w:val="0"/>
        </w:rPr>
        <w:t>"Đây là máy quang khắc," cô nói.</w:t>
      </w:r>
    </w:p>
    <w:p>
      <w:pPr>
        <w:spacing w:after="80"/>
      </w:pPr>
      <w:r>
        <w:rPr>
          <w:b w:val="0"/>
          <w:i w:val="0"/>
        </w:rPr>
        <w:t>Langdon cảm thấy vốn kiến thức tiếng Hy Lạp của mình sắp phản bội ông. "Vậy là nó viết… lên đá… bằng ánh sáng?"</w:t>
      </w:r>
    </w:p>
    <w:p>
      <w:pPr>
        <w:spacing w:after="80"/>
      </w:pPr>
      <w:r>
        <w:rPr>
          <w:b w:val="0"/>
          <w:i w:val="0"/>
        </w:rPr>
        <w:t xml:space="preserve">“Đúng vậy,” cô nói. “Miễn là ánh sáng là tia cực tím sâu…và phiến đá là một tấm wafer </w:t>
      </w:r>
      <w:r>
        <w:rPr>
          <w:b w:val="0"/>
          <w:i/>
        </w:rPr>
        <w:t>silicon</w:t>
      </w:r>
      <w:r>
        <w:rPr>
          <w:b w:val="0"/>
          <w:i w:val="0"/>
        </w:rPr>
        <w:t>.” Cô chỉ tay về phía chồng đĩa kim loại bóng loáng đặt bên cạnh cỗ máy. “Phòng thí nghiệm này có đủ mọi thứ cần thiết để thiết kế và chế tạo chip máy tính tùy chỉnh.”</w:t>
      </w:r>
    </w:p>
    <w:p>
      <w:pPr>
        <w:spacing w:after="80"/>
      </w:pPr>
      <w:r>
        <w:rPr>
          <w:b w:val="0"/>
          <w:i/>
        </w:rPr>
        <w:t>Chip máy tính ư?</w:t>
      </w:r>
      <w:r>
        <w:rPr>
          <w:b w:val="0"/>
          <w:i w:val="0"/>
        </w:rPr>
        <w:t xml:space="preserve"> Ý tưởng này có vẻ hoàn toàn không liên quan gì đến ý thức con người hay bất cứ điều gì Katherine có thể đã viết trong bản thảo của cô. “Tại sao họ lại thiết kế </w:t>
      </w:r>
      <w:r>
        <w:rPr>
          <w:b w:val="0"/>
          <w:i/>
        </w:rPr>
        <w:t>chip máy tính</w:t>
      </w:r>
      <w:r>
        <w:rPr>
          <w:b w:val="0"/>
          <w:i w:val="0"/>
        </w:rPr>
        <w:t xml:space="preserve"> ở dưới này chứ?”</w:t>
      </w:r>
    </w:p>
    <w:p>
      <w:pPr>
        <w:spacing w:after="80"/>
      </w:pPr>
      <w:r>
        <w:rPr>
          <w:b w:val="0"/>
          <w:i w:val="0"/>
        </w:rPr>
        <w:t xml:space="preserve">“Phỏng đoán tốt nhất của tôi,” Katherine nói, “là cấy ghép </w:t>
      </w:r>
      <w:r>
        <w:rPr>
          <w:b w:val="0"/>
          <w:i/>
        </w:rPr>
        <w:t>não</w:t>
      </w:r>
      <w:r>
        <w:rPr>
          <w:b w:val="0"/>
          <w:i w:val="0"/>
        </w:rPr>
        <w:t>.”</w:t>
      </w:r>
    </w:p>
    <w:p>
      <w:pPr>
        <w:spacing w:after="80"/>
      </w:pPr>
      <w:r>
        <w:rPr>
          <w:b w:val="0"/>
          <w:i w:val="0"/>
        </w:rPr>
        <w:t>Ý tưởng đó khiến anh giật mình, nhưng anh nhanh chóng liên kết được mọi thứ. “Bác sĩ phẫu thuật não bằng robot…”</w:t>
      </w:r>
    </w:p>
    <w:p>
      <w:pPr>
        <w:spacing w:after="80"/>
      </w:pPr>
      <w:r>
        <w:rPr>
          <w:b w:val="0"/>
          <w:i w:val="0"/>
        </w:rPr>
        <w:t xml:space="preserve">“Chính xác. Tôi nghĩ mình đã đoán sai khi cho rằng nó đang lấy mẫu não. Có vẻ khá rõ ràng là con robot được dùng để </w:t>
      </w:r>
      <w:r>
        <w:rPr>
          <w:b w:val="0"/>
          <w:i/>
        </w:rPr>
        <w:t>cấy ghép</w:t>
      </w:r>
      <w:r>
        <w:rPr>
          <w:b w:val="0"/>
          <w:i w:val="0"/>
        </w:rPr>
        <w:t xml:space="preserve"> chip não.”</w:t>
      </w:r>
    </w:p>
    <w:p>
      <w:pPr>
        <w:spacing w:after="80"/>
      </w:pPr>
      <w:r>
        <w:rPr>
          <w:b w:val="0"/>
          <w:i w:val="0"/>
        </w:rPr>
        <w:t>Một sự im lặng bất an bao trùm căn phòng sáng rực.</w:t>
      </w:r>
    </w:p>
    <w:p>
      <w:pPr>
        <w:spacing w:after="80"/>
      </w:pPr>
      <w:r>
        <w:rPr>
          <w:b w:val="0"/>
          <w:i w:val="0"/>
        </w:rPr>
        <w:t xml:space="preserve">“Chẳng phải anh đã nói cấy ghép não là </w:t>
      </w:r>
      <w:r>
        <w:rPr>
          <w:b w:val="0"/>
          <w:i/>
        </w:rPr>
        <w:t>ca mổ cơ bản</w:t>
      </w:r>
      <w:r>
        <w:rPr>
          <w:b w:val="0"/>
          <w:i w:val="0"/>
        </w:rPr>
        <w:t xml:space="preserve"> sao?” Langdon hỏi.</w:t>
      </w:r>
    </w:p>
    <w:p>
      <w:pPr>
        <w:spacing w:after="80"/>
      </w:pPr>
      <w:r>
        <w:rPr>
          <w:b w:val="0"/>
          <w:i w:val="0"/>
        </w:rPr>
        <w:t xml:space="preserve">“Chip </w:t>
      </w:r>
      <w:r>
        <w:rPr>
          <w:b w:val="0"/>
          <w:i/>
        </w:rPr>
        <w:t>động kinh</w:t>
      </w:r>
      <w:r>
        <w:rPr>
          <w:b w:val="0"/>
          <w:i w:val="0"/>
        </w:rPr>
        <w:t xml:space="preserve"> thì đúng. Chúng là những cỗ máy sốc điện tí hon gắn vào hộp sọ. Nhưng một thiết bị cấy ghép tiên tiến sẽ được đặt sâu hơn và chắc chắn sẽ hưởng lợi từ phẫu thuật robot khi triển khai.”</w:t>
      </w:r>
    </w:p>
    <w:p>
      <w:pPr>
        <w:spacing w:after="80"/>
      </w:pPr>
      <w:r>
        <w:rPr>
          <w:b w:val="0"/>
          <w:i w:val="0"/>
        </w:rPr>
        <w:t>Langdon nghĩ về Sasha và cảm thấy một thoáng sợ hãi. Anh tự hỏi liệu cô có thể đã được cấy một con chip nguyên mẫu không—có lẽ dưới vỏ bọc của một ca thủ thuật chữa động kinh. Cô sẽ không hề biết thứ gì thực sự nằm trong đầu mình…hay thậm chí là Threshold có tồn tại, về mặt đó.</w:t>
      </w:r>
    </w:p>
    <w:p>
      <w:pPr>
        <w:spacing w:after="80"/>
      </w:pPr>
      <w:r>
        <w:rPr>
          <w:b w:val="0"/>
          <w:i w:val="0"/>
        </w:rPr>
        <w:t>“Nếu Gessner nói dối,” Langdon nói, “và thiết bị cấy ghép bà ta đặt vào Sasha thực ra là một con chip dưới sọ tiên tiến hơn…”</w:t>
      </w:r>
    </w:p>
    <w:p>
      <w:pPr>
        <w:spacing w:after="80"/>
      </w:pPr>
      <w:r>
        <w:rPr>
          <w:b w:val="0"/>
          <w:i w:val="0"/>
        </w:rPr>
        <w:t>“Thì thiết bị cấy ghép đó có thể dễ dàng hoạt động như thiết bị kích thích RLS để kiểm soát các cơn động kinh của Sasha, mà đồng thời…nó có thể có vô số chức năng khác.”</w:t>
      </w:r>
    </w:p>
    <w:p>
      <w:pPr>
        <w:spacing w:after="80"/>
      </w:pPr>
      <w:r>
        <w:rPr>
          <w:b w:val="0"/>
          <w:i w:val="0"/>
        </w:rPr>
        <w:t>“Tôi ngại phải hỏi…như những chức năng gì?”</w:t>
      </w:r>
    </w:p>
    <w:p>
      <w:pPr>
        <w:spacing w:after="80"/>
      </w:pPr>
      <w:r>
        <w:rPr>
          <w:b w:val="0"/>
          <w:i w:val="0"/>
        </w:rPr>
        <w:t>Katherine gõ ngón trỏ lên đỉnh cỗ máy quang khắc, suy nghĩ. “Không có cách nào biết được nếu không kiểm tra con chip,” cô nói. “Nhưng có vẻ như họ đang bắt đầu chế tạo chúng ở đây. Tôi đoán Sasha và người đàn ông kia có lẽ là những bệnh nhân đầu tiên của họ…một nghiên cứu xác thực ban đầu và chứng minh khái niệm trước khi đưa cơ sở này vào guồng quay tốc độ cao.”</w:t>
      </w:r>
    </w:p>
    <w:p>
      <w:pPr>
        <w:spacing w:after="80"/>
      </w:pPr>
      <w:r>
        <w:rPr>
          <w:b w:val="0"/>
          <w:i w:val="0"/>
        </w:rPr>
        <w:t>Langdon cảm thấy vô cùng bất an trước những gì mình đang nghe.</w:t>
      </w:r>
    </w:p>
    <w:p>
      <w:pPr>
        <w:spacing w:after="80"/>
      </w:pPr>
      <w:r>
        <w:rPr>
          <w:b w:val="0"/>
          <w:i w:val="0"/>
        </w:rPr>
        <w:t>“Dù họ đã làm gì,” Katherine nói, “thì hẳn là đã diễn ra suôn sẻ, vì Threshold rõ ràng đang chuẩn bị cho một chiến dịch quy mô lớn hơn.” Cô đảo mắt quanh phòng và cau mày. “Đáng tiếc là ở đây không có gì đủ để buộc tội rõ ràng. Tất cả những gì nó chứng minh là CIA dường như đang phát triển một loại thiết bị cấy ghép não nào đó—một dự án mà chẳng ai ngạc nhiên cả.”</w:t>
      </w:r>
    </w:p>
    <w:p>
      <w:pPr>
        <w:spacing w:after="80"/>
      </w:pPr>
      <w:r>
        <w:rPr>
          <w:b w:val="0"/>
          <w:i/>
        </w:rPr>
        <w:t>Đúng thế,</w:t>
      </w:r>
      <w:r>
        <w:rPr>
          <w:b w:val="0"/>
          <w:i w:val="0"/>
        </w:rPr>
        <w:t xml:space="preserve"> Langdon nhận ra. </w:t>
      </w:r>
      <w:r>
        <w:rPr>
          <w:b w:val="0"/>
          <w:i/>
        </w:rPr>
        <w:t>Cấy ghép não là tương lai.</w:t>
      </w:r>
    </w:p>
    <w:p>
      <w:pPr>
        <w:spacing w:after="80"/>
      </w:pPr>
      <w:r>
        <w:rPr>
          <w:b w:val="0"/>
          <w:i w:val="0"/>
        </w:rPr>
        <w:t>Langdon đã đọc đủ nhiều chuyên mục khoa học để biết rằng chip cấy vào não, dù gợi lên hình ảnh người máy và khoa học viễn tưởng, đã hoạt động được và tiên tiến đến mức đáng kinh ngạc.</w:t>
      </w:r>
    </w:p>
    <w:p>
      <w:pPr>
        <w:spacing w:after="80"/>
      </w:pPr>
      <w:r>
        <w:rPr>
          <w:b w:val="0"/>
          <w:i w:val="0"/>
        </w:rPr>
        <w:t xml:space="preserve">Những công ty như Neuralink của Elon Musk đã làm việc từ năm 2016 để phát triển thứ được gọi là giao diện H2M—người sang máy—một thiết bị có thể chuyển đổi dữ liệu thu được từ não thành mã nhị phân dễ hiểu. Một trong những cột mốc đầu tiên của Musk là cấy chip Neuralink vào một con khỉ và dạy nó chơi trò chơi máy tính </w:t>
      </w:r>
      <w:r>
        <w:rPr>
          <w:b w:val="0"/>
          <w:i/>
        </w:rPr>
        <w:t>Pong</w:t>
      </w:r>
      <w:r>
        <w:rPr>
          <w:b w:val="0"/>
          <w:i w:val="0"/>
        </w:rPr>
        <w:t xml:space="preserve"> chỉ bằng xung não để di chuyển thanh đỡ.</w:t>
      </w:r>
    </w:p>
    <w:p>
      <w:pPr>
        <w:spacing w:after="80"/>
      </w:pPr>
      <w:r>
        <w:rPr>
          <w:b w:val="0"/>
          <w:i w:val="0"/>
        </w:rPr>
        <w:t>Khi Neuralink cuối cùng được FDA cấp phép thử nghiệm trên người, họ đã cấy vào Noland Arbaugh, một người bị liệt tứ chi ba mươi tuổi, một thiết bị tên là PRIME và kỳ diệu thay đã phục hồi được khá nhiều kỹ năng vận động cho bệnh nhân. Đáng tiếc, chỉ sau một trăm ngày, các sợi điện tử của chip—những cảm biến kim loại mà qua đó chip giao tiếp với các nơ-ron của não—đã co rút khỏi não, dường như bị các nơ-ron sinh học mà chúng lẽ ra phải theo dõi đào thải. Tuy vậy, đó vẫn là một bước tiến đáng kể.</w:t>
      </w:r>
    </w:p>
    <w:p>
      <w:pPr>
        <w:spacing w:after="80"/>
      </w:pPr>
      <w:r>
        <w:rPr>
          <w:b w:val="0"/>
          <w:i w:val="0"/>
        </w:rPr>
        <w:t>Những nhà lãnh đạo ngành khác như Bill Gates và Synchron của Jeff Bezos, cùng với Neurotech của BlackRock, đang thiết kế những loại chip ít xâm lấn hơn, chuyên biệt hơn, mà họ tuyên bố sẽ đạt được những kết quả đáng kinh ngạc như vượt qua mù lòa, chữa khỏi tê liệt, khắc phục các rối loạn thần kinh như Parkinson, và thậm chí mang lại khả năng "đánh máy bằng suy nghĩ".</w:t>
      </w:r>
    </w:p>
    <w:p>
      <w:pPr>
        <w:spacing w:after="80"/>
      </w:pPr>
      <w:r>
        <w:rPr>
          <w:b w:val="0"/>
          <w:i w:val="0"/>
        </w:rPr>
        <w:t>Dù Langdon vẫn chưa rõ mối liên hệ giữa công nghệ này với ý thức con người và công trình của Katherine, anh không nghi ngờ gì rằng chip não sẽ có những tác động then chốt đối với tình báo quân sự—máy bay không người lái điều khiển bằng ý nghĩ, liên lạc chiến trường bằng thần giao cách cảm, vô số ứng dụng phân tích dữ liệu—nên hoàn toàn hợp lý khi CIA đầu tư mạnh vào đây.</w:t>
      </w:r>
    </w:p>
    <w:p>
      <w:pPr>
        <w:spacing w:after="80"/>
      </w:pPr>
      <w:r>
        <w:rPr>
          <w:b w:val="0"/>
          <w:i w:val="0"/>
        </w:rPr>
        <w:t>Giao diện người sang máy chính là tương lai.</w:t>
      </w:r>
    </w:p>
    <w:p>
      <w:pPr>
        <w:spacing w:after="80"/>
      </w:pPr>
      <w:r>
        <w:rPr>
          <w:b w:val="0"/>
          <w:i w:val="0"/>
        </w:rPr>
        <w:t>Langdon nhớ lại những gì anh đã chứng kiến tại Trung tâm Siêu máy tính Barcelona, nơi phần mềm mô phỏng đang dự đoán sự tiến hóa tương lai của loài người: Con người sẽ hòa hợp với một loài khác đang tiến hóa nhanh chóng…công nghệ.</w:t>
      </w:r>
    </w:p>
    <w:p>
      <w:pPr>
        <w:spacing w:after="80"/>
      </w:pPr>
      <w:r>
        <w:rPr>
          <w:b w:val="0"/>
          <w:i w:val="0"/>
        </w:rPr>
        <w:t>"Được rồi, vậy câu hỏi then chốt là, điều này giao thoa với bản thảo của cô ở đâu?" Langdon thúc ép, háo hức tìm ra mối liên hệ. "Cô có viết về chip máy tính không?"</w:t>
      </w:r>
    </w:p>
    <w:p>
      <w:pPr>
        <w:spacing w:after="80"/>
      </w:pPr>
      <w:r>
        <w:rPr>
          <w:b w:val="0"/>
          <w:i w:val="0"/>
        </w:rPr>
        <w:t>"Một chút," cô nói, lộ rõ vẻ bực bội, "nhưng nó chẳng có gì có thể gây hứng thú hay đe dọa cho chương trình này cả."</w:t>
      </w:r>
    </w:p>
    <w:p>
      <w:pPr>
        <w:spacing w:after="80"/>
      </w:pPr>
      <w:r>
        <w:rPr>
          <w:b w:val="0"/>
          <w:i w:val="0"/>
        </w:rPr>
        <w:t>"Cô chắc chắn chứ?"</w:t>
      </w:r>
    </w:p>
    <w:p>
      <w:pPr>
        <w:spacing w:after="80"/>
      </w:pPr>
      <w:r>
        <w:rPr>
          <w:b w:val="0"/>
          <w:i w:val="0"/>
        </w:rPr>
        <w:t>"Chắc. Chỗ duy nhất tôi nhắc đến cấy ghép não là ở chương cuối, và nó thiên về một suy ngẫm lý thuyết về tương lai của khoa học noetic."</w:t>
      </w:r>
    </w:p>
    <w:p>
      <w:pPr>
        <w:spacing w:after="80"/>
      </w:pPr>
      <w:r>
        <w:rPr>
          <w:b w:val="0"/>
          <w:i/>
        </w:rPr>
        <w:t>Noetics Ngày Mai,</w:t>
      </w:r>
      <w:r>
        <w:rPr>
          <w:b w:val="0"/>
          <w:i w:val="0"/>
        </w:rPr>
        <w:t xml:space="preserve"> Langdon nghĩ, nhớ lại đã liếc qua mục lục chương của cô trước khi ném nó vào lửa trong thư viện. "Và cấy ghép não đóng một vai trò trong chương đó?" anh gặng hỏi, cảm thấy họ có thể đã đến gần.</w:t>
      </w:r>
    </w:p>
    <w:p>
      <w:pPr>
        <w:spacing w:after="80"/>
      </w:pPr>
      <w:r>
        <w:rPr>
          <w:b w:val="0"/>
          <w:i w:val="0"/>
        </w:rPr>
        <w:t xml:space="preserve">"Cấy ghép </w:t>
      </w:r>
      <w:r>
        <w:rPr>
          <w:b w:val="0"/>
          <w:i/>
        </w:rPr>
        <w:t>giả định</w:t>
      </w:r>
      <w:r>
        <w:rPr>
          <w:b w:val="0"/>
          <w:i w:val="0"/>
        </w:rPr>
        <w:t xml:space="preserve">, đúng vậy," cô nói. "Những cấy ghép mà chúng ta sẽ không có trong nhiều thập kỷ…nếu </w:t>
      </w:r>
      <w:r>
        <w:rPr>
          <w:b w:val="0"/>
          <w:i/>
        </w:rPr>
        <w:t>có bao giờ.</w:t>
      </w:r>
      <w:r>
        <w:rPr>
          <w:b w:val="0"/>
          <w:i w:val="0"/>
        </w:rPr>
        <w:t>"</w:t>
        <w:br/>
        <w:t>&lt;&lt;&lt;|</w:t>
      </w:r>
    </w:p>
    <w:p>
      <w:pPr>
        <w:spacing w:after="80"/>
      </w:pPr>
      <w:r>
        <w:rPr>
          <w:b w:val="0"/>
          <w:i w:val="0"/>
        </w:rPr>
        <w:t xml:space="preserve">Langdon từng nghe nói rằng công nghệ mà cộng đồng tình báo sở hữu </w:t>
      </w:r>
      <w:r>
        <w:rPr>
          <w:b w:val="0"/>
          <w:i/>
        </w:rPr>
        <w:t>vượt xa</w:t>
      </w:r>
      <w:r>
        <w:rPr>
          <w:b w:val="0"/>
          <w:i w:val="0"/>
        </w:rPr>
        <w:t xml:space="preserve"> những gì công chúng được biết tới </w:t>
      </w:r>
      <w:r>
        <w:rPr>
          <w:b w:val="0"/>
          <w:i/>
        </w:rPr>
        <w:t>nhiều năm</w:t>
      </w:r>
      <w:r>
        <w:rPr>
          <w:b w:val="0"/>
          <w:i w:val="0"/>
        </w:rPr>
        <w:t>. "Katherine, liệu có khả năng CIA đã đi trước xa hơn những gì cô tưởng tượng không?"</w:t>
      </w:r>
    </w:p>
    <w:p>
      <w:pPr>
        <w:spacing w:after="80"/>
      </w:pPr>
      <w:r>
        <w:rPr>
          <w:b w:val="0"/>
          <w:i w:val="0"/>
        </w:rPr>
        <w:t xml:space="preserve">"Có thể, nhưng không </w:t>
      </w:r>
      <w:r>
        <w:rPr>
          <w:b w:val="0"/>
          <w:i/>
        </w:rPr>
        <w:t>xa đến thế</w:t>
      </w:r>
      <w:r>
        <w:rPr>
          <w:b w:val="0"/>
          <w:i w:val="0"/>
        </w:rPr>
        <w:t xml:space="preserve">," cô nói. "Những gì tôi viết thiên về một thí nghiệm tư duy (thought experiment) hơn là một công nghệ khả thi. Cứ nghĩ đến con quỷ Maxwell hay nghịch lý cặp song sinh—rõ ràng bạn không thể phát minh ra một con quỷ phân loại phân tử hay phóng cặp song sinh đến vận tốc ánh sáng, nhưng </w:t>
      </w:r>
      <w:r>
        <w:rPr>
          <w:b w:val="0"/>
          <w:i/>
        </w:rPr>
        <w:t>tưởng tượng</w:t>
      </w:r>
      <w:r>
        <w:rPr>
          <w:b w:val="0"/>
          <w:i w:val="0"/>
        </w:rPr>
        <w:t xml:space="preserve"> ra nó lại hữu ích để hiểu bức tranh lớn hơn."</w:t>
      </w:r>
    </w:p>
    <w:p>
      <w:pPr>
        <w:spacing w:after="80"/>
      </w:pPr>
      <w:r>
        <w:rPr>
          <w:b w:val="0"/>
          <w:i/>
        </w:rPr>
        <w:t>Tôi sẽ tin lời cô,</w:t>
      </w:r>
      <w:r>
        <w:rPr>
          <w:b w:val="0"/>
          <w:i w:val="0"/>
        </w:rPr>
        <w:t xml:space="preserve"> anh nghĩ thầm. "Nói cho tôi biết cô đã viết gì đi."</w:t>
      </w:r>
    </w:p>
    <w:p>
      <w:pPr>
        <w:spacing w:after="80"/>
      </w:pPr>
      <w:r>
        <w:rPr>
          <w:b w:val="0"/>
          <w:i w:val="0"/>
        </w:rPr>
        <w:t>Katherine thở dài. “Đó là một giấc mơ gắn với những khám phá của em về GABA. Anh còn nhớ mình đã nói về việc não là một máy thu… kiểu như một chiếc radio nhận tín hiệu từ khắp xung quanh ta—từ vũ trụ chứ?”</w:t>
      </w:r>
    </w:p>
    <w:p>
      <w:pPr>
        <w:spacing w:after="80"/>
      </w:pPr>
      <w:r>
        <w:rPr>
          <w:b w:val="0"/>
          <w:i w:val="0"/>
        </w:rPr>
        <w:t xml:space="preserve">Langdon gật đầu. “Và chất hóa học trong não GABA hoạt động như </w:t>
      </w:r>
      <w:r>
        <w:rPr>
          <w:b w:val="0"/>
          <w:i/>
        </w:rPr>
        <w:t>núm chỉnh</w:t>
      </w:r>
      <w:r>
        <w:rPr>
          <w:b w:val="0"/>
          <w:i w:val="0"/>
        </w:rPr>
        <w:t xml:space="preserve"> của chiếc radio… lọc bỏ những tần số không mong muốn và giới hạn lượng thông tin cùng ý thức tràn vào.”</w:t>
      </w:r>
    </w:p>
    <w:p>
      <w:pPr>
        <w:spacing w:after="80"/>
      </w:pPr>
      <w:r>
        <w:rPr>
          <w:b w:val="0"/>
          <w:i w:val="0"/>
        </w:rPr>
        <w:t xml:space="preserve">“Chính xác,” cô nói. “Vậy nên em đặt giả thuyết rằng một ngày nào đó, trong tương lai xa, chúng ta sẽ tìm ra cách chế tạo một thiết bị cấy ghép có thể </w:t>
      </w:r>
      <w:r>
        <w:rPr>
          <w:b w:val="0"/>
          <w:i/>
        </w:rPr>
        <w:t>điều chỉnh</w:t>
      </w:r>
      <w:r>
        <w:rPr>
          <w:b w:val="0"/>
          <w:i w:val="0"/>
        </w:rPr>
        <w:t xml:space="preserve"> mức GABA trong não—về cơ bản là hạ thấp bộ lọc của ta theo ý muốn… để ta có thể trải nghiệm được nhiều </w:t>
      </w:r>
      <w:r>
        <w:rPr>
          <w:b w:val="0"/>
          <w:i/>
        </w:rPr>
        <w:t>thực tại</w:t>
      </w:r>
      <w:r>
        <w:rPr>
          <w:b w:val="0"/>
          <w:i w:val="0"/>
        </w:rPr>
        <w:t xml:space="preserve"> hơn.”</w:t>
      </w:r>
    </w:p>
    <w:p>
      <w:pPr>
        <w:spacing w:after="80"/>
      </w:pPr>
      <w:r>
        <w:rPr>
          <w:b w:val="0"/>
          <w:i w:val="0"/>
        </w:rPr>
        <w:t xml:space="preserve">“Không thể tin nổi,” Langdon nói. Chỉ nghĩ đến thôi đã thấy phấn khích. “Và điều đó </w:t>
      </w:r>
      <w:r>
        <w:rPr>
          <w:b w:val="0"/>
          <w:i/>
        </w:rPr>
        <w:t>không khả thi</w:t>
      </w:r>
      <w:r>
        <w:rPr>
          <w:b w:val="0"/>
          <w:i w:val="0"/>
        </w:rPr>
        <w:t xml:space="preserve"> sao?”</w:t>
      </w:r>
    </w:p>
    <w:p>
      <w:pPr>
        <w:spacing w:after="80"/>
      </w:pPr>
      <w:r>
        <w:rPr>
          <w:b w:val="0"/>
          <w:i w:val="0"/>
        </w:rPr>
        <w:t>“Trời ơi, không!” cô nói, lắc đầu. “Ngành khoa học noetic tiên tiến nhất còn chưa chạm tới tầm đó nữa. Trước hết, chúng ta sẽ phải đúng về lý thuyết noetic về một Ý thức Phổ quát, hay Trường Akashic, hay Anima Mundi—hay bất cứ cái tên nào bạn muốn dùng để gọi trường ý thức được lý thuyết cho rằng bao quanh vạn vật.”</w:t>
      </w:r>
    </w:p>
    <w:p>
      <w:pPr>
        <w:spacing w:after="80"/>
      </w:pPr>
      <w:r>
        <w:rPr>
          <w:b w:val="0"/>
          <w:i w:val="0"/>
        </w:rPr>
        <w:t xml:space="preserve">“Mà </w:t>
      </w:r>
      <w:r>
        <w:rPr>
          <w:b w:val="0"/>
          <w:i/>
        </w:rPr>
        <w:t>em</w:t>
      </w:r>
      <w:r>
        <w:rPr>
          <w:b w:val="0"/>
          <w:i w:val="0"/>
        </w:rPr>
        <w:t xml:space="preserve"> tin là có.”</w:t>
      </w:r>
    </w:p>
    <w:p>
      <w:pPr>
        <w:spacing w:after="80"/>
      </w:pPr>
      <w:r>
        <w:rPr>
          <w:b w:val="0"/>
          <w:i w:val="0"/>
        </w:rPr>
        <w:t xml:space="preserve">“Đúng vậy. Chúng ta chưa thể </w:t>
      </w:r>
      <w:r>
        <w:rPr>
          <w:b w:val="0"/>
          <w:i/>
        </w:rPr>
        <w:t>chứng minh</w:t>
      </w:r>
      <w:r>
        <w:rPr>
          <w:b w:val="0"/>
          <w:i w:val="0"/>
        </w:rPr>
        <w:t xml:space="preserve"> cõi vũ trụ này tồn tại, nhưng dường như nó thường được các bộ óc ở trạng thái biến đổi thoáng nhìn thấy. Đáng tiếc là những trải nghiệm này rất chớp nhoáng, không kiểm soát được, mang tính chủ quan và thường không lặp lại—khiến chúng bị nghi ngờ về mặt khoa học.”</w:t>
      </w:r>
    </w:p>
    <w:p>
      <w:pPr>
        <w:spacing w:after="80"/>
      </w:pPr>
      <w:r>
        <w:rPr>
          <w:b w:val="0"/>
          <w:i w:val="0"/>
        </w:rPr>
        <w:t>“Và dễ thành mục tiêu cho những người hoài nghi.”</w:t>
      </w:r>
    </w:p>
    <w:p>
      <w:pPr>
        <w:spacing w:after="80"/>
      </w:pPr>
      <w:r>
        <w:rPr>
          <w:b w:val="0"/>
          <w:i w:val="0"/>
        </w:rPr>
        <w:t xml:space="preserve">“Đúng thế. Chúng ta không có phương pháp, cỗ máy hay công nghệ nào có thể định lượng được để nhận tín hiệu từ cõi vũ trụ. Chỉ có </w:t>
      </w:r>
      <w:r>
        <w:rPr>
          <w:b w:val="0"/>
          <w:i/>
        </w:rPr>
        <w:t>bộ não</w:t>
      </w:r>
      <w:r>
        <w:rPr>
          <w:b w:val="0"/>
          <w:i w:val="0"/>
        </w:rPr>
        <w:t xml:space="preserve"> làm được điều đó.” Cô nhún vai thản nhiên. “Và thế là em đề xuất một con chip giả định có thể bám vào não, hạ mức GABA, mở rộng băng thông và biến nó thành một máy thu </w:t>
      </w:r>
      <w:r>
        <w:rPr>
          <w:b w:val="0"/>
          <w:i/>
        </w:rPr>
        <w:t>mạnh mẽ</w:t>
      </w:r>
      <w:r>
        <w:rPr>
          <w:b w:val="0"/>
          <w:i w:val="0"/>
        </w:rPr>
        <w:t xml:space="preserve"> hơn nhiều.”</w:t>
      </w:r>
    </w:p>
    <w:p>
      <w:pPr>
        <w:spacing w:after="80"/>
      </w:pPr>
      <w:r>
        <w:rPr>
          <w:b w:val="0"/>
          <w:i w:val="0"/>
        </w:rPr>
        <w:t xml:space="preserve">Langdon sững sờ nhìn cô. Ý tưởng của Katherine không chỉ xuất sắc không thể bàn cãi, mà còn có thể cuối cùng giải thích chính xác </w:t>
      </w:r>
      <w:r>
        <w:rPr>
          <w:b w:val="0"/>
          <w:i/>
        </w:rPr>
        <w:t>tại sao</w:t>
      </w:r>
      <w:r>
        <w:rPr>
          <w:b w:val="0"/>
          <w:i w:val="0"/>
        </w:rPr>
        <w:t xml:space="preserve"> CIA lại hoảng loạn về bản thảo của cô.</w:t>
      </w:r>
    </w:p>
    <w:p>
      <w:pPr>
        <w:spacing w:after="80"/>
      </w:pPr>
      <w:r>
        <w:rPr>
          <w:b w:val="0"/>
          <w:i w:val="0"/>
        </w:rPr>
        <w:t>Lỡ như Katherine sắp xuất bản một cuốn sách mô tả một con chip siêu mật mà CIA đang chế tạo thì sao?!</w:t>
      </w:r>
    </w:p>
    <w:p>
      <w:pPr>
        <w:spacing w:after="80"/>
      </w:pPr>
      <w:r>
        <w:rPr>
          <w:b w:val="0"/>
          <w:i w:val="0"/>
        </w:rPr>
        <w:t>“Katherine,” anh nói, “Threshold đang đưa việc nghiên cứu ý thức lên một chiều không gian mới, và cuốn sách của em có thể sắp làm bung bét phần cốt lõi trong công nghệ bí mật của họ.”</w:t>
      </w:r>
    </w:p>
    <w:p>
      <w:pPr>
        <w:spacing w:after="80"/>
      </w:pPr>
      <w:r>
        <w:rPr>
          <w:b w:val="0"/>
          <w:i w:val="0"/>
        </w:rPr>
        <w:t xml:space="preserve">“Không có khả năng đó đâu,” cô nói. “Như em đã nói, con chip em mô tả là </w:t>
      </w:r>
      <w:r>
        <w:rPr>
          <w:b w:val="0"/>
          <w:i/>
        </w:rPr>
        <w:t>không thể chế tạo được.</w:t>
      </w:r>
      <w:r>
        <w:rPr>
          <w:b w:val="0"/>
          <w:i w:val="0"/>
        </w:rPr>
        <w:t xml:space="preserve"> Nó thú vị về mặt khái niệm, nhưng hoàn toàn là giả thuyết. Những rào cản kỹ thuật để chế tạo nó là không thể vượt qua—cụ thể là thế này: điều chỉnh mức chất dẫn truyền thần kinh trên toàn hệ thống sẽ đòi hỏi </w:t>
      </w:r>
      <w:r>
        <w:rPr>
          <w:b w:val="0"/>
          <w:i/>
        </w:rPr>
        <w:t>sự tích hợp vật lý hoàn toàn</w:t>
      </w:r>
      <w:r>
        <w:rPr>
          <w:b w:val="0"/>
          <w:i w:val="0"/>
        </w:rPr>
        <w:t xml:space="preserve"> với mạng lưới nơ-ron của não… mà não có hơn một trăm nghìn tỷ khớp thần kinh cần theo dõi.”</w:t>
      </w:r>
    </w:p>
    <w:p>
      <w:pPr>
        <w:spacing w:after="80"/>
      </w:pPr>
      <w:r>
        <w:rPr>
          <w:b w:val="0"/>
          <w:i w:val="0"/>
        </w:rPr>
        <w:t>“Nhưng tiến bộ khoa học đang tăng tốc—”</w:t>
      </w:r>
    </w:p>
    <w:p>
      <w:pPr>
        <w:spacing w:after="80"/>
      </w:pPr>
      <w:r>
        <w:rPr>
          <w:b w:val="0"/>
          <w:i w:val="0"/>
        </w:rPr>
        <w:t xml:space="preserve">“Robert, tin em đi, tích hợp vật lý hoàn toàn là điều không thể đạt được. Nó tương đương với việc nối dây trực tiếp từng bóng đèn trên trái đất vào </w:t>
      </w:r>
      <w:r>
        <w:rPr>
          <w:b w:val="0"/>
          <w:i/>
        </w:rPr>
        <w:t>một</w:t>
      </w:r>
      <w:r>
        <w:rPr>
          <w:b w:val="0"/>
          <w:i w:val="0"/>
        </w:rPr>
        <w:t xml:space="preserve"> công tắc duy nhất, nhân lên cả triệu lần. Nó thực sự </w:t>
      </w:r>
      <w:r>
        <w:rPr>
          <w:b w:val="0"/>
          <w:i/>
        </w:rPr>
        <w:t>bất khả thi.</w:t>
      </w:r>
      <w:r>
        <w:rPr>
          <w:b w:val="0"/>
          <w:i w:val="0"/>
        </w:rPr>
        <w:t>”</w:t>
      </w:r>
    </w:p>
    <w:p>
      <w:pPr>
        <w:spacing w:after="80"/>
      </w:pPr>
      <w:r>
        <w:rPr>
          <w:b w:val="0"/>
          <w:i w:val="0"/>
        </w:rPr>
        <w:t>“Tách nguyên tử cũng từng như vậy…” Langdon phản pháo. “Nhưng khoa học luôn có cách tìm ra lời giải, nhất là khi có ngân sách không giới hạn. Anh còn nhớ Dự án Manhattan chứ?”</w:t>
      </w:r>
    </w:p>
    <w:p>
      <w:pPr>
        <w:spacing w:after="80"/>
      </w:pPr>
      <w:r>
        <w:rPr>
          <w:b w:val="0"/>
          <w:i w:val="0"/>
        </w:rPr>
        <w:t xml:space="preserve">“Khác biệt lớn lắm…Công nghệ hạt nhân </w:t>
      </w:r>
      <w:r>
        <w:rPr>
          <w:b w:val="0"/>
          <w:i/>
        </w:rPr>
        <w:t>đã tồn tại</w:t>
      </w:r>
      <w:r>
        <w:rPr>
          <w:b w:val="0"/>
          <w:i w:val="0"/>
        </w:rPr>
        <w:t xml:space="preserve"> từ năm 1940 rồi. Uranium đã có sẵn. Các nhà khoa học chỉ việc ghép tất cả lại với nhau thôi. Còn con chip tôi đề xuất cần những công nghệ và vật liệu thậm chí còn chưa tồn tại trên trái đất này. Trước khi chúng ta có thể </w:t>
      </w:r>
      <w:r>
        <w:rPr>
          <w:b w:val="0"/>
          <w:i/>
        </w:rPr>
        <w:t>nói chuyện</w:t>
      </w:r>
      <w:r>
        <w:rPr>
          <w:b w:val="0"/>
          <w:i w:val="0"/>
        </w:rPr>
        <w:t xml:space="preserve"> về việc tích hợp với cây đuôi gai của não, ai đó phải phát minh ra một sợi sinh học nano điện tử (nanoelectric biofilament) đã.”</w:t>
      </w:r>
    </w:p>
    <w:p>
      <w:pPr>
        <w:spacing w:after="80"/>
      </w:pPr>
      <w:r>
        <w:rPr>
          <w:b w:val="0"/>
          <w:i w:val="0"/>
        </w:rPr>
        <w:t>“Sợi sinh học nano điện tử cái gì cơ?”</w:t>
      </w:r>
    </w:p>
    <w:p>
      <w:pPr>
        <w:spacing w:after="80"/>
      </w:pPr>
      <w:r>
        <w:rPr>
          <w:b w:val="0"/>
          <w:i w:val="0"/>
        </w:rPr>
        <w:t xml:space="preserve">“Chuẩn luôn—nó thậm chí còn chẳng phải là một thứ </w:t>
      </w:r>
      <w:r>
        <w:rPr>
          <w:b w:val="0"/>
          <w:i/>
        </w:rPr>
        <w:t>có thật</w:t>
      </w:r>
      <w:r>
        <w:rPr>
          <w:b w:val="0"/>
          <w:i w:val="0"/>
        </w:rPr>
        <w:t xml:space="preserve">. Tôi phát minh ra nó trong cuốn sách của mình như một cách để nói về một công nghệ không hề tồn tại. Nó sẽ là một sợi mảnh, siêu nhỏ, dẻo dai mang tính tương lai, làm từ vật liệu tương thích sinh học có thể truyền cả tín hiệu điện tử lẫn tín hiệu ion. Về cơ bản, đó là một </w:t>
      </w:r>
      <w:r>
        <w:rPr>
          <w:b w:val="0"/>
          <w:i/>
        </w:rPr>
        <w:t>nơ-ron nhân tạo.</w:t>
      </w:r>
      <w:r>
        <w:rPr>
          <w:b w:val="0"/>
          <w:i w:val="0"/>
        </w:rPr>
        <w:t>”</w:t>
      </w:r>
    </w:p>
    <w:p>
      <w:pPr>
        <w:spacing w:after="80"/>
      </w:pPr>
      <w:r>
        <w:rPr>
          <w:b w:val="0"/>
          <w:i w:val="0"/>
        </w:rPr>
        <w:t>“Và nơ-ron nhân tạo thì không thể tạo ra được à?”</w:t>
      </w:r>
    </w:p>
    <w:p>
      <w:pPr>
        <w:spacing w:after="80"/>
      </w:pPr>
      <w:r>
        <w:rPr>
          <w:b w:val="0"/>
          <w:i w:val="0"/>
        </w:rPr>
        <w:t>“Không, chúng ta còn xa lắm. Năm ngoái, hai anh chàng ở Thụy Điển làm chấn động truyền thông quốc tế khi thuyết phục được một cây bắt ruồi Venus mở ra đóng vào bằng cách kích thích hóa học một nơ-ron. Chỉ một xung nhị phân duy nhất thôi—vậy mà nó đã tạo nên làn sóng chấn động trong giới khoa học khắp thế giới. Đó là trình độ tiên tiến nhất hiện nay đấy, Robert, và còn cách một nơ-ron nhân tạo cả mấy thế hệ nữa.”</w:t>
      </w:r>
    </w:p>
    <w:p>
      <w:pPr>
        <w:spacing w:after="80"/>
      </w:pPr>
      <w:r>
        <w:rPr>
          <w:b w:val="0"/>
          <w:i w:val="0"/>
        </w:rPr>
        <w:t xml:space="preserve">Langdon đã băng qua phòng tiến về phía cửa sổ của phòng thí nghiệm sinh học mà anh đã thấy vài phút trước. “Nói về mặt lý thuyết,” anh nói, “anh sẽ </w:t>
      </w:r>
      <w:r>
        <w:rPr>
          <w:b w:val="0"/>
          <w:i/>
        </w:rPr>
        <w:t>chế tạo</w:t>
      </w:r>
      <w:r>
        <w:rPr>
          <w:b w:val="0"/>
          <w:i w:val="0"/>
        </w:rPr>
        <w:t xml:space="preserve"> nơ-ron nhân tạo…hay </w:t>
      </w:r>
      <w:r>
        <w:rPr>
          <w:b w:val="0"/>
          <w:i/>
        </w:rPr>
        <w:t>nuôi cấy</w:t>
      </w:r>
      <w:r>
        <w:rPr>
          <w:b w:val="0"/>
          <w:i w:val="0"/>
        </w:rPr>
        <w:t xml:space="preserve"> chúng?”</w:t>
      </w:r>
    </w:p>
    <w:p>
      <w:pPr>
        <w:spacing w:after="80"/>
      </w:pPr>
      <w:r>
        <w:rPr>
          <w:b w:val="0"/>
          <w:i w:val="0"/>
        </w:rPr>
        <w:t xml:space="preserve">Cô suy nghĩ một lát. “Sợi sinh học nano điện tử ấy à? Chà, nó là một sợi sinh học, nên anh sẽ phải </w:t>
      </w:r>
      <w:r>
        <w:rPr>
          <w:b w:val="0"/>
          <w:i/>
        </w:rPr>
        <w:t>nuôi cấy</w:t>
      </w:r>
      <w:r>
        <w:rPr>
          <w:b w:val="0"/>
          <w:i w:val="0"/>
        </w:rPr>
        <w:t xml:space="preserve"> chúng.”</w:t>
      </w:r>
    </w:p>
    <w:p>
      <w:pPr>
        <w:spacing w:after="80"/>
      </w:pPr>
      <w:r>
        <w:rPr>
          <w:b w:val="0"/>
          <w:i w:val="0"/>
        </w:rPr>
        <w:t>Langdon dừng lại bên cửa sổ và nhìn chăm chú vào cái máy với hàng trăm ống và lọ thủy tinh dài. “Trong một dung dịch huyền phù, tôi đoán vậy?”</w:t>
      </w:r>
    </w:p>
    <w:p>
      <w:pPr>
        <w:spacing w:after="80"/>
      </w:pPr>
      <w:r>
        <w:rPr>
          <w:b w:val="0"/>
          <w:i w:val="0"/>
        </w:rPr>
        <w:t>“Đúng thế. Các cấu trúc vi mô mong manh luôn được nuôi cấy trong huyền phù.”</w:t>
      </w:r>
    </w:p>
    <w:p>
      <w:pPr>
        <w:spacing w:after="80"/>
      </w:pPr>
      <w:r>
        <w:rPr>
          <w:b w:val="0"/>
          <w:i w:val="0"/>
        </w:rPr>
        <w:t xml:space="preserve">“Vậy thì tôi nghĩ cô nên qua đây,” anh nói, vẫy tay gọi cô đến bên cửa sổ. “Có vẻ như Threshold đang nuôi </w:t>
      </w:r>
      <w:r>
        <w:rPr>
          <w:b w:val="0"/>
          <w:i/>
        </w:rPr>
        <w:t>thứ gì đó</w:t>
      </w:r>
      <w:r>
        <w:rPr>
          <w:b w:val="0"/>
          <w:i w:val="0"/>
        </w:rPr>
        <w:t>…và tôi đoán đó không phải là rau arugula.”</w:t>
      </w:r>
    </w:p>
    <w:p>
      <w:pPr>
        <w:pStyle w:val="Heading1"/>
      </w:pPr>
      <w:r>
        <w:rPr>
          <w:rFonts w:ascii="Calibri" w:hAnsi="Calibri"/>
          <w:b/>
          <w:i w:val="0"/>
          <w:sz w:val="40"/>
        </w:rPr>
        <w:t>Chương 103</w:t>
      </w:r>
    </w:p>
    <w:p>
      <w:pPr>
        <w:spacing w:after="80"/>
      </w:pPr>
      <w:r>
        <w:rPr>
          <w:b w:val="0"/>
          <w:i w:val="0"/>
        </w:rPr>
        <w:t xml:space="preserve">Everett Finch lao qua lối vào đã bị xâm nhập của Pháo đài Crucifix và xộc thẳng xuống hành lang vào tiền sảnh vách kính. </w:t>
      </w:r>
      <w:r>
        <w:rPr>
          <w:b w:val="0"/>
          <w:i/>
        </w:rPr>
        <w:t>Mọi người đâu hết rồi?!</w:t>
      </w:r>
      <w:r>
        <w:rPr>
          <w:b w:val="0"/>
          <w:i w:val="0"/>
        </w:rPr>
        <w:t xml:space="preserve"> Tức giận vì không thấy dấu vết nào của Housemore hay đội bảo vệ mà đại sứ quán đã hứa, ông rút thẻ khóa RFID cá nhân ra và tiến về phía thang máy.</w:t>
      </w:r>
    </w:p>
    <w:p>
      <w:pPr>
        <w:spacing w:after="80"/>
      </w:pPr>
      <w:r>
        <w:rPr>
          <w:b w:val="0"/>
          <w:i w:val="0"/>
        </w:rPr>
        <w:t xml:space="preserve">Khi băng qua phòng, các cảm biến sinh trắc học trên thẻ khóa kích hoạt nơi đầu ngón tay ông, nhưng ông khựng lại, chợt nhớ ra rằng không đời nào Housemore—hay </w:t>
      </w:r>
      <w:r>
        <w:rPr>
          <w:b w:val="0"/>
          <w:i/>
        </w:rPr>
        <w:t>bất kỳ ai</w:t>
      </w:r>
      <w:r>
        <w:rPr>
          <w:b w:val="0"/>
          <w:i w:val="0"/>
        </w:rPr>
        <w:t>—có thể tiếp cận được thang máy xuống Threshold.</w:t>
      </w:r>
    </w:p>
    <w:p>
      <w:pPr>
        <w:spacing w:after="80"/>
      </w:pPr>
      <w:r>
        <w:rPr>
          <w:b w:val="0"/>
          <w:i w:val="0"/>
        </w:rPr>
        <w:t>Cô ấy chắc hẳn đang ở trên lầu…hoặc không thì cô ấy đã rời khỏi pháo đài vì lý do nào đó?</w:t>
      </w:r>
    </w:p>
    <w:p>
      <w:pPr>
        <w:spacing w:after="80"/>
      </w:pPr>
      <w:r>
        <w:rPr>
          <w:b w:val="0"/>
          <w:i w:val="0"/>
        </w:rPr>
        <w:t>Ông bấm số của Housemore lần cuối.</w:t>
      </w:r>
    </w:p>
    <w:p>
      <w:pPr>
        <w:spacing w:after="80"/>
      </w:pPr>
      <w:r>
        <w:rPr>
          <w:b w:val="0"/>
          <w:i w:val="0"/>
        </w:rPr>
        <w:t xml:space="preserve">Ngay khi Finch gọi, một chiếc điện thoại bắt đầu kêu réo gần đó. </w:t>
      </w:r>
      <w:r>
        <w:rPr>
          <w:b w:val="0"/>
          <w:i/>
        </w:rPr>
        <w:t>Lạ thật.</w:t>
      </w:r>
      <w:r>
        <w:rPr>
          <w:b w:val="0"/>
          <w:i w:val="0"/>
        </w:rPr>
        <w:t xml:space="preserve"> Âm thanh dường như phát ra từ một chiếc ghế sofa dựa vào bức tường phía xa. </w:t>
      </w:r>
      <w:r>
        <w:rPr>
          <w:b w:val="0"/>
          <w:i/>
        </w:rPr>
        <w:t>Housemore làm mất điện thoại rồi sao?</w:t>
      </w:r>
      <w:r>
        <w:rPr>
          <w:b w:val="0"/>
          <w:i w:val="0"/>
        </w:rPr>
        <w:t xml:space="preserve"> Ít nhất thì điều đó cũng giải thích vì sao lúc nãy cô ấy không nghe máy.</w:t>
      </w:r>
    </w:p>
    <w:p>
      <w:pPr>
        <w:spacing w:after="80"/>
      </w:pPr>
      <w:r>
        <w:rPr>
          <w:b w:val="0"/>
          <w:i w:val="0"/>
        </w:rPr>
        <w:t xml:space="preserve">Finch sải bước tới chiếc ghế sofa nhưng không thấy điện thoại đâu. Tiếng chuông đã ngừng, và anh gọi lại. Một lần nữa, một chiếc điện thoại bắt đầu kêu. </w:t>
      </w:r>
      <w:r>
        <w:rPr>
          <w:b w:val="0"/>
          <w:i/>
        </w:rPr>
        <w:t>Có phải nó ở dưới gầm ghế sofa không?</w:t>
      </w:r>
    </w:p>
    <w:p>
      <w:pPr>
        <w:spacing w:after="80"/>
      </w:pPr>
      <w:r>
        <w:rPr>
          <w:b w:val="0"/>
          <w:i w:val="0"/>
        </w:rPr>
        <w:t>Finch cúi xuống nhìn dưới món đồ nội thất kiểu cách ấy.</w:t>
      </w:r>
    </w:p>
    <w:p>
      <w:pPr>
        <w:spacing w:after="80"/>
      </w:pPr>
      <w:r>
        <w:rPr>
          <w:b w:val="0"/>
          <w:i w:val="0"/>
        </w:rPr>
        <w:t>Khi anh nhìn chằm chằm vào khoảng không tối tăm đó, anh biết ngay rằng Threshold đang bị tấn công.</w:t>
      </w:r>
    </w:p>
    <w:p>
      <w:pPr>
        <w:spacing w:after="80"/>
      </w:pPr>
      <w:r>
        <w:rPr>
          <w:b w:val="0"/>
          <w:i w:val="0"/>
        </w:rPr>
        <w:t>Nhìn lại anh là hai con mắt đã chết—ánh nhìn vô hồn của viên sĩ quan thực địa Susan Housemore.</w:t>
      </w:r>
    </w:p>
    <w:p>
      <w:pPr>
        <w:jc w:val="center"/>
      </w:pPr>
      <w:r>
        <w:drawing>
          <wp:inline xmlns:a="http://schemas.openxmlformats.org/drawingml/2006/main" xmlns:pic="http://schemas.openxmlformats.org/drawingml/2006/picture">
            <wp:extent cx="5486400" cy="362122"/>
            <wp:docPr id="95" name="Picture 95"/>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Trong căn hầm lạnh giá, The Golěm nhìn chằm chằm vào cỗ máy mạnh mẽ đang nằm trước mặt. Thân kim loại sáng loáng của thiết bị là một vòng phình tròn bằng nhôm đánh bóng chiếm gần như toàn bộ căn phòng bê tông. Đường kính năm mét và cao một mét, cỗ máy trông giống như một chiếc bánh donut kim loại khổng lồ. Hình dạng chiếc bánh donut kỳ lạ—theo thuật ngữ kỹ thuật là "hình xuyến" (toroidal), theo nghiên cứu của The Golěm sáng nay—rõ ràng là hình dạng hiệu quả nhất để quấn các cuộn dây siêu dẫn nếu người ta muốn tạo ra một từ trường có khả năng lưu trữ lượng năng lượng khổng lồ.</w:t>
      </w:r>
    </w:p>
    <w:p>
      <w:pPr>
        <w:spacing w:after="80"/>
      </w:pPr>
      <w:r>
        <w:rPr>
          <w:b w:val="0"/>
          <w:i/>
        </w:rPr>
        <w:t>SMES,</w:t>
      </w:r>
      <w:r>
        <w:rPr>
          <w:b w:val="0"/>
          <w:i w:val="0"/>
        </w:rPr>
        <w:t xml:space="preserve"> hắn nghĩ. </w:t>
      </w:r>
      <w:r>
        <w:rPr>
          <w:b w:val="0"/>
          <w:i/>
        </w:rPr>
        <w:t>Hệ thống lưu trữ năng lượng từ trường siêu dẫn.</w:t>
      </w:r>
    </w:p>
    <w:p>
      <w:pPr>
        <w:spacing w:after="80"/>
      </w:pPr>
      <w:r>
        <w:rPr>
          <w:b w:val="0"/>
          <w:i w:val="0"/>
        </w:rPr>
        <w:t>Đây chính là nguồn năng lượng bí mật của Threshold.</w:t>
      </w:r>
    </w:p>
    <w:p>
      <w:pPr>
        <w:spacing w:after="80"/>
      </w:pPr>
      <w:r>
        <w:rPr>
          <w:b w:val="0"/>
          <w:i w:val="0"/>
        </w:rPr>
        <w:t>Sáng nay The Golěm đã biết được rằng năng lượng được đưa vào từ trường hình xuyến sẽ chạy vòng lặp vô tận mà không bị suy giảm và có thể được rút ra khi cần. Điều kiện tiên quyết duy nhất là giữ cho các cuộn dây siêu dẫn luôn lạnh.</w:t>
      </w:r>
    </w:p>
    <w:p>
      <w:pPr>
        <w:spacing w:after="80"/>
      </w:pPr>
      <w:r>
        <w:rPr>
          <w:b w:val="0"/>
          <w:i w:val="0"/>
        </w:rPr>
        <w:t>Cực kỳ lạnh.</w:t>
      </w:r>
    </w:p>
    <w:p>
      <w:pPr>
        <w:spacing w:after="80"/>
      </w:pPr>
      <w:r>
        <w:rPr>
          <w:b w:val="0"/>
          <w:i w:val="0"/>
        </w:rPr>
        <w:t xml:space="preserve">Nhiệt độ tới hạn của các cuộn dây nằm ở đâu đó dưới âm 260 độ C, và nếu các cuộn dây tăng lên dù chỉ một chút trên nhiệt độ này, chúng sẽ mất tính siêu dẫn và bắt đầu cản trở dòng điện. Sự cản trở đó khiến các cuộn dây nóng lên nhanh chóng, đến lượt nó lại gây ra nhiều cản trở hơn, và trong vòng vài giây vòng phản hồi này bùng phát mất kiểm soát…dẫn đến một sự kiện nguy hiểm được gọi là </w:t>
      </w:r>
      <w:r>
        <w:rPr>
          <w:b w:val="0"/>
          <w:i/>
        </w:rPr>
        <w:t>quench</w:t>
      </w:r>
      <w:r>
        <w:rPr>
          <w:b w:val="0"/>
          <w:i w:val="0"/>
        </w:rPr>
        <w:t xml:space="preserve"> (hiện tượng dập tắt siêu dẫn).</w:t>
      </w:r>
    </w:p>
    <w:p>
      <w:pPr>
        <w:spacing w:after="80"/>
      </w:pPr>
      <w:r>
        <w:rPr>
          <w:b w:val="0"/>
          <w:i w:val="0"/>
        </w:rPr>
        <w:t xml:space="preserve">Để ngăn ngừa hiện tượng quench, các cuộn dây được liên tục xả trong một bể chứa chất lỏng lạnh nhất trên trái đất. </w:t>
      </w:r>
      <w:r>
        <w:rPr>
          <w:b w:val="0"/>
          <w:i/>
        </w:rPr>
        <w:t>Heli lỏng.</w:t>
      </w:r>
    </w:p>
    <w:p>
      <w:pPr>
        <w:spacing w:after="80"/>
      </w:pPr>
      <w:r>
        <w:rPr>
          <w:b w:val="0"/>
          <w:i w:val="0"/>
        </w:rPr>
        <w:t>Hắn nhìn qua khỏi SMES tới căn phòng liền kề, nơi, được khóa bên trong một lồng lưới Mu-metal, có mười hai bồn thép không gỉ austenit chứa đầy heli lỏng. Mỗi bình Cryofab dung tích năm trăm gallon đều cao bằng The Golěm và được trang bị một đầu nối lạnh (cryogenic bayonet) cùng đường ống bọc chân không vận chuyển chất lỏng lạnh vào SMES để giữ cho các chất siêu dẫn luôn lạnh.</w:t>
      </w:r>
    </w:p>
    <w:p>
      <w:pPr>
        <w:spacing w:after="80"/>
      </w:pPr>
      <w:r>
        <w:rPr>
          <w:b w:val="0"/>
          <w:i w:val="0"/>
        </w:rPr>
        <w:t xml:space="preserve">Theo hầu hết các thước đo, heli lỏng là vô hại—không nổ, không cháy và không độc. Phẩm chất nguy hiểm duy nhất của nó là có điểm sôi thấp nhất trong tất cả các chất mà con người biết đến…một nhiệt độ lạnh giá </w:t>
      </w:r>
      <w:r>
        <w:rPr>
          <w:b w:val="0"/>
          <w:i/>
        </w:rPr>
        <w:t>âm</w:t>
      </w:r>
      <w:r>
        <w:rPr>
          <w:b w:val="0"/>
          <w:i w:val="0"/>
        </w:rPr>
        <w:t xml:space="preserve"> 270 độ C. Điều này có nghĩa là nếu heli được phép "ấm lên" trên âm 270 độ C—vốn đã gần độ không tuyệt đối—nó sẽ ngay lập tức sôi và chuyển thành khí heli.</w:t>
      </w:r>
    </w:p>
    <w:p>
      <w:pPr>
        <w:spacing w:after="80"/>
      </w:pPr>
      <w:r>
        <w:rPr>
          <w:b w:val="0"/>
          <w:i w:val="0"/>
        </w:rPr>
        <w:t xml:space="preserve">Bản thân khí này cũng vô hại, nhưng mối nguy nằm ở </w:t>
      </w:r>
      <w:r>
        <w:rPr>
          <w:b w:val="0"/>
          <w:i/>
        </w:rPr>
        <w:t>vật lý</w:t>
      </w:r>
      <w:r>
        <w:rPr>
          <w:b w:val="0"/>
          <w:i w:val="0"/>
        </w:rPr>
        <w:t xml:space="preserve"> của quá trình chuyển đổi. Việc heli lỏng chuyển thành khí diễn ra nhanh và dữ dội đến kinh ngạc…và, hóa ra, đó chính là toàn bộ lý do Threshold đã trưng dụng lỗ thông hơi R2-D2 ở Công viên Folimanka.</w:t>
      </w:r>
    </w:p>
    <w:p>
      <w:pPr>
        <w:spacing w:after="80"/>
      </w:pPr>
      <w:r>
        <w:rPr>
          <w:b w:val="0"/>
          <w:i w:val="0"/>
        </w:rPr>
        <w:t xml:space="preserve">Khi heli lỏng chuyển thành khí, thể tích của nó nhân lên theo một tỷ lệ khó tin là 1 đến 750. Điều này có nghĩa là lượng heli lỏng trong căn hầm này, nếu được giải phóng, sẽ nhanh chóng chuyển thành lượng khí đủ để lấp đầy </w:t>
      </w:r>
      <w:r>
        <w:rPr>
          <w:b w:val="0"/>
          <w:i/>
        </w:rPr>
        <w:t>bảy</w:t>
      </w:r>
      <w:r>
        <w:rPr>
          <w:b w:val="0"/>
          <w:i w:val="0"/>
        </w:rPr>
        <w:t xml:space="preserve"> bể bơi Olympic.</w:t>
      </w:r>
    </w:p>
    <w:p>
      <w:pPr>
        <w:spacing w:after="80"/>
      </w:pPr>
      <w:r>
        <w:rPr>
          <w:b w:val="0"/>
          <w:i w:val="0"/>
        </w:rPr>
        <w:t>Trong một không gian không có lỗ thông hơi, thể tích mới sẽ không có chỗ để thoát, và áp suất tích tụ sẽ diễn ra nhanh đến mức tạo ra một "bom áp suất"—một lực hướng ra ngoài dữ dội gần như tức thời, lan tỏa theo mọi hướng. Trong nỗ lực tuyệt vọng để tạo chỗ cho chính nó, khí sẽ thổi tung bất cứ thứ gì kìm hãm nó, tạo ra một sóng xung kích giống như của một vũ khí hạt nhân chiến thuật, xé toạc mọi thứ trong bán kính nhất định.</w:t>
      </w:r>
    </w:p>
    <w:p>
      <w:pPr>
        <w:spacing w:after="80"/>
      </w:pPr>
      <w:r>
        <w:rPr>
          <w:b w:val="0"/>
          <w:i w:val="0"/>
        </w:rPr>
        <w:t xml:space="preserve">Để giảm thiểu rủi ro, tất cả các cơ sở sử dụng helium lỏng, bao gồm cả bệnh viện có máy MRI, đều được yêu cầu lắp đặt một "ống xả quench" (quench vent)—một đường ống thông gió vươn lên xuyên qua mái tòa nhà—để đảm bảo rằng, trong trường hợp helium rò rỉ ngoài ý muốn, lượng khí đang giãn nở nhanh chóng sẽ có một lối thoát an toàn </w:t>
      </w:r>
      <w:r>
        <w:rPr>
          <w:b w:val="0"/>
          <w:i/>
        </w:rPr>
        <w:t>thay thế</w:t>
      </w:r>
      <w:r>
        <w:rPr>
          <w:b w:val="0"/>
          <w:i w:val="0"/>
        </w:rPr>
        <w:t>…thay vì làm nổ tung tòa nhà. Ống xả quench của Threshold rất đồ sộ, nhưng dĩ nhiên, lượng helium lỏng được lưu trữ dưới này cũng đồ sộ không kém.</w:t>
      </w:r>
    </w:p>
    <w:p>
      <w:pPr>
        <w:spacing w:after="80"/>
      </w:pPr>
      <w:r>
        <w:rPr>
          <w:b w:val="0"/>
          <w:i w:val="0"/>
        </w:rPr>
        <w:t xml:space="preserve">Golěm lại nhìn qua SMES đến mười hai bình Cryofab. </w:t>
      </w:r>
      <w:r>
        <w:rPr>
          <w:b w:val="0"/>
          <w:i/>
        </w:rPr>
        <w:t>Hơn hai mươi nghìn lít helium,</w:t>
      </w:r>
      <w:r>
        <w:rPr>
          <w:b w:val="0"/>
          <w:i w:val="0"/>
        </w:rPr>
        <w:t xml:space="preserve"> hắn đã tính toán. Tiềm năng giãn nở gần như không thể tính nổi.</w:t>
      </w:r>
    </w:p>
    <w:p>
      <w:pPr>
        <w:spacing w:after="80"/>
      </w:pPr>
      <w:r>
        <w:rPr>
          <w:b w:val="0"/>
          <w:i w:val="0"/>
        </w:rPr>
        <w:t>Những vụ nổ thảm khốc với helium lỏng, hắn đã tìm hiểu trên mạng, khá là phổ biến—bao gồm tên lửa Falcon 9 của SpaceX, Máy gia tốc hạt lớn (Large Hadron Collider) của CERN, và thậm chí cả một phòng khám thú y ở New Jersey có chiếc máy MRI bị rò rỉ nhỏ và phát nổ.</w:t>
      </w:r>
    </w:p>
    <w:p>
      <w:pPr>
        <w:spacing w:after="80"/>
      </w:pPr>
      <w:r>
        <w:rPr>
          <w:b w:val="0"/>
          <w:i w:val="0"/>
        </w:rPr>
        <w:t xml:space="preserve">Golěm biết rằng nếu </w:t>
      </w:r>
      <w:r>
        <w:rPr>
          <w:b w:val="0"/>
          <w:i/>
        </w:rPr>
        <w:t>chiếc</w:t>
      </w:r>
      <w:r>
        <w:rPr>
          <w:b w:val="0"/>
          <w:i w:val="0"/>
        </w:rPr>
        <w:t xml:space="preserve"> SMES này bị quench bất ngờ, lượng helium lỏng nạp vào hệ thống sẽ lập tức bốc hơi thành một dòng khí giãn nở cuồn cuộn lao lên ống dẫn và phun vọt lên trời trên Prague như một mạch nước phun helium lạnh buốt.</w:t>
      </w:r>
    </w:p>
    <w:p>
      <w:pPr>
        <w:spacing w:after="80"/>
      </w:pPr>
      <w:r>
        <w:rPr>
          <w:b w:val="0"/>
          <w:i w:val="0"/>
        </w:rPr>
        <w:t>Rất có thể sẽ thổi bay luôn cái đầu của R2-D2 trong quá trình đó.</w:t>
      </w:r>
    </w:p>
    <w:p>
      <w:pPr>
        <w:spacing w:after="80"/>
      </w:pPr>
      <w:r>
        <w:rPr>
          <w:b w:val="0"/>
          <w:i w:val="0"/>
        </w:rPr>
        <w:t xml:space="preserve">Lượng helium lỏng nạp vào máy SMES tại bất kỳ thời điểm nào chỉ chiếm một phần rất nhỏ trong tổng thể tích chứa trong các bồn. Golěm không thể nào tưởng tượng nổi điều gì sẽ xảy ra nếu </w:t>
      </w:r>
      <w:r>
        <w:rPr>
          <w:b w:val="0"/>
          <w:i/>
        </w:rPr>
        <w:t>toàn bộ</w:t>
      </w:r>
      <w:r>
        <w:rPr>
          <w:b w:val="0"/>
          <w:i w:val="0"/>
        </w:rPr>
        <w:t xml:space="preserve"> helium trong cơ sở này được giải phóng cùng một lúc…chuyển từ lỏng sang khí trong tích tắc.</w:t>
      </w:r>
    </w:p>
    <w:p>
      <w:pPr>
        <w:spacing w:after="80"/>
      </w:pPr>
      <w:r>
        <w:rPr>
          <w:b w:val="0"/>
          <w:i w:val="0"/>
        </w:rPr>
        <w:t>Một sự kiện như vậy chưa từng xảy ra. Chưa bao giờ. Ở bất cứ đâu.</w:t>
      </w:r>
    </w:p>
    <w:p>
      <w:pPr>
        <w:spacing w:after="80"/>
      </w:pPr>
      <w:r>
        <w:rPr>
          <w:b w:val="0"/>
          <w:i w:val="0"/>
        </w:rPr>
        <w:t>Có quá nhiều cơ chế an toàn.</w:t>
      </w:r>
    </w:p>
    <w:p>
      <w:pPr>
        <w:spacing w:after="80"/>
      </w:pPr>
      <w:r>
        <w:rPr>
          <w:b w:val="0"/>
          <w:i w:val="0"/>
        </w:rPr>
        <w:t>Các bình helium cực kỳ chắc chắn với nhiều tính năng an toàn. Được chế tạo như những chiếc phích khổng lồ, thiết kế "Dewar" hai lớp vỏ của chúng sử dụng chất cách nhiệt hiệu quả nhất của tự nhiên—chân không thuần túy—để đảm bảo chất lỏng bên trong luôn đủ lạnh, không bao giờ chuyển thành khí. Để an toàn thêm, mỗi bình lưu trữ chất lỏng dưới áp suất cực cao. Điều này nâng cao điểm sôi của helium, mang lại biên độ sai số rộng hơn trước khi chạm ngưỡng nhiệt độ tới hạn.</w:t>
      </w:r>
    </w:p>
    <w:p>
      <w:pPr>
        <w:spacing w:after="80"/>
      </w:pPr>
      <w:r>
        <w:rPr>
          <w:b w:val="0"/>
          <w:i w:val="0"/>
        </w:rPr>
        <w:t>Biện pháp an toàn cuối cùng của bình là một "đĩa vỡ" (rupture disk)—một đĩa đồng nhỏ gắn vào vỏ bồn. Là một điểm yếu được tạo ra có chủ đích, đĩa này được hiệu chuẩn để vỡ nếu áp suất bên trong tăng quá cao…qua đó ngăn ngừa một vụ nổ bồn thảm khốc.</w:t>
      </w:r>
    </w:p>
    <w:p>
      <w:pPr>
        <w:spacing w:after="80"/>
      </w:pPr>
      <w:r>
        <w:rPr>
          <w:b w:val="0"/>
          <w:i w:val="0"/>
        </w:rPr>
        <w:t xml:space="preserve">Mặc dù đĩa vỡ được thiết kế để nổ </w:t>
      </w:r>
      <w:r>
        <w:rPr>
          <w:b w:val="0"/>
          <w:i/>
        </w:rPr>
        <w:t>hướng ra ngoài,</w:t>
      </w:r>
      <w:r>
        <w:rPr>
          <w:b w:val="0"/>
          <w:i w:val="0"/>
        </w:rPr>
        <w:t xml:space="preserve"> chúng cũng có thể vỡ </w:t>
      </w:r>
      <w:r>
        <w:rPr>
          <w:b w:val="0"/>
          <w:i/>
        </w:rPr>
        <w:t>hướng vào trong</w:t>
      </w:r>
      <w:r>
        <w:rPr>
          <w:b w:val="0"/>
          <w:i w:val="0"/>
        </w:rPr>
        <w:t xml:space="preserve"> nếu áp suất bên ngoài bình trở nên quá lớn. Dĩ nhiên, điều đó chưa từng xảy ra vì không ai bất cẩn đến mức lưu trữ helium lỏng trong một không gian kín khí.</w:t>
      </w:r>
    </w:p>
    <w:p>
      <w:pPr>
        <w:spacing w:after="80"/>
      </w:pPr>
      <w:r>
        <w:rPr>
          <w:b w:val="0"/>
          <w:i w:val="0"/>
        </w:rPr>
        <w:t>Xét đến ba cơ chế an toàn này, xác suất nhiều bồn cùng hỏng một lúc mang xác suất thống kê bằng không.</w:t>
      </w:r>
    </w:p>
    <w:p>
      <w:pPr>
        <w:spacing w:after="80"/>
      </w:pPr>
      <w:r>
        <w:rPr>
          <w:b w:val="0"/>
          <w:i w:val="0"/>
        </w:rPr>
        <w:t>Điều đó đơn giản là không thể xảy ra.</w:t>
      </w:r>
    </w:p>
    <w:p>
      <w:pPr>
        <w:spacing w:after="80"/>
      </w:pPr>
      <w:r>
        <w:rPr>
          <w:b w:val="0"/>
          <w:i w:val="0"/>
        </w:rPr>
        <w:t>Không thể, trừ khi có sự giúp sức.</w:t>
      </w:r>
    </w:p>
    <w:p>
      <w:pPr>
        <w:spacing w:after="80"/>
      </w:pPr>
      <w:r>
        <w:rPr>
          <w:b w:val="0"/>
          <w:i w:val="0"/>
        </w:rPr>
        <w:t>Nghĩ về những nỗi kinh hoàng mà Threshold đã gây ra cho Sasha, Golěm nhìn lần cuối vào thiết bị SMES đang kêu vo vo êm ái, thưởng thức vẻ trớ trêu. Cỗ máy này là nguồn năng lượng bí mật của Threshold…và sắp trở thành tác nhân hủy diệt nó.</w:t>
      </w:r>
    </w:p>
    <w:p>
      <w:pPr>
        <w:pStyle w:val="Heading1"/>
      </w:pPr>
      <w:r>
        <w:rPr>
          <w:rFonts w:ascii="Calibri" w:hAnsi="Calibri"/>
          <w:b/>
          <w:i w:val="0"/>
          <w:sz w:val="40"/>
        </w:rPr>
        <w:t>Chương 104</w:t>
      </w:r>
    </w:p>
    <w:p>
      <w:pPr>
        <w:spacing w:after="80"/>
      </w:pPr>
      <w:r>
        <w:rPr>
          <w:b w:val="0"/>
          <w:i w:val="0"/>
        </w:rPr>
        <w:t>Cùng với Langdon bước vào phòng thí nghiệm sinh học, Katherine đang chăm chú quan sát cỗ máy tinh vi trước mặt.</w:t>
      </w:r>
    </w:p>
    <w:p>
      <w:pPr>
        <w:spacing w:after="80"/>
      </w:pPr>
      <w:r>
        <w:rPr>
          <w:b w:val="0"/>
          <w:i w:val="0"/>
        </w:rPr>
        <w:t>Nơ-ron nhân tạo chưa hề tồn tại. Ít nhất là chưa.</w:t>
      </w:r>
    </w:p>
    <w:p>
      <w:pPr>
        <w:spacing w:after="80"/>
      </w:pPr>
      <w:r>
        <w:rPr>
          <w:b w:val="0"/>
          <w:i w:val="0"/>
        </w:rPr>
        <w:t>Đây vốn luôn là niềm tin của Katherine… nhưng giờ cô không còn chắc chắn nữa. Cỗ máy trông đúng là giống một tủ ấp thủy canh công phu, nhưng cô không có cách nào biết được, chỉ bằng mắt thường, bên trong những lọ chất lỏng kia có gì.</w:t>
      </w:r>
    </w:p>
    <w:p>
      <w:pPr>
        <w:spacing w:after="80"/>
      </w:pPr>
      <w:r>
        <w:rPr>
          <w:b w:val="0"/>
          <w:i w:val="0"/>
        </w:rPr>
        <w:t>Không thể nào… đúng không?</w:t>
      </w:r>
    </w:p>
    <w:p>
      <w:pPr>
        <w:spacing w:after="80"/>
      </w:pPr>
      <w:r>
        <w:rPr>
          <w:b w:val="0"/>
          <w:i w:val="0"/>
        </w:rPr>
        <w:t xml:space="preserve">Phần lớn công trình sau đại học của Katherine về khoa học não bộ đều tập trung vào hóa học thần kinh (neurochemistry), nghiên cứu những cơ chế hóa học cụ thể mà nhờ đó mạng nơ-ron của não bộ vận hành. Nơ-ron nhân tạo, về mặt khái niệm, lần đầu được đề xuất vào năm 1943 bởi hai nhà khoa học người Mỹ Warren McCulloch và Walter Pitts — nhưng việc </w:t>
      </w:r>
      <w:r>
        <w:rPr>
          <w:b w:val="0"/>
          <w:i/>
        </w:rPr>
        <w:t>hiện thực hóa</w:t>
      </w:r>
      <w:r>
        <w:rPr>
          <w:b w:val="0"/>
          <w:i w:val="0"/>
        </w:rPr>
        <w:t xml:space="preserve"> khái niệm đó luôn có vẻ là một giấc mơ xa vời. Có một câu nói đùa quen thuộc trong giới sinh học: </w:t>
      </w:r>
      <w:r>
        <w:rPr>
          <w:b w:val="0"/>
          <w:i/>
        </w:rPr>
        <w:t>Con người sẽ định cư trên Sao Hỏa từ lâu trước khi chúng ta chế tạo được một nơ-ron nhân tạo.</w:t>
      </w:r>
    </w:p>
    <w:p>
      <w:pPr>
        <w:spacing w:after="80"/>
      </w:pPr>
      <w:r>
        <w:rPr>
          <w:b w:val="0"/>
          <w:i w:val="0"/>
        </w:rPr>
        <w:t>“Anh kiểm tra mấy cuốn sách hướng dẫn đó chưa?” cô nói, chỉ về phía giá sách ở bên kia phòng. “Xem có thấy gì về cái tủ ấp này hay thứ họ đang nuôi ở đây không. Em sẽ kiểm tra mấy ngăn kéo.”</w:t>
      </w:r>
    </w:p>
    <w:p>
      <w:pPr>
        <w:spacing w:after="80"/>
      </w:pPr>
      <w:r>
        <w:rPr>
          <w:b w:val="0"/>
          <w:i w:val="0"/>
        </w:rPr>
        <w:t>Khi Langdon đi về phía giá sách, Katherine bắt đầu lục tung một bộ ngăn kéo hồ sơ được gắn vào chiếc bàn làm việc bóng loáng của căn phòng. Hầu hết các phòng thí nghiệm tỉ mỉ, kể cả Viện Khoa học Noetic (Institute of Noetic Sciences), đều tạo một “sổ quy trình” (protocol book) cho mỗi dự án — một bộ hướng dẫn quy trình dạng bản cứng để đảm bảo tính nhất quán và khả năng tái lập kết quả. Đây là thứ Katherine hy vọng tìm được, nhưng cô chẳng thấy gì đáng chú ý trong các ngăn kéo.</w:t>
      </w:r>
    </w:p>
    <w:p>
      <w:pPr>
        <w:spacing w:after="80"/>
      </w:pPr>
      <w:r>
        <w:rPr>
          <w:b w:val="0"/>
          <w:i w:val="0"/>
        </w:rPr>
        <w:t>Mãi đến khi cô phát hiện một ngăn kéo “khay phẳng” lõm vào bàn, cô mới tìm thấy thứ gì đó đáng hy vọng… trong đó có một cuốn bìa ba vòng màu đen dày cộp. Dù nó quá dày để có thể là cuốn sổ quy trình cô đang tìm, cô vẫn thấy lạnh người khi nhìn thấy những dòng chữ in nổi trên bìa.</w:t>
      </w:r>
    </w:p>
    <w:p>
      <w:pPr>
        <w:spacing w:after="80"/>
      </w:pPr>
      <w:r>
        <w:rPr>
          <w:b w:val="0"/>
          <w:i w:val="0"/>
        </w:rPr>
        <w:t>Tối mật</w:t>
      </w:r>
    </w:p>
    <w:p>
      <w:pPr>
        <w:spacing w:after="80"/>
      </w:pPr>
      <w:r>
        <w:rPr>
          <w:b w:val="0"/>
          <w:i w:val="0"/>
        </w:rPr>
        <w:t>Tài sản của Cục Tình báo Trung ương</w:t>
      </w:r>
    </w:p>
    <w:p>
      <w:pPr>
        <w:spacing w:after="80"/>
      </w:pPr>
      <w:r>
        <w:rPr>
          <w:b w:val="0"/>
          <w:i w:val="0"/>
        </w:rPr>
        <w:t>Katherine lập tức nhấc cuốn bìa lên bàn và mở ra.</w:t>
      </w:r>
    </w:p>
    <w:p>
      <w:pPr>
        <w:spacing w:after="80"/>
      </w:pPr>
      <w:r>
        <w:rPr>
          <w:b w:val="0"/>
          <w:i w:val="0"/>
        </w:rPr>
        <w:t>Làm ơn cho chúng tôi biết điều gì đó…</w:t>
      </w:r>
    </w:p>
    <w:p>
      <w:pPr>
        <w:spacing w:after="80"/>
      </w:pPr>
      <w:r>
        <w:rPr>
          <w:b w:val="0"/>
          <w:i w:val="0"/>
        </w:rPr>
        <w:t xml:space="preserve">Khi lướt qua vài trang đầu, cô giật mình khi biết rằng những tác giả của cuốn bìa này đến từ Phòng thí nghiệm Điện tử Hữu cơ (Laboratory of Organic Electronics - LOE) danh tiếng ở Thụy Điển. </w:t>
      </w:r>
      <w:r>
        <w:rPr>
          <w:b w:val="0"/>
          <w:i/>
        </w:rPr>
        <w:t>CIA tuyển người từ LOE ư?!</w:t>
      </w:r>
      <w:r>
        <w:rPr>
          <w:b w:val="0"/>
          <w:i w:val="0"/>
        </w:rPr>
        <w:t xml:space="preserve"> Trong nỗ lực tạo ra nơ-ron nhân tạo, LOE là một trong những bộ não hàng đầu thế giới. Katherine vừa mới nhắc đến bước đột phá của họ với cây bắt ruồi Venus chỉ vài phút trước!</w:t>
      </w:r>
    </w:p>
    <w:p>
      <w:pPr>
        <w:spacing w:after="80"/>
      </w:pPr>
      <w:r>
        <w:rPr>
          <w:b w:val="0"/>
          <w:i w:val="0"/>
        </w:rPr>
        <w:t>Như bị thôi miên, cô lật qua các phần khác nhau của cuốn bìa, đọc các tiêu đề. Cô thấy nhiều chủ đề quen thuộc, nhưng rồi mắt cô dừng lại ở một dòng khiến cô sững người.</w:t>
      </w:r>
    </w:p>
    <w:p>
      <w:pPr>
        <w:spacing w:after="80"/>
      </w:pPr>
      <w:r>
        <w:rPr>
          <w:b w:val="0"/>
          <w:i w:val="0"/>
        </w:rPr>
        <w:t>Điều biến thông qua polymer dẫn hỗn hợp ion-electron</w:t>
      </w:r>
    </w:p>
    <w:p>
      <w:pPr>
        <w:spacing w:after="80"/>
      </w:pPr>
      <w:r>
        <w:rPr>
          <w:b w:val="0"/>
          <w:i/>
        </w:rPr>
        <w:t>Điều biến?</w:t>
      </w:r>
      <w:r>
        <w:rPr>
          <w:b w:val="0"/>
          <w:i w:val="0"/>
        </w:rPr>
        <w:t xml:space="preserve"> Cô lập tức bắt đầu quét qua phần đó. </w:t>
      </w:r>
      <w:r>
        <w:rPr>
          <w:b w:val="0"/>
          <w:i/>
        </w:rPr>
        <w:t>Họ thực sự đã giải quyết được bài toán điều biến rồi sao?!</w:t>
      </w:r>
    </w:p>
    <w:p>
      <w:pPr>
        <w:spacing w:after="80"/>
      </w:pPr>
      <w:r>
        <w:rPr>
          <w:b w:val="0"/>
          <w:i w:val="0"/>
        </w:rPr>
        <w:t>Một trong những rào cản đáng sợ nhất trên hành trình chế tạo một nơ-ron nhân tạo chính là việc mô phỏng “điều biến ion” (ion modulation) — khả năng độc đáo của nơ-ron trong việc kích hoạt và vô hiệu hóa các kênh ion natri. Vậy mà nếu tin vào dòng tiêu đề này, thì điều biến ion giờ đây đã trở nên khả thi.</w:t>
      </w:r>
    </w:p>
    <w:p>
      <w:pPr>
        <w:spacing w:after="80"/>
      </w:pPr>
      <w:r>
        <w:rPr>
          <w:b w:val="0"/>
          <w:i w:val="0"/>
        </w:rPr>
        <w:t>Nhưng… bằng cách nào chứ?!</w:t>
      </w:r>
    </w:p>
    <w:p>
      <w:pPr>
        <w:spacing w:after="80"/>
      </w:pPr>
      <w:r>
        <w:rPr>
          <w:b w:val="0"/>
          <w:i w:val="0"/>
        </w:rPr>
        <w:t>Tim đập thình thịch, Katherine bắt đầu đọc về giải pháp của Threshold cho bài toán điều biến. Mọi thứ về nó đều vô cùng hợp lý với cô… gần như quá hợp lý… và càng đọc, cô càng thấy khó thở.</w:t>
      </w:r>
    </w:p>
    <w:p>
      <w:pPr>
        <w:spacing w:after="80"/>
      </w:pPr>
      <w:r>
        <w:rPr>
          <w:b w:val="0"/>
          <w:i w:val="0"/>
        </w:rPr>
        <w:t>Không… không… không thể nào!</w:t>
      </w:r>
    </w:p>
    <w:p>
      <w:pPr>
        <w:jc w:val="center"/>
      </w:pPr>
      <w:r>
        <w:drawing>
          <wp:inline xmlns:a="http://schemas.openxmlformats.org/drawingml/2006/main" xmlns:pic="http://schemas.openxmlformats.org/drawingml/2006/picture">
            <wp:extent cx="5486400" cy="362122"/>
            <wp:docPr id="96" name="Picture 96"/>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“Katherine?” Langdon lặp lại, anh đã đến bên bàn sau khi nghe thấy tiếng cô thốt lên vài giây trước đó. “Cô ổn chứ?”</w:t>
      </w:r>
    </w:p>
    <w:p>
      <w:pPr>
        <w:spacing w:after="80"/>
      </w:pPr>
      <w:r>
        <w:rPr>
          <w:b w:val="0"/>
          <w:i w:val="0"/>
        </w:rPr>
        <w:t>Nhưng cô không trả lời, mắt dán chặt vào cuốn tài liệu khi cô lật từng trang, từng trang một, lẩm bẩm một mình.</w:t>
      </w:r>
    </w:p>
    <w:p>
      <w:pPr>
        <w:spacing w:after="80"/>
      </w:pPr>
      <w:r>
        <w:rPr>
          <w:b w:val="0"/>
          <w:i w:val="0"/>
        </w:rPr>
        <w:t xml:space="preserve">Langdon nhìn qua vai cô, cố xem điều gì đang khiến cô bối rối, nhưng dòng tiêu đề trên trang chẳng có ý nghĩa gì với anh. </w:t>
      </w:r>
      <w:r>
        <w:rPr>
          <w:b w:val="0"/>
          <w:i/>
        </w:rPr>
        <w:t>Điều biến thông qua polymer dẫn hỗn hợp ion-electron?</w:t>
      </w:r>
    </w:p>
    <w:p>
      <w:pPr>
        <w:spacing w:after="80"/>
      </w:pPr>
      <w:r>
        <w:rPr>
          <w:b w:val="0"/>
          <w:i w:val="0"/>
        </w:rPr>
        <w:t>Thời gian trôi qua, Langdon cảm nhận được Katherine đang ở trong trạng thái sốc nhẹ, và cuối cùng anh đặt tay lên cánh tay cô. “Có chuyện gì vậy?”</w:t>
      </w:r>
    </w:p>
    <w:p>
      <w:pPr>
        <w:spacing w:after="80"/>
      </w:pPr>
      <w:r>
        <w:rPr>
          <w:b w:val="0"/>
          <w:i w:val="0"/>
        </w:rPr>
        <w:t>Cô đột ngột quay phắt về phía anh, ánh mắt rực lửa. “Có chuyện gì ư? Threshold đang dùng BBL tổng hợp làm transistor điện hóa hữu cơ! Họ đúc nó thành một màng mỏng và hòa tan nó trong axit methanesulfonic—”</w:t>
      </w:r>
    </w:p>
    <w:p>
      <w:pPr>
        <w:spacing w:after="80"/>
      </w:pPr>
      <w:r>
        <w:rPr>
          <w:b w:val="0"/>
          <w:i w:val="0"/>
        </w:rPr>
        <w:t>“Từ từ đã—cái gì cơ?”</w:t>
      </w:r>
    </w:p>
    <w:p>
      <w:pPr>
        <w:spacing w:after="80"/>
      </w:pPr>
      <w:r>
        <w:rPr>
          <w:b w:val="0"/>
          <w:i w:val="0"/>
        </w:rPr>
        <w:t xml:space="preserve">“BBL! Họ đang dùng nó trong </w:t>
      </w:r>
      <w:r>
        <w:rPr>
          <w:b w:val="0"/>
          <w:i/>
        </w:rPr>
        <w:t>các nơ-ron nhân tạo</w:t>
      </w:r>
      <w:r>
        <w:rPr>
          <w:b w:val="0"/>
          <w:i w:val="0"/>
        </w:rPr>
        <w:t xml:space="preserve">! Đó là ý tưởng của </w:t>
      </w:r>
      <w:r>
        <w:rPr>
          <w:b w:val="0"/>
          <w:i/>
        </w:rPr>
        <w:t>tôi</w:t>
      </w:r>
      <w:r>
        <w:rPr>
          <w:b w:val="0"/>
          <w:i w:val="0"/>
        </w:rPr>
        <w:t>, Robert!”</w:t>
      </w:r>
    </w:p>
    <w:p>
      <w:pPr>
        <w:spacing w:after="80"/>
      </w:pPr>
      <w:r>
        <w:rPr>
          <w:b w:val="0"/>
          <w:i w:val="0"/>
        </w:rPr>
        <w:t>“Trước hết, BBL là gì?”</w:t>
      </w:r>
    </w:p>
    <w:p>
      <w:pPr>
        <w:spacing w:after="80"/>
      </w:pPr>
      <w:r>
        <w:rPr>
          <w:b w:val="0"/>
          <w:i w:val="0"/>
        </w:rPr>
        <w:t>“Benzimidazobenzophenanthroline. Đó là một loại polymer dẫn điện cao, đặc biệt bền chắc và còn có tính đàn hồi.”</w:t>
      </w:r>
    </w:p>
    <w:p>
      <w:pPr>
        <w:spacing w:after="80"/>
      </w:pPr>
      <w:r>
        <w:rPr>
          <w:b w:val="0"/>
          <w:i w:val="0"/>
        </w:rPr>
        <w:t>“Được rồi, và…?”</w:t>
      </w:r>
    </w:p>
    <w:p>
      <w:pPr>
        <w:spacing w:after="80"/>
      </w:pPr>
      <w:r>
        <w:rPr>
          <w:b w:val="0"/>
          <w:i w:val="0"/>
        </w:rPr>
        <w:t xml:space="preserve">“Và họ đang áp dụng </w:t>
      </w:r>
      <w:r>
        <w:rPr>
          <w:b w:val="0"/>
          <w:i/>
        </w:rPr>
        <w:t>polycondensation</w:t>
      </w:r>
      <w:r>
        <w:rPr>
          <w:b w:val="0"/>
          <w:i w:val="0"/>
        </w:rPr>
        <w:t xml:space="preserve"> (phản ứng trùng ngưng) để tổng hợp BBL—đó là đề xuất của </w:t>
      </w:r>
      <w:r>
        <w:rPr>
          <w:b w:val="0"/>
          <w:i/>
        </w:rPr>
        <w:t>tôi</w:t>
      </w:r>
      <w:r>
        <w:rPr>
          <w:b w:val="0"/>
          <w:i w:val="0"/>
        </w:rPr>
        <w:t xml:space="preserve">. Kết quả là một chất dẫn electron cực tốt… rất giống một </w:t>
      </w:r>
      <w:r>
        <w:rPr>
          <w:b w:val="0"/>
          <w:i/>
        </w:rPr>
        <w:t>nơ-ron.</w:t>
      </w:r>
      <w:r>
        <w:rPr>
          <w:b w:val="0"/>
          <w:i w:val="0"/>
        </w:rPr>
        <w:t xml:space="preserve">” Cô lật một trang của cuốn tài liệu. “Nhìn này! Các quy trình hóa học trong cuốn tài liệu này </w:t>
      </w:r>
      <w:r>
        <w:rPr>
          <w:b w:val="0"/>
          <w:i/>
        </w:rPr>
        <w:t>chính xác</w:t>
      </w:r>
      <w:r>
        <w:rPr>
          <w:b w:val="0"/>
          <w:i w:val="0"/>
        </w:rPr>
        <w:t xml:space="preserve"> là những quy trình tôi mô tả trong bản thảo của mình! Đến từng chi tiết nhỏ nhất! Tôi đã đề xuất điều chỉnh độ dẫn bằng cách thêm ba milimolar glutamine vào dung dịch điện phân—và đó chính xác là những gì họ đang làm!”</w:t>
      </w:r>
    </w:p>
    <w:p>
      <w:pPr>
        <w:spacing w:after="80"/>
      </w:pPr>
      <w:r>
        <w:rPr>
          <w:b w:val="0"/>
          <w:i w:val="0"/>
        </w:rPr>
        <w:t xml:space="preserve">Langdon không theo kịp lắm, nhưng rõ ràng Katherine tin rằng cô đã xác định được một điểm giao thoa trực tiếp giữa bản thảo của mình và dự án Threshold. </w:t>
      </w:r>
      <w:r>
        <w:rPr>
          <w:b w:val="0"/>
          <w:i/>
        </w:rPr>
        <w:t>Đó chính là lý do chúng ta đến đây.</w:t>
      </w:r>
    </w:p>
    <w:p>
      <w:pPr>
        <w:spacing w:after="80"/>
      </w:pPr>
      <w:r>
        <w:rPr>
          <w:b w:val="0"/>
          <w:i w:val="0"/>
        </w:rPr>
        <w:t>“Katherine,” anh nói khẽ, “em hít một hơi thật sâu rồi giải thích cho anh, bằng tiếng Anh đơn giản thôi, chuyện gì đang xảy ra vậy?”</w:t>
      </w:r>
    </w:p>
    <w:p>
      <w:pPr>
        <w:spacing w:after="80"/>
      </w:pPr>
      <w:r>
        <w:rPr>
          <w:b w:val="0"/>
          <w:i w:val="0"/>
        </w:rPr>
        <w:t xml:space="preserve">Cô gật đầu, thở ra. “Xin lỗi, ừ,” cô nói, hạ giọng. “Nói đơn giản thế này, cuốn sách của em đưa ra giả thuyết về việc công nghệ này có thể thực sự được </w:t>
      </w:r>
      <w:r>
        <w:rPr>
          <w:b w:val="0"/>
          <w:i/>
        </w:rPr>
        <w:t>tạo ra</w:t>
      </w:r>
      <w:r>
        <w:rPr>
          <w:b w:val="0"/>
          <w:i w:val="0"/>
        </w:rPr>
        <w:t xml:space="preserve"> vào một ngày nào đó. Em đặc biệt đề xuất dệt chất liệu nhân tạo đó thành một ‘lưới’ nơ-ron (neural mesh) có thể trùm lên não như một cái mũ… một lớp vỏ nơ-ron tiếp xúc trực tiếp với não.” Cô thở dài. “Và… đáng kinh ngạc nhất là, đó </w:t>
      </w:r>
      <w:r>
        <w:rPr>
          <w:b w:val="0"/>
          <w:i/>
        </w:rPr>
        <w:t>chính xác</w:t>
      </w:r>
      <w:r>
        <w:rPr>
          <w:b w:val="0"/>
          <w:i w:val="0"/>
        </w:rPr>
        <w:t xml:space="preserve"> là điều họ đang làm ở đây. Em chỉ… ừ thì, em không thể tin nổi.”</w:t>
      </w:r>
    </w:p>
    <w:p>
      <w:pPr>
        <w:spacing w:after="80"/>
      </w:pPr>
      <w:r>
        <w:rPr>
          <w:b w:val="0"/>
          <w:i w:val="0"/>
        </w:rPr>
        <w:t>“Vậy là em đã viết hẳn hoi về nơ-ron nhân tạo (artificial neurons)?”</w:t>
      </w:r>
    </w:p>
    <w:p>
      <w:pPr>
        <w:spacing w:after="80"/>
      </w:pPr>
      <w:r>
        <w:rPr>
          <w:b w:val="0"/>
          <w:i w:val="0"/>
        </w:rPr>
        <w:t>“Đúng vậy. Khi em đề xuất một con chip não giả định để điều hòa GABA, em biết con chip đó không thể chế tạo được nếu không có nơ-ron nhân tạo, nên em đã đưa vào phỏng đoán tốt nhất của mình về cách người ta có thể chế tạo nơ-ron vào một ngày nào đó… trong tương lai xa.”</w:t>
      </w:r>
    </w:p>
    <w:p>
      <w:pPr>
        <w:spacing w:after="80"/>
      </w:pPr>
      <w:r>
        <w:rPr>
          <w:b w:val="0"/>
          <w:i/>
        </w:rPr>
        <w:t>Hóa ra tương lai đó đã đến rồi,</w:t>
      </w:r>
      <w:r>
        <w:rPr>
          <w:b w:val="0"/>
          <w:i w:val="0"/>
        </w:rPr>
        <w:t xml:space="preserve"> Langdon nhận ra, liếc xuống cuốn tài liệu. “Và em nghĩ Threshold thực sự đã chế tạo con chip GABA mà em đề xuất?”</w:t>
      </w:r>
    </w:p>
    <w:p>
      <w:pPr>
        <w:spacing w:after="80"/>
      </w:pPr>
      <w:r>
        <w:rPr>
          <w:b w:val="0"/>
          <w:i w:val="0"/>
        </w:rPr>
        <w:t xml:space="preserve">“Không, không,” cô nói, lắc đầu. “Em không biết họ đã chế tạo </w:t>
      </w:r>
      <w:r>
        <w:rPr>
          <w:b w:val="0"/>
          <w:i/>
        </w:rPr>
        <w:t>loại</w:t>
      </w:r>
      <w:r>
        <w:rPr>
          <w:b w:val="0"/>
          <w:i w:val="0"/>
        </w:rPr>
        <w:t xml:space="preserve"> chip nào—nhưng em khá chắc đó không phải loại em đề xuất. Nếu họ có nơ-ron nhân tạo, thì không có giới hạn nào cả; họ có thể chế tạo đúng </w:t>
      </w:r>
      <w:r>
        <w:rPr>
          <w:b w:val="0"/>
          <w:i/>
        </w:rPr>
        <w:t>bất cứ thứ gì</w:t>
      </w:r>
      <w:r>
        <w:rPr>
          <w:b w:val="0"/>
          <w:i w:val="0"/>
        </w:rPr>
        <w:t xml:space="preserve"> họ mơ tới. Nơ-ron nhân tạo chính là </w:t>
      </w:r>
      <w:r>
        <w:rPr>
          <w:b w:val="0"/>
          <w:i/>
        </w:rPr>
        <w:t>bước</w:t>
      </w:r>
      <w:r>
        <w:rPr>
          <w:b w:val="0"/>
          <w:i w:val="0"/>
        </w:rPr>
        <w:t xml:space="preserve"> nhảy vọt then chốt cần thiết cho tích hợp H2M (H2M integration) hoàn chỉnh. Anh phải hiểu điều này, Robert…” Cô nhìn thẳng vào mắt anh. “Công nghệ nơ-ron này là chìa khóa của tương lai. Nó thay đổi mọi thứ.”</w:t>
      </w:r>
    </w:p>
    <w:p>
      <w:pPr>
        <w:spacing w:after="80"/>
      </w:pPr>
      <w:r>
        <w:rPr>
          <w:b w:val="0"/>
          <w:i w:val="0"/>
        </w:rPr>
        <w:t>Langdon không nghi ngờ gì cô nói đúng; anh đã từng đọc hơn một lần rằng các nhà tương lai học dự đoán một bước đột phá về nơ-ron nhân tạo sẽ mở ra một kỷ nguyên đáng kinh ngạc với giao tiếp trực tiếp từ não sang não, tăng cường trí nhớ, học tập tăng tốc, và thậm chí cả khả năng ghi lại giấc mơ của chúng ta vào ban đêm rồi phát lại vào buổi sáng.</w:t>
      </w:r>
    </w:p>
    <w:p>
      <w:pPr>
        <w:spacing w:after="80"/>
      </w:pPr>
      <w:r>
        <w:rPr>
          <w:b w:val="0"/>
          <w:i w:val="0"/>
        </w:rPr>
        <w:t xml:space="preserve">Tuy nhiên, điều khiến Langdon bận tâm nhất là dự báo được ca ngợi là “mạng xã hội tối thượng”—con người ghi lại trọn vẹn mọi giác quan trong trải nghiệm của chính mình… và chia sẻ những “kênh” cá nhân của mình trực tiếp với tâm trí người khác. Về bản chất, người ta sẽ có thể sống lại những hình ảnh, âm thanh, mùi hương và cảm giác trong trải nghiệm của </w:t>
      </w:r>
      <w:r>
        <w:rPr>
          <w:b w:val="0"/>
          <w:i/>
        </w:rPr>
        <w:t>người khác</w:t>
      </w:r>
      <w:r>
        <w:rPr>
          <w:b w:val="0"/>
          <w:i w:val="0"/>
        </w:rPr>
        <w:t xml:space="preserve">. Tất nhiên, sẽ chẳng mất bao lâu để các thư viện chợ đen cung cấp những ký ức đặc biệt gây sốc, khiêu dâm hoặc rùng rợn. Bộ phim cyberpunk thập niên 1990 </w:t>
      </w:r>
      <w:r>
        <w:rPr>
          <w:b w:val="0"/>
          <w:i/>
        </w:rPr>
        <w:t>Strange Days</w:t>
      </w:r>
      <w:r>
        <w:rPr>
          <w:b w:val="0"/>
          <w:i w:val="0"/>
        </w:rPr>
        <w:t xml:space="preserve"> đã từng bước vào thế giới đen tối này… và giờ xem ra nó đã tiên đoán chính xác.</w:t>
      </w:r>
    </w:p>
    <w:p>
      <w:pPr>
        <w:spacing w:after="80"/>
      </w:pPr>
      <w:r>
        <w:rPr>
          <w:b w:val="0"/>
          <w:i w:val="0"/>
        </w:rPr>
        <w:t>Dù Langdon nhận ra đây rất có thể là một bước ngoặt trong lịch sử khoa học, tác động trọng đại của bước đột phá này lại không phải điều anh nghĩ tới đầu tiên. Anh tập trung nhiều hơn vào những hệ quả từ vận rủi khủng khiếp của Katherine.</w:t>
      </w:r>
    </w:p>
    <w:p>
      <w:pPr>
        <w:spacing w:after="80"/>
      </w:pPr>
      <w:r>
        <w:rPr>
          <w:b w:val="0"/>
          <w:i w:val="0"/>
        </w:rPr>
        <w:t>Cô đã đề xuất một ý tưởng thiên tài đến khó tin trong cuốn sách của mình… để rồi phát hiện ra CIA đã và đang bí mật phát triển nó.</w:t>
      </w:r>
    </w:p>
    <w:p>
      <w:pPr>
        <w:spacing w:after="80"/>
      </w:pPr>
      <w:r>
        <w:rPr>
          <w:b w:val="0"/>
          <w:i w:val="0"/>
        </w:rPr>
        <w:t>Sự trùng hợp này tuy đáng sửng sốt, nhưng Langdon biết câu nói sáo rỗng “Những bộ óc vĩ đại thường nghĩ giống nhau” đã được chứng minh vô số lần qua các thời đại; Newton và Leibniz độc lập phát minh ra phép tính vi tích phân; Darwin và Wallace đồng thời hình dung ra thuyết tiến hóa; Alexander Graham Bell và Elisha Gray đều phát minh ra thiết bị điện thoại và nộp bằng sáng chế cách nhau chỉ vài giờ. Giờ đây, xem ra Katherine Solomon và CIA đều đã tìm ra cách chế tạo nơ-ron nhân tạo.</w:t>
      </w:r>
    </w:p>
    <w:p>
      <w:pPr>
        <w:spacing w:after="80"/>
      </w:pPr>
      <w:r>
        <w:rPr>
          <w:b w:val="0"/>
          <w:i w:val="0"/>
        </w:rPr>
        <w:t>“Giờ thì mọi chuyện đều rõ rồi…” Katherine thì thầm với chính mình, ánh mắt lơ đãng nhìn vào khoảng không. “Chẳng trách gì em lại bị nhắm tới…”</w:t>
      </w:r>
    </w:p>
    <w:p>
      <w:pPr>
        <w:spacing w:after="80"/>
      </w:pPr>
      <w:r>
        <w:rPr>
          <w:b w:val="0"/>
          <w:i w:val="0"/>
        </w:rPr>
        <w:t>“Đúng là một sự trùng hợp vô cùng xui xẻo,” Langdon nói với vẻ cảm thông. “Ít nhất thì giờ chúng ta đã hiểu—”</w:t>
      </w:r>
    </w:p>
    <w:p>
      <w:pPr>
        <w:spacing w:after="80"/>
      </w:pPr>
      <w:r>
        <w:rPr>
          <w:b w:val="0"/>
          <w:i w:val="0"/>
        </w:rPr>
        <w:t xml:space="preserve">“Đây </w:t>
      </w:r>
      <w:r>
        <w:rPr>
          <w:b w:val="0"/>
          <w:i/>
        </w:rPr>
        <w:t>không phải</w:t>
      </w:r>
      <w:r>
        <w:rPr>
          <w:b w:val="0"/>
          <w:i w:val="0"/>
        </w:rPr>
        <w:t xml:space="preserve"> trùng hợp, Robert!” Đôi mắt Katherine bừng bừng giận dữ. “CIA đã </w:t>
      </w:r>
      <w:r>
        <w:rPr>
          <w:b w:val="0"/>
          <w:i/>
        </w:rPr>
        <w:t>đánh cắp</w:t>
      </w:r>
      <w:r>
        <w:rPr>
          <w:b w:val="0"/>
          <w:i w:val="0"/>
        </w:rPr>
        <w:t xml:space="preserve"> ý tưởng của em!”</w:t>
      </w:r>
    </w:p>
    <w:p>
      <w:pPr>
        <w:spacing w:after="80"/>
      </w:pPr>
      <w:r>
        <w:rPr>
          <w:b w:val="0"/>
          <w:i/>
        </w:rPr>
        <w:t>Đánh cắp?</w:t>
      </w:r>
      <w:r>
        <w:rPr>
          <w:b w:val="0"/>
          <w:i w:val="0"/>
        </w:rPr>
        <w:t xml:space="preserve"> Lời cáo buộc này chẳng có lý gì với anh; rõ ràng CIA đã phát triển nơ-ron nhân tạo từ lâu trước khi Katherine bắt đầu viết cuốn sách của mình.</w:t>
      </w:r>
    </w:p>
    <w:p>
      <w:pPr>
        <w:spacing w:after="80"/>
      </w:pPr>
      <w:r>
        <w:rPr>
          <w:b w:val="0"/>
          <w:i w:val="0"/>
        </w:rPr>
        <w:t xml:space="preserve">“Họ đã đánh cắp thiết kế của em!” cô lặp lại. </w:t>
      </w:r>
      <w:r>
        <w:rPr>
          <w:b w:val="0"/>
          <w:i/>
        </w:rPr>
        <w:t>“Toàn bộ luôn!”</w:t>
      </w:r>
    </w:p>
    <w:p>
      <w:pPr>
        <w:spacing w:after="80"/>
      </w:pPr>
      <w:r>
        <w:rPr>
          <w:b w:val="0"/>
          <w:i w:val="0"/>
        </w:rPr>
        <w:t>Chừng nào còn biết Katherine Solomon, Langdon chưa từng nghe cô đưa ra một khẳng định vô lý nào, chứ đừng nói đến một cơn bộc phát hoang tưởng. “Anh không hiểu,” anh nói, nở một nụ cười trấn an. “Em đã viết cuốn sách này cả năm trời, mà chương trình Threshold thì đã hơn hai mươi—”</w:t>
      </w:r>
    </w:p>
    <w:p>
      <w:pPr>
        <w:spacing w:after="80"/>
      </w:pPr>
      <w:r>
        <w:rPr>
          <w:b w:val="0"/>
          <w:i w:val="0"/>
        </w:rPr>
        <w:t>“Em nói chưa rõ,” cô nói, cắt ngang lời anh. Trong mắt cô có một vẻ dữ dội mà anh chưa từng thấy bao giờ. “</w:t>
      </w:r>
      <w:r>
        <w:rPr>
          <w:b w:val="0"/>
          <w:i/>
        </w:rPr>
        <w:t>Bản thảo</w:t>
      </w:r>
      <w:r>
        <w:rPr>
          <w:b w:val="0"/>
          <w:i w:val="0"/>
        </w:rPr>
        <w:t xml:space="preserve"> của em có một phần nói về nơ-ron nhân tạo, giải thích chi tiết đúng thiết kế này. Nhưng trong phần đó em đang nói về niềm đam mê và công việc của em khi còn là một </w:t>
      </w:r>
      <w:r>
        <w:rPr>
          <w:b w:val="0"/>
          <w:i/>
        </w:rPr>
        <w:t>nghiên cứu sinh</w:t>
      </w:r>
      <w:r>
        <w:rPr>
          <w:b w:val="0"/>
          <w:i w:val="0"/>
        </w:rPr>
        <w:t xml:space="preserve"> trẻ, khi đó em đã mơ về tương lai của ngành noetics… thiết kế những công nghệ giả định mà một ngày nào đó các nhà khoa học tương lai có thể dùng để đào sâu hiểu biết của chúng ta về ý thức con người.”</w:t>
      </w:r>
    </w:p>
    <w:p>
      <w:pPr>
        <w:spacing w:after="80"/>
      </w:pPr>
      <w:r>
        <w:rPr>
          <w:b w:val="0"/>
          <w:i w:val="0"/>
        </w:rPr>
        <w:t xml:space="preserve">Ý cô đột nhiên trở nên rõ ràng với Langdon. “Trời ơi… </w:t>
      </w:r>
      <w:r>
        <w:rPr>
          <w:b w:val="0"/>
          <w:i/>
        </w:rPr>
        <w:t>cái gì</w:t>
      </w:r>
      <w:r>
        <w:rPr>
          <w:b w:val="0"/>
          <w:i w:val="0"/>
        </w:rPr>
        <w:t xml:space="preserve"> cơ?!”</w:t>
      </w:r>
    </w:p>
    <w:p>
      <w:pPr>
        <w:spacing w:after="80"/>
      </w:pPr>
      <w:r>
        <w:rPr>
          <w:b w:val="0"/>
          <w:i w:val="0"/>
        </w:rPr>
        <w:t xml:space="preserve">Cô gật đầu. “Đúng vậy! Robert, lần đầu tiên em đề xuất—và </w:t>
      </w:r>
      <w:r>
        <w:rPr>
          <w:b w:val="0"/>
          <w:i/>
        </w:rPr>
        <w:t>ghi chép lại</w:t>
      </w:r>
      <w:r>
        <w:rPr>
          <w:b w:val="0"/>
          <w:i w:val="0"/>
        </w:rPr>
        <w:t>—thiết kế chính xác cho những nơ-ron nhân tạo này là trong luận văn sau đại học của em… cách đây hai mươi ba năm.”</w:t>
      </w:r>
    </w:p>
    <w:p>
      <w:pPr>
        <w:pStyle w:val="Heading1"/>
      </w:pPr>
      <w:r>
        <w:rPr>
          <w:rFonts w:ascii="Calibri" w:hAnsi="Calibri"/>
          <w:b/>
          <w:i w:val="0"/>
          <w:sz w:val="40"/>
        </w:rPr>
        <w:t>Chương 105</w:t>
      </w:r>
    </w:p>
    <w:p>
      <w:pPr>
        <w:spacing w:after="80"/>
      </w:pPr>
      <w:r>
        <w:rPr>
          <w:b w:val="0"/>
          <w:i w:val="0"/>
        </w:rPr>
        <w:t>Katherine có thể thấy qua vẻ mặt sững sờ của Langdon rằng anh vẫn đang vật lộn để hiểu được mạch lô-gíc của những gì cô vừa kể.</w:t>
      </w:r>
    </w:p>
    <w:p>
      <w:pPr>
        <w:spacing w:after="80"/>
      </w:pPr>
      <w:r>
        <w:rPr>
          <w:b w:val="0"/>
          <w:i w:val="0"/>
        </w:rPr>
        <w:t xml:space="preserve">“Đây chính là </w:t>
      </w:r>
      <w:r>
        <w:rPr>
          <w:b w:val="0"/>
          <w:i/>
        </w:rPr>
        <w:t>thiết kế chính xác</w:t>
      </w:r>
      <w:r>
        <w:rPr>
          <w:b w:val="0"/>
          <w:i w:val="0"/>
        </w:rPr>
        <w:t xml:space="preserve"> của em cho nơ-ron nhân tạo,” cô nói, gõ nhẹ vào cuốn bìa hồ sơ mật của Threshold. “Từ hai mươi ba năm trước. Không thể nhầm lẫn được.”</w:t>
      </w:r>
    </w:p>
    <w:p>
      <w:pPr>
        <w:spacing w:after="80"/>
      </w:pPr>
      <w:r>
        <w:rPr>
          <w:b w:val="0"/>
          <w:i w:val="0"/>
        </w:rPr>
        <w:t>“Vậy là em đã viết luận án tiến sĩ về nơ-ron nhân tạo?” Langdon hỏi.</w:t>
      </w:r>
    </w:p>
    <w:p>
      <w:pPr>
        <w:spacing w:after="80"/>
      </w:pPr>
      <w:r>
        <w:rPr>
          <w:b w:val="0"/>
          <w:i w:val="0"/>
        </w:rPr>
        <w:t xml:space="preserve">“Không trực tiếp, không hẳn. Em học ngành khoa học thần kinh, và luận án của em có tựa đề ‘Hóa học của Ý thức’—một bài báo mọt sách về chất dẫn truyền thần kinh và nhận thức, nhưng ở phần cuối, giống như trong bản thảo của em, em viết một phần về </w:t>
      </w:r>
      <w:r>
        <w:rPr>
          <w:b w:val="0"/>
          <w:i/>
        </w:rPr>
        <w:t>tương lai</w:t>
      </w:r>
      <w:r>
        <w:rPr>
          <w:b w:val="0"/>
          <w:i w:val="0"/>
        </w:rPr>
        <w:t xml:space="preserve"> của nghiên cứu ý thức. Em mơ mộng về đủ thứ đột phá giả định, trong đó có bước tiến quan trọng nhất có thể xảy ra trong lĩnh vực của em—nơ-ron nhân tạo—một công nghệ mà cuối cùng sẽ khả thi hóa một giao diện H2M thực sự và cho phép các nhà khoa học theo dõi ý thức của não theo những cách mới… và cuối cùng là </w:t>
      </w:r>
      <w:r>
        <w:rPr>
          <w:b w:val="0"/>
          <w:i/>
        </w:rPr>
        <w:t>nhìn thấy</w:t>
      </w:r>
      <w:r>
        <w:rPr>
          <w:b w:val="0"/>
          <w:i w:val="0"/>
        </w:rPr>
        <w:t xml:space="preserve"> cách tất cả vận hành.”</w:t>
      </w:r>
    </w:p>
    <w:p>
      <w:pPr>
        <w:spacing w:after="80"/>
      </w:pPr>
      <w:r>
        <w:rPr>
          <w:b w:val="0"/>
          <w:i w:val="0"/>
        </w:rPr>
        <w:t>“Và em chắc chắn… không có sự trùng hợp nào với công trình của CIA?”</w:t>
      </w:r>
    </w:p>
    <w:p>
      <w:pPr>
        <w:spacing w:after="80"/>
      </w:pPr>
      <w:r>
        <w:rPr>
          <w:b w:val="0"/>
          <w:i w:val="0"/>
        </w:rPr>
        <w:t xml:space="preserve">“Robert, các nơ-ron trong cuốn bìa này </w:t>
      </w:r>
      <w:r>
        <w:rPr>
          <w:b w:val="0"/>
          <w:i/>
        </w:rPr>
        <w:t>giống hệt</w:t>
      </w:r>
      <w:r>
        <w:rPr>
          <w:b w:val="0"/>
          <w:i w:val="0"/>
        </w:rPr>
        <w:t xml:space="preserve"> những gì em đề xuất trong luận án, đến từng danh pháp! Phần mô tả còn nhắc đúng đến ‘sợi sinh học nano điện’ và ‘dung hợp hữu cơ-kỹ thuật song phương’—cả hai đều là thuật ngữ do </w:t>
      </w:r>
      <w:r>
        <w:rPr>
          <w:b w:val="0"/>
          <w:i/>
        </w:rPr>
        <w:t>chính em bịa ra</w:t>
      </w:r>
      <w:r>
        <w:rPr>
          <w:b w:val="0"/>
          <w:i w:val="0"/>
        </w:rPr>
        <w:t>!”</w:t>
      </w:r>
    </w:p>
    <w:p>
      <w:pPr>
        <w:spacing w:after="80"/>
      </w:pPr>
      <w:r>
        <w:rPr>
          <w:b w:val="0"/>
          <w:i w:val="0"/>
        </w:rPr>
        <w:t xml:space="preserve">Langdon giờ trông đã bị thuyết phục. “Chà… trước hết, điều đó có nghĩa là </w:t>
      </w:r>
      <w:r>
        <w:rPr>
          <w:b w:val="0"/>
          <w:i/>
        </w:rPr>
        <w:t>chính em,</w:t>
      </w:r>
      <w:r>
        <w:rPr>
          <w:b w:val="0"/>
          <w:i w:val="0"/>
        </w:rPr>
        <w:t xml:space="preserve"> Katherine Solomon, đã tìm ra cách tạo nơ-ron nhân tạo… khi còn đang học cao học?”</w:t>
      </w:r>
    </w:p>
    <w:p>
      <w:pPr>
        <w:spacing w:after="80"/>
      </w:pPr>
      <w:r>
        <w:rPr>
          <w:b w:val="0"/>
          <w:i w:val="0"/>
        </w:rPr>
        <w:t xml:space="preserve">“Em hồi đó là một </w:t>
      </w:r>
      <w:r>
        <w:rPr>
          <w:b w:val="0"/>
          <w:i/>
        </w:rPr>
        <w:t>đứa trẻ</w:t>
      </w:r>
      <w:r>
        <w:rPr>
          <w:b w:val="0"/>
          <w:i w:val="0"/>
        </w:rPr>
        <w:t xml:space="preserve"> với trí tưởng tượng quá mức. Ý tưởng đó chỉ là ảo tưởng. Đừng quên rằng hai mươi ba năm trước, nơ-ron nhân tạo là khoa học viễn tưởng!”</w:t>
      </w:r>
    </w:p>
    <w:p>
      <w:pPr>
        <w:spacing w:after="80"/>
      </w:pPr>
      <w:r>
        <w:rPr>
          <w:b w:val="0"/>
          <w:i w:val="0"/>
        </w:rPr>
        <w:t>“Kỹ thuật di truyền, xe tự lái và AI hồi đó cũng vậy,” anh phản bác. “Nhưng giờ thì chúng ta có đây. Nhờ định luật Moore.”</w:t>
      </w:r>
    </w:p>
    <w:p>
      <w:pPr>
        <w:spacing w:after="80"/>
      </w:pPr>
      <w:r>
        <w:rPr>
          <w:b w:val="0"/>
          <w:i/>
        </w:rPr>
        <w:t>Đúng vậy,</w:t>
      </w:r>
      <w:r>
        <w:rPr>
          <w:b w:val="0"/>
          <w:i w:val="0"/>
        </w:rPr>
        <w:t xml:space="preserve"> cô nghĩ, </w:t>
      </w:r>
      <w:r>
        <w:rPr>
          <w:b w:val="0"/>
          <w:i/>
        </w:rPr>
        <w:t>tương lai đang đến với chúng ta mỗi ngày một nhanh hơn.</w:t>
      </w:r>
    </w:p>
    <w:p>
      <w:pPr>
        <w:spacing w:after="80"/>
      </w:pPr>
      <w:r>
        <w:rPr>
          <w:b w:val="0"/>
          <w:i w:val="0"/>
        </w:rPr>
        <w:t xml:space="preserve">“Hai mươi năm trước, người trong ngành cho rằng nơ-ron nhân tạo sẽ hóa ra là dựa trên </w:t>
      </w:r>
      <w:r>
        <w:rPr>
          <w:b w:val="0"/>
          <w:i/>
        </w:rPr>
        <w:t>silicon</w:t>
      </w:r>
      <w:r>
        <w:rPr>
          <w:b w:val="0"/>
          <w:i w:val="0"/>
        </w:rPr>
        <w:t xml:space="preserve">, điều đó hợp lý vì nơ-ron về cơ bản là những công tắc bật/tắt nhị phân giống như trong chip máy tính. Em không đồng ý và lập luận trong luận án rằng vì mục tiêu tối hậu của nơ-ron nhân tạo sẽ là sự </w:t>
      </w:r>
      <w:r>
        <w:rPr>
          <w:b w:val="0"/>
          <w:i/>
        </w:rPr>
        <w:t>tích hợp</w:t>
      </w:r>
      <w:r>
        <w:rPr>
          <w:b w:val="0"/>
          <w:i w:val="0"/>
        </w:rPr>
        <w:t xml:space="preserve"> với não, nên bất kỳ giải pháp thực sự nào cũng cần phải mang tính </w:t>
      </w:r>
      <w:r>
        <w:rPr>
          <w:b w:val="0"/>
          <w:i/>
        </w:rPr>
        <w:t>sinh học.</w:t>
      </w:r>
      <w:r>
        <w:rPr>
          <w:b w:val="0"/>
          <w:i w:val="0"/>
        </w:rPr>
        <w:t xml:space="preserve"> Và thế là em để trí tưởng tượng bay xa, và em đã thiết kế, với rất nhiều chi tiết, phỏng đoán tốt nhất của mình về cách một nơ-ron như vậy có thể được tạo ra vào một ngày nào đó.”</w:t>
      </w:r>
    </w:p>
    <w:p>
      <w:pPr>
        <w:spacing w:after="80"/>
      </w:pPr>
      <w:r>
        <w:rPr>
          <w:b w:val="0"/>
          <w:i w:val="0"/>
        </w:rPr>
        <w:t>“Tôi phải nói đó là một phỏng đoán khá chuẩn,” Langdon nói, vẻ mặt vẫn đầy ấn tượng. “CIA chắc hẳn đã dày công phát triển thứ này suốt nhiều thập kỷ…và cuối cùng đã thành công. Còn chuyện ai sở hữu hay ai được ghi công thì lại là vấn đề khác.”</w:t>
      </w:r>
    </w:p>
    <w:p>
      <w:pPr>
        <w:spacing w:after="80"/>
      </w:pPr>
      <w:r>
        <w:rPr>
          <w:b w:val="0"/>
          <w:i w:val="0"/>
        </w:rPr>
        <w:t xml:space="preserve">“Tôi chỉ thắc mắc không biết họ </w:t>
      </w:r>
      <w:r>
        <w:rPr>
          <w:b w:val="0"/>
          <w:i/>
        </w:rPr>
        <w:t>nghe được</w:t>
      </w:r>
      <w:r>
        <w:rPr>
          <w:b w:val="0"/>
          <w:i w:val="0"/>
        </w:rPr>
        <w:t xml:space="preserve"> ý tưởng của tôi bằng cách nào…hoặc làm sao họ có được nó.”</w:t>
      </w:r>
    </w:p>
    <w:p>
      <w:pPr>
        <w:spacing w:after="80"/>
      </w:pPr>
      <w:r>
        <w:rPr>
          <w:b w:val="0"/>
          <w:i w:val="0"/>
        </w:rPr>
        <w:t xml:space="preserve">Langdon nhún vai. “Thì, họ </w:t>
      </w:r>
      <w:r>
        <w:rPr>
          <w:b w:val="0"/>
          <w:i/>
        </w:rPr>
        <w:t>chính là</w:t>
      </w:r>
      <w:r>
        <w:rPr>
          <w:b w:val="0"/>
          <w:i w:val="0"/>
        </w:rPr>
        <w:t xml:space="preserve"> tổ chức thu thập thông tin tình báo lớn nhất thế giới mà.”</w:t>
      </w:r>
    </w:p>
    <w:p>
      <w:pPr>
        <w:spacing w:after="80"/>
      </w:pPr>
      <w:r>
        <w:rPr>
          <w:b w:val="0"/>
          <w:i w:val="0"/>
        </w:rPr>
        <w:t>“Thật ra,” Katherine nói, những ký ức giờ đây ùa về. “Tự nhiên tôi vừa nhớ ra…” Cô ngập ngừng, chìm đắm trong suy nghĩ.</w:t>
      </w:r>
    </w:p>
    <w:p>
      <w:pPr>
        <w:spacing w:after="80"/>
      </w:pPr>
      <w:r>
        <w:rPr>
          <w:b w:val="0"/>
          <w:i w:val="0"/>
        </w:rPr>
        <w:t>“Kể cho tôi nghe trên đường ra đi,” Langdon giục, nhặt cuốn bìa tài liệu lên và tiến về phía cửa. “Chúng ta cần mang thứ này ra khỏi đây—và đưa nó vào tay ngài đại sứ. Hy vọng thế là đủ.”</w:t>
      </w:r>
    </w:p>
    <w:p>
      <w:pPr>
        <w:spacing w:after="80"/>
      </w:pPr>
      <w:r>
        <w:rPr>
          <w:b w:val="0"/>
          <w:i w:val="0"/>
        </w:rPr>
        <w:t>Katherine khoác túi lên vai và đi theo Langdon băng qua phòng thí nghiệm, những suy nghĩ giờ đây chạy đua trong đầu cô. “Có một chuyện kỳ lạ xảy ra với luận án của tôi. Tôi chưa bao giờ thực sự hiểu nó, và đã mấy chục năm rồi tôi không nghĩ tới…nhưng nó có thể giải thích được điều gì đó.”</w:t>
      </w:r>
    </w:p>
    <w:p>
      <w:pPr>
        <w:spacing w:after="80"/>
      </w:pPr>
      <w:r>
        <w:rPr>
          <w:b w:val="0"/>
          <w:i w:val="0"/>
        </w:rPr>
        <w:t>“Chuyện gì đã xảy ra?” Langdon hỏi khi cả hai vội vã băng qua phòng máy tính sáng rực về phía cánh cửa xoay.</w:t>
      </w:r>
    </w:p>
    <w:p>
      <w:pPr>
        <w:spacing w:after="80"/>
      </w:pPr>
      <w:r>
        <w:rPr>
          <w:b w:val="0"/>
          <w:i w:val="0"/>
        </w:rPr>
        <w:t xml:space="preserve">“Giáo sư hướng dẫn luận án của tôi ở Princeton,” cô nhớ lại, “chính là </w:t>
      </w:r>
      <w:r>
        <w:rPr>
          <w:b w:val="0"/>
          <w:i/>
        </w:rPr>
        <w:t>vị</w:t>
      </w:r>
      <w:r>
        <w:rPr>
          <w:b w:val="0"/>
          <w:i w:val="0"/>
        </w:rPr>
        <w:t xml:space="preserve"> A. J. Cosgrove, nhà hóa học huyền thoại, người đã nhận tôi dưới trướng. Ông rất thích luận án của tôi và nói với tôi rằng ông tin nó có thể giành được Giải Blavatnik—một giải thưởng quốc gia cho nghiên cứu khoa học sau tiến sĩ. Dù sao thì tôi đã thua, điều đó với tôi cũng chẳng sao, nhưng không hiểu vì lý do gì mà Cosgrove lại nổi giận đùng đùng, và cuối cùng ông ấy cãi nhau một trận với trưởng ban giám khảo, một giáo sư cự phách từ Stanford. Khi mọi chuyện lắng xuống, Cosgrove nói với tôi rằng tôi xứng đáng được giải và rằng tôi bị loại vì ‘những lý do không liên quan đến năng lực.’ Tôi gán cho đó là chuyện chính trị học thuật. Nhưng tôi bảo ông ấy tôi không bận tâm, vì tôi đã quyết định theo đuổi ngành noetics rồi. Thế rồi ông ấy nói một điều kỳ lạ. Ông ấy nói rằng trước khi tôi rời bỏ khoa học thần kinh </w:t>
      </w:r>
      <w:r>
        <w:rPr>
          <w:b w:val="0"/>
          <w:i/>
        </w:rPr>
        <w:t>hoàn toàn,</w:t>
      </w:r>
      <w:r>
        <w:rPr>
          <w:b w:val="0"/>
          <w:i w:val="0"/>
        </w:rPr>
        <w:t xml:space="preserve"> ông ấy tha thiết đề nghị tôi…” Katherine dừng lại ngay trước cửa. “Ôi…</w:t>
      </w:r>
      <w:r>
        <w:rPr>
          <w:b w:val="0"/>
          <w:i/>
        </w:rPr>
        <w:t>không.</w:t>
      </w:r>
      <w:r>
        <w:rPr>
          <w:b w:val="0"/>
          <w:i w:val="0"/>
        </w:rPr>
        <w:t>”</w:t>
      </w:r>
    </w:p>
    <w:p>
      <w:pPr>
        <w:spacing w:after="80"/>
      </w:pPr>
      <w:r>
        <w:rPr>
          <w:b w:val="0"/>
          <w:i w:val="0"/>
        </w:rPr>
        <w:t>Langdon quay lại. “Sao thế?!”</w:t>
      </w:r>
    </w:p>
    <w:p>
      <w:pPr>
        <w:spacing w:after="80"/>
      </w:pPr>
      <w:r>
        <w:rPr>
          <w:b w:val="0"/>
          <w:i w:val="0"/>
        </w:rPr>
        <w:t xml:space="preserve">Katherine nhắm mắt lại trong vẻ không thể tin nổi, đặt túi xuống một chiếc bàn làm việc. Trong tất cả sự hỗn loạn, mãi đến chính khoảnh khắc này cô mới nhận ra. “Robert,” cô thì thầm, mở mắt và luồn tay qua mái tóc đen dày. “Có một lý do còn </w:t>
      </w:r>
      <w:r>
        <w:rPr>
          <w:b w:val="0"/>
          <w:i/>
        </w:rPr>
        <w:t>lớn hơn</w:t>
      </w:r>
      <w:r>
        <w:rPr>
          <w:b w:val="0"/>
          <w:i w:val="0"/>
        </w:rPr>
        <w:t xml:space="preserve"> khiến CIA cần cuốn sách của tôi biến mất vĩnh viễn.”</w:t>
      </w:r>
    </w:p>
    <w:p>
      <w:pPr>
        <w:jc w:val="center"/>
      </w:pPr>
      <w:r>
        <w:drawing>
          <wp:inline xmlns:a="http://schemas.openxmlformats.org/drawingml/2006/main" xmlns:pic="http://schemas.openxmlformats.org/drawingml/2006/picture">
            <wp:extent cx="5486400" cy="362122"/>
            <wp:docPr id="97" name="Picture 97"/>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Nắm chặt khẩu súng lục SIG Sauer lấy được từ Sĩ quan Hiện trường Housemore, Finch nhảy khỏi phương tiện vận chuyển Threshold và vội vã băng qua sân ga quen thuộc cùng trung tâm an ninh không người trực. Sau khi tìm thấy thi thể viên sĩ quan của mình ở sảnh, hắn đã lao xuống phòng làm việc của Gessner, nơi, với một sự rõ ràng tàn nhẫn, nỗi sợ hãi tồi tệ nhất của hắn đã được xác nhận.</w:t>
      </w:r>
    </w:p>
    <w:p>
      <w:pPr>
        <w:spacing w:after="80"/>
      </w:pPr>
      <w:r>
        <w:rPr>
          <w:b w:val="0"/>
          <w:i w:val="0"/>
        </w:rPr>
        <w:t>Brigita đã bị sát hại.</w:t>
      </w:r>
    </w:p>
    <w:p>
      <w:pPr>
        <w:spacing w:after="80"/>
      </w:pPr>
      <w:r>
        <w:rPr>
          <w:b w:val="0"/>
          <w:i w:val="0"/>
        </w:rPr>
        <w:t>Finch lập tức gọi yêu cầu chi viện từ cơ quan, nhưng với việc sĩ quan hiện trường địa phương giờ đã chết, hắn biết việc hỗ trợ tại chỗ đến nơi sẽ mất thời gian. Tình hình này ngày càng đáng báo động và tế nhị, và sự thận trọng mách bảo hắn phải xử lý cuộc khủng hoảng này không chậm trễ. Finch là một xạ thủ thiện xạ và hoàn toàn có khả năng vô hiệu hóa bất kỳ ai hắn có thể chạm trán.</w:t>
      </w:r>
    </w:p>
    <w:p>
      <w:pPr>
        <w:spacing w:after="80"/>
      </w:pPr>
      <w:r>
        <w:rPr>
          <w:b w:val="0"/>
          <w:i w:val="0"/>
        </w:rPr>
        <w:t>Khi bước vào hành lang OPS, hắn nhẹ nhõm thấy tất cả đèn ở khu vực này đều đã tắt. Nhưng rồi, hắn từng là người đóng vai trò quan trọng trong việc thiết kế công trình ngầm này, và hắn biết đèn tự tắt sau mỗi mười phút; về mặt kỹ thuật, bóng tối không đảm bảo rằng hắn là người duy nhất ở dưới này.</w:t>
      </w:r>
    </w:p>
    <w:p>
      <w:pPr>
        <w:spacing w:after="80"/>
      </w:pPr>
      <w:r>
        <w:rPr>
          <w:b w:val="0"/>
          <w:i w:val="0"/>
        </w:rPr>
        <w:t>Finch vẫn không thể hiểu nổi việc Housemore và Gessner bị sát hại. Còn đáng lo ngại hơn nữa là danh tính khó ngờ của kẻ đã giết họ. Khi kéo Housemore ra từ phía sau ghế sofa, Finch đã giật mình khi thấy một thanh kim loại chống động kinh trên tấm thảm. Rõ ràng ai đó đã đánh rơi nó, và chỉ có hai bệnh nhân động kinh từng bước vào Pháo đài Crucifix—Sasha Vesna và Dmitri Sysevich—cả hai đều được đưa từ cùng một cơ sở.</w:t>
      </w:r>
    </w:p>
    <w:p>
      <w:pPr>
        <w:spacing w:after="80"/>
      </w:pPr>
      <w:r>
        <w:rPr>
          <w:b w:val="0"/>
          <w:i w:val="0"/>
        </w:rPr>
        <w:t>Và Dmitri, tôi đã được đảm bảo, không còn ở bên chúng ta nữa.</w:t>
      </w:r>
    </w:p>
    <w:p>
      <w:pPr>
        <w:spacing w:after="80"/>
      </w:pPr>
      <w:r>
        <w:rPr>
          <w:b w:val="0"/>
          <w:i w:val="0"/>
        </w:rPr>
        <w:t>Ý nghĩ Sasha đã giết ai đó gần như không thể tưởng tượng nổi. Gessner luôn miêu tả cô là người nhút nhát và tốt bụng. Nhưng nghĩ lại, Sasha được cho là đã tấn công một sĩ quan ÚZSI ngay hôm nay, điều đó cho thấy có gì đó cực kỳ mất cân bằng ở người phụ nữ này. Não cô đã phải chịu rất nhiều áp lực, và không loại trừ khả năng cô đã bị suy sụp tinh thần theo cách nào đó.</w:t>
      </w:r>
    </w:p>
    <w:p>
      <w:pPr>
        <w:spacing w:after="80"/>
      </w:pPr>
      <w:r>
        <w:rPr>
          <w:b w:val="0"/>
          <w:i/>
        </w:rPr>
        <w:t>Sasha đã giết Gessner?</w:t>
      </w:r>
      <w:r>
        <w:rPr>
          <w:b w:val="0"/>
          <w:i w:val="0"/>
        </w:rPr>
        <w:t xml:space="preserve"> Điều đó dường như không thể tưởng tượng nổi…vậy mà, nếu Sasha phát hiện ra những gì Gessner đã làm với mình, đó sẽ là động cơ mạnh mẽ. Dù vậy, Finch vẫn nghi ngờ Sasha có khả năng làm tất cả những chuyện này…ít nhất là không thể làm một mình.</w:t>
      </w:r>
    </w:p>
    <w:p>
      <w:pPr>
        <w:spacing w:after="80"/>
      </w:pPr>
      <w:r>
        <w:rPr>
          <w:b w:val="0"/>
          <w:i w:val="0"/>
        </w:rPr>
        <w:t>Anh rẽ mạnh sang phải vào khu BIO, nhẹ nhõm khi thấy khu vực phẫu thuật tối om. Khi đèn bật lên, mọi thứ có vẻ đều ổn. Finch đưa mắt nhìn bác sĩ phẫu thuật robot treo trên trần nhà. Cho đến nay, Gessner chỉ dùng công nghệ này để thực hiện hai ca phẫu thuật trên người—một thành công, một thảm họa.</w:t>
      </w:r>
    </w:p>
    <w:p>
      <w:pPr>
        <w:spacing w:after="80"/>
      </w:pPr>
      <w:r>
        <w:rPr>
          <w:b w:val="0"/>
          <w:i w:val="0"/>
        </w:rPr>
        <w:t>Finch không có tâm trạng cho những bất ngờ và định lục soát toàn bộ cơ sở, bắt đầu bằng việc quét có hệ thống khu vực y tế để xác nhận rằng không ai đã lẻn xuống dưới gầm giường hay vào tủ, trốn đủ lâu để đèn cảm ứng chuyển động tắt đi.</w:t>
      </w:r>
    </w:p>
    <w:p>
      <w:pPr>
        <w:spacing w:after="80"/>
      </w:pPr>
      <w:r>
        <w:rPr>
          <w:b w:val="0"/>
          <w:i w:val="0"/>
        </w:rPr>
        <w:t>Nếu ai đó đã đột nhập vào Threshold, Finch sẽ không để họ lọt qua mặt anh.</w:t>
      </w:r>
    </w:p>
    <w:p>
      <w:pPr>
        <w:spacing w:after="80"/>
      </w:pPr>
      <w:r>
        <w:rPr>
          <w:b w:val="0"/>
          <w:i w:val="0"/>
        </w:rPr>
        <w:t>Bất kỳ ai đã nhìn thấy nơi này…sẽ không được phép rời đi khi còn sống.</w:t>
      </w:r>
    </w:p>
    <w:p>
      <w:pPr>
        <w:jc w:val="center"/>
      </w:pPr>
      <w:r>
        <w:drawing>
          <wp:inline xmlns:a="http://schemas.openxmlformats.org/drawingml/2006/main" xmlns:pic="http://schemas.openxmlformats.org/drawingml/2006/picture">
            <wp:extent cx="5486400" cy="362122"/>
            <wp:docPr id="98" name="Picture 98"/>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Sâu trong hầm SMES, The Golěm ngước nhìn lên ống thông gió đang mở. Phía trên cao, anh hầu như chỉ có thể nhận ra ánh sáng ban ngày lốm đốm lọc xuống qua những lỗ thủng trên đầu hình vòm của bức tượng R2-D2 ở vài tầng phía trên trong Công viên Folimanka.</w:t>
      </w:r>
    </w:p>
    <w:p>
      <w:pPr>
        <w:spacing w:after="80"/>
      </w:pPr>
      <w:r>
        <w:rPr>
          <w:b w:val="0"/>
          <w:i w:val="0"/>
        </w:rPr>
        <w:t xml:space="preserve">Vì lý do hiển nhiên, những lỗ thông hơi dập tắt như thế này luôn được để mở </w:t>
      </w:r>
      <w:r>
        <w:rPr>
          <w:b w:val="0"/>
          <w:i/>
        </w:rPr>
        <w:t>mọi lúc</w:t>
      </w:r>
      <w:r>
        <w:rPr>
          <w:b w:val="0"/>
          <w:i w:val="0"/>
        </w:rPr>
        <w:t xml:space="preserve"> để cho phép thông gió khẩn cấp. Chúng chỉ được bịt kín khi kiểm tra áp suất hầm xem có rò rỉ hay không, và chỉ trong những điều kiện rất cụ thể…cụ thể là, hoàn toàn không có helium lỏng.</w:t>
      </w:r>
    </w:p>
    <w:p>
      <w:pPr>
        <w:spacing w:after="80"/>
      </w:pPr>
      <w:r>
        <w:rPr>
          <w:b w:val="0"/>
          <w:i w:val="0"/>
        </w:rPr>
        <w:t>Hôm nay, sẽ có một thay đổi nhỏ trong quy trình.</w:t>
      </w:r>
    </w:p>
    <w:p>
      <w:pPr>
        <w:spacing w:after="80"/>
      </w:pPr>
      <w:r>
        <w:rPr>
          <w:b w:val="0"/>
          <w:i w:val="0"/>
        </w:rPr>
        <w:t>Gom hết sức lực, The Golěm leo lên trên đỉnh vòng kim loại đang ngân nga. Phần đỉnh tròn và nguy hiểm, nhưng đôi ủng của anh có độ bám tốt. Anh có thể cảm nhận được rung động yếu ớt của cỗ máy khi với tay lên trần và giữ thăng bằng bằng cách nắm lấy một tay quay nhô ra từ trần nhà. Tay quay này vận hành một loạt ròng rọc để di chuyển một tấm kim loại dày gắn trên trần.</w:t>
      </w:r>
    </w:p>
    <w:p>
      <w:pPr>
        <w:spacing w:after="80"/>
      </w:pPr>
      <w:r>
        <w:rPr>
          <w:b w:val="0"/>
          <w:i w:val="0"/>
        </w:rPr>
        <w:t>Nắp kiểm tra.</w:t>
      </w:r>
    </w:p>
    <w:p>
      <w:pPr>
        <w:spacing w:after="80"/>
      </w:pPr>
      <w:r>
        <w:rPr>
          <w:b w:val="0"/>
          <w:i w:val="0"/>
        </w:rPr>
        <w:t>Một tấm thép vuông được đỡ trong một rãnh có đường ray chạy hai bên lỗ thông hơi. Tấm này, giống như một nắp cống khổng lồ, có thể được quay vào vị trí và siết chặt bằng ốc tai, bịt kín lỗ mở và làm cho căn phòng kín khí.</w:t>
      </w:r>
    </w:p>
    <w:p>
      <w:pPr>
        <w:spacing w:after="80"/>
      </w:pPr>
      <w:r>
        <w:rPr>
          <w:b w:val="0"/>
          <w:i w:val="0"/>
        </w:rPr>
        <w:t>Không có gì ngạc nhiên, tấm thép che phủ được in đậm những chữ cái stencil màu đỏ tươi.</w:t>
      </w:r>
    </w:p>
    <w:p>
      <w:pPr>
        <w:spacing w:after="80"/>
      </w:pPr>
      <w:r>
        <w:rPr>
          <w:b w:val="0"/>
          <w:i w:val="0"/>
        </w:rPr>
        <w:t>Nebezpečí! Nezavírat!</w:t>
      </w:r>
    </w:p>
    <w:p>
      <w:pPr>
        <w:spacing w:after="80"/>
      </w:pPr>
      <w:r>
        <w:rPr>
          <w:b w:val="0"/>
          <w:i w:val="0"/>
        </w:rPr>
        <w:t>Nguy hiểm! Không được đóng!</w:t>
      </w:r>
    </w:p>
    <w:p>
      <w:pPr>
        <w:spacing w:after="80"/>
      </w:pPr>
      <w:r>
        <w:rPr>
          <w:b w:val="0"/>
          <w:i w:val="0"/>
        </w:rPr>
        <w:t>Phớt lờ cảnh báo được dán, The Golěm bắt đầu quay tay quay.</w:t>
      </w:r>
    </w:p>
    <w:p>
      <w:pPr>
        <w:spacing w:after="80"/>
      </w:pPr>
      <w:r>
        <w:rPr>
          <w:b w:val="0"/>
          <w:i w:val="0"/>
        </w:rPr>
        <w:t>Trong vòng một phút, căn hầm này sẽ kín như bưng.</w:t>
      </w:r>
    </w:p>
    <w:p>
      <w:pPr>
        <w:pStyle w:val="Heading1"/>
      </w:pPr>
      <w:r>
        <w:rPr>
          <w:rFonts w:ascii="Calibri" w:hAnsi="Calibri"/>
          <w:b/>
          <w:i w:val="0"/>
          <w:sz w:val="40"/>
        </w:rPr>
        <w:t>Chương 106</w:t>
      </w:r>
    </w:p>
    <w:p>
      <w:pPr>
        <w:spacing w:after="80"/>
      </w:pPr>
      <w:r>
        <w:rPr>
          <w:b w:val="0"/>
          <w:i w:val="0"/>
        </w:rPr>
        <w:t>Một</w:t>
      </w:r>
      <w:r>
        <w:rPr>
          <w:b w:val="0"/>
          <w:i/>
        </w:rPr>
        <w:t xml:space="preserve"> lý do còn lớn hơn nữa ư?</w:t>
      </w:r>
      <w:r>
        <w:rPr>
          <w:b w:val="0"/>
          <w:i w:val="0"/>
        </w:rPr>
        <w:t xml:space="preserve"> Langdon không thể tưởng tượng nổi CIA còn có thêm động cơ gì để phá hủy bản thảo của Katherine. </w:t>
      </w:r>
      <w:r>
        <w:rPr>
          <w:b w:val="0"/>
          <w:i/>
        </w:rPr>
        <w:t>Cuốn sách của cô ấy tiết lộ một công nghệ tuyệt mật mới của CIA. Thắng rồi, xong rồi…</w:t>
      </w:r>
    </w:p>
    <w:p>
      <w:pPr>
        <w:spacing w:after="80"/>
      </w:pPr>
      <w:r>
        <w:rPr>
          <w:b w:val="0"/>
          <w:i w:val="0"/>
        </w:rPr>
        <w:t>Katherine đột ngột dừng lại và quay sang nhìn anh, gương mặt cô hiện rõ vẻ lo lắng dưới ánh đèn halogen chói gắt. "Tôi nghĩ Giáo sư Cosgrove hẳn đã biết có điều gì đó không ổn," cô nói. "Sau cuộc tranh cãi của ông ấy với gã đàn ông đến từ Stanford, ông ấy giao cho tôi một bài tập cuối cùng trước khi tôi rời ngành thần kinh học để sang lĩnh vực noetics (khoa học về ý thức). Đó là một yêu cầu kỳ lạ."</w:t>
      </w:r>
    </w:p>
    <w:p>
      <w:pPr>
        <w:spacing w:after="80"/>
      </w:pPr>
      <w:r>
        <w:rPr>
          <w:b w:val="0"/>
          <w:i w:val="0"/>
        </w:rPr>
        <w:t>"Ông ấy muốn cô làm gì?"</w:t>
      </w:r>
    </w:p>
    <w:p>
      <w:pPr>
        <w:spacing w:after="80"/>
      </w:pPr>
      <w:r>
        <w:rPr>
          <w:b w:val="0"/>
          <w:i w:val="0"/>
        </w:rPr>
        <w:t>"Ông ấy khăng khăng rằng một phần trong quá trình đào tạo bất kỳ nhà khoa học tương lai nào là phải trải qua quy trình nộp đơn xin cấp bằng sáng chế. Ông ấy nói ông ấy thích cách tiếp cận sáng tạo của tôi đối với các nơ-ron nhân tạo, và dù bằng sáng chế sẽ không bao giờ được cấp, quá trình nộp đơn sẽ—"</w:t>
      </w:r>
    </w:p>
    <w:p>
      <w:pPr>
        <w:spacing w:after="80"/>
      </w:pPr>
      <w:r>
        <w:rPr>
          <w:b w:val="0"/>
          <w:i w:val="0"/>
        </w:rPr>
        <w:t xml:space="preserve">"Khoan đã…" Langdon nói. "Ý cô là cô đã nộp </w:t>
      </w:r>
      <w:r>
        <w:rPr>
          <w:b w:val="0"/>
          <w:i/>
        </w:rPr>
        <w:t>đơn xin cấp bằng sáng chế</w:t>
      </w:r>
      <w:r>
        <w:rPr>
          <w:b w:val="0"/>
          <w:i w:val="0"/>
        </w:rPr>
        <w:t xml:space="preserve"> cho những nơ-ron nhân tạo này?"</w:t>
      </w:r>
    </w:p>
    <w:p>
      <w:pPr>
        <w:spacing w:after="80"/>
      </w:pPr>
      <w:r>
        <w:rPr>
          <w:b w:val="0"/>
          <w:i w:val="0"/>
        </w:rPr>
        <w:t xml:space="preserve">"Đó chỉ là một </w:t>
      </w:r>
      <w:r>
        <w:rPr>
          <w:b w:val="0"/>
          <w:i/>
        </w:rPr>
        <w:t>bài tập</w:t>
      </w:r>
      <w:r>
        <w:rPr>
          <w:b w:val="0"/>
          <w:i w:val="0"/>
        </w:rPr>
        <w:t xml:space="preserve"> học thuật thôi," cô nói, gật đầu. "Cosgrove cảnh báo tôi rằng đơn của tôi sẽ bị từ chối vì 'thiếu tính hữu dụng' bởi vì nó không </w:t>
      </w:r>
      <w:r>
        <w:rPr>
          <w:b w:val="0"/>
          <w:i/>
        </w:rPr>
        <w:t>chế tạo được.</w:t>
      </w:r>
      <w:r>
        <w:rPr>
          <w:b w:val="0"/>
          <w:i w:val="0"/>
        </w:rPr>
        <w:t xml:space="preserve"> Tuy vậy, ông ấy vẫn thúc giục tôi suy nghĩ thấu đáo, làm càng chi tiết kỹ thuật càng tốt, tưởng tượng ra những công cụ, công nghệ và vật liệu chưa hề tồn tại, rồi trải qua toàn bộ quy trình nộp đơn. Và tôi đã làm đúng như vậy! Tôi điền vào một mẫu đơn dài mười bốn trang hết mức có thể rồi gửi đi. Bằng sáng chế của tôi bị từ chối, đúng như dự đoán, và tôi chẳng bao giờ nghĩ về nó thêm lần nào nữa…"</w:t>
      </w:r>
    </w:p>
    <w:p>
      <w:pPr>
        <w:spacing w:after="80"/>
      </w:pPr>
      <w:r>
        <w:rPr>
          <w:b w:val="0"/>
          <w:i/>
        </w:rPr>
        <w:t>Cho đến tận bây giờ,</w:t>
      </w:r>
      <w:r>
        <w:rPr>
          <w:b w:val="0"/>
          <w:i w:val="0"/>
        </w:rPr>
        <w:t xml:space="preserve"> Langdon nhận ra, lòng đầy hoài nghi. </w:t>
      </w:r>
      <w:r>
        <w:rPr>
          <w:b w:val="0"/>
          <w:i/>
        </w:rPr>
        <w:t>Cô ấy đang đối mặt trực tiếp với chính phát minh của mình.</w:t>
      </w:r>
    </w:p>
    <w:p>
      <w:pPr>
        <w:spacing w:after="80"/>
      </w:pPr>
      <w:r>
        <w:rPr>
          <w:b w:val="0"/>
          <w:i w:val="0"/>
        </w:rPr>
        <w:t xml:space="preserve">"Nhìn lại thì," Katherine nói, "tôi chợt nhận ra rằng có lẽ Giáo sư Cosgrove đã </w:t>
      </w:r>
      <w:r>
        <w:rPr>
          <w:b w:val="0"/>
          <w:i/>
        </w:rPr>
        <w:t>bảo vệ</w:t>
      </w:r>
      <w:r>
        <w:rPr>
          <w:b w:val="0"/>
          <w:i w:val="0"/>
        </w:rPr>
        <w:t xml:space="preserve"> tôi khi ông ấy bảo tôi nộp đơn xin cấp bằng sáng chế…" Cô ngừng lại, giọng nghẹn đi. "Cứ như thể ông ấy biết </w:t>
      </w:r>
      <w:r>
        <w:rPr>
          <w:b w:val="0"/>
          <w:i/>
        </w:rPr>
        <w:t>lý do thật sự</w:t>
      </w:r>
      <w:r>
        <w:rPr>
          <w:b w:val="0"/>
          <w:i w:val="0"/>
        </w:rPr>
        <w:t xml:space="preserve"> khiến luận án của tôi bị từ chối vậy."</w:t>
      </w:r>
    </w:p>
    <w:p>
      <w:pPr>
        <w:spacing w:after="80"/>
      </w:pPr>
      <w:r>
        <w:rPr>
          <w:b w:val="0"/>
          <w:i w:val="0"/>
        </w:rPr>
        <w:t>"Vì công nghệ của cô đang bị CIA bí mật chiếm đoạt ư?"</w:t>
      </w:r>
    </w:p>
    <w:p>
      <w:pPr>
        <w:spacing w:after="80"/>
      </w:pPr>
      <w:r>
        <w:rPr>
          <w:b w:val="0"/>
          <w:i w:val="0"/>
        </w:rPr>
        <w:t>"Bị đánh cắp, đúng vậy."</w:t>
      </w:r>
    </w:p>
    <w:p>
      <w:pPr>
        <w:spacing w:after="80"/>
      </w:pPr>
      <w:r>
        <w:rPr>
          <w:b w:val="0"/>
          <w:i w:val="0"/>
        </w:rPr>
        <w:t>"Nhưng làm sao Cosgrove có thể biết được CIA đã làm chuyện đó?"</w:t>
      </w:r>
    </w:p>
    <w:p>
      <w:pPr>
        <w:spacing w:after="80"/>
      </w:pPr>
      <w:r>
        <w:rPr>
          <w:b w:val="0"/>
          <w:i w:val="0"/>
        </w:rPr>
        <w:t xml:space="preserve">"Đó là một điều bí ẩn đối với tôi," Katherine nói, "nhưng trực giác mách bảo tôi rằng ông ấy </w:t>
      </w:r>
      <w:r>
        <w:rPr>
          <w:b w:val="0"/>
          <w:i/>
        </w:rPr>
        <w:t>biết.</w:t>
      </w:r>
      <w:r>
        <w:rPr>
          <w:b w:val="0"/>
          <w:i w:val="0"/>
        </w:rPr>
        <w:t xml:space="preserve"> Nhiều năm sau, tôi mới phát hiện ra rằng tôi là </w:t>
      </w:r>
      <w:r>
        <w:rPr>
          <w:b w:val="0"/>
          <w:i/>
        </w:rPr>
        <w:t>người duy nhất</w:t>
      </w:r>
      <w:r>
        <w:rPr>
          <w:b w:val="0"/>
          <w:i w:val="0"/>
        </w:rPr>
        <w:t xml:space="preserve"> mà Cosgrove từng thúc giục nộp đơn xin cấp bằng sáng chế."</w:t>
      </w:r>
    </w:p>
    <w:p>
      <w:pPr>
        <w:spacing w:after="80"/>
      </w:pPr>
      <w:r>
        <w:rPr>
          <w:b w:val="0"/>
          <w:i w:val="0"/>
        </w:rPr>
        <w:t>"Đáng ngờ thật."</w:t>
      </w:r>
    </w:p>
    <w:p>
      <w:pPr>
        <w:spacing w:after="80"/>
      </w:pPr>
      <w:r>
        <w:rPr>
          <w:b w:val="0"/>
          <w:i w:val="0"/>
        </w:rPr>
        <w:t xml:space="preserve">"Đúng vậy, và Cosgrove thì rất kiên quyết. Tôi nhớ ông ấy đã nói: 'Đừng </w:t>
      </w:r>
      <w:r>
        <w:rPr>
          <w:b w:val="0"/>
          <w:i/>
        </w:rPr>
        <w:t>nói</w:t>
      </w:r>
      <w:r>
        <w:rPr>
          <w:b w:val="0"/>
          <w:i w:val="0"/>
        </w:rPr>
        <w:t xml:space="preserve"> về chuyện đó, Katherine. Cứ </w:t>
      </w:r>
      <w:r>
        <w:rPr>
          <w:b w:val="0"/>
          <w:i/>
        </w:rPr>
        <w:t>làm</w:t>
      </w:r>
      <w:r>
        <w:rPr>
          <w:b w:val="0"/>
          <w:i w:val="0"/>
        </w:rPr>
        <w:t xml:space="preserve"> đi.' Ông ấy đã qua đời từ lâu rồi, không thì tôi đã gọi cho ông ấy."</w:t>
      </w:r>
    </w:p>
    <w:p>
      <w:pPr>
        <w:spacing w:after="80"/>
      </w:pPr>
      <w:r>
        <w:rPr>
          <w:b w:val="0"/>
          <w:i w:val="0"/>
        </w:rPr>
        <w:t>“Cô còn giữ bản sao đơn đăng ký của mình không?” Langdon hỏi, thầm nghĩ đó quả là một tờ giấy khá nguy hiểm nếu để nằm quanh quẩn đâu đó.</w:t>
      </w:r>
    </w:p>
    <w:p>
      <w:pPr>
        <w:spacing w:after="80"/>
      </w:pPr>
      <w:r>
        <w:rPr>
          <w:b w:val="0"/>
          <w:i w:val="0"/>
        </w:rPr>
        <w:t>“Tôi chắc chắn là có…nhưng mọi bản sao tôi có đều biến mất một cách bí ẩn khỏi hồ sơ của tôi vào một thời điểm nào đó. Tôi luôn cho rằng chúng bị thất lạc trong lúc chuyển nhà lộn xộn, nhưng giờ thì…”</w:t>
      </w:r>
    </w:p>
    <w:p>
      <w:pPr>
        <w:spacing w:after="80"/>
      </w:pPr>
      <w:r>
        <w:rPr>
          <w:b w:val="0"/>
          <w:i/>
        </w:rPr>
        <w:t>Chắc họ cũng đã lấy trộm luôn mấy bản đó.</w:t>
      </w:r>
      <w:r>
        <w:rPr>
          <w:b w:val="0"/>
          <w:i w:val="0"/>
        </w:rPr>
        <w:t xml:space="preserve"> Langdon rùng mình khi nghĩ rằng CIA đã theo dõi Katherine lâu đến vậy, nhưng điều đó giải thích được rất nhiều chuyện.</w:t>
      </w:r>
    </w:p>
    <w:p>
      <w:pPr>
        <w:spacing w:after="80"/>
      </w:pPr>
      <w:r>
        <w:rPr>
          <w:b w:val="0"/>
          <w:i w:val="0"/>
        </w:rPr>
        <w:t>“Nhưng đây mới là điều đáng nói,” Katherine tiếp tục. “Ngần ấy năm trước, khi tôi nhận được thư từ chối từ văn phòng cấp bằng sáng chế, tôi đã phải bật cười—mười bốn trang nỗ lực khoa học nghiêm túc nhất của tôi bị đóng dấu đỏ chót Từ chối lên từng trang. Tôi đưa nó cho Giáo sư Cosgrove xem, ông ấy có vẻ không thấy buồn cười như tôi, nhưng ông hỏi xin giữ một bản để lưu lại cho hậu thế và cho ‘khi tôi nổi tiếng.’ Dĩ nhiên là tôi đồng ý.”</w:t>
      </w:r>
    </w:p>
    <w:p>
      <w:pPr>
        <w:spacing w:after="80"/>
      </w:pPr>
      <w:r>
        <w:rPr>
          <w:b w:val="0"/>
          <w:i w:val="0"/>
        </w:rPr>
        <w:t xml:space="preserve">“Vậy là </w:t>
      </w:r>
      <w:r>
        <w:rPr>
          <w:b w:val="0"/>
          <w:i/>
        </w:rPr>
        <w:t>Cosgrove</w:t>
      </w:r>
      <w:r>
        <w:rPr>
          <w:b w:val="0"/>
          <w:i w:val="0"/>
        </w:rPr>
        <w:t xml:space="preserve"> có một bản?!”</w:t>
      </w:r>
    </w:p>
    <w:p>
      <w:pPr>
        <w:spacing w:after="80"/>
      </w:pPr>
      <w:r>
        <w:rPr>
          <w:b w:val="0"/>
          <w:i w:val="0"/>
        </w:rPr>
        <w:t>“Đúng vậy,” cô nói, giọng đột nhiên xúc động. “Khoảng mười năm trước, khi ông ấy qua đời, chị gái ông xuất hiện trước cửa nhà tôi với một phong bì giấy manila niêm phong và nói rằng một phần di nguyện cuối cùng của ông là phong bì này phải được trao tận tay tôi.” Giọng Katherine nghẹn lại. “Đúng như vậy, bên trong là đơn xin cấp bằng sáng chế bị từ chối ngày xưa của tôi—đã phai màu nhưng vẫn còn nguyên vẹn.”</w:t>
      </w:r>
    </w:p>
    <w:p>
      <w:pPr>
        <w:spacing w:after="80"/>
      </w:pPr>
      <w:r>
        <w:rPr>
          <w:b w:val="0"/>
          <w:i/>
        </w:rPr>
        <w:t>Thật không thể tin nổi.</w:t>
      </w:r>
      <w:r>
        <w:rPr>
          <w:b w:val="0"/>
          <w:i w:val="0"/>
        </w:rPr>
        <w:t xml:space="preserve"> Langdon giờ đã tin chắc rằng vị giáo sư cũ của Katherine đã biết có điều gì đó đáng ngờ trong cách xử lý luận văn và đơn xin cấp bằng sáng chế của cô. Câu hỏi </w:t>
      </w:r>
      <w:r>
        <w:rPr>
          <w:b w:val="0"/>
          <w:i/>
        </w:rPr>
        <w:t>làm sao</w:t>
      </w:r>
      <w:r>
        <w:rPr>
          <w:b w:val="0"/>
          <w:i w:val="0"/>
        </w:rPr>
        <w:t xml:space="preserve"> Cosgrove biết được những gì ông biết thì vẫn chưa có lời giải, nhưng rõ ràng ông đã có những biện pháp để đảm bảo Katherine giữ được bằng chứng.</w:t>
      </w:r>
    </w:p>
    <w:p>
      <w:pPr>
        <w:spacing w:after="80"/>
      </w:pPr>
      <w:r>
        <w:rPr>
          <w:b w:val="0"/>
          <w:i/>
        </w:rPr>
        <w:t>Đòn bẩy,</w:t>
      </w:r>
      <w:r>
        <w:rPr>
          <w:b w:val="0"/>
          <w:i w:val="0"/>
        </w:rPr>
        <w:t xml:space="preserve"> Langdon nghĩ. </w:t>
      </w:r>
      <w:r>
        <w:rPr>
          <w:b w:val="0"/>
          <w:i/>
        </w:rPr>
        <w:t>Đây chính là ý nghĩa của nó.</w:t>
      </w:r>
      <w:r>
        <w:rPr>
          <w:b w:val="0"/>
          <w:i w:val="0"/>
        </w:rPr>
        <w:t xml:space="preserve"> “Bản sao đó giờ ở đâu?” anh hỏi dồn, bỗng sợ rằng CIA có thể đã lấy được cả bản đó nữa.</w:t>
      </w:r>
    </w:p>
    <w:p>
      <w:pPr>
        <w:spacing w:after="80"/>
      </w:pPr>
      <w:r>
        <w:rPr>
          <w:b w:val="0"/>
          <w:i w:val="0"/>
        </w:rPr>
        <w:t>“Trong bàn làm việc ở nhà tôi,” cô nói. “Theo tôi biết thì vẫn ở đó.”</w:t>
      </w:r>
    </w:p>
    <w:p>
      <w:pPr>
        <w:spacing w:after="80"/>
      </w:pPr>
      <w:r>
        <w:rPr>
          <w:b w:val="0"/>
          <w:i w:val="0"/>
        </w:rPr>
        <w:t>“Chúng ta phải đi,” Langdon nói, ra hiệu về phía cửa. “Nếu CIA phát hiện ra—”</w:t>
      </w:r>
    </w:p>
    <w:p>
      <w:pPr>
        <w:spacing w:after="80"/>
      </w:pPr>
      <w:r>
        <w:rPr>
          <w:b w:val="0"/>
          <w:i w:val="0"/>
        </w:rPr>
        <w:t>“Còn một điều nữa anh nên biết.” Katherine ngượng ngùng xoay người rồi nhìn thẳng vào mắt Langdon. “Khi tôi đang viết chương cuối của bản thảo về tương lai của ngành noetics, tôi đang mô tả giấc mơ thời trẻ, mắt tròn xoe của mình về việc tạo ra các nơ-ron nhân tạo. Bỗng hứng lên, tôi quyết định đưa một bản sao đơn xin cấp bằng sáng chế thất bại của mình—cả mười bốn trang đóng dấu Từ chối—vào cuốn sách, vì tôi nghĩ rằng chia sẻ thất bại thuở ban đầu của chính mình có thể truyền cảm hứng cho những nhà khoa học trẻ khác từng đối mặt với sự từ chối trên đường đi.”</w:t>
      </w:r>
    </w:p>
    <w:p>
      <w:pPr>
        <w:spacing w:after="80"/>
      </w:pPr>
      <w:r>
        <w:rPr>
          <w:b w:val="0"/>
          <w:i w:val="0"/>
        </w:rPr>
        <w:t xml:space="preserve">Langdon không nói nên lời. </w:t>
      </w:r>
      <w:r>
        <w:rPr>
          <w:b w:val="0"/>
          <w:i/>
        </w:rPr>
        <w:t>Mảnh ghép cuối cùng của câu đố.</w:t>
      </w:r>
    </w:p>
    <w:p>
      <w:pPr>
        <w:spacing w:after="80"/>
      </w:pPr>
      <w:r>
        <w:rPr>
          <w:b w:val="0"/>
          <w:i w:val="0"/>
        </w:rPr>
        <w:t>Đơn xin cấp bằng sáng chế của Katherine sẽ được công bố trong cuốn sách của cô cho cả thế giới cùng thấy. Không cần thêm động cơ nào khác để cơ quan kia có những hành động liều lĩnh chống lại cô.</w:t>
      </w:r>
    </w:p>
    <w:p>
      <w:pPr>
        <w:spacing w:after="80"/>
      </w:pPr>
      <w:r>
        <w:rPr>
          <w:b w:val="0"/>
          <w:i w:val="0"/>
        </w:rPr>
        <w:t>Threshold chính là Dự án Manhattan của tương lai khoa học não bộ…và Katherine sắp công bố bản thiết kế quả bom nguyên tử của họ.</w:t>
      </w:r>
    </w:p>
    <w:p>
      <w:pPr>
        <w:spacing w:after="80"/>
      </w:pPr>
      <w:r>
        <w:rPr>
          <w:b w:val="0"/>
          <w:i w:val="0"/>
        </w:rPr>
        <w:t>Langdon chỉ có thể hình dung cơn ác mộng pháp lý đối với CIA nếu một nhóm giám sát như Liên đoàn Các nhà Khoa học Hoa Kỳ phát hiện ra rằng đơn xin cấp bằng sáng chế của một nhà noetics lỗi lạc đã bị từ chối…rồi sau đó bị CIA đánh cắp mà người nộp đơn không hề hay biết hay được đền bù.</w:t>
      </w:r>
    </w:p>
    <w:p>
      <w:pPr>
        <w:spacing w:after="80"/>
      </w:pPr>
      <w:r>
        <w:rPr>
          <w:b w:val="0"/>
          <w:i w:val="0"/>
        </w:rPr>
        <w:t>Đó sẽ là giấc mơ của bất kỳ phóng viên điều tra nào.</w:t>
      </w:r>
    </w:p>
    <w:p>
      <w:pPr>
        <w:spacing w:after="80"/>
      </w:pPr>
      <w:r>
        <w:rPr>
          <w:b w:val="0"/>
          <w:i w:val="0"/>
        </w:rPr>
        <w:t>Cuốn sách chứa đựng một tầm nhìn táo bạo về một công nghệ đột phá, thứ được xem là mảnh ghép còn thiếu trong cuộc đua toàn cầu nhằm tạo ra một giao diện người-máy thực sự. Vào thời điểm đó, chỉ riêng CIA sở hữu nó…nhưng nếu Katherine công bố, mọi thứ sẽ đảo lộn.</w:t>
      </w:r>
    </w:p>
    <w:p>
      <w:pPr>
        <w:spacing w:after="80"/>
      </w:pPr>
      <w:r>
        <w:rPr>
          <w:b w:val="0"/>
          <w:i w:val="0"/>
        </w:rPr>
        <w:t>Dù những cấy ghép của CIA có phục vụ mục đích cụ thể nào đi chăng nữa, Threshold rõ ràng có tiềm năng mang lại cho CIA một lợi thế công nghệ bí mật và không ai sánh bằng.</w:t>
      </w:r>
    </w:p>
    <w:p>
      <w:pPr>
        <w:spacing w:after="80"/>
      </w:pPr>
      <w:r>
        <w:rPr>
          <w:b w:val="0"/>
          <w:i/>
        </w:rPr>
        <w:t>Nhưng đó chưa phải là tất cả,</w:t>
      </w:r>
      <w:r>
        <w:rPr>
          <w:b w:val="0"/>
          <w:i w:val="0"/>
        </w:rPr>
        <w:t xml:space="preserve"> Langdon nhận ra. </w:t>
      </w:r>
      <w:r>
        <w:rPr>
          <w:b w:val="0"/>
          <w:i/>
        </w:rPr>
        <w:t>Threshold là một mỏ vàng tiềm năng.</w:t>
      </w:r>
    </w:p>
    <w:p>
      <w:pPr>
        <w:spacing w:after="80"/>
      </w:pPr>
      <w:r>
        <w:rPr>
          <w:b w:val="0"/>
          <w:i w:val="0"/>
        </w:rPr>
        <w:t>Nếu CIA quyết định đưa công nghệ H2M độc quyền ra thị trường, Q sẽ trở thành công ty đầu tư mạo hiểm giàu nhất thế giới, đủ khả năng tài trợ cho mọi chiến dịch mà CIA tiến hành. Dù theo hướng nào, bí mật vẫn là yếu tố tối quan trọng.</w:t>
      </w:r>
    </w:p>
    <w:p>
      <w:pPr>
        <w:spacing w:after="80"/>
      </w:pPr>
      <w:r>
        <w:rPr>
          <w:b w:val="0"/>
          <w:i w:val="0"/>
        </w:rPr>
        <w:t xml:space="preserve">"Hon nữa," Katherine nói, "điều này giải thích tại sao đêm qua Brigita lại khoe khoang với tôi về </w:t>
      </w:r>
      <w:r>
        <w:rPr>
          <w:b w:val="0"/>
          <w:i/>
        </w:rPr>
        <w:t>bằng sáng chế</w:t>
      </w:r>
      <w:r>
        <w:rPr>
          <w:b w:val="0"/>
          <w:i w:val="0"/>
        </w:rPr>
        <w:t xml:space="preserve"> của cô ta. Cô ta nêu chủ đề đó vì đang trong một nhiệm vụ trinh sát. Cậu còn nhớ cô ta đã hỏi tôi có bằng sáng chế nào không…hoặc đã bao giờ </w:t>
      </w:r>
      <w:r>
        <w:rPr>
          <w:b w:val="0"/>
          <w:i/>
        </w:rPr>
        <w:t>nộp đơn</w:t>
      </w:r>
      <w:r>
        <w:rPr>
          <w:b w:val="0"/>
          <w:i w:val="0"/>
        </w:rPr>
        <w:t xml:space="preserve"> xin bằng sáng chế chưa chứ?"</w:t>
      </w:r>
    </w:p>
    <w:p>
      <w:pPr>
        <w:spacing w:after="80"/>
      </w:pPr>
      <w:r>
        <w:rPr>
          <w:b w:val="0"/>
          <w:i w:val="0"/>
        </w:rPr>
        <w:t>Langdon nhớ rõ điều đó. "Và cậu đã nói là chưa!"</w:t>
      </w:r>
    </w:p>
    <w:p>
      <w:pPr>
        <w:spacing w:after="80"/>
      </w:pPr>
      <w:r>
        <w:rPr>
          <w:b w:val="0"/>
          <w:i w:val="0"/>
        </w:rPr>
        <w:t>"Tôi chỉ không muốn đi sâu vào chuyện đó thôi. Với lại chuyện đó cũng lâu lắm rồi."</w:t>
      </w:r>
    </w:p>
    <w:p>
      <w:pPr>
        <w:spacing w:after="80"/>
      </w:pPr>
      <w:r>
        <w:rPr>
          <w:b w:val="0"/>
          <w:i w:val="0"/>
        </w:rPr>
        <w:t xml:space="preserve">"Thảo nào đêm qua Finch lại hoảng loạn đến vậy," Langdon nói. "Chắc Gessner đã báo với ông ta rằng cậu không chỉ từ chối yêu cầu ký NDA của cô ta mà còn bác bỏ yêu cầu xin một bản thảo trước, </w:t>
      </w:r>
      <w:r>
        <w:rPr>
          <w:b w:val="0"/>
          <w:i/>
        </w:rPr>
        <w:t>và</w:t>
      </w:r>
      <w:r>
        <w:rPr>
          <w:b w:val="0"/>
          <w:i w:val="0"/>
        </w:rPr>
        <w:t xml:space="preserve"> chắc cô ta cũng đã báo cáo rằng cậu còn trắng trợn nói dối về việc chưa từng nộp đơn xin bằng sáng chế! Finch hẳn đã nghi ngờ cậu đang toan tính vì lợi ích cá nhân và chuẩn bị công bố một kiểu phanh phui gây chấn động nào đó."</w:t>
      </w:r>
    </w:p>
    <w:p>
      <w:pPr>
        <w:spacing w:after="80"/>
      </w:pPr>
      <w:r>
        <w:rPr>
          <w:b w:val="0"/>
          <w:i w:val="0"/>
        </w:rPr>
        <w:t xml:space="preserve">"Vậy thì giờ chúng ta có thể công bố nó </w:t>
      </w:r>
      <w:r>
        <w:rPr>
          <w:b w:val="0"/>
          <w:i/>
        </w:rPr>
        <w:t>rồi</w:t>
      </w:r>
      <w:r>
        <w:rPr>
          <w:b w:val="0"/>
          <w:i w:val="0"/>
        </w:rPr>
        <w:t>," Katherine nói, chỉ tay vào tập tài liệu mật trong tay anh. "Kèm theo cả PALM của một bộ não đã cấy ghép. Bằng chứng khá thuyết phục đấy."</w:t>
      </w:r>
    </w:p>
    <w:p>
      <w:pPr>
        <w:spacing w:after="80"/>
      </w:pPr>
      <w:r>
        <w:rPr>
          <w:b w:val="0"/>
          <w:i w:val="0"/>
        </w:rPr>
        <w:t>"PALM là gì?"</w:t>
      </w:r>
    </w:p>
    <w:p>
      <w:pPr>
        <w:spacing w:after="80"/>
      </w:pPr>
      <w:r>
        <w:rPr>
          <w:b w:val="0"/>
          <w:i w:val="0"/>
        </w:rPr>
        <w:t xml:space="preserve">"Kính hiển vi định vị quang kích hoạt (photoactivated localization microscopy)—một kỹ thuật chụp ảnh não. Threshold đã mã hóa gen các nơ-ron nhân tạo của họ bằng protein huỳnh quang để họ có thể, trên thực tế, </w:t>
      </w:r>
      <w:r>
        <w:rPr>
          <w:b w:val="0"/>
          <w:i/>
        </w:rPr>
        <w:t>nhìn thấy</w:t>
      </w:r>
      <w:r>
        <w:rPr>
          <w:b w:val="0"/>
          <w:i w:val="0"/>
        </w:rPr>
        <w:t xml:space="preserve"> chúng…và theo dõi sự phát triển của chúng. Ý tưởng thông minh đấy—</w:t>
      </w:r>
      <w:r>
        <w:rPr>
          <w:b w:val="0"/>
          <w:i/>
        </w:rPr>
        <w:t>của họ,</w:t>
      </w:r>
      <w:r>
        <w:rPr>
          <w:b w:val="0"/>
          <w:i w:val="0"/>
        </w:rPr>
        <w:t xml:space="preserve"> không phải của tôi."</w:t>
      </w:r>
    </w:p>
    <w:p>
      <w:pPr>
        <w:spacing w:after="80"/>
      </w:pPr>
      <w:r>
        <w:rPr>
          <w:b w:val="0"/>
          <w:i w:val="0"/>
        </w:rPr>
        <w:t xml:space="preserve">"Khoan, trong tập tài liệu này có </w:t>
      </w:r>
      <w:r>
        <w:rPr>
          <w:b w:val="0"/>
          <w:i/>
        </w:rPr>
        <w:t>hình ảnh</w:t>
      </w:r>
      <w:r>
        <w:rPr>
          <w:b w:val="0"/>
          <w:i w:val="0"/>
        </w:rPr>
        <w:t xml:space="preserve"> à?! Cậu đã không—"</w:t>
      </w:r>
    </w:p>
    <w:p>
      <w:pPr>
        <w:spacing w:after="80"/>
      </w:pPr>
      <w:r>
        <w:rPr>
          <w:b w:val="0"/>
          <w:i w:val="0"/>
        </w:rPr>
        <w:t>"Cậu giật lấy nhanh quá," cô nói, chìa tay ra đòi lại tập tài liệu. "Để tôi chỉ cho cậu xem."</w:t>
      </w:r>
    </w:p>
    <w:p>
      <w:pPr>
        <w:spacing w:after="80"/>
      </w:pPr>
      <w:r>
        <w:rPr>
          <w:b w:val="0"/>
          <w:i w:val="0"/>
        </w:rPr>
        <w:t xml:space="preserve">Langdon háo hức đẩy tập tài liệu trở lại tay cô. Bất chấp những bằng chứng cho thấy CIA đã đánh cắp ý tưởng của Katherine và đang chế tạo nơ-ron nhân tạo, Langdon vẫn chưa thấy </w:t>
      </w:r>
      <w:r>
        <w:rPr>
          <w:b w:val="0"/>
          <w:i/>
        </w:rPr>
        <w:t>bằng chứng</w:t>
      </w:r>
      <w:r>
        <w:rPr>
          <w:b w:val="0"/>
          <w:i w:val="0"/>
        </w:rPr>
        <w:t xml:space="preserve"> thực sự nào cho thấy Threshold đang thử nghiệm trên người. </w:t>
      </w:r>
      <w:r>
        <w:rPr>
          <w:b w:val="0"/>
          <w:i/>
        </w:rPr>
        <w:t>Đây có thể chính là nó…</w:t>
      </w:r>
    </w:p>
    <w:p>
      <w:pPr>
        <w:spacing w:after="80"/>
      </w:pPr>
      <w:r>
        <w:rPr>
          <w:b w:val="0"/>
          <w:i w:val="0"/>
        </w:rPr>
        <w:t>"Đây là một tấm khá đẹp," Katherine nói, đặt tập tài liệu đang mở trên quầy trước mặt họ.</w:t>
      </w:r>
    </w:p>
    <w:p>
      <w:pPr>
        <w:spacing w:after="80"/>
      </w:pPr>
      <w:r>
        <w:rPr>
          <w:b w:val="0"/>
          <w:i w:val="0"/>
        </w:rPr>
        <w:t xml:space="preserve">Khi Langdon nhìn thấy bức ảnh, anh vừa thấy ghê tởm…vừa thấy được minh oan. Bức ảnh đầy màu sắc trông giống như một hình X-quang được máy tính tăng cường về một bộ não người bên trong hộp sọ. Tuy nhiên, điều kinh hoàng chính là thứ </w:t>
      </w:r>
      <w:r>
        <w:rPr>
          <w:b w:val="0"/>
          <w:i/>
        </w:rPr>
        <w:t>khác</w:t>
      </w:r>
      <w:r>
        <w:rPr>
          <w:b w:val="0"/>
          <w:i w:val="0"/>
        </w:rPr>
        <w:t xml:space="preserve"> cũng nằm trong hộp sọ cùng với bộ não.</w:t>
      </w:r>
    </w:p>
    <w:p>
      <w:pPr>
        <w:spacing w:after="80"/>
      </w:pPr>
      <w:r>
        <w:rPr>
          <w:b w:val="0"/>
          <w:i w:val="0"/>
        </w:rPr>
        <w:t>Dưới lớp xương sọ, một con chip máy tính lớn đến bất ngờ nằm nép trong mô não. Gắn với con chip là một sợi dây uốn lượn nối tới một tấm lưới phát sáng bằng những sợi huỳnh quang, trông như được dệt thành một chiếc mũ ren hình mạng nhện, giống như lưới trùm tóc, kéo xuống phủ lên đỉnh não.</w:t>
      </w:r>
    </w:p>
    <w:p>
      <w:pPr>
        <w:spacing w:after="80"/>
      </w:pPr>
      <w:r>
        <w:rPr>
          <w:b w:val="0"/>
          <w:i w:val="0"/>
        </w:rPr>
        <w:t xml:space="preserve">“Cái lưới thần kinh đó,” Katherine nói. “Ý tưởng của </w:t>
      </w:r>
      <w:r>
        <w:rPr>
          <w:b w:val="0"/>
          <w:i/>
        </w:rPr>
        <w:t>tôi</w:t>
      </w:r>
      <w:r>
        <w:rPr>
          <w:b w:val="0"/>
          <w:i w:val="0"/>
        </w:rPr>
        <w:t>.”</w:t>
      </w:r>
    </w:p>
    <w:p>
      <w:pPr>
        <w:spacing w:after="80"/>
      </w:pPr>
      <w:r>
        <w:rPr>
          <w:b w:val="0"/>
          <w:i w:val="0"/>
        </w:rPr>
        <w:t>Langdon kinh ngạc nhìn cô lật qua các hình ảnh, biểu đồ và ghi chú khác nhau theo dõi tiến trình của thiết bị cấy ghép qua thời gian. Các ghi chép thật đáng sợ, nhưng cú sốc lớn hơn đến khi Langdon nhận ra dòng chân trang nhỏ xíu ở cuối mỗi trang.</w:t>
      </w:r>
    </w:p>
    <w:p>
      <w:pPr>
        <w:spacing w:after="80"/>
      </w:pPr>
      <w:r>
        <w:rPr>
          <w:b w:val="0"/>
          <w:i w:val="0"/>
        </w:rPr>
        <w:t>BỆNH NHÂN #002 / VESNA</w:t>
      </w:r>
    </w:p>
    <w:p>
      <w:pPr>
        <w:spacing w:after="80"/>
      </w:pPr>
      <w:r>
        <w:rPr>
          <w:b w:val="0"/>
          <w:i w:val="0"/>
        </w:rPr>
        <w:t xml:space="preserve">“Sasha…” Langdon thì thầm, nỗi sợ tồi tệ nhất giờ đã được xác nhận. </w:t>
      </w:r>
      <w:r>
        <w:rPr>
          <w:b w:val="0"/>
          <w:i/>
        </w:rPr>
        <w:t>Họ đã làm gì em vậy?</w:t>
      </w:r>
    </w:p>
    <w:p>
      <w:pPr>
        <w:spacing w:after="80"/>
      </w:pPr>
      <w:r>
        <w:rPr>
          <w:b w:val="0"/>
          <w:i w:val="0"/>
        </w:rPr>
        <w:t>Langdon thấy buồn nôn khi nhìn tấm lưới xúc tu dày đặc trải ra trên não Sasha như một thứ ký sinh trùng nào đó. Trớ trêu thay, anh và Katherine đã đột nhập vào Threshold để tìm bằng chứng buộc tội…chỉ để rồi phát hiện ra rằng bằng chứng buộc tội quan trọng nhất lại nằm ở bên ngoài, bên trong đầu Sasha Vesna.</w:t>
      </w:r>
    </w:p>
    <w:p>
      <w:pPr>
        <w:spacing w:after="80"/>
      </w:pPr>
      <w:r>
        <w:rPr>
          <w:b w:val="0"/>
          <w:i/>
        </w:rPr>
        <w:t>Mong là ngài đại sứ đã tìm được Sasha,</w:t>
      </w:r>
      <w:r>
        <w:rPr>
          <w:b w:val="0"/>
          <w:i w:val="0"/>
        </w:rPr>
        <w:t xml:space="preserve"> anh nghĩ, lại cảm thấy đã đến lúc phải đi.</w:t>
      </w:r>
    </w:p>
    <w:p>
      <w:pPr>
        <w:spacing w:after="80"/>
      </w:pPr>
      <w:r>
        <w:rPr>
          <w:b w:val="0"/>
          <w:i w:val="0"/>
        </w:rPr>
        <w:t>“Bất cứ thứ gì cô Vesna có trong đầu,” Katherine nói, “nó làm được nhiều hơn là chỉ chữa động kinh.”</w:t>
      </w:r>
    </w:p>
    <w:p>
      <w:pPr>
        <w:spacing w:after="80"/>
      </w:pPr>
      <w:r>
        <w:rPr>
          <w:b w:val="0"/>
          <w:i w:val="0"/>
        </w:rPr>
        <w:t xml:space="preserve">“Có gì ở đây mô tả con chip </w:t>
      </w:r>
      <w:r>
        <w:rPr>
          <w:b w:val="0"/>
          <w:i/>
        </w:rPr>
        <w:t>làm</w:t>
      </w:r>
      <w:r>
        <w:rPr>
          <w:b w:val="0"/>
          <w:i w:val="0"/>
        </w:rPr>
        <w:t xml:space="preserve"> gì không?”</w:t>
      </w:r>
    </w:p>
    <w:p>
      <w:pPr>
        <w:spacing w:after="80"/>
      </w:pPr>
      <w:r>
        <w:rPr>
          <w:b w:val="0"/>
          <w:i w:val="0"/>
        </w:rPr>
        <w:t xml:space="preserve">“Không có gì cụ thể,” Katherine nói, lật trang. “Cuốn tài liệu này toàn nói về tích hợp thần kinh, và tôi phải thừa nhận, tôi kinh ngạc vì họ đạt được </w:t>
      </w:r>
      <w:r>
        <w:rPr>
          <w:b w:val="0"/>
          <w:i/>
        </w:rPr>
        <w:t>tích hợp</w:t>
      </w:r>
      <w:r>
        <w:rPr>
          <w:b w:val="0"/>
          <w:i w:val="0"/>
        </w:rPr>
        <w:t xml:space="preserve"> nhanh đến vậy.”</w:t>
      </w:r>
    </w:p>
    <w:p>
      <w:pPr>
        <w:spacing w:after="80"/>
      </w:pPr>
      <w:r>
        <w:rPr>
          <w:b w:val="0"/>
          <w:i w:val="0"/>
        </w:rPr>
        <w:t>“Ý cô là sao?”</w:t>
      </w:r>
    </w:p>
    <w:p>
      <w:pPr>
        <w:spacing w:after="80"/>
      </w:pPr>
      <w:r>
        <w:rPr>
          <w:b w:val="0"/>
          <w:i w:val="0"/>
        </w:rPr>
        <w:t>“Tích hợp giữa chip và não,” cô nói. “Một khi bạn đặt một lưới thần kinh nhân tạo lên một bộ não sống, hai yếu tố cần thời gian để hòa thành một hệ thống. Tính dẻo thần kinh là một phép màu, nhưng nó không xảy ra trong một đêm. Để một bộ não tạo synapse đầy đủ với một thiết bị cấy thần kinh sẽ cần ít nhất một thập kỷ—có thể là hai. Đó là một trong những trở ngại lớn mà tôi đã đề cập trong luận văn tốt nghiệp của mình.”</w:t>
      </w:r>
    </w:p>
    <w:p>
      <w:pPr>
        <w:spacing w:after="80"/>
      </w:pPr>
      <w:r>
        <w:rPr>
          <w:b w:val="0"/>
          <w:i w:val="0"/>
        </w:rPr>
        <w:t>“Cô đã đề xuất giải pháp gì?”</w:t>
      </w:r>
    </w:p>
    <w:p>
      <w:pPr>
        <w:spacing w:after="80"/>
      </w:pPr>
      <w:r>
        <w:rPr>
          <w:b w:val="0"/>
          <w:i w:val="0"/>
        </w:rPr>
        <w:t xml:space="preserve">“Tôi không đề xuất,” Katherine đáp. “Không có giải pháp nào ngoài chờ đợi. Sự phát triển sinh học cần </w:t>
      </w:r>
      <w:r>
        <w:rPr>
          <w:b w:val="0"/>
          <w:i/>
        </w:rPr>
        <w:t>thời gian.</w:t>
      </w:r>
      <w:r>
        <w:rPr>
          <w:b w:val="0"/>
          <w:i w:val="0"/>
        </w:rPr>
        <w:t xml:space="preserve"> Tiến hóa cần </w:t>
      </w:r>
      <w:r>
        <w:rPr>
          <w:b w:val="0"/>
          <w:i/>
        </w:rPr>
        <w:t>thời gian.</w:t>
      </w:r>
      <w:r>
        <w:rPr>
          <w:b w:val="0"/>
          <w:i w:val="0"/>
        </w:rPr>
        <w:t xml:space="preserve"> Vậy mà bằng cách nào đó…” Cô nghiên cứu một loạt biểu đồ, lắc đầu. “Họ đã tăng tốc quá trình với tốc độ đáng kinh ngạc. Trong một năm, họ đã làm được điều lẽ ra phải mất ít nhất một thập kỷ. Câu hỏi…là </w:t>
      </w:r>
      <w:r>
        <w:rPr>
          <w:b w:val="0"/>
          <w:i/>
        </w:rPr>
        <w:t>bằng cách nào</w:t>
      </w:r>
      <w:r>
        <w:rPr>
          <w:b w:val="0"/>
          <w:i w:val="0"/>
        </w:rPr>
        <w:t>?” Cô tiếp tục lật trang, bỏ qua một trang có in một bức ảnh chân dung nhỏ của Sasha Vesna trẻ hơn với mái tóc vàng dài.</w:t>
      </w:r>
    </w:p>
    <w:p>
      <w:pPr>
        <w:spacing w:after="80"/>
      </w:pPr>
      <w:r>
        <w:rPr>
          <w:b w:val="0"/>
          <w:i w:val="0"/>
        </w:rPr>
        <w:t xml:space="preserve">“Tôi có một câu hỏi khác,” Langdon nói. “Nếu Sasha là bệnh nhân số </w:t>
      </w:r>
      <w:r>
        <w:rPr>
          <w:b w:val="0"/>
          <w:i/>
        </w:rPr>
        <w:t>hai</w:t>
      </w:r>
      <w:r>
        <w:rPr>
          <w:b w:val="0"/>
          <w:i w:val="0"/>
        </w:rPr>
        <w:t>…”</w:t>
      </w:r>
    </w:p>
    <w:p>
      <w:pPr>
        <w:spacing w:after="80"/>
      </w:pPr>
      <w:r>
        <w:rPr>
          <w:b w:val="0"/>
          <w:i w:val="0"/>
        </w:rPr>
        <w:t xml:space="preserve">Katherine ngước lên. “Đúng, vậy ai là bệnh nhân số </w:t>
      </w:r>
      <w:r>
        <w:rPr>
          <w:b w:val="0"/>
          <w:i/>
        </w:rPr>
        <w:t>một</w:t>
      </w:r>
      <w:r>
        <w:rPr>
          <w:b w:val="0"/>
          <w:i w:val="0"/>
        </w:rPr>
        <w:t>?”</w:t>
      </w:r>
    </w:p>
    <w:p>
      <w:pPr>
        <w:spacing w:after="80"/>
      </w:pPr>
      <w:r>
        <w:rPr>
          <w:b w:val="0"/>
          <w:i w:val="0"/>
        </w:rPr>
        <w:t>Cô lập tức bắt đầu lật ngược lại cuốn sổ, tìm thông tin về bệnh nhân số một, người mà Langdon đoán rất có thể là bệnh nhân động kinh người Nga, Dmitri, đến từ cùng cơ sở với Sasha.</w:t>
      </w:r>
    </w:p>
    <w:p>
      <w:pPr>
        <w:spacing w:after="80"/>
      </w:pPr>
      <w:r>
        <w:rPr>
          <w:b w:val="0"/>
          <w:i w:val="0"/>
        </w:rPr>
        <w:t>“Lạ thật,” Katherine nói. “Tôi không thấy phần nào có dữ liệu về bất kỳ—ồ, khoan—đây rồi. Ngắn hơn nhiều. Tôi bỏ sót mất.”</w:t>
      </w:r>
    </w:p>
    <w:p>
      <w:pPr>
        <w:spacing w:after="80"/>
      </w:pPr>
      <w:r>
        <w:rPr>
          <w:b w:val="0"/>
          <w:i w:val="0"/>
        </w:rPr>
        <w:t>Phần này gồm đủ loại dữ liệu, biểu đồ, và một tấm X-quang não của đối tượng cũng rợn người tương tự, cho thấy một con chip cấy ghép và lưới nơ-ron.</w:t>
      </w:r>
    </w:p>
    <w:p>
      <w:pPr>
        <w:spacing w:after="80"/>
      </w:pPr>
      <w:r>
        <w:rPr>
          <w:b w:val="0"/>
          <w:i w:val="0"/>
        </w:rPr>
        <w:t>Dòng chân trang ghi:</w:t>
      </w:r>
    </w:p>
    <w:p>
      <w:pPr>
        <w:spacing w:after="80"/>
      </w:pPr>
      <w:r>
        <w:rPr>
          <w:b w:val="0"/>
          <w:i w:val="0"/>
        </w:rPr>
        <w:t>BỆNH NHÂN #001 / SYSEVICH</w:t>
      </w:r>
    </w:p>
    <w:p>
      <w:pPr>
        <w:spacing w:after="80"/>
      </w:pPr>
      <w:r>
        <w:rPr>
          <w:b w:val="0"/>
          <w:i/>
        </w:rPr>
        <w:t>Sysevich nghe đúng là người Nga,</w:t>
      </w:r>
      <w:r>
        <w:rPr>
          <w:b w:val="0"/>
          <w:i w:val="0"/>
        </w:rPr>
        <w:t xml:space="preserve"> Langdon nghĩ.</w:t>
      </w:r>
    </w:p>
    <w:p>
      <w:pPr>
        <w:spacing w:after="80"/>
      </w:pPr>
      <w:r>
        <w:rPr>
          <w:b w:val="0"/>
          <w:i w:val="0"/>
        </w:rPr>
        <w:t>“Đẹp trai đấy,” Katherine nói, đã lật đến một trang có tấm ảnh chân dung nhỏ của một người đàn ông nổi bật, hàm vuông vức, tóc đen xoăn. Nét mặt anh ta rõ ràng là người Slav, vững chãi và đầy uy lực, thế nhưng ánh mắt lại vô hồn đến mức khiến người ta bất an. “Anh chàng này rõ ràng được cấy cùng loại chip như Sasha,” Katherine nói, vẫn đang đọc. “Nhưng kỳ lạ thật—hoàn toàn không có dữ liệu sau phẫu thuật. Không có gì cả.”</w:t>
      </w:r>
    </w:p>
    <w:p>
      <w:pPr>
        <w:spacing w:after="80"/>
      </w:pPr>
      <w:r>
        <w:rPr>
          <w:b w:val="0"/>
          <w:i w:val="0"/>
        </w:rPr>
        <w:t>“Ra ngoài rồi nói tiếp,” Langdon nói, bước về phía cửa xoay. “Mình phải rời khỏi đây.”</w:t>
      </w:r>
    </w:p>
    <w:p>
      <w:pPr>
        <w:spacing w:after="80"/>
      </w:pPr>
      <w:r>
        <w:rPr>
          <w:b w:val="0"/>
          <w:i w:val="0"/>
        </w:rPr>
        <w:t xml:space="preserve">Katherine gấp cuốn sổ lại và nhét vào túi đeo vai. “Tôi không muốn nói ra, nhưng hồ sơ của anh ta kết thúc đột ngột quá. Không có theo dõi gì cả. Cứ như thể họ cấy chip vào, rồi…có gì đó không ổn. Có lẽ anh ta </w:t>
      </w:r>
      <w:r>
        <w:rPr>
          <w:b w:val="0"/>
          <w:i/>
        </w:rPr>
        <w:t>đã chết.</w:t>
      </w:r>
      <w:r>
        <w:rPr>
          <w:b w:val="0"/>
          <w:i w:val="0"/>
        </w:rPr>
        <w:t>”</w:t>
      </w:r>
    </w:p>
    <w:p>
      <w:pPr>
        <w:spacing w:after="80"/>
      </w:pPr>
      <w:r>
        <w:rPr>
          <w:b w:val="0"/>
          <w:i w:val="0"/>
        </w:rPr>
        <w:t xml:space="preserve">Ý nghĩ đó thật đáng lo, thế nhưng nó lại tiếp thêm đạn dược cho đòn bẩy của họ; nếu CIA thí nghiệm rồi </w:t>
      </w:r>
      <w:r>
        <w:rPr>
          <w:b w:val="0"/>
          <w:i/>
        </w:rPr>
        <w:t>giết</w:t>
      </w:r>
      <w:r>
        <w:rPr>
          <w:b w:val="0"/>
          <w:i w:val="0"/>
        </w:rPr>
        <w:t xml:space="preserve"> một bệnh nhân động kinh người Nga không hề hay biết, hậu quả ngoại giao có thể gây ra những hệ lụy khôn lường trong một thế giới vốn đã căng như dây đàn.</w:t>
      </w:r>
    </w:p>
    <w:p>
      <w:pPr>
        <w:spacing w:after="80"/>
      </w:pPr>
      <w:r>
        <w:rPr>
          <w:b w:val="0"/>
          <w:i w:val="0"/>
        </w:rPr>
        <w:t>Khi họ đẩy cửa xoay bước trở lại hành lang, Langdon yên tâm khi thấy hành lang tối đen như mực, đèn đã tự tắt trong lúc họ ở trong phòng thí nghiệm.</w:t>
      </w:r>
    </w:p>
    <w:p>
      <w:pPr>
        <w:spacing w:after="80"/>
      </w:pPr>
      <w:r>
        <w:rPr>
          <w:b w:val="0"/>
          <w:i w:val="0"/>
        </w:rPr>
        <w:t>Dưới này vẫn chỉ có hai đứa mình.</w:t>
      </w:r>
    </w:p>
    <w:p>
      <w:pPr>
        <w:spacing w:after="80"/>
      </w:pPr>
      <w:r>
        <w:rPr>
          <w:b w:val="0"/>
          <w:i w:val="0"/>
        </w:rPr>
        <w:t>Đèn sàn lập tức bật lên, và Langdon cùng Katherine quay lại hướng về phía cánh cửa đôi mà họ đã đi qua.</w:t>
      </w:r>
    </w:p>
    <w:p>
      <w:pPr>
        <w:spacing w:after="80"/>
      </w:pPr>
      <w:r>
        <w:rPr>
          <w:b w:val="0"/>
          <w:i w:val="0"/>
        </w:rPr>
        <w:t>Họ mới bước được vài bước thì Katherine túm lấy tay Langdon. “Nhìn kìa!” cô thì thầm, chỉ thẳng về phía cánh cửa có ô cửa sổ hình bầu dục.</w:t>
      </w:r>
    </w:p>
    <w:p>
      <w:pPr>
        <w:spacing w:after="80"/>
      </w:pPr>
      <w:r>
        <w:rPr>
          <w:b w:val="0"/>
          <w:i w:val="0"/>
        </w:rPr>
        <w:t>Langdon cũng đã nhìn thấy.</w:t>
      </w:r>
    </w:p>
    <w:p>
      <w:pPr>
        <w:spacing w:after="80"/>
      </w:pPr>
      <w:r>
        <w:rPr>
          <w:b w:val="0"/>
          <w:i w:val="0"/>
        </w:rPr>
        <w:t>Đèn ở phía bên kia cánh cửa đó vừa bừng sáng.</w:t>
      </w:r>
    </w:p>
    <w:p>
      <w:pPr>
        <w:jc w:val="center"/>
      </w:pPr>
      <w:r>
        <w:drawing>
          <wp:inline xmlns:a="http://schemas.openxmlformats.org/drawingml/2006/main" xmlns:pic="http://schemas.openxmlformats.org/drawingml/2006/picture">
            <wp:extent cx="5486400" cy="362122"/>
            <wp:docPr id="99" name="Picture 99"/>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Sau khi hoàn tất việc rà soát kỹ lưỡng khu vực y tế, Finch tiếp tục đi vòng qua góc hành lang, nơi đèn sàn bật lên soi sáng con đường dẫn anh đến cánh cửa đôi ở cuối hành lang. Không dám chủ quan, anh dành một chút thời gian thò đầu vào phòng Immersive Computing, và nhẹ cả người khi thấy tất cả ghế VR đều trống và mũ bảo hiểm vẫn ngay ngắn.</w:t>
      </w:r>
    </w:p>
    <w:p>
      <w:pPr>
        <w:spacing w:after="80"/>
      </w:pPr>
      <w:r>
        <w:rPr>
          <w:b w:val="0"/>
          <w:i w:val="0"/>
        </w:rPr>
        <w:t>Rồi anh nhìn thấy chiếc ghế văn phòng nằm nghiêng dưới sàn.</w:t>
      </w:r>
    </w:p>
    <w:p>
      <w:pPr>
        <w:spacing w:after="80"/>
      </w:pPr>
      <w:r>
        <w:rPr>
          <w:b w:val="0"/>
          <w:i w:val="0"/>
        </w:rPr>
        <w:t>Và tấm kính nứt trên cửa sổ phòng máy tính.</w:t>
      </w:r>
    </w:p>
    <w:p>
      <w:pPr>
        <w:spacing w:after="80"/>
      </w:pPr>
      <w:r>
        <w:rPr>
          <w:b w:val="0"/>
          <w:i w:val="0"/>
        </w:rPr>
        <w:t>Bình thường Finch sẽ lao ngay tới kiểm tra máy tính, nhưng anh vừa có một nhận thức đáng lo hơn nhiều — một phản ứng chậm với thứ anh thoáng thấy chỉ vài giây trước đó ở hành lang… một ánh sáng mờ ảo hắt qua những ô cửa sổ hình bầu dục của cánh cửa đôi.</w:t>
      </w:r>
    </w:p>
    <w:p>
      <w:pPr>
        <w:spacing w:after="80"/>
      </w:pPr>
      <w:r>
        <w:rPr>
          <w:b w:val="0"/>
          <w:i w:val="0"/>
        </w:rPr>
        <w:t>Đèn trong hành lang RTD đang bật.</w:t>
      </w:r>
    </w:p>
    <w:p>
      <w:pPr>
        <w:jc w:val="center"/>
      </w:pPr>
      <w:r>
        <w:drawing>
          <wp:inline xmlns:a="http://schemas.openxmlformats.org/drawingml/2006/main" xmlns:pic="http://schemas.openxmlformats.org/drawingml/2006/picture">
            <wp:extent cx="5486400" cy="362122"/>
            <wp:docPr id="100" name="Picture 100"/>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Có người đang đến!</w:t>
      </w:r>
    </w:p>
    <w:p>
      <w:pPr>
        <w:spacing w:after="80"/>
      </w:pPr>
      <w:r>
        <w:rPr>
          <w:b w:val="0"/>
          <w:i w:val="0"/>
        </w:rPr>
        <w:t>Dù đó là đội dọn vệ sinh, một nhân viên bảo vệ, hay tệ hơn nữa, Langdon biết anh và Katherine không thể để bị nhìn thấy. Đáng tiếc, họ đang bị kẹt trong một hành lang cụt, không có lối thoát nào ngoài con đường họ đã đi vào.</w:t>
      </w:r>
    </w:p>
    <w:p>
      <w:pPr>
        <w:spacing w:after="80"/>
      </w:pPr>
      <w:r>
        <w:rPr>
          <w:b w:val="0"/>
          <w:i w:val="0"/>
        </w:rPr>
        <w:t>Langdon lao ngược về phía phòng thí nghiệm RTD, hy vọng tìm được chỗ trốn, nhưng khi đến gần cửa phòng sạch, anh nhận ra Katherine đã dừng lại giữa hành lang và đang chỉ xuống sàn. "Robert," cô thì thầm. "Đây là vết bánh xe!"</w:t>
      </w:r>
    </w:p>
    <w:p>
      <w:pPr>
        <w:spacing w:after="80"/>
      </w:pPr>
      <w:r>
        <w:rPr>
          <w:b w:val="0"/>
          <w:i w:val="0"/>
        </w:rPr>
        <w:t>Langdon đã thấy những vết đó từ trước — một chuỗi vết xước hằn vào sàn bóng loáng do bánh xe nâng để lại.</w:t>
      </w:r>
    </w:p>
    <w:p>
      <w:pPr>
        <w:spacing w:after="80"/>
      </w:pPr>
      <w:r>
        <w:rPr>
          <w:b w:val="0"/>
          <w:i w:val="0"/>
        </w:rPr>
        <w:t xml:space="preserve">Trước sự bối rối của anh, Katherine lập tức phóng vụt qua anh, vẫy tay ra hiệu anh đi theo cô về phía cuối cụt. </w:t>
      </w:r>
      <w:r>
        <w:rPr>
          <w:b w:val="0"/>
          <w:i/>
        </w:rPr>
        <w:t>Cô ấy đang làm gì vậy?! Đâu có lối ra!</w:t>
      </w:r>
      <w:r>
        <w:rPr>
          <w:b w:val="0"/>
          <w:i w:val="0"/>
        </w:rPr>
        <w:t xml:space="preserve"> Một lát sau, Langdon nhận ra điều Katherine đã thấy: vệt bánh xe vẫn tiếp tục chạy dọc hành lang và biến mất… </w:t>
      </w:r>
      <w:r>
        <w:rPr>
          <w:b w:val="0"/>
          <w:i/>
        </w:rPr>
        <w:t>bên dưới</w:t>
      </w:r>
      <w:r>
        <w:rPr>
          <w:b w:val="0"/>
          <w:i w:val="0"/>
        </w:rPr>
        <w:t xml:space="preserve"> bức tường phía xa.</w:t>
      </w:r>
    </w:p>
    <w:p>
      <w:pPr>
        <w:spacing w:after="80"/>
      </w:pPr>
      <w:r>
        <w:rPr>
          <w:b w:val="0"/>
          <w:i w:val="0"/>
        </w:rPr>
        <w:t>Không thể nào… trừ khi…</w:t>
      </w:r>
    </w:p>
    <w:p>
      <w:pPr>
        <w:spacing w:after="80"/>
      </w:pPr>
      <w:r>
        <w:rPr>
          <w:b w:val="0"/>
          <w:i w:val="0"/>
        </w:rPr>
        <w:t>Langdon bứt tốc chạy hết sức, bắt kịp Katherine khi còn cách cuối hành lang mười lăm thước. Anh phát hiện mắt điện tử và chạy về phía đó, vẫy tay để kích hoạt cảm biến. Toàn bộ bức tường bắt đầu trượt, thu lại mượt mà về phía bên trái, để lộ ra một đoạn hành lang tối tăm khác phía sau.</w:t>
      </w:r>
    </w:p>
    <w:p>
      <w:pPr>
        <w:spacing w:after="80"/>
      </w:pPr>
      <w:r>
        <w:rPr>
          <w:b w:val="0"/>
          <w:i w:val="0"/>
        </w:rPr>
        <w:t>Luồng không khí tràn ra từ khe mở lạnh hơn hẳn.</w:t>
      </w:r>
    </w:p>
    <w:p>
      <w:pPr>
        <w:spacing w:after="80"/>
      </w:pPr>
      <w:r>
        <w:rPr>
          <w:b w:val="0"/>
          <w:i w:val="0"/>
        </w:rPr>
        <w:t>Không hề chậm bước, anh và Katherine chạy xuyên qua khe mở và chỉ vài thước sau đã lao vào bóng tối đột ngột. Họ dừng lại bên một lan can kim loại đúng lúc bức tường trượt đóng lại sau lưng.</w:t>
      </w:r>
    </w:p>
    <w:p>
      <w:pPr>
        <w:spacing w:after="80"/>
      </w:pPr>
      <w:r>
        <w:rPr>
          <w:b w:val="0"/>
          <w:i w:val="0"/>
        </w:rPr>
        <w:t>Ánh sáng dịu nhẹ lan tỏa để lộ khung cảnh xung quanh. Langdon giật mình khi thấy họ đang đứng trên một đoạn dốc bê tông uốn lượn xuống dưới quanh chu vi của một giếng trời hẹp. Khi anh nhìn qua lan can xuống bóng tối bên dưới, anh nhận ra Threshold thực sự lớn hơn nhiều so với những gì họ đã thấy… và nó còn tiếp tục theo một hướng đáng sợ.</w:t>
      </w:r>
    </w:p>
    <w:p>
      <w:pPr>
        <w:spacing w:after="80"/>
      </w:pPr>
      <w:r>
        <w:rPr>
          <w:b w:val="0"/>
          <w:i w:val="0"/>
        </w:rPr>
        <w:t>Xuống dưới.</w:t>
      </w:r>
    </w:p>
    <w:p>
      <w:pPr>
        <w:pStyle w:val="Heading1"/>
      </w:pPr>
      <w:r>
        <w:rPr>
          <w:rFonts w:ascii="Calibri" w:hAnsi="Calibri"/>
          <w:b/>
          <w:i w:val="0"/>
          <w:sz w:val="40"/>
        </w:rPr>
        <w:t>Chương 107</w:t>
      </w:r>
    </w:p>
    <w:p>
      <w:pPr>
        <w:spacing w:after="80"/>
      </w:pPr>
      <w:r>
        <w:rPr>
          <w:b w:val="0"/>
          <w:i w:val="0"/>
        </w:rPr>
        <w:t>Đại sứ Nagel vội vã bước xuống cầu thang đá hoa cương của đại sứ quán, cảm thấy hơi chông chênh, điều này cũng chẳng có gì lạ vì bà vừa mới ép buộc giám đốc CIA và nốc cạn một ly cocktail buổi chiều.</w:t>
      </w:r>
    </w:p>
    <w:p>
      <w:pPr>
        <w:spacing w:after="80"/>
      </w:pPr>
      <w:r>
        <w:rPr>
          <w:b w:val="0"/>
          <w:i w:val="0"/>
        </w:rPr>
        <w:t>Dana đâu rồi không biết?</w:t>
      </w:r>
    </w:p>
    <w:p>
      <w:pPr>
        <w:spacing w:after="80"/>
      </w:pPr>
      <w:r>
        <w:rPr>
          <w:b w:val="0"/>
          <w:i w:val="0"/>
        </w:rPr>
        <w:t>Trung sĩ Scott Kerble đã hứa sẽ hộ tống nhân viên liên lạc truyền thông lên gặp đại sứ, nhưng Dana không hề xuất hiện. Kỳ lạ thay, Kerble cũng chẳng thấy đâu.</w:t>
      </w:r>
    </w:p>
    <w:p>
      <w:pPr>
        <w:spacing w:after="80"/>
      </w:pPr>
      <w:r>
        <w:rPr>
          <w:b w:val="0"/>
          <w:i w:val="0"/>
        </w:rPr>
        <w:t>Khi Nagel đến văn phòng của Dana, cô nhân viên liên lạc truyền thông mảnh khảnh đang quỳ gối, hai tay chống xuống đất, vừa khóc vừa thu dọn đồ đạc cá nhân chất vào một chiếc thùng các-tông. Dana ngước lên, đôi mắt đỏ ngầu ánh lên vẻ khinh miệt, rồi lại cúi xuống dọn tiếp.</w:t>
      </w:r>
    </w:p>
    <w:p>
      <w:pPr>
        <w:spacing w:after="80"/>
      </w:pPr>
      <w:r>
        <w:rPr>
          <w:b w:val="0"/>
          <w:i w:val="0"/>
        </w:rPr>
        <w:t>Không ổn rồi.</w:t>
      </w:r>
    </w:p>
    <w:p>
      <w:pPr>
        <w:spacing w:after="80"/>
      </w:pPr>
      <w:r>
        <w:rPr>
          <w:b w:val="0"/>
          <w:i w:val="0"/>
        </w:rPr>
        <w:t>Vị đại sứ mất một lúc để lấy lại bình tĩnh trước khi lên tiếng. "Cô Daněk, Scott Kerble có bảo cô đến văn phòng tôi không?"</w:t>
      </w:r>
    </w:p>
    <w:p>
      <w:pPr>
        <w:spacing w:after="80"/>
      </w:pPr>
      <w:r>
        <w:rPr>
          <w:b w:val="0"/>
          <w:i w:val="0"/>
        </w:rPr>
        <w:t>"Có."</w:t>
      </w:r>
    </w:p>
    <w:p>
      <w:pPr>
        <w:spacing w:after="80"/>
      </w:pPr>
      <w:r>
        <w:rPr>
          <w:b w:val="0"/>
          <w:i w:val="0"/>
        </w:rPr>
        <w:t>"Và cô đã phớt lờ anh ta?"</w:t>
      </w:r>
    </w:p>
    <w:p>
      <w:pPr>
        <w:spacing w:after="80"/>
      </w:pPr>
      <w:r>
        <w:rPr>
          <w:b w:val="0"/>
          <w:i w:val="0"/>
        </w:rPr>
        <w:t>"Tôi không còn làm việc cho bà nữa," cô cay đắng nói.</w:t>
      </w:r>
    </w:p>
    <w:p>
      <w:pPr>
        <w:spacing w:after="80"/>
      </w:pPr>
      <w:r>
        <w:rPr>
          <w:b w:val="0"/>
          <w:i w:val="0"/>
        </w:rPr>
        <w:t>Nagel hít một hơi thật sâu, bước vào và đóng cửa lại. "Dana, tôi thấy cô đang rất buồn. Tôi cũng rất quý mến Michael Harris, nhưng—"</w:t>
      </w:r>
    </w:p>
    <w:p>
      <w:pPr>
        <w:spacing w:after="80"/>
      </w:pPr>
      <w:r>
        <w:rPr>
          <w:b w:val="0"/>
          <w:i/>
        </w:rPr>
        <w:t>"To je lež,"</w:t>
      </w:r>
      <w:r>
        <w:rPr>
          <w:b w:val="0"/>
          <w:i w:val="0"/>
        </w:rPr>
        <w:t xml:space="preserve"> cô lẩm bẩm mà không ngước lên.</w:t>
      </w:r>
    </w:p>
    <w:p>
      <w:pPr>
        <w:spacing w:after="80"/>
      </w:pPr>
      <w:r>
        <w:rPr>
          <w:b w:val="0"/>
          <w:i w:val="0"/>
        </w:rPr>
        <w:t xml:space="preserve">"Tôi </w:t>
      </w:r>
      <w:r>
        <w:rPr>
          <w:b w:val="0"/>
          <w:i/>
        </w:rPr>
        <w:t>thực sự</w:t>
      </w:r>
      <w:r>
        <w:rPr>
          <w:b w:val="0"/>
          <w:i w:val="0"/>
        </w:rPr>
        <w:t xml:space="preserve"> quan tâm đến Michael," bà khẳng định, "và tôi sẽ không bao giờ tha thứ cho bản thân vì đã đẩy anh ấy vào vòng nguy hiểm. Tôi bị cấp trên gây áp lực. Điều đó sai trái, và tôi thấy xấu hổ. Rồi sẽ có lúc tôi giải thích tất cả với cô, nhưng ngay bây giờ điều quan trọng là phải tìm ra Sasha Vesna, và tôi rất cần cô giúp."</w:t>
      </w:r>
    </w:p>
    <w:p>
      <w:pPr>
        <w:spacing w:after="80"/>
      </w:pPr>
      <w:r>
        <w:rPr>
          <w:b w:val="0"/>
          <w:i w:val="0"/>
        </w:rPr>
        <w:t xml:space="preserve">"Tại sao tôi lại phải </w:t>
      </w:r>
      <w:r>
        <w:rPr>
          <w:b w:val="0"/>
          <w:i/>
        </w:rPr>
        <w:t>giúp</w:t>
      </w:r>
      <w:r>
        <w:rPr>
          <w:b w:val="0"/>
          <w:i w:val="0"/>
        </w:rPr>
        <w:t xml:space="preserve"> bà chứ?!" Dana đáp trả. "Bà lẽ ra phải biết rõ hơn là ép Michael yêu đương với một người xa lạ—một người xa lạ mà cuối cùng lại giết anh ấy!"</w:t>
      </w:r>
    </w:p>
    <w:p>
      <w:pPr>
        <w:spacing w:after="80"/>
      </w:pPr>
      <w:r>
        <w:rPr>
          <w:b w:val="0"/>
          <w:i w:val="0"/>
        </w:rPr>
        <w:t xml:space="preserve">"Sasha </w:t>
      </w:r>
      <w:r>
        <w:rPr>
          <w:b w:val="0"/>
          <w:i/>
        </w:rPr>
        <w:t>không</w:t>
      </w:r>
      <w:r>
        <w:rPr>
          <w:b w:val="0"/>
          <w:i w:val="0"/>
        </w:rPr>
        <w:t xml:space="preserve"> giết Michael," Nagel trấn an. "Sự thật là bản thân Sasha cũng đang gặp nguy hiểm lớn—có lẽ từ chính kẻ đã giết Michael—và tôi cần cô giúp tôi tìm ra cô ấy càng sớm càng tốt."</w:t>
      </w:r>
    </w:p>
    <w:p>
      <w:pPr>
        <w:spacing w:after="80"/>
      </w:pPr>
      <w:r>
        <w:rPr>
          <w:b w:val="0"/>
          <w:i w:val="0"/>
        </w:rPr>
        <w:t>"Sao bà lại quan tâm đến cô ta đến thế?"</w:t>
      </w:r>
    </w:p>
    <w:p>
      <w:pPr>
        <w:spacing w:after="80"/>
      </w:pPr>
      <w:r>
        <w:rPr>
          <w:b w:val="0"/>
          <w:i w:val="0"/>
        </w:rPr>
        <w:t xml:space="preserve">Nagel tiến lại gần hơn và hạ giọng xuống thành tiếng thì thầm. “Dana, tôi thấy xấu hổ khi phải nói điều này, nhưng giống như Michael… Sasha là nạn nhân của chính phủ tôi.” </w:t>
      </w:r>
      <w:r>
        <w:rPr>
          <w:b w:val="0"/>
          <w:i/>
        </w:rPr>
        <w:t>Cô ấy là một tài sản của CIA… mà thậm chí còn không biết.</w:t>
      </w:r>
      <w:r>
        <w:rPr>
          <w:b w:val="0"/>
          <w:i w:val="0"/>
        </w:rPr>
        <w:t xml:space="preserve"> “Tôi cảm thấy có trách nhiệm phải giúp cô ấy.” Cô ngừng lại, giữ ánh mắt của Dana. “Và tôi tin Michael cũng sẽ muốn em giúp Sasha.”</w:t>
      </w:r>
    </w:p>
    <w:p>
      <w:pPr>
        <w:spacing w:after="80"/>
      </w:pPr>
      <w:r>
        <w:rPr>
          <w:b w:val="0"/>
          <w:i w:val="0"/>
        </w:rPr>
        <w:t>Người phụ nữ trẻ dáng vẻ thanh thoát bỗng run lên, vòng tay ôm lấy mình và nghiến chặt hàm như thể đang cố kìm nước mắt. Nagel chợt nhớ ra rằng khi một người đẹp nổi bật như Dana Daněk, người ta rất dễ quên đi những mong manh của con người họ.</w:t>
      </w:r>
    </w:p>
    <w:p>
      <w:pPr>
        <w:spacing w:after="80"/>
      </w:pPr>
      <w:r>
        <w:rPr>
          <w:b w:val="0"/>
          <w:i w:val="0"/>
        </w:rPr>
        <w:t>“Tôi sẽ không bao giờ có thể tin anh nữa,” Dana nói, giọng vỡ ra.</w:t>
      </w:r>
    </w:p>
    <w:p>
      <w:pPr>
        <w:spacing w:after="80"/>
      </w:pPr>
      <w:r>
        <w:rPr>
          <w:b w:val="0"/>
          <w:i w:val="0"/>
        </w:rPr>
        <w:t>“Tôi chẳng còn gì để mất nữa cả,” Nagel đáp. “Dana, tôi đang cố chuộc lại linh hồn mình bằng bất cứ giá nào. Và dù có đáng gì đi nữa, tôi vừa đốt cháy cây cầu cuối cùng của mình. Tôi đã gọi cho sếp cũ và đe dọa chính phủ Mỹ.”</w:t>
      </w:r>
    </w:p>
    <w:p>
      <w:pPr>
        <w:spacing w:after="80"/>
      </w:pPr>
      <w:r>
        <w:rPr>
          <w:b w:val="0"/>
          <w:i w:val="0"/>
        </w:rPr>
        <w:t>Dana trông có vẻ hoài nghi. “Sếp cũ của anh? Anh đe dọa giám đốc CIA?”</w:t>
      </w:r>
    </w:p>
    <w:p>
      <w:pPr>
        <w:spacing w:after="80"/>
      </w:pPr>
      <w:r>
        <w:rPr>
          <w:b w:val="0"/>
          <w:i w:val="0"/>
        </w:rPr>
        <w:t>“Đúng vậy.” Nagel nở với cô một nụ cười gượng gạo. “Như tôi đã nói, chẳng còn gì để mất. Tôi vừa biết được một tin cực kỳ đáng lo ngại về một chương trình mà tôi đã góp phần tạo điều kiện, và hy vọng duy nhất của tôi để ngăn chặn nó và chứng minh mình vô tội là một đoạn video tôi vừa nhận được—lời thú tội trước lúc lâm chung của người chủ trì chương trình—”</w:t>
      </w:r>
    </w:p>
    <w:p>
      <w:pPr>
        <w:spacing w:after="80"/>
      </w:pPr>
      <w:r>
        <w:rPr>
          <w:b w:val="0"/>
          <w:i w:val="0"/>
        </w:rPr>
        <w:t>“Đại sứ?” một người đàn ông nói phía sau cô.</w:t>
      </w:r>
    </w:p>
    <w:p>
      <w:pPr>
        <w:spacing w:after="80"/>
      </w:pPr>
      <w:r>
        <w:rPr>
          <w:b w:val="0"/>
          <w:i w:val="0"/>
        </w:rPr>
        <w:t>Nagel quay phắt lại và thấy gương mặt của Trung sĩ Scott Kerble đang nhìn qua khe hở hẹp của cánh cửa mà anh ta vừa lặng lẽ mở ra.</w:t>
      </w:r>
    </w:p>
    <w:p>
      <w:pPr>
        <w:spacing w:after="80"/>
      </w:pPr>
      <w:r>
        <w:rPr>
          <w:b w:val="0"/>
          <w:i w:val="0"/>
        </w:rPr>
        <w:t>“Hầu hết mọi người đều gõ cửa,” Dana gắt.</w:t>
      </w:r>
    </w:p>
    <w:p>
      <w:pPr>
        <w:spacing w:after="80"/>
      </w:pPr>
      <w:r>
        <w:rPr>
          <w:b w:val="0"/>
          <w:i w:val="0"/>
        </w:rPr>
        <w:t xml:space="preserve">“Scott?” Nagel nói. “Anh </w:t>
      </w:r>
      <w:r>
        <w:rPr>
          <w:b w:val="0"/>
          <w:i/>
        </w:rPr>
        <w:t>đã ở</w:t>
      </w:r>
      <w:r>
        <w:rPr>
          <w:b w:val="0"/>
          <w:i w:val="0"/>
        </w:rPr>
        <w:t xml:space="preserve"> đâu? Lẽ ra anh phải—”</w:t>
      </w:r>
    </w:p>
    <w:p>
      <w:pPr>
        <w:spacing w:after="80"/>
      </w:pPr>
      <w:r>
        <w:rPr>
          <w:b w:val="0"/>
          <w:i w:val="0"/>
        </w:rPr>
        <w:t>“Tôi xin lỗi, thưa bà.” Giọng anh ta nghe nghiêm khắc một cách khác thường. “Tôi e rằng tôi đã được lệnh bắt giữ bà.”</w:t>
      </w:r>
    </w:p>
    <w:p>
      <w:pPr>
        <w:spacing w:after="80"/>
      </w:pPr>
      <w:r>
        <w:rPr>
          <w:b w:val="0"/>
          <w:i w:val="0"/>
        </w:rPr>
        <w:t>Nagel nhìn viên cận vệ đáng tin của mình, gần như không nghi ngờ gì về chuyện vừa xảy ra. “Được lệnh bởi giám đốc CIA?”</w:t>
      </w:r>
    </w:p>
    <w:p>
      <w:pPr>
        <w:spacing w:after="80"/>
      </w:pPr>
      <w:r>
        <w:rPr>
          <w:b w:val="0"/>
          <w:i w:val="0"/>
        </w:rPr>
        <w:t>“Xin hãy đi theo tôi.”</w:t>
      </w:r>
    </w:p>
    <w:p>
      <w:pPr>
        <w:spacing w:after="80"/>
      </w:pPr>
      <w:r>
        <w:rPr>
          <w:b w:val="0"/>
          <w:i w:val="0"/>
        </w:rPr>
        <w:t>“Anh không thể bắt giữ đại sứ!” Dana nói. “Cô ấy là sếp của anh!”</w:t>
      </w:r>
    </w:p>
    <w:p>
      <w:pPr>
        <w:spacing w:after="80"/>
      </w:pPr>
      <w:r>
        <w:rPr>
          <w:b w:val="0"/>
          <w:i w:val="0"/>
        </w:rPr>
        <w:t>Kerble lắc đầu. “Chúng tôi là quân đội Mỹ.”</w:t>
      </w:r>
    </w:p>
    <w:p>
      <w:pPr>
        <w:spacing w:after="80"/>
      </w:pPr>
      <w:r>
        <w:rPr>
          <w:b w:val="0"/>
          <w:i w:val="0"/>
        </w:rPr>
        <w:t xml:space="preserve">Dana nhìn Nagel, người xác nhận điều đó bằng một cái gật đầu. Thật không may, các cận vệ an ninh Thủy quân lục chiến nhận lệnh từ những cấp cao hơn nhiều trong chuỗi thức ăn. Vị đại sứ giờ đây vô cùng hối hận về quyết định giao phó túi ngoại giao cho Kerble. </w:t>
      </w:r>
      <w:r>
        <w:rPr>
          <w:b w:val="0"/>
          <w:i/>
        </w:rPr>
        <w:t>Bản sao duy nhất của tôi về đoạn video…</w:t>
      </w:r>
    </w:p>
    <w:p>
      <w:pPr>
        <w:spacing w:after="80"/>
      </w:pPr>
      <w:r>
        <w:rPr>
          <w:b w:val="0"/>
          <w:i w:val="0"/>
        </w:rPr>
        <w:t>“Thưa bà Đại sứ?” Kerble trông thật sự khó xử. “Xin hãy đi theo tôi.”</w:t>
      </w:r>
    </w:p>
    <w:p>
      <w:pPr>
        <w:spacing w:after="80"/>
      </w:pPr>
      <w:r>
        <w:rPr>
          <w:b w:val="0"/>
          <w:i w:val="0"/>
        </w:rPr>
        <w:t>“Tất nhiên rồi, Scott. Tôi chỉ cần một chút thời gian. Cô Daněk đã nộp đơn từ chức, và tôi muốn có một phút riêng tư để nói lời tạm biệt—”</w:t>
      </w:r>
    </w:p>
    <w:p>
      <w:pPr>
        <w:spacing w:after="80"/>
      </w:pPr>
      <w:r>
        <w:rPr>
          <w:b w:val="0"/>
          <w:i w:val="0"/>
        </w:rPr>
        <w:t>“Đưa tay ra trước mặt!” một giọng nói trầm vang lên khi cánh cửa mở ra, để lộ hai lính thủy quân lục chiến khác đang đợi phía sau Kerble. Rõ ràng họ cảm thấy có bổn phận phải hỗ trợ viên đặc vụ dẫn đầu, người mà sự lịch thiệp chẳng giúp được gì.</w:t>
      </w:r>
    </w:p>
    <w:p>
      <w:pPr>
        <w:spacing w:after="80"/>
      </w:pPr>
      <w:r>
        <w:rPr>
          <w:b w:val="0"/>
          <w:i w:val="0"/>
        </w:rPr>
        <w:t>“Không cần còng tay đâu,” Nagel nói. “Tôi sẽ đi ngoan ngoãn, nhưng tôi muốn nói nhanh vài lời với cô—”</w:t>
      </w:r>
    </w:p>
    <w:p>
      <w:pPr>
        <w:spacing w:after="80"/>
      </w:pPr>
      <w:r>
        <w:rPr>
          <w:b w:val="0"/>
          <w:i w:val="0"/>
        </w:rPr>
        <w:t>“Không thể được,” viên lính thủy quân lục chiến đầu tiên quát, bước qua cửa. “Cho tôi xem cổ tay của bà, thưa bà.”</w:t>
      </w:r>
    </w:p>
    <w:p>
      <w:pPr>
        <w:spacing w:after="80"/>
      </w:pPr>
      <w:r>
        <w:rPr>
          <w:b w:val="0"/>
          <w:i w:val="0"/>
        </w:rPr>
        <w:t>Sững sờ, Nagel nhìn về phía Kerble, người mà vẻ mặt đã trở nên lạnh lùng hẳn đi khi có mặt các đồng nghiệp.</w:t>
      </w:r>
    </w:p>
    <w:p>
      <w:pPr>
        <w:spacing w:after="80"/>
      </w:pPr>
      <w:r>
        <w:rPr>
          <w:b w:val="0"/>
          <w:i w:val="0"/>
        </w:rPr>
        <w:t>“Đưa cổ tay cho anh ta,” Kerble ra lệnh. “Và không thêm một lời nào với cô Daněk nữa. Chúng tôi có lệnh. Không liên lạc thêm với bất kỳ ai. Chúng tôi đã niêm phong văn phòng của bà và sẽ khám xét nó, cùng với phần còn lại của đại sứ quán.”</w:t>
      </w:r>
    </w:p>
    <w:p>
      <w:pPr>
        <w:spacing w:after="80"/>
      </w:pPr>
      <w:r>
        <w:rPr>
          <w:b w:val="0"/>
          <w:i w:val="0"/>
        </w:rPr>
        <w:t>“Khám xét?” Nagel cảm thấy con át chủ bài duy nhất của mình đang tuột mất. “Để tìm…</w:t>
      </w:r>
      <w:r>
        <w:rPr>
          <w:b w:val="0"/>
          <w:i/>
        </w:rPr>
        <w:t>cái gì</w:t>
      </w:r>
      <w:r>
        <w:rPr>
          <w:b w:val="0"/>
          <w:i w:val="0"/>
        </w:rPr>
        <w:t>?”</w:t>
      </w:r>
    </w:p>
    <w:p>
      <w:pPr>
        <w:spacing w:after="80"/>
      </w:pPr>
      <w:r>
        <w:rPr>
          <w:b w:val="0"/>
          <w:i w:val="0"/>
        </w:rPr>
        <w:t>Kerble phớt lờ câu hỏi và quay sang Dana. “Cô Daněk, nếu cô đã nộp đơn từ chức, cô sẽ cần rời khỏi đại sứ quán ngay lập tức. Cô hiểu chứ?”</w:t>
      </w:r>
    </w:p>
    <w:p>
      <w:pPr>
        <w:spacing w:after="80"/>
      </w:pPr>
      <w:r>
        <w:rPr>
          <w:b w:val="0"/>
          <w:i w:val="0"/>
        </w:rPr>
        <w:t>“Tôi hiểu…nhưng—”</w:t>
      </w:r>
    </w:p>
    <w:p>
      <w:pPr>
        <w:spacing w:after="80"/>
      </w:pPr>
      <w:r>
        <w:rPr>
          <w:b w:val="0"/>
          <w:i w:val="0"/>
        </w:rPr>
        <w:t>“Đó có phải là đồ đạc cá nhân của cô trong cái hộp đó không?”</w:t>
      </w:r>
    </w:p>
    <w:p>
      <w:pPr>
        <w:spacing w:after="80"/>
      </w:pPr>
      <w:r>
        <w:rPr>
          <w:b w:val="0"/>
          <w:i w:val="0"/>
        </w:rPr>
        <w:t>Dana gật đầu.</w:t>
      </w:r>
    </w:p>
    <w:p>
      <w:pPr>
        <w:spacing w:after="80"/>
      </w:pPr>
      <w:r>
        <w:rPr>
          <w:b w:val="0"/>
          <w:i w:val="0"/>
        </w:rPr>
        <w:t>Kerble bước tới cái hộp, nhìn vào trong, rồi liếc lại phía Nagel, bắt gặp ánh mắt cô trong khoảnh khắc khi những người lính thủy quân lục chiến khác đang mải còng tay cô. Cô nhìn Kerble cúi xuống bàn của Dana và ghi vội điều gì đó lên một tờ giấy nhớ. Rồi, trong một động tác mượt mà, anh thò tay vào túi ngực bộ quân phục, lấy ra chiếc túi ngoại giao mà Nagel đã đưa cho anh, dán tờ giấy nhớ lên đó, và trượt chiếc túi vào hộp, giấu kín dưới đống đồ đạc của Dana.</w:t>
      </w:r>
    </w:p>
    <w:p>
      <w:pPr>
        <w:spacing w:after="80"/>
      </w:pPr>
      <w:r>
        <w:rPr>
          <w:b w:val="0"/>
          <w:i w:val="0"/>
        </w:rPr>
        <w:t>Anh ta thật sự vừa làm điều đó sao?!</w:t>
      </w:r>
    </w:p>
    <w:p>
      <w:pPr>
        <w:spacing w:after="80"/>
      </w:pPr>
      <w:r>
        <w:rPr>
          <w:b w:val="0"/>
          <w:i w:val="0"/>
        </w:rPr>
        <w:t>Mặt lạnh như tiền, Kerble sải bước trở lại phía Nagel, lúc này đã bị trói bằng một bộ còng nhựa dẻo tiêu chuẩn. “Thưa bà Đại sứ,” anh nói, “tôi khuyên bà nên tuân theo mệnh lệnh của những người này không chút do dự. Đó là vì sự an toàn của chính bà.”</w:t>
      </w:r>
    </w:p>
    <w:p>
      <w:pPr>
        <w:spacing w:after="80"/>
      </w:pPr>
      <w:r>
        <w:rPr>
          <w:b w:val="0"/>
          <w:i w:val="0"/>
        </w:rPr>
        <w:t>Trước khi Nagel kịp trả lời, Kerble đã quay lại phía Dana.</w:t>
      </w:r>
    </w:p>
    <w:p>
      <w:pPr>
        <w:spacing w:after="80"/>
      </w:pPr>
      <w:r>
        <w:rPr>
          <w:b w:val="0"/>
          <w:i w:val="0"/>
        </w:rPr>
        <w:t>“Cô Daněk!” ông nói nghiêm khắc, không để ai nghi ngờ ai mới là người nắm quyền. “Hết giờ rồi—thu dọn hộp đồ cá nhân của cô và rời khỏi khu vực này ngay lập tức!”</w:t>
      </w:r>
    </w:p>
    <w:p>
      <w:pPr>
        <w:spacing w:after="80"/>
      </w:pPr>
      <w:r>
        <w:rPr>
          <w:b w:val="0"/>
          <w:i w:val="0"/>
        </w:rPr>
        <w:t>Dana trông sợ hãi khi cô vơ lấy chiếc hộp các-tông của mình và lao vụt qua vị đại sứ đang bị còng tay, đi thẳng ra cửa.</w:t>
      </w:r>
    </w:p>
    <w:p>
      <w:pPr>
        <w:jc w:val="center"/>
      </w:pPr>
      <w:r>
        <w:drawing>
          <wp:inline xmlns:a="http://schemas.openxmlformats.org/drawingml/2006/main" xmlns:pic="http://schemas.openxmlformats.org/drawingml/2006/picture">
            <wp:extent cx="5486400" cy="362122"/>
            <wp:docPr id="101" name="Picture 101"/>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Nagel đang gặp rắc rối nghiêm trọng.</w:t>
      </w:r>
    </w:p>
    <w:p>
      <w:pPr>
        <w:spacing w:after="80"/>
      </w:pPr>
      <w:r>
        <w:rPr>
          <w:b w:val="0"/>
          <w:i w:val="0"/>
        </w:rPr>
        <w:t>Scott Kerble dõi theo khi các sĩ quan của ông hộ tống vị đại sứ xuống cầu thang phục vụ hướng về tầng hầm. Đã phục vụ các nhà ngoại giao suốt cả sự nghiệp, Kerble chưa từng gặp ai mà ông ngưỡng mộ và tin tưởng hơn Heide Nagel. Quyết định bốc đồng phá lệ và bảo vệ bà của ông chỉ là một phản xạ…một linh cảm…và ông đã làm điều đó với rủi ro không nhỏ cho sự nghiệp của mình.</w:t>
      </w:r>
    </w:p>
    <w:p>
      <w:pPr>
        <w:spacing w:after="80"/>
      </w:pPr>
      <w:r>
        <w:rPr>
          <w:b w:val="0"/>
          <w:i w:val="0"/>
        </w:rPr>
        <w:t>Có gì đó không ổn ở đây…</w:t>
      </w:r>
    </w:p>
    <w:p>
      <w:pPr>
        <w:spacing w:after="80"/>
      </w:pPr>
      <w:r>
        <w:rPr>
          <w:b w:val="0"/>
          <w:i w:val="0"/>
        </w:rPr>
        <w:t>Giám đốc CIA Gregory Judd không cung cấp cho đội của Kerble bất kỳ chi tiết nào—chỉ có một mệnh lệnh trực tiếp; vị đại sứ phải bị nhốt trong phòng tình huống của đại sứ quán, dưới sự canh gác, và bị giam giữ cho đến khi có thông báo tiếp theo.</w:t>
      </w:r>
    </w:p>
    <w:p>
      <w:pPr>
        <w:spacing w:after="80"/>
      </w:pPr>
      <w:r>
        <w:rPr>
          <w:b w:val="0"/>
          <w:i w:val="0"/>
        </w:rPr>
        <w:t>Cực kỳ bất thường.</w:t>
      </w:r>
    </w:p>
    <w:p>
      <w:pPr>
        <w:spacing w:after="80"/>
      </w:pPr>
      <w:r>
        <w:rPr>
          <w:b w:val="0"/>
          <w:i w:val="0"/>
        </w:rPr>
        <w:t>Kỳ lạ hơn nữa, vị giám đốc đã ra lệnh lục soát triệt để văn phòng riêng của đại sứ để thu thập mọi phương tiện kỹ thuật số—máy tính, ổ cứng, DVD, USB, v.v.—điều chỉ hợp lý trong hai tình huống. Hoặc họ nghi ngờ Nagel là gián điệp, điều này thật vô lý, hoặc vị giám đốc lo rằng bà có thông tin có thể gây tổn hại cho chính cơ quan.</w:t>
      </w:r>
    </w:p>
    <w:p>
      <w:pPr>
        <w:spacing w:after="80"/>
      </w:pPr>
      <w:r>
        <w:rPr>
          <w:b w:val="0"/>
          <w:i w:val="0"/>
        </w:rPr>
        <w:t>Kerble cảm thấy chắc chắn rằng bất cứ thứ gì vị giám đốc hy vọng tịch thu đều vừa rời khỏi tòa nhà…trong một chiếc hộp các-tông cùng với Dana Daněk.</w:t>
      </w:r>
    </w:p>
    <w:p>
      <w:pPr>
        <w:spacing w:after="80"/>
      </w:pPr>
      <w:r>
        <w:rPr>
          <w:b w:val="0"/>
          <w:i/>
        </w:rPr>
        <w:t>Hãy giữ nó an toàn,</w:t>
      </w:r>
      <w:r>
        <w:rPr>
          <w:b w:val="0"/>
          <w:i w:val="0"/>
        </w:rPr>
        <w:t xml:space="preserve"> vị đại sứ đã nói với ông. </w:t>
      </w:r>
      <w:r>
        <w:rPr>
          <w:b w:val="0"/>
          <w:i/>
        </w:rPr>
        <w:t>Đừng nhắc đến nó với bất kỳ ai.</w:t>
      </w:r>
    </w:p>
    <w:p>
      <w:pPr>
        <w:spacing w:after="80"/>
      </w:pPr>
      <w:r>
        <w:rPr>
          <w:b w:val="0"/>
          <w:i w:val="0"/>
        </w:rPr>
        <w:t>Kerble không biết bên trong chiếc túi nhỏ có thể là gì, nhưng ông biết Dana sẽ không bao giờ dám mở nó. Hơn nữa, giám đốc CIA sẽ là người cuối cùng mà Dana gọi đến về chuyện đó.</w:t>
      </w:r>
    </w:p>
    <w:p>
      <w:pPr>
        <w:spacing w:after="80"/>
      </w:pPr>
      <w:r>
        <w:rPr>
          <w:b w:val="0"/>
          <w:i w:val="0"/>
        </w:rPr>
        <w:t>Để chắc chắn, Kerble đã thêm một mẩu giấy nhớ ẩn danh an toàn vào chiếc túi:</w:t>
      </w:r>
    </w:p>
    <w:p>
      <w:pPr>
        <w:spacing w:after="80"/>
      </w:pPr>
      <w:r>
        <w:rPr>
          <w:b w:val="0"/>
          <w:i w:val="0"/>
        </w:rPr>
        <w:t>D— Đừng nói với ai về chuyện này. Sẽ có người liên lạc với cô.</w:t>
      </w:r>
    </w:p>
    <w:p>
      <w:pPr>
        <w:spacing w:after="80"/>
      </w:pPr>
      <w:r>
        <w:rPr>
          <w:b w:val="0"/>
          <w:i/>
        </w:rPr>
        <w:t>Chiếc túi đã an toàn,</w:t>
      </w:r>
      <w:r>
        <w:rPr>
          <w:b w:val="0"/>
          <w:i w:val="0"/>
        </w:rPr>
        <w:t xml:space="preserve"> ông nghĩ. </w:t>
      </w:r>
      <w:r>
        <w:rPr>
          <w:b w:val="0"/>
          <w:i/>
        </w:rPr>
        <w:t>Ít nhất là lúc này.</w:t>
      </w:r>
    </w:p>
    <w:p>
      <w:pPr>
        <w:spacing w:after="80"/>
      </w:pPr>
      <w:r>
        <w:rPr>
          <w:b w:val="0"/>
          <w:i w:val="0"/>
        </w:rPr>
        <w:t xml:space="preserve">Kerble không nói gì với đồng nghiệp. Ông cũng không nhắc đến hành vi bất thường của vị đại sứ—bao gồm việc bà đến đại sứ quán bằng </w:t>
      </w:r>
      <w:r>
        <w:rPr>
          <w:b w:val="0"/>
          <w:i/>
        </w:rPr>
        <w:t>chân</w:t>
      </w:r>
      <w:r>
        <w:rPr>
          <w:b w:val="0"/>
          <w:i w:val="0"/>
        </w:rPr>
        <w:t xml:space="preserve"> và không có người hộ tống. </w:t>
      </w:r>
      <w:r>
        <w:rPr>
          <w:b w:val="0"/>
          <w:i/>
        </w:rPr>
        <w:t>Nagel là người có đạo đức nhất tôi từng gặp,</w:t>
      </w:r>
      <w:r>
        <w:rPr>
          <w:b w:val="0"/>
          <w:i w:val="0"/>
        </w:rPr>
        <w:t xml:space="preserve"> ông tự nhắc mình. </w:t>
      </w:r>
      <w:r>
        <w:rPr>
          <w:b w:val="0"/>
          <w:i/>
        </w:rPr>
        <w:t>Rõ ràng bà đang vướng vào chuyện gì đó mà tôi không hiểu.</w:t>
      </w:r>
    </w:p>
    <w:p>
      <w:pPr>
        <w:spacing w:after="80"/>
      </w:pPr>
      <w:r>
        <w:rPr>
          <w:b w:val="0"/>
          <w:i w:val="0"/>
        </w:rPr>
        <w:t>Xét việc vị đại sứ giờ đang bị giam giữ, ông thấy nên thu hồi chiếc SUV riêng của bà, đưa nó ra khỏi đường phố, và cất vào sân đỗ xe của đại sứ quán cùng với phần còn lại của đội xe. Kerble đến phòng an ninh và lấy bộ chìa khóa khẩn cấp mà họ giữ cho tất cả xe của đại sứ quán. Sau đó ông quay sang một trạm máy tính để tra vị trí của thiết bị theo dõi được giấu kín có trong bất kỳ xe nào có thể chở đại sứ. Kerble biết chiếc SUV ở gần đây, vì vị đại sứ đã đi bộ về dinh thự, nhưng dùng tọa độ GPS sẽ giúp ông tiết kiệm thời gian quý báu lang thang trên phố.</w:t>
      </w:r>
    </w:p>
    <w:p>
      <w:pPr>
        <w:spacing w:after="80"/>
      </w:pPr>
      <w:r>
        <w:rPr>
          <w:b w:val="0"/>
          <w:i w:val="0"/>
        </w:rPr>
        <w:t xml:space="preserve">Anh ta chờ một lát trong khi thiết bị định vị được kích hoạt. Khi chấm nhấp nháy xuất hiện trên bản đồ Prague, Kerble sững sờ nhìn. Chiếc xe chắc chắn </w:t>
      </w:r>
      <w:r>
        <w:rPr>
          <w:b w:val="0"/>
          <w:i/>
        </w:rPr>
        <w:t>không</w:t>
      </w:r>
      <w:r>
        <w:rPr>
          <w:b w:val="0"/>
          <w:i w:val="0"/>
        </w:rPr>
        <w:t xml:space="preserve"> đỗ gần đó như anh ta dự đoán. Thay vào đó, nó đỗ cách đó ba dặm…trên đường sống núi phía trên Công viên Folimanka.</w:t>
      </w:r>
    </w:p>
    <w:p>
      <w:pPr>
        <w:jc w:val="center"/>
      </w:pPr>
      <w:r>
        <w:drawing>
          <wp:inline xmlns:a="http://schemas.openxmlformats.org/drawingml/2006/main" xmlns:pic="http://schemas.openxmlformats.org/drawingml/2006/picture">
            <wp:extent cx="5486400" cy="362122"/>
            <wp:docPr id="102" name="Picture 102"/>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Cách mặt đất vài tầng, The Golěm sải bước qua hầm chứa SMES về phía mười hai bồn Cryofab chứa helium lỏng. Đỉnh mỗi bình khổng lồ kết thúc bằng một khớp nối điện tử gia cố và van nối với một đường ống cách nhiệt dẫn vào SMES. Trên bức tường gần các bồn, một bảng điều khiển phát sáng hiển thị sơ đồ của cả mười hai bình chứa cùng các trạng thái khác nhau của chúng.</w:t>
      </w:r>
    </w:p>
    <w:p>
      <w:pPr>
        <w:spacing w:after="80"/>
      </w:pPr>
      <w:r>
        <w:rPr>
          <w:b w:val="0"/>
          <w:i w:val="0"/>
        </w:rPr>
        <w:t>Nhìn bề ngoài, màn hình điều tiết dòng chảy helium đến từng bình chứa. The Golěm không biết cách sử dụng bảng điều khiển này, cũng chẳng có ý định thử. Kế hoạch của hắn không cần sự tinh tế. Có một cách rất đơn giản để ngăn dòng chất lỏng siêu lạnh chảy vào SMES.</w:t>
      </w:r>
    </w:p>
    <w:p>
      <w:pPr>
        <w:spacing w:after="80"/>
      </w:pPr>
      <w:r>
        <w:rPr>
          <w:b w:val="0"/>
          <w:i w:val="0"/>
        </w:rPr>
        <w:t xml:space="preserve">Hắn tiến đến bình chứa đầu tiên, một bình thép không gỉ phình to cao hơn cả hắn. Khuôn mặt phủ đầy bùn đất của hắn phản chiếu lại. </w:t>
      </w:r>
      <w:r>
        <w:rPr>
          <w:b w:val="0"/>
          <w:i/>
        </w:rPr>
        <w:t>Ta không phải là quái vật,</w:t>
      </w:r>
      <w:r>
        <w:rPr>
          <w:b w:val="0"/>
          <w:i w:val="0"/>
        </w:rPr>
        <w:t xml:space="preserve"> hắn tự nhắc mình, biết rằng lớp vỏ bên ngoài của hắn, cũng như của mọi người, chỉ là ảo ảnh che giấu sự thật bên trong. </w:t>
      </w:r>
      <w:r>
        <w:rPr>
          <w:b w:val="0"/>
          <w:i/>
        </w:rPr>
        <w:t>Ta là người bảo vệ của cô ấy.</w:t>
      </w:r>
    </w:p>
    <w:p>
      <w:pPr>
        <w:spacing w:after="80"/>
      </w:pPr>
      <w:r>
        <w:rPr>
          <w:b w:val="0"/>
          <w:i w:val="0"/>
        </w:rPr>
        <w:t xml:space="preserve">Đúng như dự đoán, trên đỉnh mỗi bồn, bên cạnh đám đầu nối điện tử và van chằng chịt, có một van ngắt </w:t>
      </w:r>
      <w:r>
        <w:rPr>
          <w:b w:val="0"/>
          <w:i/>
        </w:rPr>
        <w:t>thủ công</w:t>
      </w:r>
      <w:r>
        <w:rPr>
          <w:b w:val="0"/>
          <w:i w:val="0"/>
        </w:rPr>
        <w:t>—một van tay quay mà người ta có thể xoay trong trường hợp khẩn cấp để ngăn dòng helium.</w:t>
      </w:r>
    </w:p>
    <w:p>
      <w:pPr>
        <w:spacing w:after="80"/>
      </w:pPr>
      <w:r>
        <w:rPr>
          <w:b w:val="0"/>
          <w:i w:val="0"/>
        </w:rPr>
        <w:t>Đơn giản như tắt một vòi tưới vườn.</w:t>
      </w:r>
    </w:p>
    <w:p>
      <w:pPr>
        <w:spacing w:after="80"/>
      </w:pPr>
      <w:r>
        <w:rPr>
          <w:b w:val="0"/>
          <w:i w:val="0"/>
        </w:rPr>
        <w:t>Theo mọi thứ hắn đã đọc, phản ứng dây chuyền chậm sẽ bắt đầu ngay khi dòng helium bị ngăn lại, khiến các cuộn dây siêu dẫn bắt đầu nóng lên, mất đi một phần độ dẫn điện, cản trở dòng điện…và khởi động một vòng lặp phản hồi chết người.</w:t>
      </w:r>
    </w:p>
    <w:p>
      <w:pPr>
        <w:jc w:val="center"/>
      </w:pPr>
      <w:r>
        <w:drawing>
          <wp:inline xmlns:a="http://schemas.openxmlformats.org/drawingml/2006/main" xmlns:pic="http://schemas.openxmlformats.org/drawingml/2006/picture">
            <wp:extent cx="3362325" cy="1562075"/>
            <wp:docPr id="103" name="Picture 103"/>
            <wp:cNvGraphicFramePr>
              <a:graphicFrameLocks noChangeAspect="1"/>
            </wp:cNvGraphicFramePr>
            <a:graphic>
              <a:graphicData uri="http://schemas.openxmlformats.org/drawingml/2006/picture">
                <pic:pic>
                  <pic:nvPicPr>
                    <pic:cNvPr id="0" name="image_rsrc8Y5.jpg"/>
                    <pic:cNvPicPr/>
                  </pic:nvPicPr>
                  <pic:blipFill>
                    <a:blip r:embed="rId31"/>
                    <a:stretch>
                      <a:fillRect/>
                    </a:stretch>
                  </pic:blipFill>
                  <pic:spPr>
                    <a:xfrm>
                      <a:off x="0" y="0"/>
                      <a:ext cx="3362325" cy="1562075"/>
                    </a:xfrm>
                    <a:prstGeom prst="rect"/>
                  </pic:spPr>
                </pic:pic>
              </a:graphicData>
            </a:graphic>
          </wp:inline>
        </w:drawing>
      </w:r>
    </w:p>
    <w:p>
      <w:pPr>
        <w:jc w:val="center"/>
      </w:pPr>
      <w:r>
        <w:drawing>
          <wp:inline xmlns:a="http://schemas.openxmlformats.org/drawingml/2006/main" xmlns:pic="http://schemas.openxmlformats.org/drawingml/2006/picture">
            <wp:extent cx="3362325" cy="1562075"/>
            <wp:docPr id="104" name="Picture 104"/>
            <wp:cNvGraphicFramePr>
              <a:graphicFrameLocks noChangeAspect="1"/>
            </wp:cNvGraphicFramePr>
            <a:graphic>
              <a:graphicData uri="http://schemas.openxmlformats.org/drawingml/2006/picture">
                <pic:pic>
                  <pic:nvPicPr>
                    <pic:cNvPr id="0" name="image_rsrc8Y6.jpg"/>
                    <pic:cNvPicPr/>
                  </pic:nvPicPr>
                  <pic:blipFill>
                    <a:blip r:embed="rId32"/>
                    <a:stretch>
                      <a:fillRect/>
                    </a:stretch>
                  </pic:blipFill>
                  <pic:spPr>
                    <a:xfrm>
                      <a:off x="0" y="0"/>
                      <a:ext cx="3362325" cy="1562075"/>
                    </a:xfrm>
                    <a:prstGeom prst="rect"/>
                  </pic:spPr>
                </pic:pic>
              </a:graphicData>
            </a:graphic>
          </wp:inline>
        </w:drawing>
      </w:r>
    </w:p>
    <w:p>
      <w:pPr>
        <w:jc w:val="center"/>
      </w:pPr>
      <w:r>
        <w:drawing>
          <wp:inline xmlns:a="http://schemas.openxmlformats.org/drawingml/2006/main" xmlns:pic="http://schemas.openxmlformats.org/drawingml/2006/picture">
            <wp:extent cx="3362325" cy="1562075"/>
            <wp:docPr id="105" name="Picture 105"/>
            <wp:cNvGraphicFramePr>
              <a:graphicFrameLocks noChangeAspect="1"/>
            </wp:cNvGraphicFramePr>
            <a:graphic>
              <a:graphicData uri="http://schemas.openxmlformats.org/drawingml/2006/picture">
                <pic:pic>
                  <pic:nvPicPr>
                    <pic:cNvPr id="0" name="image_rsrc8Y7.jpg"/>
                    <pic:cNvPicPr/>
                  </pic:nvPicPr>
                  <pic:blipFill>
                    <a:blip r:embed="rId33"/>
                    <a:stretch>
                      <a:fillRect/>
                    </a:stretch>
                  </pic:blipFill>
                  <pic:spPr>
                    <a:xfrm>
                      <a:off x="0" y="0"/>
                      <a:ext cx="3362325" cy="1562075"/>
                    </a:xfrm>
                    <a:prstGeom prst="rect"/>
                  </pic:spPr>
                </pic:pic>
              </a:graphicData>
            </a:graphic>
          </wp:inline>
        </w:drawing>
      </w:r>
    </w:p>
    <w:p>
      <w:pPr>
        <w:jc w:val="center"/>
      </w:pPr>
      <w:r>
        <w:drawing>
          <wp:inline xmlns:a="http://schemas.openxmlformats.org/drawingml/2006/main" xmlns:pic="http://schemas.openxmlformats.org/drawingml/2006/picture">
            <wp:extent cx="3362325" cy="1562075"/>
            <wp:docPr id="106" name="Picture 106"/>
            <wp:cNvGraphicFramePr>
              <a:graphicFrameLocks noChangeAspect="1"/>
            </wp:cNvGraphicFramePr>
            <a:graphic>
              <a:graphicData uri="http://schemas.openxmlformats.org/drawingml/2006/picture">
                <pic:pic>
                  <pic:nvPicPr>
                    <pic:cNvPr id="0" name="image_rsrc8Y7.jpg"/>
                    <pic:cNvPicPr/>
                  </pic:nvPicPr>
                  <pic:blipFill>
                    <a:blip r:embed="rId33"/>
                    <a:stretch>
                      <a:fillRect/>
                    </a:stretch>
                  </pic:blipFill>
                  <pic:spPr>
                    <a:xfrm>
                      <a:off x="0" y="0"/>
                      <a:ext cx="3362325" cy="1562075"/>
                    </a:xfrm>
                    <a:prstGeom prst="rect"/>
                  </pic:spPr>
                </pic:pic>
              </a:graphicData>
            </a:graphic>
          </wp:inline>
        </w:drawing>
      </w:r>
    </w:p>
    <w:p>
      <w:pPr>
        <w:spacing w:after="80"/>
      </w:pPr>
      <w:r>
        <w:rPr>
          <w:b w:val="0"/>
          <w:i w:val="0"/>
        </w:rPr>
        <w:t>Kháng nhiệt Kháng nhiệt Kháng…</w:t>
      </w:r>
    </w:p>
    <w:p>
      <w:pPr>
        <w:spacing w:after="80"/>
      </w:pPr>
      <w:r>
        <w:rPr>
          <w:b w:val="0"/>
          <w:i/>
        </w:rPr>
        <w:t>Một khi ta đóng các van,</w:t>
      </w:r>
      <w:r>
        <w:rPr>
          <w:b w:val="0"/>
          <w:i w:val="0"/>
        </w:rPr>
        <w:t xml:space="preserve"> hắn ước tính, </w:t>
      </w:r>
      <w:r>
        <w:rPr>
          <w:b w:val="0"/>
          <w:i/>
        </w:rPr>
        <w:t>ta sẽ có khoảng hai mươi phút.</w:t>
      </w:r>
    </w:p>
    <w:p>
      <w:pPr>
        <w:spacing w:after="80"/>
      </w:pPr>
      <w:r>
        <w:rPr>
          <w:b w:val="0"/>
          <w:i w:val="0"/>
        </w:rPr>
        <w:t>Sau khoảng thời gian đó, các cuộn dây sẽ nóng lên và đạt nhiệt độ tới hạn—"giới hạn dập tắt" (quench limit) khi toàn bộ helium lỏng trong hệ thống bắt đầu sôi…chuyển thành khí. The Golěm hình dung ống xả dập tắt phía trên hắn, giờ đã bị bịt kín, và hắn tưởng tượng đám mây khí helium đang giãn nở nhanh chóng cố thoát ra an toàn trong một cột phun hơi helium băng giá.</w:t>
      </w:r>
    </w:p>
    <w:p>
      <w:pPr>
        <w:spacing w:after="80"/>
      </w:pPr>
      <w:r>
        <w:rPr>
          <w:b w:val="0"/>
          <w:i/>
        </w:rPr>
        <w:t>Không còn khả thi nữa,</w:t>
      </w:r>
      <w:r>
        <w:rPr>
          <w:b w:val="0"/>
          <w:i w:val="0"/>
        </w:rPr>
        <w:t xml:space="preserve"> hắn nghĩ. </w:t>
      </w:r>
      <w:r>
        <w:rPr>
          <w:b w:val="0"/>
          <w:i/>
        </w:rPr>
        <w:t>Hôm nay sẽ là một kịch bản khác.</w:t>
      </w:r>
    </w:p>
    <w:p>
      <w:pPr>
        <w:spacing w:after="80"/>
      </w:pPr>
      <w:r>
        <w:rPr>
          <w:b w:val="0"/>
          <w:i w:val="0"/>
        </w:rPr>
        <w:t>Đám mây khí giãn nở nhanh chóng sẽ không tìm được lối thoát và sẽ bắt đầu tạo áp lực khổng lồ lên từng tấc vuông của căn buồng kín khí này.</w:t>
      </w:r>
    </w:p>
    <w:p>
      <w:pPr>
        <w:spacing w:after="80"/>
      </w:pPr>
      <w:r>
        <w:rPr>
          <w:b w:val="0"/>
          <w:i w:val="0"/>
        </w:rPr>
        <w:t>Kể cả lên các đĩa nổ (rupture disk).</w:t>
      </w:r>
    </w:p>
    <w:p>
      <w:pPr>
        <w:spacing w:after="80"/>
      </w:pPr>
      <w:r>
        <w:rPr>
          <w:b w:val="0"/>
          <w:i w:val="0"/>
        </w:rPr>
        <w:t>The Golěm hít một hơi thật sâu và quan sát hàng bình chứa. Hắn đã có thể hình dung áp suất trong hầm tăng lên…đè ép vào những bức tường bê tông dày…khiến các đĩa nổ trong mỗi bồn bị vỡ. Đột ngột, sẽ có khoảng hai mươi nghìn lít helium lỏng tiếp xúc với không khí.</w:t>
      </w:r>
    </w:p>
    <w:p>
      <w:pPr>
        <w:spacing w:after="80"/>
      </w:pPr>
      <w:r>
        <w:rPr>
          <w:b w:val="0"/>
          <w:i w:val="0"/>
        </w:rPr>
        <w:t>Phản ứng dây chuyền sẽ tức thời và không thể ngăn cản—một sự kiện giãn nở thảm khốc—dữ dội và tàn phá như kích nổ một đầu đạn mạnh mẽ trong không gian nhỏ bé này.</w:t>
      </w:r>
    </w:p>
    <w:p>
      <w:pPr>
        <w:pStyle w:val="Heading1"/>
      </w:pPr>
      <w:r>
        <w:rPr>
          <w:rFonts w:ascii="Calibri" w:hAnsi="Calibri"/>
          <w:b/>
          <w:i w:val="0"/>
          <w:sz w:val="40"/>
        </w:rPr>
        <w:t>Chương 108</w:t>
      </w:r>
    </w:p>
    <w:p>
      <w:pPr>
        <w:spacing w:after="80"/>
      </w:pPr>
      <w:r>
        <w:rPr>
          <w:b w:val="0"/>
          <w:i w:val="0"/>
        </w:rPr>
        <w:t xml:space="preserve">Khi bước xuống, Langdon thấy mình ước rằng lối thoát của họ qua bức tường thu lại kia đã dẫn tới </w:t>
      </w:r>
      <w:r>
        <w:rPr>
          <w:b w:val="0"/>
          <w:i/>
        </w:rPr>
        <w:t>ánh sáng ban ngày</w:t>
      </w:r>
      <w:r>
        <w:rPr>
          <w:b w:val="0"/>
          <w:i w:val="0"/>
        </w:rPr>
        <w:t xml:space="preserve">, thay vì một đoạn dốc xoắn ốc đi sâu hơn vào lòng đất. Dù hợp lý khi một hầm trú bom lại có tầng bên dưới—xét cho cùng, các trung tâm chỉ huy hạt nhân ở Cheyenne Mountain và Yamantau Mountain đều được xây dưới hơn một nghìn feet đá granite đặc—Langdon vẫn hy vọng họ sẽ mang bằng chứng mình đã thu thập được </w:t>
      </w:r>
      <w:r>
        <w:rPr>
          <w:b w:val="0"/>
          <w:i/>
        </w:rPr>
        <w:t>lên</w:t>
      </w:r>
      <w:r>
        <w:rPr>
          <w:b w:val="0"/>
          <w:i w:val="0"/>
        </w:rPr>
        <w:t xml:space="preserve"> và </w:t>
      </w:r>
      <w:r>
        <w:rPr>
          <w:b w:val="0"/>
          <w:i/>
        </w:rPr>
        <w:t>ra khỏi</w:t>
      </w:r>
      <w:r>
        <w:rPr>
          <w:b w:val="0"/>
          <w:i w:val="0"/>
        </w:rPr>
        <w:t xml:space="preserve"> Threshold…chứ không phải đi sâu hơn vào trong.</w:t>
      </w:r>
    </w:p>
    <w:p>
      <w:pPr>
        <w:spacing w:after="80"/>
      </w:pPr>
      <w:r>
        <w:rPr>
          <w:b w:val="0"/>
          <w:i w:val="0"/>
        </w:rPr>
        <w:t xml:space="preserve">May mắn thay, kẻ đã bước vào Threshold phía sau họ không phải là mối đe dọa, nhưng Langdon và Katherine vẫn không chậm trễ bắt đầu xuống dốc và tạo khoảng cách giữa họ với kẻ đang tiến vào phía sau. Cuối cùng đã có được bằng chứng mình cần, giờ họ phải tìm đường </w:t>
      </w:r>
      <w:r>
        <w:rPr>
          <w:b w:val="0"/>
          <w:i/>
        </w:rPr>
        <w:t>ra.</w:t>
      </w:r>
    </w:p>
    <w:p>
      <w:pPr>
        <w:spacing w:after="80"/>
      </w:pPr>
      <w:r>
        <w:rPr>
          <w:b w:val="0"/>
          <w:i w:val="0"/>
        </w:rPr>
        <w:t>Xoắn ốc đi sâu hơn, họ chạm đáy đoạn dốc đúng lúc một âm thanh đáng sợ hiện ra phía trên—tiếng gõ nhanh, dồn dập của giày đế cứng trên bê tông, di chuyển với tốc độ gấp gáp. Đây không phải là một người lao công.</w:t>
      </w:r>
    </w:p>
    <w:p>
      <w:pPr>
        <w:spacing w:after="80"/>
      </w:pPr>
      <w:r>
        <w:rPr>
          <w:b w:val="0"/>
          <w:i w:val="0"/>
        </w:rPr>
        <w:t xml:space="preserve">“Chúng ta phải </w:t>
      </w:r>
      <w:r>
        <w:rPr>
          <w:b w:val="0"/>
          <w:i/>
        </w:rPr>
        <w:t>đi</w:t>
      </w:r>
      <w:r>
        <w:rPr>
          <w:b w:val="0"/>
          <w:i w:val="0"/>
        </w:rPr>
        <w:t>!” Langdon thì thầm.</w:t>
      </w:r>
    </w:p>
    <w:p>
      <w:pPr>
        <w:spacing w:after="80"/>
      </w:pPr>
      <w:r>
        <w:rPr>
          <w:b w:val="0"/>
          <w:i w:val="0"/>
        </w:rPr>
        <w:t>Ở chân đoạn dốc, có một bức tường thu lại khác, giống hệt bức phía trên. Họ vội vã đi qua và thấy mình trong một hành lang rùng rợn dài khoảng ba mươi feet. Trong ánh sáng mờ, những bức tường, trần và sàn màu đen nhám tỏa ra cảm giác giống một lăng mộ hơn là một cơ sở công nghệ.</w:t>
      </w:r>
    </w:p>
    <w:p>
      <w:pPr>
        <w:spacing w:after="80"/>
      </w:pPr>
      <w:r>
        <w:rPr>
          <w:b w:val="0"/>
          <w:i w:val="0"/>
        </w:rPr>
        <w:t>“Dưới này là một thế giới khác…” Katherine thì thầm.</w:t>
      </w:r>
    </w:p>
    <w:p>
      <w:pPr>
        <w:spacing w:after="80"/>
      </w:pPr>
      <w:r>
        <w:rPr>
          <w:b w:val="0"/>
          <w:i w:val="0"/>
        </w:rPr>
        <w:t>Dù giờ họ đang ở đâu, Langdon ước tính họ còn chưa đầy hai mươi giây để tìm chỗ trốn. Đoạn dốc xoắn ốc khiến ông ngày càng mất phương hướng, và lối ra ở Crucifix Bastion dường như xa dần theo từng bước chân. Langdon giờ lo rằng bị phát hiện tận dưới này sẽ khiến chuông báo động vang lên, khiến việc trốn thoát gần như bất khả thi.</w:t>
      </w:r>
    </w:p>
    <w:p>
      <w:pPr>
        <w:spacing w:after="80"/>
      </w:pPr>
      <w:r>
        <w:rPr>
          <w:b w:val="0"/>
          <w:i w:val="0"/>
        </w:rPr>
        <w:t>Họ chạy bộ dọc hành lang âm u như mồ, đi ngang một cửa sổ dài bên phải, phía bên kia là một biển đèn chấm xanh đỏ nhấp nháy trong bóng tối. Langdon chỉ vừa nhận ra bóng dáng của hàng chục giá máy tính khổng lồ nằm trong một lồng lưới kim loại.</w:t>
      </w:r>
    </w:p>
    <w:p>
      <w:pPr>
        <w:spacing w:after="80"/>
      </w:pPr>
      <w:r>
        <w:rPr>
          <w:b w:val="0"/>
          <w:i w:val="0"/>
        </w:rPr>
        <w:t>“Che chắn Faraday…” Katherine thì thầm. “Những máy tính đó chắc phải là máy tính lượng tử.”</w:t>
      </w:r>
    </w:p>
    <w:p>
      <w:pPr>
        <w:spacing w:after="80"/>
      </w:pPr>
      <w:r>
        <w:rPr>
          <w:b w:val="0"/>
          <w:i w:val="0"/>
        </w:rPr>
        <w:t xml:space="preserve">Langdon biết rất ít về máy tính lượng tử, ngoài việc chúng cần được che chắn khỏi tia vũ trụ và các dạng bức xạ khác. </w:t>
      </w:r>
      <w:r>
        <w:rPr>
          <w:b w:val="0"/>
          <w:i/>
        </w:rPr>
        <w:t>Lại thêm một lý do nữa khiến</w:t>
      </w:r>
      <w:r>
        <w:rPr>
          <w:b w:val="0"/>
          <w:i w:val="0"/>
        </w:rPr>
        <w:t xml:space="preserve"> </w:t>
      </w:r>
      <w:r>
        <w:rPr>
          <w:b w:val="0"/>
          <w:i/>
        </w:rPr>
        <w:t>Threshold</w:t>
      </w:r>
      <w:r>
        <w:rPr>
          <w:b w:val="0"/>
          <w:i w:val="0"/>
        </w:rPr>
        <w:t xml:space="preserve"> </w:t>
      </w:r>
      <w:r>
        <w:rPr>
          <w:b w:val="0"/>
          <w:i/>
        </w:rPr>
        <w:t>nằm dưới lòng đất?</w:t>
      </w:r>
    </w:p>
    <w:p>
      <w:pPr>
        <w:spacing w:after="80"/>
      </w:pPr>
      <w:r>
        <w:rPr>
          <w:b w:val="0"/>
          <w:i w:val="0"/>
        </w:rPr>
        <w:t>Khi đi ngang lối vào phòng máy tính, Katherine không hề chậm lại, rõ ràng cùng chung bản năng với Langdon là không tự nhốt mình vào trong một cái lồng kim loại đúng nghĩa.</w:t>
      </w:r>
    </w:p>
    <w:p>
      <w:pPr>
        <w:spacing w:after="80"/>
      </w:pPr>
      <w:r>
        <w:rPr>
          <w:b w:val="0"/>
          <w:i w:val="0"/>
        </w:rPr>
        <w:t>Hành lang rẽ ngoặt sang trái, và khi họ vòng qua góc, thêm ánh sáng dịu bật lên, soi rõ một đoạn hành lang đen tương tự dài hơn nhiều.</w:t>
      </w:r>
    </w:p>
    <w:p>
      <w:pPr>
        <w:spacing w:after="80"/>
      </w:pPr>
      <w:r>
        <w:rPr>
          <w:b w:val="0"/>
          <w:i w:val="0"/>
        </w:rPr>
        <w:t>“Kia!” Katherine thì thầm, chỉ về phía cuối hành lang.</w:t>
      </w:r>
    </w:p>
    <w:p>
      <w:pPr>
        <w:spacing w:after="80"/>
      </w:pPr>
      <w:r>
        <w:rPr>
          <w:b w:val="0"/>
          <w:i w:val="0"/>
        </w:rPr>
        <w:t>Phía trước quả thật mang lại một tia hy vọng, nhưng Langdon giờ lại nghe thấy tiếng bước chân không thể nhầm lẫn đang vọng lại phía sau họ.</w:t>
      </w:r>
    </w:p>
    <w:p>
      <w:pPr>
        <w:spacing w:after="80"/>
      </w:pPr>
      <w:r>
        <w:rPr>
          <w:b w:val="0"/>
          <w:i w:val="0"/>
        </w:rPr>
        <w:t>Chúng ta sẽ không kịp mất.</w:t>
      </w:r>
    </w:p>
    <w:p>
      <w:pPr>
        <w:spacing w:after="80"/>
      </w:pPr>
      <w:r>
        <w:rPr>
          <w:b w:val="0"/>
          <w:i w:val="0"/>
        </w:rPr>
        <w:t>Ở đằng xa, hành lang kết thúc bằng một cánh cửa kim loại, phía trên có một thông điệp được khắc nổi bằng ngôn ngữ hiệu quả và phổ quát nhất trên trái đất—một biểu tượng mà toàn bộ ý nghĩa được truyền đạt tức thì.</w:t>
      </w:r>
    </w:p>
    <w:p>
      <w:pPr>
        <w:jc w:val="center"/>
      </w:pPr>
      <w:r>
        <w:drawing>
          <wp:inline xmlns:a="http://schemas.openxmlformats.org/drawingml/2006/main" xmlns:pic="http://schemas.openxmlformats.org/drawingml/2006/picture">
            <wp:extent cx="5486400" cy="1000123"/>
            <wp:docPr id="107" name="Picture 107"/>
            <wp:cNvGraphicFramePr>
              <a:graphicFrameLocks noChangeAspect="1"/>
            </wp:cNvGraphicFramePr>
            <a:graphic>
              <a:graphicData uri="http://schemas.openxmlformats.org/drawingml/2006/picture">
                <pic:pic>
                  <pic:nvPicPr>
                    <pic:cNvPr id="0" name="image_rsrc8Y9.jpg"/>
                    <pic:cNvPicPr/>
                  </pic:nvPicPr>
                  <pic:blipFill>
                    <a:blip r:embed="rId34"/>
                    <a:stretch>
                      <a:fillRect/>
                    </a:stretch>
                  </pic:blipFill>
                  <pic:spPr>
                    <a:xfrm>
                      <a:off x="0" y="0"/>
                      <a:ext cx="5486400" cy="1000123"/>
                    </a:xfrm>
                    <a:prstGeom prst="rect"/>
                  </pic:spPr>
                </pic:pic>
              </a:graphicData>
            </a:graphic>
          </wp:inline>
        </w:drawing>
      </w:r>
    </w:p>
    <w:p>
      <w:pPr>
        <w:spacing w:after="80"/>
      </w:pPr>
      <w:r>
        <w:rPr>
          <w:b w:val="0"/>
          <w:i w:val="0"/>
        </w:rPr>
        <w:t>Hình ảnh cầu thang đi lên là một cảnh tượng đáng mừng, và Langdon cảm thấy tự tin rằng nếu họ có thể leo trở lại tầng trên, họ có thể tìm đường ra khỏi pháo đài theo lối họ đã đến.</w:t>
      </w:r>
    </w:p>
    <w:p>
      <w:pPr>
        <w:spacing w:after="80"/>
      </w:pPr>
      <w:r>
        <w:rPr>
          <w:b w:val="0"/>
          <w:i/>
        </w:rPr>
        <w:t>Nhưng chúng ta không thể đến được cầu thang mà không bị nhìn thấy,</w:t>
      </w:r>
      <w:r>
        <w:rPr>
          <w:b w:val="0"/>
          <w:i w:val="0"/>
        </w:rPr>
        <w:t xml:space="preserve"> anh nghĩ, nghe tiếng bước chân ngày càng gần.</w:t>
      </w:r>
    </w:p>
    <w:p>
      <w:pPr>
        <w:spacing w:after="80"/>
      </w:pPr>
      <w:r>
        <w:rPr>
          <w:b w:val="0"/>
          <w:i w:val="0"/>
        </w:rPr>
        <w:t>Hành lang phía trước có thêm hai ô cửa nữa, cả hai đều ở bên phải. Đáng tiếc, Langdon đã có thể thấy rằng cả hai đều không giúp ích gì được.</w:t>
      </w:r>
    </w:p>
    <w:p>
      <w:pPr>
        <w:spacing w:after="80"/>
      </w:pPr>
      <w:r>
        <w:rPr>
          <w:b w:val="0"/>
          <w:i w:val="0"/>
        </w:rPr>
        <w:t xml:space="preserve">Cánh cửa đầu tiên, ngay phía trước, được đánh dấu là Phòng Vật tư. Nếu nó giống như phòng vật tư y tế ở tầng trên, thì không gian này là một mê cung dài những kệ hàng với đèn tự động và không có lối ra. </w:t>
      </w:r>
      <w:r>
        <w:rPr>
          <w:b w:val="0"/>
          <w:i/>
        </w:rPr>
        <w:t>Một cái bẫy chết người.</w:t>
      </w:r>
    </w:p>
    <w:p>
      <w:pPr>
        <w:spacing w:after="80"/>
      </w:pPr>
      <w:r>
        <w:rPr>
          <w:b w:val="0"/>
          <w:i w:val="0"/>
        </w:rPr>
        <w:t>Ô cửa thứ hai, ngay sau đó, lớn hơn nhiều và được lùi vào sâu vài feet trong một hốc tường. Bất cứ thứ gì nằm sau cánh cửa đó rõ ràng đều quan trọng, vì Langdon có thể thấy từ đây rằng nó được trang bị một thiết bị an ninh quen thuộc—một tấm kính đen hình tròn.</w:t>
      </w:r>
    </w:p>
    <w:p>
      <w:pPr>
        <w:spacing w:after="80"/>
      </w:pPr>
      <w:r>
        <w:rPr>
          <w:b w:val="0"/>
          <w:i/>
        </w:rPr>
        <w:t>Một máy quét</w:t>
      </w:r>
      <w:r>
        <w:rPr>
          <w:b w:val="0"/>
          <w:i w:val="0"/>
        </w:rPr>
        <w:t xml:space="preserve"> </w:t>
      </w:r>
      <w:r>
        <w:rPr>
          <w:b w:val="0"/>
          <w:i/>
        </w:rPr>
        <w:t>RFID…mà chúng ta không còn quyền sử dụng nữa.</w:t>
      </w:r>
    </w:p>
    <w:p>
      <w:pPr>
        <w:spacing w:after="80"/>
      </w:pPr>
      <w:r>
        <w:rPr>
          <w:b w:val="0"/>
          <w:i w:val="0"/>
        </w:rPr>
        <w:t>Tiếng bước chân phía sau họ ngày càng to.</w:t>
      </w:r>
    </w:p>
    <w:p>
      <w:pPr>
        <w:spacing w:after="80"/>
      </w:pPr>
      <w:r>
        <w:rPr>
          <w:b w:val="0"/>
          <w:i w:val="0"/>
        </w:rPr>
        <w:t xml:space="preserve">Khi họ đến gần cửa phòng vật tư, Langdon chậm lại và dừng hẳn khi một ý nghĩ hiện ra. Một trong những bí ẩn lớn của ý thức là </w:t>
      </w:r>
      <w:r>
        <w:rPr>
          <w:b w:val="0"/>
          <w:i/>
        </w:rPr>
        <w:t>những ý tưởng đến từ đâu</w:t>
      </w:r>
      <w:r>
        <w:rPr>
          <w:b w:val="0"/>
          <w:i w:val="0"/>
        </w:rPr>
        <w:t>. Katherine cho rằng tâm trí là một máy thu bắt sóng vào một trường ý thức lớn hơn. Gessner cho rằng bộ não là một máy tính mà hàng nghìn tỷ công tắc thần kinh của nó chỉ đơn giản là giải quyết vấn đề.</w:t>
      </w:r>
    </w:p>
    <w:p>
      <w:pPr>
        <w:spacing w:after="80"/>
      </w:pPr>
      <w:r>
        <w:rPr>
          <w:b w:val="0"/>
          <w:i w:val="0"/>
        </w:rPr>
        <w:t>Lúc này, Langdon không quan tâm ai đúng. Nguồn gốc ý tưởng của anh không quan trọng. Điều duy nhất quan trọng là anh đột nhiên biết chính xác phải làm gì.</w:t>
      </w:r>
    </w:p>
    <w:p>
      <w:pPr>
        <w:jc w:val="center"/>
      </w:pPr>
      <w:r>
        <w:drawing>
          <wp:inline xmlns:a="http://schemas.openxmlformats.org/drawingml/2006/main" xmlns:pic="http://schemas.openxmlformats.org/drawingml/2006/picture">
            <wp:extent cx="5486400" cy="362122"/>
            <wp:docPr id="108" name="Picture 108"/>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Sao anh ta lại dừng lại?!</w:t>
      </w:r>
    </w:p>
    <w:p>
      <w:pPr>
        <w:spacing w:after="80"/>
      </w:pPr>
      <w:r>
        <w:rPr>
          <w:b w:val="0"/>
          <w:i w:val="0"/>
        </w:rPr>
        <w:t>Katherine quay lại nhìn Langdon, người đang mở cửa phòng vật tư. Rõ ràng là họ không thể đến được cầu thang ở cuối hành lang mà không bị nhìn thấy, nhưng trốn trong phòng vật tư có vẻ như là tự sát.</w:t>
      </w:r>
    </w:p>
    <w:p>
      <w:pPr>
        <w:spacing w:after="80"/>
      </w:pPr>
      <w:r>
        <w:rPr>
          <w:b w:val="0"/>
          <w:i w:val="0"/>
        </w:rPr>
        <w:t>Cô vội vàng quay lại để ngăn anh, nhưng Langdon đã bước vào trong. Những ngọn đèn huỳnh quang ngay trên đầu nhấp nháy sáng lên, chiếu rọi lối vào mê cung hẹp của những kệ hàng kéo dài ra xa vào bóng tối. Không chút do dự, Langdon chộp lấy một chai dung dịch tẩy rửa trên kệ và, như một người chơi bowling, ném mạnh chai xuống lối đi giữa các kệ hàng. Nó lăn lóc trên sàn và trượt suốt đến tận cuối mà không chạm vào bên nào, kích hoạt một loạt đèn cảm ứng chuyển động sáng lên tận những ngóc ngách sâu nhất của phòng vật tư. Thậm chí trước khi chai chạm vào bức tường phía xa, Langdon đã bước trở ra hành lang. Anh đóng cửa lại nhưng để hé một khe, cho một vệt sáng huỳnh quang tràn vào hành lang mờ tối. Rồi anh nắm tay Katherine và kéo cô đi nhanh nhất có thể theo hướng họ đang đi, về phía cánh cửa cầu thang vẫn còn cách ít nhất bốn mươi thước.</w:t>
      </w:r>
    </w:p>
    <w:p>
      <w:pPr>
        <w:spacing w:after="80"/>
      </w:pPr>
      <w:r>
        <w:rPr>
          <w:b w:val="0"/>
          <w:i w:val="0"/>
        </w:rPr>
        <w:t xml:space="preserve">Khi họ chạy, cô cảm thấy được tiếp thêm một niềm lạc quan bất chợt, vừa nhận ra suy nghĩ thông minh của Langdon. </w:t>
      </w:r>
      <w:r>
        <w:rPr>
          <w:b w:val="0"/>
          <w:i/>
        </w:rPr>
        <w:t>Chúng ta chưa cần phải đến cuối hành lang…</w:t>
      </w:r>
    </w:p>
    <w:p>
      <w:pPr>
        <w:spacing w:after="80"/>
      </w:pPr>
      <w:r>
        <w:rPr>
          <w:b w:val="0"/>
          <w:i w:val="0"/>
        </w:rPr>
        <w:t>Đúng như cô dự đoán, khi họ đến gần hốc tường có máy quét RFID, Langdon rẽ mạnh sang phải, kéo Katherine theo vào trong hốc. Hốc tường nông—sâu chưa đến ba feet—và họ xoay người lại, đứng tựa lưng vào lớp kim loại lạnh của cánh cửa nặng, cố gắng làm cho mình cao và mảnh nhất có thể, hy vọng hốc tường đủ sâu để che khuất họ khỏi tầm nhìn.</w:t>
      </w:r>
    </w:p>
    <w:p>
      <w:pPr>
        <w:spacing w:after="80"/>
      </w:pPr>
      <w:r>
        <w:rPr>
          <w:b w:val="0"/>
          <w:i w:val="0"/>
        </w:rPr>
        <w:t>Một lát sau, tiếng bước chân bước vào hành lang và dừng lại.</w:t>
      </w:r>
    </w:p>
    <w:p>
      <w:pPr>
        <w:spacing w:after="80"/>
      </w:pPr>
      <w:r>
        <w:rPr>
          <w:b w:val="0"/>
          <w:i w:val="0"/>
        </w:rPr>
        <w:t>Có một khoảng lặng dài.</w:t>
      </w:r>
    </w:p>
    <w:p>
      <w:pPr>
        <w:spacing w:after="80"/>
      </w:pPr>
      <w:r>
        <w:rPr>
          <w:b w:val="0"/>
          <w:i w:val="0"/>
        </w:rPr>
        <w:t>Rồi Katherine nghe thấy âm thanh không thể nhầm lẫn của một khẩu súng đang được lên cò.</w:t>
      </w:r>
    </w:p>
    <w:p>
      <w:pPr>
        <w:jc w:val="center"/>
      </w:pPr>
      <w:r>
        <w:drawing>
          <wp:inline xmlns:a="http://schemas.openxmlformats.org/drawingml/2006/main" xmlns:pic="http://schemas.openxmlformats.org/drawingml/2006/picture">
            <wp:extent cx="5486400" cy="362122"/>
            <wp:docPr id="109" name="Picture 109"/>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Jonas Faukman đột ngột mở mắt, và nhận ra mình đã ngủ gật trên bàn làm việc. Ông không chắc vì sao mình lại tỉnh dậy đột ngột đến thế—có lẽ là do tiếng mưa giờ đang đập vào cửa sổ—nhưng khi đứng dậy vươn vai, ông ngạc nhiên cảm thấy cơn ớn lạnh của nỗi sợ hãi đang quay trở lại.</w:t>
      </w:r>
    </w:p>
    <w:p>
      <w:pPr>
        <w:spacing w:after="80"/>
      </w:pPr>
      <w:r>
        <w:rPr>
          <w:b w:val="0"/>
          <w:i/>
        </w:rPr>
        <w:t>Mọi chuyện đều ổn,</w:t>
      </w:r>
      <w:r>
        <w:rPr>
          <w:b w:val="0"/>
          <w:i w:val="0"/>
        </w:rPr>
        <w:t xml:space="preserve"> ông tự trấn an. </w:t>
      </w:r>
      <w:r>
        <w:rPr>
          <w:b w:val="0"/>
          <w:i/>
        </w:rPr>
        <w:t>RL&amp;KSRGUD.</w:t>
      </w:r>
    </w:p>
    <w:p>
      <w:pPr>
        <w:pStyle w:val="Heading1"/>
      </w:pPr>
      <w:r>
        <w:rPr>
          <w:rFonts w:ascii="Calibri" w:hAnsi="Calibri"/>
          <w:b/>
          <w:i w:val="0"/>
          <w:sz w:val="40"/>
        </w:rPr>
        <w:t>Chương 109</w:t>
      </w:r>
    </w:p>
    <w:p>
      <w:pPr>
        <w:spacing w:after="80"/>
      </w:pPr>
      <w:r>
        <w:rPr>
          <w:b w:val="0"/>
          <w:i w:val="0"/>
        </w:rPr>
        <w:t>Langdon và Katherine đứng cứng đờ, sát cạnh nhau và gần như nín thở. Lưng họ theo đúng nghĩa đen là dựa vào tường, hay chính xác hơn là dựa vào một cánh cửa thép rộng bất thường. Dù họ đã lẻn vào hốc tường này mà không bị phát hiện, nhưng sự xuất hiện của họ lại đi kèm với âm thanh không mong muốn của một khẩu súng đang được lên cò.</w:t>
      </w:r>
    </w:p>
    <w:p>
      <w:pPr>
        <w:spacing w:after="80"/>
      </w:pPr>
      <w:r>
        <w:rPr>
          <w:b w:val="0"/>
          <w:i w:val="0"/>
        </w:rPr>
        <w:t>Langdon vẫn đứng yên, hy vọng ánh đèn huỳnh quang rực sáng trong phòng chứa đồ sẽ đủ đáng ngờ để khiến kẻ kia phải vào kiểm tra.</w:t>
      </w:r>
    </w:p>
    <w:p>
      <w:pPr>
        <w:spacing w:after="80"/>
      </w:pPr>
      <w:r>
        <w:rPr>
          <w:b w:val="0"/>
          <w:i w:val="0"/>
        </w:rPr>
        <w:t>Chúng ta chỉ cần một phút đánh lạc hướng.</w:t>
      </w:r>
    </w:p>
    <w:p>
      <w:pPr>
        <w:spacing w:after="80"/>
      </w:pPr>
      <w:r>
        <w:rPr>
          <w:b w:val="0"/>
          <w:i w:val="0"/>
        </w:rPr>
        <w:t>Nếu không…họ sẽ bị mắc kẹt.</w:t>
      </w:r>
    </w:p>
    <w:p>
      <w:pPr>
        <w:spacing w:after="80"/>
      </w:pPr>
      <w:r>
        <w:rPr>
          <w:b w:val="0"/>
          <w:i w:val="0"/>
        </w:rPr>
        <w:t xml:space="preserve">Tiếng bước chân chậm rãi bắt đầu lại, tiến đến gần hơn. Sau vài giây căng thẳng, Langdon thấy một cảnh tượng đáng mừng—một vệt sáng huỳnh quang mờ ảo hắt lên bức tường phía xa. </w:t>
      </w:r>
      <w:r>
        <w:rPr>
          <w:b w:val="0"/>
          <w:i/>
        </w:rPr>
        <w:t>Kẻ đứng đó đã mở cửa phòng chứa đồ!</w:t>
      </w:r>
    </w:p>
    <w:p>
      <w:pPr>
        <w:spacing w:after="80"/>
      </w:pPr>
      <w:r>
        <w:rPr>
          <w:b w:val="0"/>
          <w:i w:val="0"/>
        </w:rPr>
        <w:t xml:space="preserve">Đột nhiên, ánh đèn huỳnh quang biến mất, và Langdon nghe thấy tiếng cửa phòng chứa đồ đóng lại. </w:t>
      </w:r>
      <w:r>
        <w:rPr>
          <w:b w:val="0"/>
          <w:i/>
        </w:rPr>
        <w:t>Hắn ta đã vào trong rồi sao?!</w:t>
      </w:r>
      <w:r>
        <w:rPr>
          <w:b w:val="0"/>
          <w:i w:val="0"/>
        </w:rPr>
        <w:t xml:space="preserve"> Langdon căng tai nghe ngóng tiếng bước chân, nhưng chỉ có sự im lặng. Katherine xê dịch bên cạnh anh, và anh cảm thấy tay cô đang cố tìm tay anh ở bên hông. Thoáng chốc, anh tưởng cô đang tìm sự an ủi tinh thần, nhưng rồi anh cảm thấy cô ấn một vật nhỏ vào lòng bàn tay anh. Anh liếc xuống và thấy một chiếc gương nhỏ xíu, thứ cô vừa lấy ra từ túi xách.</w:t>
      </w:r>
    </w:p>
    <w:p>
      <w:pPr>
        <w:spacing w:after="80"/>
      </w:pPr>
      <w:r>
        <w:rPr>
          <w:b w:val="0"/>
          <w:i w:val="0"/>
        </w:rPr>
        <w:t>Langdon dùng ngón cái bật mở chiếc gương và cẩn thận thò nó ra ngoài mép hốc tường chỉ một inch. Trong hình phản chiếu nhỏ xíu, anh hy vọng sẽ thấy một hành lang trống. Nhưng thay vào đó, anh thấy hình dáng không thể nhầm lẫn của một người đang tiến lại gần, lén lút nhích từng bước về phía họ. Người đàn ông lớn tuổi hơn, tóc bạc, mặc bộ vest tối màu và đeo kính.</w:t>
      </w:r>
    </w:p>
    <w:p>
      <w:pPr>
        <w:spacing w:after="80"/>
      </w:pPr>
      <w:r>
        <w:rPr>
          <w:b w:val="0"/>
          <w:i w:val="0"/>
        </w:rPr>
        <w:t>Dù người đàn ông đó là ai, hắn đã không bị lừa. Khẩu súng ngắn của hắn được giơ lên, chĩa về phía họ.</w:t>
      </w:r>
    </w:p>
    <w:p>
      <w:pPr>
        <w:jc w:val="center"/>
      </w:pPr>
      <w:r>
        <w:drawing>
          <wp:inline xmlns:a="http://schemas.openxmlformats.org/drawingml/2006/main" xmlns:pic="http://schemas.openxmlformats.org/drawingml/2006/picture">
            <wp:extent cx="5486400" cy="362122"/>
            <wp:docPr id="110" name="Picture 110"/>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Everett Finch nhìn qua nòng khẩu súng lục SIG Sauer đang chĩa ra và quan sát hành lang phía trước. Kẻ đột nhập đang ở gần. Kẻ nào đã xâm nhập được xuống tầng dưới của Threshold hẳn không phải đến để trốn trong một phòng chứa đồ; chúng đến vì một thứ khác.</w:t>
      </w:r>
    </w:p>
    <w:p>
      <w:pPr>
        <w:spacing w:after="80"/>
      </w:pPr>
      <w:r>
        <w:rPr>
          <w:b w:val="0"/>
          <w:i w:val="0"/>
        </w:rPr>
        <w:t>Và nếu chúng đã tới được đây, thì chúng đang nguy hiểm cận kề việc phát hiện ra bí mật nhạy cảm nhất của Threshold.</w:t>
      </w:r>
    </w:p>
    <w:p>
      <w:pPr>
        <w:spacing w:after="80"/>
      </w:pPr>
      <w:r>
        <w:rPr>
          <w:b w:val="0"/>
          <w:i w:val="0"/>
        </w:rPr>
        <w:t>Khi Finch tiến lên, hắn vẫn tập trung vào chỗ ẩn nấp duy nhất của hành lang—khung cửa lõm phía trước bên phải, nơi đủ sâu để che giấu bất kỳ ai đang đứng áp sát vào cánh cửa kim loại nặng nề.</w:t>
      </w:r>
    </w:p>
    <w:p>
      <w:pPr>
        <w:spacing w:after="80"/>
      </w:pPr>
      <w:r>
        <w:rPr>
          <w:b w:val="0"/>
          <w:i w:val="0"/>
        </w:rPr>
        <w:t>Bám sát phía bên trái hành lang, hắn bước những bước lén lút, vẫn chĩa súng về phía hốc tường. Khi góc nhìn của hắn mở rộng hơn, đường ngắm bắt đầu lộ ra phần bên trong hốc tường. Khi cuối cùng thoáng thấy mép trái của cánh cửa kim loại, Finch lao tới với hai bước dài và cúi thấp người, xoay mạnh cánh tay và nhắm thẳng vào mục tiêu.</w:t>
      </w:r>
    </w:p>
    <w:p>
      <w:pPr>
        <w:spacing w:after="80"/>
      </w:pPr>
      <w:r>
        <w:rPr>
          <w:b w:val="0"/>
          <w:i w:val="0"/>
        </w:rPr>
        <w:t>Trước sự ngạc nhiên của anh, hốc tường trống rỗng.</w:t>
      </w:r>
    </w:p>
    <w:p>
      <w:pPr>
        <w:jc w:val="center"/>
      </w:pPr>
      <w:r>
        <w:drawing>
          <wp:inline xmlns:a="http://schemas.openxmlformats.org/drawingml/2006/main" xmlns:pic="http://schemas.openxmlformats.org/drawingml/2006/picture">
            <wp:extent cx="5486400" cy="362122"/>
            <wp:docPr id="111" name="Picture 111"/>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Langdon và Katherine đứng đối mặt, tim đập thình thịch.</w:t>
      </w:r>
    </w:p>
    <w:p>
      <w:pPr>
        <w:spacing w:after="80"/>
      </w:pPr>
      <w:r>
        <w:rPr>
          <w:b w:val="0"/>
          <w:i w:val="0"/>
        </w:rPr>
        <w:t>Chuyện gì vừa xảy ra vậy?!</w:t>
      </w:r>
    </w:p>
    <w:p>
      <w:pPr>
        <w:spacing w:after="80"/>
      </w:pPr>
      <w:r>
        <w:rPr>
          <w:b w:val="0"/>
          <w:i w:val="0"/>
        </w:rPr>
        <w:t>Vài giây trước, khi lưng áp vào cánh cửa thép rộng, Langdon đã giật mình lùi lại trước hình ảnh phản chiếu của một gã đàn ông đang tiến về phía họ với khẩu súng lục. Khi anh ấn mạnh vào cửa, anh bỗng cảm thấy như mình đang mất thăng bằng—nhưng rồi mắt Katherine mở to đầy vẻ không tin nổi, và Langdon chợt hiểu ra điều gì vừa xảy ra.</w:t>
      </w:r>
    </w:p>
    <w:p>
      <w:pPr>
        <w:spacing w:after="80"/>
      </w:pPr>
      <w:r>
        <w:rPr>
          <w:b w:val="0"/>
          <w:i w:val="0"/>
        </w:rPr>
        <w:t>Cánh cửa nặng nề phía sau họ…đã dịch chuyển.</w:t>
      </w:r>
    </w:p>
    <w:p>
      <w:pPr>
        <w:spacing w:after="80"/>
      </w:pPr>
      <w:r>
        <w:rPr>
          <w:b w:val="0"/>
          <w:i w:val="0"/>
        </w:rPr>
        <w:t>Langdon lại dồn sức đẩy mạnh ra sau, Katherine cùng làm theo. Cánh cửa có lò xo và cứng, nhưng khi họ chống chân và đẩy người ra sau, nó bật mở. Điều này thật vô lý nếu xét đến sự hiện diện của một máy quét RFID, nhưng khi anh và Katherine lách qua, Langdon nhận thấy tấm chốt cửa trên khung cửa bị nhét đầy một thứ vải màu xanh lá, rõ ràng là để ngăn nó khóa lại.</w:t>
      </w:r>
    </w:p>
    <w:p>
      <w:pPr>
        <w:spacing w:after="80"/>
      </w:pPr>
      <w:r>
        <w:rPr>
          <w:b w:val="0"/>
          <w:i w:val="0"/>
        </w:rPr>
        <w:t>Ai đã chèn cửa này mở vậy?!</w:t>
      </w:r>
    </w:p>
    <w:p>
      <w:pPr>
        <w:spacing w:after="80"/>
      </w:pPr>
      <w:r>
        <w:rPr>
          <w:b w:val="0"/>
          <w:i w:val="0"/>
        </w:rPr>
        <w:t xml:space="preserve">Lo sợ gã cầm súng trong hành lang, Langdon theo bản năng rút thứ chất liệu xanh lá ra khỏi tấm chốt và nhẹ nhàng để cửa đóng lại. Cánh cổng kêu tách và khóa vào. </w:t>
      </w:r>
      <w:r>
        <w:rPr>
          <w:b w:val="0"/>
          <w:i/>
        </w:rPr>
        <w:t>Đã khóa.</w:t>
      </w:r>
      <w:r>
        <w:rPr>
          <w:b w:val="0"/>
          <w:i w:val="0"/>
        </w:rPr>
        <w:t xml:space="preserve"> Thứ trong tay anh, giờ anh mới nhận ra, không phải vải, mà là nhựa vinyl hoặc cao su—một chùm lá nhân tạo chắc hẳn đã bị giật ra khỏi cây ficus giả ngay bên trong cửa.</w:t>
      </w:r>
    </w:p>
    <w:p>
      <w:pPr>
        <w:spacing w:after="80"/>
      </w:pPr>
      <w:r>
        <w:rPr>
          <w:b w:val="0"/>
          <w:i w:val="0"/>
        </w:rPr>
        <w:t>"May mắn không thể tin nổi," Langdon thì thầm đầy kinh ngạc.</w:t>
      </w:r>
    </w:p>
    <w:p>
      <w:pPr>
        <w:spacing w:after="80"/>
      </w:pPr>
      <w:r>
        <w:rPr>
          <w:b w:val="0"/>
          <w:i w:val="0"/>
        </w:rPr>
        <w:t xml:space="preserve">Katherine trông bớt nhẹ nhõm hơn anh tưởng. "Trừ khi có ai đó muốn chắc chắn rằng họ có thể </w:t>
      </w:r>
      <w:r>
        <w:rPr>
          <w:b w:val="0"/>
          <w:i/>
        </w:rPr>
        <w:t>ra ngoài.</w:t>
      </w:r>
      <w:r>
        <w:rPr>
          <w:b w:val="0"/>
          <w:i w:val="0"/>
        </w:rPr>
        <w:t>"</w:t>
      </w:r>
    </w:p>
    <w:p>
      <w:pPr>
        <w:spacing w:after="80"/>
      </w:pPr>
      <w:r>
        <w:rPr>
          <w:b w:val="0"/>
          <w:i w:val="0"/>
        </w:rPr>
        <w:t>"Ý cô là gì?"</w:t>
      </w:r>
    </w:p>
    <w:p>
      <w:pPr>
        <w:spacing w:after="80"/>
      </w:pPr>
      <w:r>
        <w:rPr>
          <w:b w:val="0"/>
          <w:i w:val="0"/>
        </w:rPr>
        <w:t xml:space="preserve">Cô chỉ vào một máy quét RFID thứ hai trên tường cạnh cây ficus. "Anh cũng cần thẻ để </w:t>
      </w:r>
      <w:r>
        <w:rPr>
          <w:b w:val="0"/>
          <w:i/>
        </w:rPr>
        <w:t>ra ngoài,</w:t>
      </w:r>
      <w:r>
        <w:rPr>
          <w:b w:val="0"/>
          <w:i w:val="0"/>
        </w:rPr>
        <w:t xml:space="preserve"> Robert. Ai đó đang cố chèn cửa này mở…nhưng chúng ta vừa tự nhốt mình vào trong rồi."</w:t>
      </w:r>
    </w:p>
    <w:p>
      <w:pPr>
        <w:jc w:val="center"/>
      </w:pPr>
      <w:r>
        <w:drawing>
          <wp:inline xmlns:a="http://schemas.openxmlformats.org/drawingml/2006/main" xmlns:pic="http://schemas.openxmlformats.org/drawingml/2006/picture">
            <wp:extent cx="5486400" cy="362122"/>
            <wp:docPr id="112" name="Picture 112"/>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 xml:space="preserve">Golěm nắm lấy bánh xe xoay trên bình chứa helium thứ tư và vặn sang phải, đúng như hắn đã làm với ba bình đầu tiên. </w:t>
      </w:r>
      <w:r>
        <w:rPr>
          <w:b w:val="0"/>
          <w:i/>
        </w:rPr>
        <w:t>Sắp kết thúc rồi.</w:t>
      </w:r>
      <w:r>
        <w:rPr>
          <w:b w:val="0"/>
          <w:i w:val="0"/>
        </w:rPr>
        <w:t xml:space="preserve"> Sau vài vòng vặn chặt, van đã đóng hoàn toàn, và bảng điều khiển kêu bíp khẩn cấp. Biểu tượng của bình #4 chuyển sang màu đỏ. Tắt. Bốn chỉ báo liên tiếp giờ phát sáng đỏ với cảnh báo, bên cạnh tám chỉ báo vẫn còn sáng xanh.</w:t>
      </w:r>
    </w:p>
    <w:p>
      <w:pPr>
        <w:spacing w:after="80"/>
      </w:pPr>
      <w:r>
        <w:rPr>
          <w:b w:val="0"/>
          <w:i w:val="0"/>
        </w:rPr>
        <w:t>Hắn bắt đầu quy trình mới cho bình #5, làm việc chậm rãi khi bánh xe xoay. Tắt.</w:t>
      </w:r>
    </w:p>
    <w:p>
      <w:pPr>
        <w:spacing w:after="80"/>
      </w:pPr>
      <w:r>
        <w:rPr>
          <w:b w:val="0"/>
          <w:i w:val="0"/>
        </w:rPr>
        <w:t>Golěm đi dọc theo hàng, đóng từng van một. Mỗi lần hắn tắt một bình, bộ điều khiển lại kêu ping và điều chỉnh, mở dòng helium sang bình dự phòng mới tiếp theo.</w:t>
      </w:r>
    </w:p>
    <w:p>
      <w:pPr>
        <w:spacing w:after="80"/>
      </w:pPr>
      <w:r>
        <w:rPr>
          <w:b w:val="0"/>
          <w:i w:val="0"/>
        </w:rPr>
        <w:t>Dù rất nóng lòng hoàn thành công việc, Golěm vẫn di chuyển chậm và duy trì hơi thở chậm, sâu để giúp ngăn ngừa một cơn co giật khác. Mục tiêu của hắn giờ đã ở trong tầm mắt, và hắn buộc mình phải thận trọng. Khi đóng từng van, hắn nhẩm lại trong đầu các bước mình sẽ thực hiện để trốn thoát.</w:t>
      </w:r>
    </w:p>
    <w:p>
      <w:pPr>
        <w:spacing w:after="80"/>
      </w:pPr>
      <w:r>
        <w:rPr>
          <w:b w:val="0"/>
          <w:i w:val="0"/>
        </w:rPr>
        <w:t>Hai mươi phút sẽ là quá đủ thời gian…</w:t>
      </w:r>
    </w:p>
    <w:p>
      <w:pPr>
        <w:spacing w:after="80"/>
      </w:pPr>
      <w:r>
        <w:rPr>
          <w:b w:val="0"/>
          <w:i w:val="0"/>
        </w:rPr>
        <w:t xml:space="preserve">Một tiếng còi báo lớn vang lên, kéo The Golěm ra khỏi dòng suy nghĩ. Bảng điều khiển đang nhấp nháy các cảnh báo và phát ra những tiếng bíp ngày càng khẩn thiết. Màn hình hiển thị cho thấy </w:t>
      </w:r>
      <w:r>
        <w:rPr>
          <w:b w:val="0"/>
          <w:i/>
        </w:rPr>
        <w:t>mười một</w:t>
      </w:r>
      <w:r>
        <w:rPr>
          <w:b w:val="0"/>
          <w:i w:val="0"/>
        </w:rPr>
        <w:t xml:space="preserve"> bình chứa đã bị ngắt. Mọi bình chứa trừ bình #12 giờ đều đã được ngắt thủ công khỏi SMES. Quan trọng hơn, chín trong số những bình đó được ghi nhận là đầy 100 phần trăm.</w:t>
      </w:r>
    </w:p>
    <w:p>
      <w:pPr>
        <w:spacing w:after="80"/>
      </w:pPr>
      <w:r>
        <w:rPr>
          <w:b w:val="0"/>
          <w:i w:val="0"/>
        </w:rPr>
        <w:t>Hàng ngàn ký heli lỏng trong không gian nhỏ bé này.</w:t>
      </w:r>
    </w:p>
    <w:p>
      <w:pPr>
        <w:spacing w:after="80"/>
      </w:pPr>
      <w:r>
        <w:rPr>
          <w:b w:val="0"/>
          <w:i w:val="0"/>
        </w:rPr>
        <w:t>The Golěm hít một hơi thật sâu và xem lại kế hoạch của mình lần cuối, rồi đặt tay lên bánh xoay của bình #12.</w:t>
      </w:r>
    </w:p>
    <w:p>
      <w:pPr>
        <w:spacing w:after="80"/>
      </w:pPr>
      <w:r>
        <w:rPr>
          <w:b w:val="0"/>
          <w:i/>
        </w:rPr>
        <w:t>Ta làm điều này vì ngươi, Sasha,</w:t>
      </w:r>
      <w:r>
        <w:rPr>
          <w:b w:val="0"/>
          <w:i w:val="0"/>
        </w:rPr>
        <w:t xml:space="preserve"> ông nghĩ khi bắt đầu đóng van lại.</w:t>
      </w:r>
    </w:p>
    <w:p>
      <w:pPr>
        <w:spacing w:after="80"/>
      </w:pPr>
      <w:r>
        <w:rPr>
          <w:b w:val="0"/>
          <w:i w:val="0"/>
        </w:rPr>
        <w:t>Threshold được xây dựng bằng máu của ngươi.</w:t>
      </w:r>
    </w:p>
    <w:p>
      <w:pPr>
        <w:spacing w:after="80"/>
      </w:pPr>
      <w:r>
        <w:rPr>
          <w:b w:val="0"/>
          <w:i w:val="0"/>
        </w:rPr>
        <w:t>Máu của chúng ta.</w:t>
      </w:r>
    </w:p>
    <w:p>
      <w:pPr>
        <w:spacing w:after="80"/>
      </w:pPr>
      <w:r>
        <w:rPr>
          <w:b w:val="0"/>
          <w:i w:val="0"/>
        </w:rPr>
        <w:t>Van dừng lại, đã đóng hoàn toàn.</w:t>
      </w:r>
    </w:p>
    <w:p>
      <w:pPr>
        <w:spacing w:after="80"/>
      </w:pPr>
      <w:r>
        <w:rPr>
          <w:b w:val="0"/>
          <w:i w:val="0"/>
        </w:rPr>
        <w:t>Và giờ ta đã phá hủy nó.</w:t>
      </w:r>
    </w:p>
    <w:p>
      <w:pPr>
        <w:jc w:val="center"/>
      </w:pPr>
      <w:r>
        <w:drawing>
          <wp:inline xmlns:a="http://schemas.openxmlformats.org/drawingml/2006/main" xmlns:pic="http://schemas.openxmlformats.org/drawingml/2006/picture">
            <wp:extent cx="5486400" cy="362122"/>
            <wp:docPr id="113" name="Picture 113"/>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Tại trụ sở CIA ở Langley, Giám đốc Judd ngồi một mình trong phòng liên lạc an toàn của mình. Ông đang cố gắng hình thành phản ứng thích hợp cho đoạn video kinh hoàng mà ông vừa chứng kiến. Một đội kỹ thuật đã xóa đoạn video khỏi Internet, nhưng điều đó chẳng an ủi được gì mấy; kẻ nào đã thẩm vấn Gessner hoàn toàn có thể đăng lại nó bất cứ lúc nào.</w:t>
      </w:r>
    </w:p>
    <w:p>
      <w:pPr>
        <w:spacing w:after="80"/>
      </w:pPr>
      <w:r>
        <w:rPr>
          <w:b w:val="0"/>
          <w:i w:val="0"/>
        </w:rPr>
        <w:t>Nếu đoạn video này bị rò rỉ, Judd ít nghi ngờ rằng nó sẽ lan truyền chóng mặt gần như ngay lập tức—trên toàn cầu. Nó không chỉ ghi lại cảnh tra tấn tàn bạo một nhà khoa học nổi tiếng, mà còn chứa một lời thú tội tiết lộ sự tồn tại của một dự án tình báo tối mật của Mỹ…bao gồm cả vị trí của nó…những đột phá công nghệ…và việc sử dụng các đối tượng con người không tự nguyện.</w:t>
      </w:r>
    </w:p>
    <w:p>
      <w:pPr>
        <w:spacing w:after="80"/>
      </w:pPr>
      <w:r>
        <w:rPr>
          <w:b w:val="0"/>
          <w:i w:val="0"/>
        </w:rPr>
        <w:t>Hậu quả sẽ không giống bất cứ điều gì CIA từng trải qua.</w:t>
      </w:r>
    </w:p>
    <w:p>
      <w:pPr>
        <w:pStyle w:val="Heading1"/>
      </w:pPr>
      <w:r>
        <w:rPr>
          <w:rFonts w:ascii="Calibri" w:hAnsi="Calibri"/>
          <w:b/>
          <w:i w:val="0"/>
          <w:sz w:val="40"/>
        </w:rPr>
        <w:t>Chương 110</w:t>
      </w:r>
    </w:p>
    <w:p>
      <w:pPr>
        <w:spacing w:after="80"/>
      </w:pPr>
      <w:r>
        <w:rPr>
          <w:b w:val="0"/>
          <w:i w:val="0"/>
        </w:rPr>
        <w:t>Langdon quan sát căn phòng nhỏ mà anh và Katherine vừa trốn vào.</w:t>
      </w:r>
    </w:p>
    <w:p>
      <w:pPr>
        <w:spacing w:after="80"/>
      </w:pPr>
      <w:r>
        <w:rPr>
          <w:b w:val="0"/>
          <w:i w:val="0"/>
        </w:rPr>
        <w:t>Dù nơi này là gì…thì ta vừa tự nhốt mình vào trong rồi.</w:t>
      </w:r>
    </w:p>
    <w:p>
      <w:pPr>
        <w:spacing w:after="80"/>
      </w:pPr>
      <w:r>
        <w:rPr>
          <w:b w:val="0"/>
          <w:i w:val="0"/>
        </w:rPr>
        <w:t>Không gian này có cảm giác mềm mại hẳn so với hành lang vô trùng bên ngoài; nó có thảm trải sàn, một số cây nhân tạo trông như thật, và thậm chí cả một loạt tranh trừu tượng trên tường. Phía trước họ có một ô cửa vòm, và anh nhìn nó với vẻ e dè. Bên kia, một đường hầm bê tông rộng uốn cong sang trái rồi khuất khỏi tầm nhìn. Ba điều về lối đi này khiến Langdon lập tức cảm thấy điềm gở.</w:t>
      </w:r>
    </w:p>
    <w:p>
      <w:pPr>
        <w:spacing w:after="80"/>
      </w:pPr>
      <w:r>
        <w:rPr>
          <w:b w:val="0"/>
          <w:i w:val="0"/>
        </w:rPr>
        <w:t xml:space="preserve">Đầu tiên, đèn trong đường hầm đã bật sẵn—ánh xanh nhạt hắt lên những bức tường xám—ám chỉ rằng có thể đã có ai đó ở bên trong. Thứ hai, sàn đường hầm dốc xuống, và Langdon ngần ngại không muốn liều mình đi </w:t>
      </w:r>
      <w:r>
        <w:rPr>
          <w:b w:val="0"/>
          <w:i/>
        </w:rPr>
        <w:t>sâu hơn</w:t>
      </w:r>
      <w:r>
        <w:rPr>
          <w:b w:val="0"/>
          <w:i w:val="0"/>
        </w:rPr>
        <w:t xml:space="preserve"> vào lòng đất. Và cuối cùng, có vẻ rõ ràng từ những tấm thẻ RFID bắt buộc phải có để vào </w:t>
      </w:r>
      <w:r>
        <w:rPr>
          <w:b w:val="0"/>
          <w:i/>
        </w:rPr>
        <w:t>và</w:t>
      </w:r>
      <w:r>
        <w:rPr>
          <w:b w:val="0"/>
          <w:i w:val="0"/>
        </w:rPr>
        <w:t xml:space="preserve"> ra khỏi khu vực này rằng đường hầm nhiều khả năng dẫn tới khu vực an ninh nhất của Threshold—chứ không phải tới một lối ra.</w:t>
      </w:r>
    </w:p>
    <w:p>
      <w:pPr>
        <w:spacing w:after="80"/>
      </w:pPr>
      <w:r>
        <w:rPr>
          <w:b w:val="0"/>
          <w:i w:val="0"/>
        </w:rPr>
        <w:t>Trong một thoáng chốc, Langdon tự hỏi liệu nước đi an toàn nhất có phải là đầu hàng, nhưng ông ngày càng nghi ngờ rằng người đàn ông lớn tuổi ăn mặc chỉnh tề đang đuổi theo họ có thể chính là ông Finch—một người mà theo lời vị đại sứ, không bao giờ chịu bắt giữ tù binh và sẽ không từ thủ đoạn nào để bảo vệ Threshold.</w:t>
      </w:r>
    </w:p>
    <w:p>
      <w:pPr>
        <w:spacing w:after="80"/>
      </w:pPr>
      <w:r>
        <w:rPr>
          <w:b w:val="0"/>
          <w:i w:val="0"/>
        </w:rPr>
        <w:t>Chúng ta cần một chỗ để trốn…ngay bây giờ.</w:t>
      </w:r>
    </w:p>
    <w:p>
      <w:pPr>
        <w:spacing w:after="80"/>
      </w:pPr>
      <w:r>
        <w:rPr>
          <w:b w:val="0"/>
          <w:i w:val="0"/>
        </w:rPr>
        <w:t>Langdon đuổi kịp Katherine khi cô đã đi được một đoạn xuống đường hầm, và họ đi theo nó tới một cổng vòm khác. Lối vào này được đóng khung bằng đá đen thanh nhã, với một cánh cửa lớn mở ra bằng kính mờ. Bề mặt trong mờ ấy được khắc một hình ảnh quen thuộc:</w:t>
      </w:r>
    </w:p>
    <w:p>
      <w:pPr>
        <w:jc w:val="center"/>
      </w:pPr>
      <w:r>
        <w:drawing>
          <wp:inline xmlns:a="http://schemas.openxmlformats.org/drawingml/2006/main" xmlns:pic="http://schemas.openxmlformats.org/drawingml/2006/picture">
            <wp:extent cx="5486400" cy="442912"/>
            <wp:docPr id="114" name="Picture 114"/>
            <wp:cNvGraphicFramePr>
              <a:graphicFrameLocks noChangeAspect="1"/>
            </wp:cNvGraphicFramePr>
            <a:graphic>
              <a:graphicData uri="http://schemas.openxmlformats.org/drawingml/2006/picture">
                <pic:pic>
                  <pic:nvPicPr>
                    <pic:cNvPr id="0" name="image_rsrc8YA.jpg"/>
                    <pic:cNvPicPr/>
                  </pic:nvPicPr>
                  <pic:blipFill>
                    <a:blip r:embed="rId35"/>
                    <a:stretch>
                      <a:fillRect/>
                    </a:stretch>
                  </pic:blipFill>
                  <pic:spPr>
                    <a:xfrm>
                      <a:off x="0" y="0"/>
                      <a:ext cx="5486400" cy="442912"/>
                    </a:xfrm>
                    <a:prstGeom prst="rect"/>
                  </pic:spPr>
                </pic:pic>
              </a:graphicData>
            </a:graphic>
          </wp:inline>
        </w:drawing>
      </w:r>
    </w:p>
    <w:p>
      <w:pPr>
        <w:spacing w:after="80"/>
      </w:pPr>
      <w:r>
        <w:rPr>
          <w:b w:val="0"/>
          <w:i w:val="0"/>
        </w:rPr>
        <w:t>Langdon và Katherine trao nhau một ánh nhìn im lặng. Có vẻ như mọi thứ họ đã thấy cho tới giờ—những bác sĩ phẫu thuật robot, các phòng thí nghiệm VR, những nơ-ron nhân tạo và những con chip máy tính—chỉ là phần mở đầu cho bất cứ thứ gì nằm sau cánh cửa này.</w:t>
      </w:r>
    </w:p>
    <w:p>
      <w:pPr>
        <w:spacing w:after="80"/>
      </w:pPr>
      <w:r>
        <w:rPr>
          <w:b w:val="0"/>
          <w:i w:val="0"/>
        </w:rPr>
        <w:t>Với một luồng adrenaline dâng trào, Langdon tiến tới cánh cửa và đẩy nó mở vừa đủ để nhìn vào trong. Trước sự ngạc nhiên của ông, ông cảm thấy ánh mắt mình lập tức chuyển hướng về phía mà ông không hề ngờ tới ở nơi sâu dưới lòng đất này.</w:t>
      </w:r>
    </w:p>
    <w:p>
      <w:pPr>
        <w:spacing w:after="80"/>
      </w:pPr>
      <w:r>
        <w:rPr>
          <w:b w:val="0"/>
          <w:i w:val="0"/>
        </w:rPr>
        <w:t>Lên trên.</w:t>
      </w:r>
    </w:p>
    <w:p>
      <w:pPr>
        <w:spacing w:after="80"/>
      </w:pPr>
      <w:r>
        <w:rPr>
          <w:b w:val="0"/>
          <w:i w:val="0"/>
        </w:rPr>
        <w:t xml:space="preserve">Langdon thấy mình đang nhìn lên trời vào một trần nhà hình vòm cao vút—một tán trần lõm được chiếu sáng nhẹ nhàng từ bên dưới. Vòm trần tròn trịa khiến ông nhớ tới một cung thiên văn, và thế nhưng Langdon biết nó từng là gì. </w:t>
      </w:r>
      <w:r>
        <w:rPr>
          <w:b w:val="0"/>
          <w:i/>
        </w:rPr>
        <w:t>Mái vòm là hình thức kiến trúc vững chắc nhất.</w:t>
      </w:r>
      <w:r>
        <w:rPr>
          <w:b w:val="0"/>
          <w:i w:val="0"/>
        </w:rPr>
        <w:t xml:space="preserve"> Đây là "hầm trú ẩn chống bom" của Boong-ke Folimanka—căn phòng an toàn nơi mọi người tụ tập trong một cuộc tấn công—không gian sâu nhất, an toàn nhất của nó.</w:t>
      </w:r>
    </w:p>
    <w:p>
      <w:pPr>
        <w:spacing w:after="80"/>
      </w:pPr>
      <w:r>
        <w:rPr>
          <w:b w:val="0"/>
          <w:i w:val="0"/>
        </w:rPr>
        <w:t xml:space="preserve">Langdon từng một lần nhìn thấy một mái vòm ngầm bí mật khác—cũng thuộc sở hữu của chính phủ Hoa Kỳ—được giấu dưới sân gôn của Khu nghỉ dưỡng Greenbrier ở Tây Virginia. Trong hơn ba thập kỷ, Boong-ke Greenbrier, hầm trú ẩn hạt nhân riêng của Quốc hội Hoa Kỳ, đã là một trong những bí mật được giữ kín nhất của nước Mỹ cho tới khi tờ </w:t>
      </w:r>
      <w:r>
        <w:rPr>
          <w:b w:val="0"/>
          <w:i/>
        </w:rPr>
        <w:t>Washington Post</w:t>
      </w:r>
      <w:r>
        <w:rPr>
          <w:b w:val="0"/>
          <w:i w:val="0"/>
        </w:rPr>
        <w:t xml:space="preserve"> đăng một bài phóng sự vạch trần vào năm 1992.</w:t>
      </w:r>
    </w:p>
    <w:p>
      <w:pPr>
        <w:spacing w:after="80"/>
      </w:pPr>
      <w:r>
        <w:rPr>
          <w:b w:val="0"/>
          <w:i w:val="0"/>
        </w:rPr>
        <w:t xml:space="preserve">Langdon hạ ánh mắt xuống và nhìn quanh căn phòng. </w:t>
      </w:r>
      <w:r>
        <w:rPr>
          <w:b w:val="0"/>
          <w:i/>
        </w:rPr>
        <w:t>Đây chắc chắn không phải một cung thiên văn.</w:t>
      </w:r>
      <w:r>
        <w:rPr>
          <w:b w:val="0"/>
          <w:i w:val="0"/>
        </w:rPr>
        <w:t xml:space="preserve"> Căn phòng rộng lớn và tròn trịa hoàn hảo, và nó trông không giống bất cứ thứ gì Langdon từng thấy trong suốt cuộc đời mình.</w:t>
      </w:r>
    </w:p>
    <w:p>
      <w:pPr>
        <w:jc w:val="center"/>
      </w:pPr>
      <w:r>
        <w:drawing>
          <wp:inline xmlns:a="http://schemas.openxmlformats.org/drawingml/2006/main" xmlns:pic="http://schemas.openxmlformats.org/drawingml/2006/picture">
            <wp:extent cx="5486400" cy="362122"/>
            <wp:docPr id="115" name="Picture 115"/>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Đây là nơi nào?</w:t>
      </w:r>
    </w:p>
    <w:p>
      <w:pPr>
        <w:spacing w:after="80"/>
      </w:pPr>
      <w:r>
        <w:rPr>
          <w:b w:val="0"/>
          <w:i w:val="0"/>
        </w:rPr>
        <w:t>Bối rối, Katherine bước vào căn phòng hình vòm cùng với Langdon. Thoạt nhìn, nó giống như một mô tả về đài chỉ huy của một con tàu vũ trụ tương lai.</w:t>
      </w:r>
    </w:p>
    <w:p>
      <w:pPr>
        <w:spacing w:after="80"/>
      </w:pPr>
      <w:r>
        <w:rPr>
          <w:b w:val="0"/>
          <w:i w:val="0"/>
        </w:rPr>
        <w:t>Trung tâm căn phòng được chi phối bởi một bệ tròn nâng cao, trên đó có ít nhất hai mươi trạm làm việc bóng bẩy xếp thành một vòng, tất cả đều hướng ra ngoài. Mỗi trạm chỉ huy gồm một buồng lái công phu—tương tự như một thiết bị mô phỏng bay.</w:t>
      </w:r>
    </w:p>
    <w:p>
      <w:pPr>
        <w:spacing w:after="80"/>
      </w:pPr>
      <w:r>
        <w:rPr>
          <w:b w:val="0"/>
          <w:i w:val="0"/>
        </w:rPr>
        <w:t>Khi Katherine hạ ánh mắt xuống sàn chính, cô thấy mình không thể hiểu nổi những gì đang nhìn thấy ở đó. Được sắp xếp chính xác trên sàn trải thảm sang trọng bao quanh đài chỉ huy, một dãy các khoang kim loại bóng bẩy, thấp lè tè tỏa ra ngoài như những nan hoa của một bánh xe. Mỗi khoang lấp lánh trông giống như một tác phẩm nghệ thuật hiện đại—một lớp vỏ kim loại đen bóng tối giản, dài ba mét và thẳng hàng với trạm chỉ huy riêng của nó ở trên đài.</w:t>
      </w:r>
    </w:p>
    <w:p>
      <w:pPr>
        <w:spacing w:after="80"/>
      </w:pPr>
      <w:r>
        <w:rPr>
          <w:b w:val="0"/>
          <w:i w:val="0"/>
        </w:rPr>
        <w:t>Bối rối, cô tiến về phía khoang gần nhất, giờ mới thấy rằng phần trên của mỗi khoang thực ra là một tấm kính nhuộm màu lồi, được gọt giũa hoàn hảo đến mức không có đường nối. Cô nhìn xuống qua lớp kính nhưng chỉ thấy bóng tối bên trong.</w:t>
      </w:r>
    </w:p>
    <w:p>
      <w:pPr>
        <w:spacing w:after="80"/>
      </w:pPr>
      <w:r>
        <w:rPr>
          <w:b w:val="0"/>
          <w:i w:val="0"/>
        </w:rPr>
        <w:t>"Những thứ này là gì vậy?" Katherine thì thầm khi Langdon bước tới bên cạnh cô.</w:t>
      </w:r>
    </w:p>
    <w:p>
      <w:pPr>
        <w:spacing w:after="80"/>
      </w:pPr>
      <w:r>
        <w:rPr>
          <w:b w:val="0"/>
          <w:i w:val="0"/>
        </w:rPr>
        <w:t>Anh ta quan sát cái khoang một lúc rồi cúi xuống chạm vào một nút bấm được giấu kín đáo ở bên hông. Một tiếng xì khí vang lên, như thể đang xả chân không, và nắp kính của khoang bật lên như cánh cửa kiểu cánh hải âu. Ánh sáng dịu nhẹ chiếu rọi bên trong, để lộ một khoang lót đệm trông giống như một buồng ngủ của tương lai.</w:t>
      </w:r>
    </w:p>
    <w:p>
      <w:pPr>
        <w:spacing w:after="80"/>
      </w:pPr>
      <w:r>
        <w:rPr>
          <w:b w:val="0"/>
          <w:i w:val="0"/>
        </w:rPr>
        <w:t>Hoặc là một cỗ quan tài.</w:t>
      </w:r>
    </w:p>
    <w:p>
      <w:pPr>
        <w:spacing w:after="80"/>
      </w:pPr>
      <w:r>
        <w:rPr>
          <w:b w:val="0"/>
          <w:i w:val="0"/>
        </w:rPr>
        <w:t>"Trông giống như một phiên bản tiên tiến hơn," Langdon nói, "của cái khoang mà chúng ta đã thấy trong phòng thí nghiệm của Gessner."</w:t>
      </w:r>
    </w:p>
    <w:p>
      <w:pPr>
        <w:spacing w:after="80"/>
      </w:pPr>
      <w:r>
        <w:rPr>
          <w:b w:val="0"/>
          <w:i w:val="0"/>
        </w:rPr>
        <w:t>Katherine gật đầu, nhìn vào bên trong những sợi dây đai Velcro và đầu nối IV. Cỗ máy này rõ ràng là con đẻ của nguyên mẫu thô sơ mà họ đã thấy thi thể Gessner nằm trong đó…cỗ máy đình chỉ sự sống có khả năng giữ một bệnh nhân bị thương nặng ở ngưỡng cửa tử thần trong nhiều giờ liền.</w:t>
      </w:r>
    </w:p>
    <w:p>
      <w:pPr>
        <w:spacing w:after="80"/>
      </w:pPr>
      <w:r>
        <w:rPr>
          <w:b w:val="0"/>
          <w:i w:val="0"/>
        </w:rPr>
        <w:t>Ngoài việc lớn hơn và bóng bẩy hơn so với tổ tiên của nó, phiên bản này còn có một giá đỡ đầu chuyên dụng với lớp đệm da sang trọng và một khe hở cỡ bằng hộp sọ. Khe hở này trông rất giống "khoang cảm biến" của máy ghi điện não từ trường (magnetoencephalograph)—khu vực được trang bị các cảm biến từ trường để phát hiện hoạt động thần kinh—mặc dù Katherine cho rằng nếu có liên quan đến chip não, thì khe hở đó có lẽ chứa một loại công nghệ trường gần hoặc băng siêu rộng thường được dùng để giao tiếp với các thiết bị cấy ghép não.</w:t>
      </w:r>
    </w:p>
    <w:p>
      <w:pPr>
        <w:spacing w:after="80"/>
      </w:pPr>
      <w:r>
        <w:rPr>
          <w:b w:val="0"/>
          <w:i/>
        </w:rPr>
        <w:t>Giao tiếp không dây xuyên thẳng qua hộp sọ,</w:t>
      </w:r>
      <w:r>
        <w:rPr>
          <w:b w:val="0"/>
          <w:i w:val="0"/>
        </w:rPr>
        <w:t xml:space="preserve"> cô nghĩ, cảm thấy ớn lạnh. </w:t>
      </w:r>
      <w:r>
        <w:rPr>
          <w:b w:val="0"/>
          <w:i/>
        </w:rPr>
        <w:t>Nếu một đối tượng được cấy một con chip não H2M tích hợp hoàn chỉnh…và con chip đó có khả năng theo dõi theo thời gian thực…</w:t>
      </w:r>
    </w:p>
    <w:p>
      <w:pPr>
        <w:spacing w:after="80"/>
      </w:pPr>
      <w:r>
        <w:rPr>
          <w:b w:val="0"/>
          <w:i w:val="0"/>
        </w:rPr>
        <w:t>Katherine cảm thấy chóng mặt khi cô bắt đầu nhận ra chính xác căn phòng này được thiết kế để làm gì. Thật khó tin, cô và Robert đã thảo luận về chủ đề này suốt cả buổi chiều…những trạng thái ý thức bị biến đổi, những trải nghiệm xuất hồn, những chuyến đi bằng thuốc gây ảo giác, những khoái cảm sau cơn động kinh. Một mớ khái niệm ùa vào tâm trí cô: những bộ lọc não, sự kết nối vũ trụ, khả năng chưa được khai thác của loài người trong việc thoáng nhìn thấy một phổ thực tại rộng lớn hơn nhiều.</w:t>
      </w:r>
    </w:p>
    <w:p>
      <w:pPr>
        <w:spacing w:after="80"/>
      </w:pPr>
      <w:r>
        <w:rPr>
          <w:b w:val="0"/>
          <w:i w:val="0"/>
        </w:rPr>
        <w:t>Những cỗ quan tài sáng loáng này, giờ cô mới nhận ra, chính là mảnh ghép cuối cùng của một dự án nghiên cứu mà, chưa đầy một giờ trước, cô sẽ tuyên bố là hoàn toàn bất khả thi.</w:t>
      </w:r>
    </w:p>
    <w:p>
      <w:pPr>
        <w:spacing w:after="80"/>
      </w:pPr>
      <w:r>
        <w:rPr>
          <w:b w:val="0"/>
          <w:i w:val="0"/>
        </w:rPr>
        <w:t>Điều này có thật sự đang diễn ra không?</w:t>
      </w:r>
    </w:p>
    <w:p>
      <w:pPr>
        <w:spacing w:after="80"/>
      </w:pPr>
      <w:r>
        <w:rPr>
          <w:b w:val="0"/>
          <w:i w:val="0"/>
        </w:rPr>
        <w:t>Bên cạnh cô, Langdon rời mắt khỏi cái khoang và nhìn bao quát toàn bộ mái vòm. "Nhưng tôi không hiểu…điều gì xảy ra trong căn phòng này?"</w:t>
      </w:r>
    </w:p>
    <w:p>
      <w:pPr>
        <w:spacing w:after="80"/>
      </w:pPr>
      <w:r>
        <w:rPr>
          <w:b w:val="0"/>
          <w:i w:val="0"/>
        </w:rPr>
        <w:t xml:space="preserve">Câu trả lời cho câu hỏi của anh, Katherine biết, đơn giản mà cũng xoắn não không kém. </w:t>
      </w:r>
      <w:r>
        <w:rPr>
          <w:b w:val="0"/>
          <w:i/>
        </w:rPr>
        <w:t>Nơi này được thiết kế để hé lộ bí mật bí ẩn nhất của sự sống…trạng thái biến đổi tối thượng của tâm trí…trải nghiệm khó nắm bắt nhất của con người.</w:t>
      </w:r>
    </w:p>
    <w:p>
      <w:pPr>
        <w:spacing w:after="80"/>
      </w:pPr>
      <w:r>
        <w:rPr>
          <w:b w:val="0"/>
          <w:i w:val="0"/>
        </w:rPr>
        <w:t>Khi sức nặng của khoảnh khắc ập xuống cô, Katherine đưa tay ra và lặng lẽ nắm lấy tay anh.</w:t>
      </w:r>
    </w:p>
    <w:p>
      <w:pPr>
        <w:spacing w:after="80"/>
      </w:pPr>
      <w:r>
        <w:rPr>
          <w:b w:val="0"/>
          <w:i w:val="0"/>
        </w:rPr>
        <w:t>"Robert," cô thì thầm. "Họ đã xây một phòng thí nghiệm cái chết."</w:t>
      </w:r>
    </w:p>
    <w:p>
      <w:pPr>
        <w:pStyle w:val="Heading1"/>
      </w:pPr>
      <w:r>
        <w:rPr>
          <w:rFonts w:ascii="Calibri" w:hAnsi="Calibri"/>
          <w:b/>
          <w:i w:val="0"/>
          <w:sz w:val="40"/>
        </w:rPr>
        <w:t>Chương 111</w:t>
      </w:r>
    </w:p>
    <w:p>
      <w:pPr>
        <w:spacing w:after="80"/>
      </w:pPr>
      <w:r>
        <w:rPr>
          <w:b w:val="0"/>
          <w:i w:val="0"/>
        </w:rPr>
        <w:t xml:space="preserve">Một </w:t>
      </w:r>
      <w:r>
        <w:rPr>
          <w:b w:val="0"/>
          <w:i/>
        </w:rPr>
        <w:t>phòng thí nghiệm cái chết.</w:t>
      </w:r>
    </w:p>
    <w:p>
      <w:pPr>
        <w:spacing w:after="80"/>
      </w:pPr>
      <w:r>
        <w:rPr>
          <w:b w:val="0"/>
          <w:i w:val="0"/>
        </w:rPr>
        <w:t xml:space="preserve">Khi Langdon bắt đầu nắm bắt được hàm ý từ tiết lộ gây sửng sốt của Katherine, anh cảm thấy một loạt câu hỏi mới ùa đến. </w:t>
      </w:r>
      <w:r>
        <w:rPr>
          <w:b w:val="0"/>
          <w:i/>
        </w:rPr>
        <w:t>Tại sao CIA lại nghiên cứu cái chết? Họ hy vọng tìm ra điều gì?</w:t>
      </w:r>
    </w:p>
    <w:p>
      <w:pPr>
        <w:spacing w:after="80"/>
      </w:pPr>
      <w:r>
        <w:rPr>
          <w:b w:val="0"/>
          <w:i w:val="0"/>
        </w:rPr>
        <w:t xml:space="preserve">Langdon thấy việc tìm hiểu về cái chết hấp dẫn trí tuệ đến đâu, thì ông cũng sợ rằng căn phòng này phục vụ một mục đích đen tối hơn nhiều so với việc chỉ đơn thuần nghiên cứu ý thức hay cái chết của con người. Nỗi kinh hoàng khi đẩy ai đó vào "trạng thái chết" vì bất kỳ lý do gì ngoài việc duy trì sự sống quả thật là điều không thể chấp nhận được. </w:t>
      </w:r>
      <w:r>
        <w:rPr>
          <w:b w:val="0"/>
          <w:i/>
        </w:rPr>
        <w:t>Ngay cả khi bệnh nhân bị đánh thuốc mê hoặc không thể nhớ lại trải nghiệm đó…</w:t>
      </w:r>
    </w:p>
    <w:p>
      <w:pPr>
        <w:spacing w:after="80"/>
      </w:pPr>
      <w:r>
        <w:rPr>
          <w:b w:val="0"/>
          <w:i w:val="0"/>
        </w:rPr>
        <w:t xml:space="preserve">"Tôi cần biết </w:t>
      </w:r>
      <w:r>
        <w:rPr>
          <w:b w:val="0"/>
          <w:i/>
        </w:rPr>
        <w:t>mọi thứ</w:t>
      </w:r>
      <w:r>
        <w:rPr>
          <w:b w:val="0"/>
          <w:i w:val="0"/>
        </w:rPr>
        <w:t xml:space="preserve"> về nghiên cứu này," Katherine nói, tiến sâu hơn vào dãy các khoang.</w:t>
      </w:r>
    </w:p>
    <w:p>
      <w:pPr>
        <w:spacing w:after="80"/>
      </w:pPr>
      <w:r>
        <w:rPr>
          <w:b w:val="0"/>
          <w:i w:val="0"/>
        </w:rPr>
        <w:t>"Chúng ta phải tiếp tục di chuyển," Langdon thúc giục, liếc một cách lo lắng về phía lối vào.</w:t>
      </w:r>
    </w:p>
    <w:p>
      <w:pPr>
        <w:spacing w:after="80"/>
      </w:pPr>
      <w:r>
        <w:rPr>
          <w:b w:val="0"/>
          <w:i w:val="0"/>
        </w:rPr>
        <w:t xml:space="preserve">Ông nhanh chóng đến bên cạnh cô và ra hiệu về phía xa của mái vòm, nơi có tấm biển ghi Hệ thống / Tiện ích. Ông nghi ngờ một phòng tiện ích sẽ có lối thoát, nhưng ít nhất nó có thể cho một chỗ ẩn nấp tốt hơn, và Langdon không thấy lựa chọn nào tốt hơn. </w:t>
      </w:r>
      <w:r>
        <w:rPr>
          <w:b w:val="0"/>
          <w:i/>
        </w:rPr>
        <w:t>Không có lối thoát.</w:t>
      </w:r>
    </w:p>
    <w:p>
      <w:pPr>
        <w:spacing w:after="80"/>
      </w:pPr>
      <w:r>
        <w:rPr>
          <w:b w:val="0"/>
          <w:i w:val="0"/>
        </w:rPr>
        <w:t>Họ vội vã băng qua mê cung các khoang, và khi đi được nửa đường qua mái vòm, Langdon có thể thấy rằng khu vực tiện ích không được tiếp cận qua một cánh cửa… mà là qua một lỗ mở hình chữ nhật lớn trên sàn.</w:t>
      </w:r>
    </w:p>
    <w:p>
      <w:pPr>
        <w:spacing w:after="80"/>
      </w:pPr>
      <w:r>
        <w:rPr>
          <w:b w:val="0"/>
          <w:i w:val="0"/>
        </w:rPr>
        <w:t>Sâu hơn nữa dưới lòng đất?</w:t>
      </w:r>
    </w:p>
    <w:p>
      <w:pPr>
        <w:spacing w:after="80"/>
      </w:pPr>
      <w:r>
        <w:rPr>
          <w:b w:val="0"/>
          <w:i w:val="0"/>
        </w:rPr>
        <w:t>Dù lỗ mở đó có cầu thang, thang dây, hay một loại thang máy nào đó, thì ý tưởng đi xuống sâu hơn nữa vào lòng đất là điều Langdon không hề thích thú.</w:t>
      </w:r>
    </w:p>
    <w:p>
      <w:pPr>
        <w:spacing w:after="80"/>
      </w:pPr>
      <w:r>
        <w:rPr>
          <w:b w:val="0"/>
          <w:i w:val="0"/>
        </w:rPr>
        <w:t>Hóa ra, việc đi xuống vốn dĩ cũng không phải là một lựa chọn.</w:t>
      </w:r>
    </w:p>
    <w:p>
      <w:pPr>
        <w:spacing w:after="80"/>
      </w:pPr>
      <w:r>
        <w:rPr>
          <w:b w:val="0"/>
          <w:i w:val="0"/>
        </w:rPr>
        <w:t>Một tiếng súng chói tai vang lên phía sau họ. Tiếng gầm của khẩu vũ khí dội lại trên mái vòm phía trên. Langdon và Katherine cùng quay phắt lại, đứng sững tại chỗ, khi người đàn ông tóc bạc mặc bộ vest tối màu tiến đến, khẩu súng chĩa thẳng vào cả hai.</w:t>
      </w:r>
    </w:p>
    <w:p>
      <w:pPr>
        <w:spacing w:after="80"/>
      </w:pPr>
      <w:r>
        <w:rPr>
          <w:b w:val="0"/>
          <w:i w:val="0"/>
        </w:rPr>
        <w:t>"Tiến sĩ Solomon và Giáo sư Langdon, tôi đoán vậy?" ông ta nói một cách bình thản. Giọng ông ta quen thuộc—đúng là giọng miền Nam kéo dài mà Langdon đã nghe qua loa ngoài khi nói chuyện với ngài đại sứ.</w:t>
      </w:r>
    </w:p>
    <w:p>
      <w:pPr>
        <w:spacing w:after="80"/>
      </w:pPr>
      <w:r>
        <w:rPr>
          <w:b w:val="0"/>
          <w:i w:val="0"/>
        </w:rPr>
        <w:t>Finch.</w:t>
      </w:r>
    </w:p>
    <w:p>
      <w:pPr>
        <w:spacing w:after="80"/>
      </w:pPr>
      <w:r>
        <w:rPr>
          <w:b w:val="0"/>
          <w:i w:val="0"/>
        </w:rPr>
        <w:t>"Các người đang chơi một trò chơi nguy hiểm," ông ta nói, tiến lại gần. "Và tôi e rằng nó sẽ không kết thúc tốt đẹp cho các người đâu."</w:t>
      </w:r>
    </w:p>
    <w:p>
      <w:pPr>
        <w:jc w:val="center"/>
      </w:pPr>
      <w:r>
        <w:drawing>
          <wp:inline xmlns:a="http://schemas.openxmlformats.org/drawingml/2006/main" xmlns:pic="http://schemas.openxmlformats.org/drawingml/2006/picture">
            <wp:extent cx="5486400" cy="362122"/>
            <wp:docPr id="116" name="Picture 116"/>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 xml:space="preserve">Finch biết không gì gây chú ý bằng tiếng súng nổ trong một không gian kín. Trong phim, nó khiến người ta bỏ chạy, nhưng ngoài đời thực, nó có tác dụng làm tê liệt. Ông ta thích thú khi thấy Langdon và Solomon đứng chôn chân tại chỗ, giơ tay lên, lộ lòng bàn tay—dấu hiệu đầu hàng phổ quát. Mục tiêu của ông ta giờ đã ở trong </w:t>
      </w:r>
      <w:r>
        <w:rPr>
          <w:b w:val="0"/>
          <w:i/>
        </w:rPr>
        <w:t>chế độ phản ứng</w:t>
      </w:r>
      <w:r>
        <w:rPr>
          <w:b w:val="0"/>
          <w:i w:val="0"/>
        </w:rPr>
        <w:t>, và Finch nắm giữ mọi quân bài.</w:t>
      </w:r>
    </w:p>
    <w:p>
      <w:pPr>
        <w:spacing w:after="80"/>
      </w:pPr>
      <w:r>
        <w:rPr>
          <w:b w:val="0"/>
          <w:i w:val="0"/>
        </w:rPr>
        <w:t>"Đặt túi của cô xuống, Tiến sĩ Solomon," ông ta ra lệnh, phòng trường hợp cô có vũ khí trong đó.</w:t>
      </w:r>
    </w:p>
    <w:p>
      <w:pPr>
        <w:spacing w:after="80"/>
      </w:pPr>
      <w:r>
        <w:rPr>
          <w:b w:val="0"/>
          <w:i w:val="0"/>
        </w:rPr>
        <w:t>Solomon tuân lệnh, đặt chiếc túi đeo vai xuống sàn. Khi cô làm vậy, Finch thấy trong túi có một cuốn bìa cứng màu đen dày… chắc chắn là một trong những tài liệu mật mà họ đã thu thập được trên đường đi.</w:t>
      </w:r>
    </w:p>
    <w:p>
      <w:pPr>
        <w:spacing w:after="80"/>
      </w:pPr>
      <w:r>
        <w:rPr>
          <w:b w:val="0"/>
          <w:i w:val="0"/>
        </w:rPr>
        <w:t>Cô đang làm mọi thứ dễ dàng cho tôi.</w:t>
      </w:r>
    </w:p>
    <w:p>
      <w:pPr>
        <w:spacing w:after="80"/>
      </w:pPr>
      <w:r>
        <w:rPr>
          <w:b w:val="0"/>
          <w:i w:val="0"/>
        </w:rPr>
        <w:t xml:space="preserve">Theo mọi nguồn tin, hai kẻ xâm nhập này vừa mới đột nhập vào một dự án tuyệt mật của chính phủ và đánh cắp tài liệu tối mật. Nếu Finch bắn chết họ, sẽ chẳng có cuộc điều tra nào cả, nhất là khi họ đã lọt được đến tận đây trong cơ sở bị hạn chế này. Trớ trêu thay, </w:t>
      </w:r>
      <w:r>
        <w:rPr>
          <w:b w:val="0"/>
          <w:i/>
        </w:rPr>
        <w:t>cái chết</w:t>
      </w:r>
      <w:r>
        <w:rPr>
          <w:b w:val="0"/>
          <w:i w:val="0"/>
        </w:rPr>
        <w:t xml:space="preserve"> lại chính là thứ mà căn phòng này được thiết kế để dành cho.</w:t>
      </w:r>
    </w:p>
    <w:p>
      <w:pPr>
        <w:spacing w:after="80"/>
      </w:pPr>
      <w:r>
        <w:rPr>
          <w:b w:val="0"/>
          <w:i w:val="0"/>
        </w:rPr>
        <w:t xml:space="preserve">Tuy vậy, Finch vẫn cần thẩm vấn họ trước đã…và tìm ra còn ai khác dính líu đến chuyện này, và bằng cách nào. Đại sứ Nagel rõ ràng có tội, không chỉ qua mặt Finch mà còn đe dọa cả cơ quan. </w:t>
      </w:r>
      <w:r>
        <w:rPr>
          <w:b w:val="0"/>
          <w:i/>
        </w:rPr>
        <w:t>Ý tưởng cực kỳ tồi tệ.</w:t>
      </w:r>
      <w:r>
        <w:rPr>
          <w:b w:val="0"/>
          <w:i w:val="0"/>
        </w:rPr>
        <w:t xml:space="preserve"> Giám đốc Judd chắc chắn đã bắt giữ vị đại sứ này rồi và sẽ xử lý bà ta cho đúng cách.</w:t>
      </w:r>
    </w:p>
    <w:p>
      <w:pPr>
        <w:spacing w:after="80"/>
      </w:pPr>
      <w:r>
        <w:rPr>
          <w:b w:val="0"/>
          <w:i/>
        </w:rPr>
        <w:t>Ẩn số chính là Sasha Vesna,</w:t>
      </w:r>
      <w:r>
        <w:rPr>
          <w:b w:val="0"/>
          <w:i w:val="0"/>
        </w:rPr>
        <w:t xml:space="preserve"> ông nghĩ, nhớ lại cây gậy chống động kinh mà mình đã tìm thấy ở trên lầu. Ông vẫn đang chật vật chấp nhận việc Sasha đã giết hai người. </w:t>
      </w:r>
      <w:r>
        <w:rPr>
          <w:b w:val="0"/>
          <w:i/>
        </w:rPr>
        <w:t>Để hỏi sau vậy,</w:t>
      </w:r>
      <w:r>
        <w:rPr>
          <w:b w:val="0"/>
          <w:i w:val="0"/>
        </w:rPr>
        <w:t xml:space="preserve"> ông tự nhủ. </w:t>
      </w:r>
      <w:r>
        <w:rPr>
          <w:b w:val="0"/>
          <w:i/>
        </w:rPr>
        <w:t>Giờ phải xử lý chuyện trước mắt…hai tù nhân của mình.</w:t>
      </w:r>
    </w:p>
    <w:p>
      <w:pPr>
        <w:spacing w:after="80"/>
      </w:pPr>
      <w:r>
        <w:rPr>
          <w:b w:val="0"/>
          <w:i w:val="0"/>
        </w:rPr>
        <w:t>Về mặt chiến lược, việc Finch dẫn Langdon và Solomon ra khỏi tòa nhà với súng chĩa vào người chẳng có lý chút nào. Dù là một người bảy mươi tuổi cực kỳ khỏe mạnh, thân hình nhỏ bé của Finch sẽ chẳng thể nào địch lại Langdon cao mét tám nếu có gì bất trắc, và quãng đường trở về pháo đài có quá nhiều cơ hội cho một cuộc tấn công bất ngờ. Điểm tiếp cận thứ hai của Threshold thì gần hơn, nhưng hiện đang được dùng để thi công, và có lính Mỹ canh gác. Finch bước ra với hai người Mỹ bị súng chĩa vào sẽ dấy lên quá nhiều câu hỏi.</w:t>
      </w:r>
    </w:p>
    <w:p>
      <w:pPr>
        <w:spacing w:after="80"/>
      </w:pPr>
      <w:r>
        <w:rPr>
          <w:b w:val="0"/>
          <w:i/>
        </w:rPr>
        <w:t>Vậy thì ta chờ thôi,</w:t>
      </w:r>
      <w:r>
        <w:rPr>
          <w:b w:val="0"/>
          <w:i w:val="0"/>
        </w:rPr>
        <w:t xml:space="preserve"> ông quyết định, sau khi đã lập tức gọi tiếp viện ngay khi tìm thấy thi thể của Housemore. </w:t>
      </w:r>
      <w:r>
        <w:rPr>
          <w:b w:val="0"/>
          <w:i/>
        </w:rPr>
        <w:t>Viện trợ đang trên đường tới.</w:t>
      </w:r>
    </w:p>
    <w:p>
      <w:pPr>
        <w:spacing w:after="80"/>
      </w:pPr>
      <w:r>
        <w:rPr>
          <w:b w:val="0"/>
          <w:i w:val="0"/>
        </w:rPr>
        <w:t xml:space="preserve">Cuộc thẩm vấn sẽ diễn ra tại Threshold, Finch đã tự hào quyết định như vậy. Cơ sở của ông mang lại sự bí mật tuyệt vời và </w:t>
      </w:r>
      <w:r>
        <w:rPr>
          <w:b w:val="0"/>
          <w:i/>
        </w:rPr>
        <w:t>hiệu quả.</w:t>
      </w:r>
      <w:r>
        <w:rPr>
          <w:b w:val="0"/>
          <w:i w:val="0"/>
        </w:rPr>
        <w:t xml:space="preserve"> Các khoang EPR có thể được dùng để thuyết phục cực kỳ hiệu quả, và nhà thuốc của Threshold đầy ắp các công cụ hỗ trợ thẩm vấn, kể cả thuốc gây suy giảm trí nhớ nếu cần thiết để đảm bảo rằng "chuyện này chưa từng xảy ra."</w:t>
      </w:r>
    </w:p>
    <w:p>
      <w:pPr>
        <w:spacing w:after="80"/>
      </w:pPr>
      <w:r>
        <w:rPr>
          <w:b w:val="0"/>
          <w:i w:val="0"/>
        </w:rPr>
        <w:t>Khi Finch chậm rãi tiến về phía các tù nhân, ông cảm thấy tự tin rằng tình hình hoàn toàn nằm trong tầm kiểm soát của mình. Sai sót duy nhất của ông—một sai sót nhỏ—là đã không kiểm tra số đạn trong khẩu súng của Housemore, nhưng vì không thấy dấu hiệu đấu súng nào ở trên lầu, ông gần như chắc chắn khẩu SIG Sauer P226 của cô ta vẫn còn gần đầy băng đạn.</w:t>
      </w:r>
    </w:p>
    <w:p>
      <w:pPr>
        <w:spacing w:after="80"/>
      </w:pPr>
      <w:r>
        <w:rPr>
          <w:b w:val="0"/>
          <w:i w:val="0"/>
        </w:rPr>
        <w:t xml:space="preserve">Finch không muốn dùng vũ khí—ít nhất là chưa phải lúc này—nhưng ông biết mình sẽ không còn lựa chọn nào nếu Langdon và Solomon quyết định lao vào ông. </w:t>
      </w:r>
      <w:r>
        <w:rPr>
          <w:b w:val="0"/>
          <w:i/>
        </w:rPr>
        <w:t>Mình phải giữ họ bình tĩnh.</w:t>
      </w:r>
      <w:r>
        <w:rPr>
          <w:b w:val="0"/>
          <w:i w:val="0"/>
        </w:rPr>
        <w:t xml:space="preserve"> Cách thao túng hiệu quả nhất để kiểm soát tù nhân là đánh lạc hướng họ bằng những suy nghĩ khác. Thật tiện, Langdon và Solomon rõ ràng vẫn còn choáng váng vì những gì họ đã tìm thấy dưới này, và Finch càng giải thích nhiều về Threshold, thì cơ quan sẽ càng thấy rõ rằng Langdon và Solomon biết quá nhiều để có thể được thả tự do. Mãi mãi.</w:t>
      </w:r>
    </w:p>
    <w:p>
      <w:pPr>
        <w:spacing w:after="80"/>
      </w:pPr>
      <w:r>
        <w:rPr>
          <w:b w:val="0"/>
          <w:i w:val="0"/>
        </w:rPr>
        <w:t>"Không cần phải bắn đâu," Langdon tuyên bố khi Finch đến trước mặt họ, súng chĩa ngang ngực hai người. "Chúng tôi sẽ ký thỏa thuận bảo mật NDA của ông. Chỉ cần nói cho chúng tôi biết ông cần gì."</w:t>
      </w:r>
    </w:p>
    <w:p>
      <w:pPr>
        <w:spacing w:after="80"/>
      </w:pPr>
      <w:r>
        <w:rPr>
          <w:b w:val="0"/>
          <w:i w:val="0"/>
        </w:rPr>
        <w:t>"Ồ, thời điểm đó qua rồi," Finch điềm tĩnh đáp. "Các người đã đột nhập vào một cơ sở tuyệt mật, và các người đã thấy quá nhiều rồi."</w:t>
      </w:r>
    </w:p>
    <w:p>
      <w:pPr>
        <w:spacing w:after="80"/>
      </w:pPr>
      <w:r>
        <w:rPr>
          <w:b w:val="0"/>
          <w:i w:val="0"/>
        </w:rPr>
        <w:t>"Đúng vậy," Solomon tuyên bố, giọng phẫn nộ. "Tôi đã thấy ông đánh cắp bằng sáng chế của tôi."</w:t>
      </w:r>
    </w:p>
    <w:p>
      <w:pPr>
        <w:spacing w:after="80"/>
      </w:pPr>
      <w:r>
        <w:rPr>
          <w:b w:val="0"/>
          <w:i w:val="0"/>
        </w:rPr>
        <w:t>Việc cô ta tỏ ra không hề sợ hãi cho Finch thấy rằng cô vẫn chưa nắm được mối nguy thực sự của tình cảnh mình đang gặp. "Chúng tôi không đánh cắp gì cả, Tiến sĩ Solomon," ông bình thản nói. "Cô không hề có bằng sáng chế. Như cô có thể nhớ, nó đã bị từ chối."</w:t>
      </w:r>
    </w:p>
    <w:p>
      <w:pPr>
        <w:spacing w:after="80"/>
      </w:pPr>
      <w:r>
        <w:rPr>
          <w:b w:val="0"/>
          <w:i w:val="0"/>
        </w:rPr>
        <w:t>"Nhưng tại sao lại phải dùng đủ mọi thủ thuật chiến thuật chứ?!" Langdon chất vấn. "Sao không đơn giản là liên lạc với Katherine hoặc nhà xuất bản của cô ấy và giải thích—"</w:t>
      </w:r>
    </w:p>
    <w:p>
      <w:pPr>
        <w:spacing w:after="80"/>
      </w:pPr>
      <w:r>
        <w:rPr>
          <w:b w:val="0"/>
          <w:i w:val="0"/>
        </w:rPr>
        <w:t>"Vì chúng tôi không muốn tự sát," Finch đáp trả. "Hỏi Tiến sĩ Solomon xem cô ấy nghĩ thế nào về việc chia sẻ nghiên cứu với quân đội Mỹ. Cô ấy từng có một buổi phỏng vấn podcast đầy tai hại về chuyện đó. Tôi không thể mạo hiểm để cô ấy công khai và chia sẻ những lo ngại của cơ quan. Hơn nữa, ông Langdon, chúng tôi không có thời gian. Mọi chuyện tối qua bùng nổ rất nhanh—"</w:t>
      </w:r>
    </w:p>
    <w:p>
      <w:pPr>
        <w:spacing w:after="80"/>
      </w:pPr>
      <w:r>
        <w:rPr>
          <w:b w:val="0"/>
          <w:i w:val="0"/>
        </w:rPr>
        <w:t xml:space="preserve">"Các người đang làm thí nghiệm gì ở đây vậy?!" Katherine ngắt lời, quan sát các khoang EPR với vẻ kinh ngạc không giấu nổi. "Các người đang nghiên cứu </w:t>
      </w:r>
      <w:r>
        <w:rPr>
          <w:b w:val="0"/>
          <w:i/>
        </w:rPr>
        <w:t>cái chết</w:t>
      </w:r>
      <w:r>
        <w:rPr>
          <w:b w:val="0"/>
          <w:i w:val="0"/>
        </w:rPr>
        <w:t xml:space="preserve"> sao?"</w:t>
      </w:r>
    </w:p>
    <w:p>
      <w:pPr>
        <w:spacing w:after="80"/>
      </w:pPr>
      <w:r>
        <w:rPr>
          <w:b w:val="0"/>
          <w:i w:val="0"/>
        </w:rPr>
        <w:t>"Cô muốn biết bao nhiêu?" Finch hỏi, gật đầu đầy vẻ đáng ngại về phía khoang gần họ nhất. "Bước vào đi, tôi sẽ cho cô thấy."</w:t>
      </w:r>
    </w:p>
    <w:p>
      <w:pPr>
        <w:spacing w:after="80"/>
      </w:pPr>
      <w:r>
        <w:rPr>
          <w:b w:val="0"/>
          <w:i w:val="0"/>
        </w:rPr>
        <w:t>“Không cần thiết đâu,” Langdon nói. “Cứ mang cuốn sổ tài liệu mật của ông về đi. Chúng tôi sẽ ký thỏa thuận bảo mật (NDA). Chúng tôi đã thấy một phần cơ sở của ông, nhưng gần như chẳng hiểu gì cả.”</w:t>
      </w:r>
    </w:p>
    <w:p>
      <w:pPr>
        <w:spacing w:after="80"/>
      </w:pPr>
      <w:r>
        <w:rPr>
          <w:b w:val="0"/>
          <w:i w:val="0"/>
        </w:rPr>
        <w:t>Finch cười khúc khích. “Người thông minh lại giả vờ ngốc? Chuyện đó chẳng bao giờ thuyết phục được ai đâu, Giáo sư ạ. Để tôi khai sáng cho ông nhé.”</w:t>
      </w:r>
    </w:p>
    <w:p>
      <w:pPr>
        <w:spacing w:after="80"/>
      </w:pPr>
      <w:r>
        <w:rPr>
          <w:b w:val="0"/>
          <w:i w:val="0"/>
        </w:rPr>
        <w:t xml:space="preserve">“Xin đừng,” Langdon nói. “Tôi nghĩ chúng tôi thà </w:t>
      </w:r>
      <w:r>
        <w:rPr>
          <w:b w:val="0"/>
          <w:i/>
        </w:rPr>
        <w:t>không</w:t>
      </w:r>
      <w:r>
        <w:rPr>
          <w:b w:val="0"/>
          <w:i w:val="0"/>
        </w:rPr>
        <w:t xml:space="preserve"> biết ông đang làm gì dưới này còn hơn.”</w:t>
      </w:r>
    </w:p>
    <w:p>
      <w:pPr>
        <w:spacing w:after="80"/>
      </w:pPr>
      <w:r>
        <w:rPr>
          <w:b w:val="0"/>
          <w:i w:val="0"/>
        </w:rPr>
        <w:t xml:space="preserve">“Chà, thế thì có vẻ không công bằng lắm,” Finch nói với nụ cười. “Xét cho cùng thì Tiến sĩ Solomon đã giúp </w:t>
      </w:r>
      <w:r>
        <w:rPr>
          <w:b w:val="0"/>
          <w:i/>
        </w:rPr>
        <w:t>xây dựng</w:t>
      </w:r>
      <w:r>
        <w:rPr>
          <w:b w:val="0"/>
          <w:i w:val="0"/>
        </w:rPr>
        <w:t xml:space="preserve"> nó mà.”</w:t>
      </w:r>
    </w:p>
    <w:p>
      <w:pPr>
        <w:jc w:val="center"/>
      </w:pPr>
      <w:r>
        <w:drawing>
          <wp:inline xmlns:a="http://schemas.openxmlformats.org/drawingml/2006/main" xmlns:pic="http://schemas.openxmlformats.org/drawingml/2006/picture">
            <wp:extent cx="5486400" cy="362122"/>
            <wp:docPr id="117" name="Picture 117"/>
            <wp:cNvGraphicFramePr>
              <a:graphicFrameLocks noChangeAspect="1"/>
            </wp:cNvGraphicFramePr>
            <a:graphic>
              <a:graphicData uri="http://schemas.openxmlformats.org/drawingml/2006/picture">
                <pic:pic>
                  <pic:nvPicPr>
                    <pic:cNvPr id="0" name="image_rsrc8XP.jpg"/>
                    <pic:cNvPicPr/>
                  </pic:nvPicPr>
                  <pic:blipFill>
                    <a:blip r:embed="rId18"/>
                    <a:stretch>
                      <a:fillRect/>
                    </a:stretch>
                  </pic:blipFill>
                  <pic:spPr>
                    <a:xfrm>
                      <a:off x="0" y="0"/>
                      <a:ext cx="5486400" cy="362122"/>
                    </a:xfrm>
                    <a:prstGeom prst="rect"/>
                  </pic:spPr>
                </pic:pic>
              </a:graphicData>
            </a:graphic>
          </wp:inline>
        </w:drawing>
      </w:r>
    </w:p>
    <w:p>
      <w:pPr>
        <w:spacing w:after="80"/>
      </w:pPr>
      <w:r>
        <w:rPr>
          <w:b w:val="0"/>
          <w:i w:val="0"/>
        </w:rPr>
        <w:t>Golěm vừa bước lên thang nâng khí nén để đi ngược lên căn phòng mái vòm thì tiếng súng vang lên. Giật mình, anh lập tức bước xuống, lặng lẽ chờ đợi bên dưới ô cửa.</w:t>
      </w:r>
    </w:p>
    <w:p>
      <w:pPr>
        <w:spacing w:after="80"/>
      </w:pPr>
      <w:r>
        <w:rPr>
          <w:b w:val="0"/>
          <w:i w:val="0"/>
        </w:rPr>
        <w:t>Cuộc trò chuyện phía trên nghe rõ mồn một.</w:t>
      </w:r>
    </w:p>
    <w:p>
      <w:pPr>
        <w:spacing w:after="80"/>
      </w:pPr>
      <w:r>
        <w:rPr>
          <w:b w:val="0"/>
          <w:i w:val="0"/>
        </w:rPr>
        <w:t>Một kẻ có vũ trang vừa bắt hai con tin trong mái vòm, và hắn gọi họ là Tiến sĩ Solomon và Robert Langdon. Tại sao hai người Mỹ lại ở dưới này, Golěm không hề biết, nhưng cả hai đều không đáng phải chết.</w:t>
      </w:r>
    </w:p>
    <w:p>
      <w:pPr>
        <w:spacing w:after="80"/>
      </w:pPr>
      <w:r>
        <w:rPr>
          <w:b w:val="0"/>
          <w:i w:val="0"/>
        </w:rPr>
        <w:t xml:space="preserve">Tuy nhiên, kẻ cầm súng thì chắc chắn </w:t>
      </w:r>
      <w:r>
        <w:rPr>
          <w:b w:val="0"/>
          <w:i/>
        </w:rPr>
        <w:t>đáng chết.</w:t>
      </w:r>
      <w:r>
        <w:rPr>
          <w:b w:val="0"/>
          <w:i w:val="0"/>
        </w:rPr>
        <w:t xml:space="preserve"> Golěm nhanh chóng nhận ra đây chính là Everett Finch, kẻ mà theo Gessner là kẻ chủ mưu đứng sau Threshold.</w:t>
      </w:r>
    </w:p>
    <w:p>
      <w:pPr>
        <w:spacing w:after="80"/>
      </w:pPr>
      <w:r>
        <w:rPr>
          <w:b w:val="0"/>
          <w:i w:val="0"/>
        </w:rPr>
        <w:t>Đầu rắn. Đích thân có mặt ở đây.</w:t>
      </w:r>
    </w:p>
    <w:p>
      <w:pPr>
        <w:spacing w:after="80"/>
      </w:pPr>
      <w:r>
        <w:rPr>
          <w:b w:val="0"/>
          <w:i w:val="0"/>
        </w:rPr>
        <w:t>Vũ trụ vừa trao cho Golěm một món quà bất ngờ—cơ hội loại bỏ kẻ phản bội tối thượng của Sasha… kẻ đã tạo ra ngôi nhà kinh hoàng này.</w:t>
      </w:r>
    </w:p>
    <w:p>
      <w:pPr>
        <w:spacing w:after="80"/>
      </w:pPr>
      <w:r>
        <w:rPr>
          <w:b w:val="0"/>
          <w:i w:val="0"/>
        </w:rPr>
        <w:t>Giết Finch là một viễn cảnh hấp dẫn, nhưng nhiệm vụ này dường như gần như bất khả thi. Golěm chỉ còn một khẩu súng gây choáng với một lần phóng điện duy nhất—không thể đọ lại với súng đạn—và nếu anh đi lên bằng bệ khí nén, anh sẽ trồi lên khỏi sàn ngay trước mắt mọi người ở phía sau căn phòng mái vòm, hoàn toàn lộ diện.</w:t>
      </w:r>
    </w:p>
    <w:p>
      <w:pPr>
        <w:spacing w:after="80"/>
      </w:pPr>
      <w:r>
        <w:rPr>
          <w:b w:val="0"/>
          <w:i/>
        </w:rPr>
        <w:t>Đồng hồ đang điểm,</w:t>
      </w:r>
      <w:r>
        <w:rPr>
          <w:b w:val="0"/>
          <w:i w:val="0"/>
        </w:rPr>
        <w:t xml:space="preserve"> anh tự nhắc mình, ước tính chỉ còn khoảng mười lăm phút nữa trước khi căn phòng này phát nổ và trở thành một quả bom áp suất thảm khốc.</w:t>
      </w:r>
    </w:p>
    <w:p>
      <w:pPr>
        <w:spacing w:after="80"/>
      </w:pPr>
      <w:r>
        <w:rPr>
          <w:b w:val="0"/>
          <w:i w:val="0"/>
        </w:rPr>
        <w:t>Chờ đợi ở đây quá lâu là chắc chắn chết, và anh tự hỏi liệu mình có nên chạy ngược qua hành lang tiện ích dài về kho SMES và cố gắng hủy vụ nổ không. Bánh xe xoay của cổng kín khí đã đòi hỏi rất nhiều sức lực để đóng lại khi anh đi ra, và anh e rằng năng lượng cần thiết để mở nó lần nữa có thể quá sức với mình.</w:t>
      </w:r>
    </w:p>
    <w:p>
      <w:pPr>
        <w:spacing w:after="80"/>
      </w:pPr>
      <w:r>
        <w:rPr>
          <w:b w:val="0"/>
          <w:i/>
        </w:rPr>
        <w:t>Một canh bạc nguy hiểm khi không có cây gậy của mình,</w:t>
      </w:r>
      <w:r>
        <w:rPr>
          <w:b w:val="0"/>
          <w:i w:val="0"/>
        </w:rPr>
        <w:t xml:space="preserve"> anh nghĩ.</w:t>
      </w:r>
    </w:p>
    <w:p>
      <w:pPr>
        <w:spacing w:after="80"/>
      </w:pPr>
      <w:r>
        <w:rPr>
          <w:b w:val="0"/>
          <w:i w:val="0"/>
        </w:rPr>
        <w:t>Golěm cảm thấy sẵn sàng đánh đổi mạng mình để lấy mạng ông Finch, nhưng anh biết mình không thể đưa ra quyết định đó thay cho Sasha. Nếu anh không thoát ra và giải thoát cô, cô sẽ không bao giờ còn được nhìn thấy ánh sáng ban ngày nữa.</w:t>
      </w:r>
    </w:p>
    <w:p>
      <w:pPr>
        <w:pStyle w:val="Heading1"/>
      </w:pPr>
      <w:r>
        <w:rPr>
          <w:rFonts w:ascii="Calibri" w:hAnsi="Calibri"/>
          <w:b/>
          <w:i w:val="0"/>
          <w:sz w:val="40"/>
        </w:rPr>
        <w:t>Chương 112</w:t>
      </w:r>
    </w:p>
    <w:p>
      <w:pPr>
        <w:spacing w:after="80"/>
      </w:pPr>
      <w:r>
        <w:rPr>
          <w:b w:val="0"/>
          <w:i w:val="0"/>
        </w:rPr>
        <w:t>Trong ánh sáng lung linh của mái vòm, xung quanh là những khoang ngủ đông, Robert Langdon đứng bên cạnh Katherine và quan sát kẻ đã bắt giữ họ. Đã giữ mình ở khoảng cách an toàn năm thước, Everett Finch đang thoải mái tựa lưng vào một khoang, súng của hắn vẫn chĩa thẳng.</w:t>
      </w:r>
    </w:p>
    <w:p>
      <w:pPr>
        <w:spacing w:after="80"/>
      </w:pPr>
      <w:r>
        <w:rPr>
          <w:b w:val="0"/>
          <w:i w:val="0"/>
        </w:rPr>
        <w:t>Xét trong hoàn cảnh căng thẳng này, thái độ của Finch lại bình thản đến mức khiến người ta thấy bất an. Ở con người này có một sự lạnh lùng, dửng dưng đến rợn người, cho thấy hắn sẵn sàng làm bất cứ điều gì cần thiết.</w:t>
      </w:r>
    </w:p>
    <w:p>
      <w:pPr>
        <w:spacing w:after="80"/>
      </w:pPr>
      <w:r>
        <w:rPr>
          <w:b w:val="0"/>
          <w:i w:val="0"/>
        </w:rPr>
        <w:t xml:space="preserve">"Tương lai sẽ do những kẻ phát triển được giao diện người-máy thực sự đầu tiên nắm quyền kiểm soát," Finch mở lời. "Giao tiếp giữa con người và công nghệ không cần chút nỗ lực nào. Không gõ phím, không đọc chính tả, không nhìn…chỉ </w:t>
      </w:r>
      <w:r>
        <w:rPr>
          <w:b w:val="0"/>
          <w:i/>
        </w:rPr>
        <w:t>nghĩ</w:t>
      </w:r>
      <w:r>
        <w:rPr>
          <w:b w:val="0"/>
          <w:i w:val="0"/>
        </w:rPr>
        <w:t xml:space="preserve"> thôi. Chỉ riêng những hệ lụy về tài chính cũng đủ để tạo ra một siêu cường mới trên thế giới, nhưng những ứng dụng </w:t>
      </w:r>
      <w:r>
        <w:rPr>
          <w:b w:val="0"/>
          <w:i/>
        </w:rPr>
        <w:t>thực tiễn</w:t>
      </w:r>
      <w:r>
        <w:rPr>
          <w:b w:val="0"/>
          <w:i w:val="0"/>
        </w:rPr>
        <w:t>, đặc biệt trong lĩnh vực tình báo…thì không thể tưởng tượng nổi."</w:t>
      </w:r>
    </w:p>
    <w:p>
      <w:pPr>
        <w:spacing w:after="80"/>
      </w:pPr>
      <w:r>
        <w:rPr>
          <w:b w:val="0"/>
          <w:i w:val="0"/>
        </w:rPr>
        <w:t>Langdon nghi ngờ rằng một công nghệ H2M khả thi, nếu rơi vào tay kẻ xấu, có thể khiến cơn ác mộng tồi tệ nhất kiểu Orwell trông giống như một giấc mơ ban ngày vui vẻ.</w:t>
      </w:r>
    </w:p>
    <w:p>
      <w:pPr>
        <w:spacing w:after="80"/>
      </w:pPr>
      <w:r>
        <w:rPr>
          <w:b w:val="0"/>
          <w:i w:val="0"/>
        </w:rPr>
        <w:t>"Vì lý do đó," Finch tiếp tục, "CIA đã không ngừng nỗ lực để bắt kịp các gã khổng lồ công nghệ sinh học—Neuralink, Kernal, Synchron, và những công ty khác—tất cả đều có kho tiền chiến tranh vô đáy và cùng theo đuổi một mục tiêu: trở thành thiết bị cấy ghép não đầu tiên có khả năng giao tiếp người-máy tốc độ cao thực sự. May mắn thay cho chúng ta, tất cả bọn họ đều vấp phải cùng một rào cản."</w:t>
      </w:r>
    </w:p>
    <w:p>
      <w:pPr>
        <w:spacing w:after="80"/>
      </w:pPr>
      <w:r>
        <w:rPr>
          <w:b w:val="0"/>
          <w:i w:val="0"/>
        </w:rPr>
        <w:t>"Giao diện," Katherine nói. "Làm sao để tạo ra nơ-ron nhân tạo."</w:t>
      </w:r>
    </w:p>
    <w:p>
      <w:pPr>
        <w:spacing w:after="80"/>
      </w:pPr>
      <w:r>
        <w:rPr>
          <w:b w:val="0"/>
          <w:i w:val="0"/>
        </w:rPr>
        <w:t>Finch gật đầu. "Neuralink đã đạt được thành công vừa phải, nhưng chưa đến mức quy mô cần thiết. Mảnh ghép còn thiếu hóa ra lại là một thiết kế mà CIA đã may mắn phát triển suốt hai thập kỷ qua."</w:t>
      </w:r>
    </w:p>
    <w:p>
      <w:pPr>
        <w:spacing w:after="80"/>
      </w:pPr>
      <w:r>
        <w:rPr>
          <w:b w:val="0"/>
          <w:i w:val="0"/>
        </w:rPr>
        <w:t>"Lấy từ bằng sáng chế của Katherine," Langdon nói.</w:t>
      </w:r>
    </w:p>
    <w:p>
      <w:pPr>
        <w:spacing w:after="80"/>
      </w:pPr>
      <w:r>
        <w:rPr>
          <w:b w:val="0"/>
          <w:i w:val="0"/>
        </w:rPr>
        <w:t xml:space="preserve">"Nhắc lại lần nữa, Tiến sĩ Solomon không giữ bằng sáng chế nào cả. Và nếu cô ấy </w:t>
      </w:r>
      <w:r>
        <w:rPr>
          <w:b w:val="0"/>
          <w:i/>
        </w:rPr>
        <w:t>có,</w:t>
      </w:r>
      <w:r>
        <w:rPr>
          <w:b w:val="0"/>
          <w:i w:val="0"/>
        </w:rPr>
        <w:t xml:space="preserve"> chúng tôi sẽ đã tiếp quản nó nhân danh an ninh quốc gia. Thách thức khi thực thi quyền trưng thu là quá trình đó có thể gây tranh cãi và công khai, thường để lộ chính xác điều mà cơ quan muốn giữ bí mật."</w:t>
      </w:r>
    </w:p>
    <w:p>
      <w:pPr>
        <w:spacing w:after="80"/>
      </w:pPr>
      <w:r>
        <w:rPr>
          <w:b w:val="0"/>
          <w:i w:val="0"/>
        </w:rPr>
        <w:t>"Các người đang làm gì với thiết kế của tôi?" Katherine chất vấn. "Threshold là gì?"</w:t>
      </w:r>
    </w:p>
    <w:p>
      <w:pPr>
        <w:spacing w:after="80"/>
      </w:pPr>
      <w:r>
        <w:rPr>
          <w:b w:val="0"/>
          <w:i w:val="0"/>
        </w:rPr>
        <w:t>Finch tháo kính bằng bàn tay còn rảnh và từ từ lắc cổ. "Tiến sĩ Solomon, có lẽ cô còn nhớ khi Caltech chế tạo một thiết bị cấy ghép kết nối vào vỏ não thị giác và có thể 'nhìn' thấy một cách hiệu quả bất cứ thứ gì mà người mang nhìn thấy qua đôi mắt của họ."</w:t>
      </w:r>
    </w:p>
    <w:p>
      <w:pPr>
        <w:spacing w:after="80"/>
      </w:pPr>
      <w:r>
        <w:rPr>
          <w:b w:val="0"/>
          <w:i w:val="0"/>
        </w:rPr>
        <w:t>"Tất nhiên là tôi nhớ," Katherine nói. "Thiết bị cấy ghép thu nhận các tín hiệu quang học đi qua dây thần kinh thị giác, chuyển dịch chúng, rồi phát ra dưới dạng video trực tiếp."</w:t>
      </w:r>
    </w:p>
    <w:p>
      <w:pPr>
        <w:spacing w:after="80"/>
      </w:pPr>
      <w:r>
        <w:rPr>
          <w:b w:val="0"/>
          <w:i w:val="0"/>
        </w:rPr>
        <w:t xml:space="preserve">Langdon không quen thuộc với công nghệ này, nhưng nghe về cơ bản nó giống như một chiếc camera GoPro bên trong—một cách để nhìn qua đôi mắt của </w:t>
      </w:r>
      <w:r>
        <w:rPr>
          <w:b w:val="0"/>
          <w:i/>
        </w:rPr>
        <w:t>người khác</w:t>
      </w:r>
      <w:r>
        <w:rPr>
          <w:b w:val="0"/>
          <w:i w:val="0"/>
        </w:rPr>
        <w:t xml:space="preserve">. </w:t>
      </w:r>
      <w:r>
        <w:rPr>
          <w:b w:val="0"/>
          <w:i/>
        </w:rPr>
        <w:t>Có phải Threshold đang giám sát những gì đối tượng nhìn thấy không?</w:t>
      </w:r>
      <w:r>
        <w:rPr>
          <w:b w:val="0"/>
          <w:i w:val="0"/>
        </w:rPr>
        <w:t xml:space="preserve"> Nếu đúng vậy, đó là một kiểu giám sát hoàn toàn mới. Langdon ngước nhìn những màn hình video bao quanh mái vòm và tưởng tượng những buổi phát sóng theo góc nhìn của người ta khi họ đang sinh hoạt thường ngày. </w:t>
      </w:r>
      <w:r>
        <w:rPr>
          <w:b w:val="0"/>
          <w:i/>
        </w:rPr>
        <w:t>Nhưng vậy thì tại sao lại có những khoang ngủ đông?</w:t>
      </w:r>
    </w:p>
    <w:p>
      <w:pPr>
        <w:spacing w:after="80"/>
      </w:pPr>
      <w:r>
        <w:rPr>
          <w:b w:val="0"/>
          <w:i w:val="0"/>
        </w:rPr>
        <w:t xml:space="preserve">"Cơ quan đã và đang phát triển một thứ tương tự," Finch nói, "một phiên bản ưu việt hơn nhiều so với thiết bị cấy ghép đó—một thiết bị có thể giám sát những gì đang được trải nghiệm không phải bằng </w:t>
      </w:r>
      <w:r>
        <w:rPr>
          <w:b w:val="0"/>
          <w:i/>
        </w:rPr>
        <w:t>đôi mắt</w:t>
      </w:r>
      <w:r>
        <w:rPr>
          <w:b w:val="0"/>
          <w:i w:val="0"/>
        </w:rPr>
        <w:t xml:space="preserve">…mà bằng </w:t>
      </w:r>
      <w:r>
        <w:rPr>
          <w:b w:val="0"/>
          <w:i/>
        </w:rPr>
        <w:t>con mắt tâm trí.</w:t>
      </w:r>
      <w:r>
        <w:rPr>
          <w:b w:val="0"/>
          <w:i w:val="0"/>
        </w:rPr>
        <w:t>"</w:t>
      </w:r>
    </w:p>
    <w:p>
      <w:pPr>
        <w:spacing w:after="80"/>
      </w:pPr>
      <w:r>
        <w:rPr>
          <w:b w:val="0"/>
          <w:i w:val="0"/>
        </w:rPr>
        <w:t xml:space="preserve">Với Langdon, cụm từ "con mắt tâm trí" gợi lên hình ảnh chấm </w:t>
      </w:r>
      <w:r>
        <w:rPr>
          <w:b w:val="0"/>
          <w:i/>
        </w:rPr>
        <w:t>bindi</w:t>
      </w:r>
      <w:r>
        <w:rPr>
          <w:b w:val="0"/>
          <w:i w:val="0"/>
        </w:rPr>
        <w:t xml:space="preserve"> đầy màu sắc đeo giữa hai lông mày để tượng trưng cho cổng dẫn đến trí tuệ tâm linh, còn được gọi là Con Mắt Thứ Ba.</w:t>
      </w:r>
    </w:p>
    <w:p>
      <w:pPr>
        <w:spacing w:after="80"/>
      </w:pPr>
      <w:r>
        <w:rPr>
          <w:b w:val="0"/>
          <w:i w:val="0"/>
        </w:rPr>
        <w:t xml:space="preserve">"Con mắt tâm trí của giáo sư," Finch nói, dường như cảm nhận được sự bối rối của Langdon, "là cơ chế mà nhờ đó não bộ của giáo sư nhìn thấy </w:t>
      </w:r>
      <w:r>
        <w:rPr>
          <w:b w:val="0"/>
          <w:i/>
        </w:rPr>
        <w:t>mà không</w:t>
      </w:r>
      <w:r>
        <w:rPr>
          <w:b w:val="0"/>
          <w:i w:val="0"/>
        </w:rPr>
        <w:t xml:space="preserve"> cần đôi mắt. Khi giáo sư nhắm mắt lại và hình dung ngôi nhà thời thơ ấu của mình, một hình ảnh sống động hiện ra. Đó chính là </w:t>
      </w:r>
      <w:r>
        <w:rPr>
          <w:b w:val="0"/>
          <w:i/>
        </w:rPr>
        <w:t>con mắt tâm trí</w:t>
      </w:r>
      <w:r>
        <w:rPr>
          <w:b w:val="0"/>
          <w:i w:val="0"/>
        </w:rPr>
        <w:t xml:space="preserve"> của giáo sư. Não bộ của giáo sư không cần tín hiệu thị giác để tạo ra những hình ảnh chi tiết. Não bộ của giáo sư liên tục nhìn thấy những ký ức, những tưởng tượng, những mơ mộng ban ngày, những hình dung. Ngay cả khi giáo sư ngủ, não bộ vẫn tạo ra hình ảnh dưới dạng những giấc mơ và cơn ác mộng."</w:t>
      </w:r>
    </w:p>
    <w:p>
      <w:pPr>
        <w:spacing w:after="80"/>
      </w:pPr>
      <w:r>
        <w:rPr>
          <w:b w:val="0"/>
          <w:i w:val="0"/>
        </w:rPr>
        <w:t>“Thật ra thì chưa thể xây dựng được…” Katherine ngập ngừng, tìm lời thích hợp.</w:t>
      </w:r>
    </w:p>
    <w:p>
      <w:pPr>
        <w:spacing w:after="80"/>
      </w:pPr>
      <w:r>
        <w:rPr>
          <w:b w:val="0"/>
          <w:i w:val="0"/>
        </w:rPr>
        <w:t>“Chúng tôi đã làm được,” Finch đáp với chút tự hào. “Threshold đã tạo ra một thiết bị cấy ghép có thể nhìn thấy nội dung trong tâm trí. Giờ đây chúng tôi có thể theo dõi toàn bộ phổ hình ảnh mà bộ não tạo ra… nhìn thấy nó hiện ra theo thời gian thực, với đầy đủ chi tiết.”</w:t>
      </w:r>
    </w:p>
    <w:p>
      <w:pPr>
        <w:spacing w:after="80"/>
      </w:pPr>
      <w:r>
        <w:rPr>
          <w:b w:val="0"/>
          <w:i w:val="0"/>
        </w:rPr>
        <w:t>Nhìn vẻ mặt sững sờ của Katherine, Langdon cảm nhận đây là một thành tựu đáng kinh ngạc trong lĩnh vực khoa học não bộ. Anh biết rằng một nhà khoa học tại Đại học Kyoto gần đây đã công bố một công nghệ ghi lại giấc mơ và phát lại chúng như một đoạn phim thô, dù quy trình của ông nghe có vẻ còn sơ khai — dùng AI để chuyển dữ liệu MRI về giấc mơ thành những hình ảnh gần đúng. Điều Finch đang mô tả nghe như một bước nhảy vọt lượng tử.</w:t>
      </w:r>
    </w:p>
    <w:p>
      <w:pPr>
        <w:spacing w:after="80"/>
      </w:pPr>
      <w:r>
        <w:rPr>
          <w:b w:val="0"/>
          <w:i w:val="0"/>
        </w:rPr>
        <w:t>Liệu Threshold có thể do thám trí tưởng tượng?</w:t>
      </w:r>
    </w:p>
    <w:p>
      <w:pPr>
        <w:spacing w:after="80"/>
      </w:pPr>
      <w:r>
        <w:rPr>
          <w:b w:val="0"/>
          <w:i w:val="0"/>
        </w:rPr>
        <w:t xml:space="preserve">Langdon tự hỏi liệu công nghệ này có liên quan gì đó đến quan niệm của Katherine về bộ não như một máy thu. Suy cho cùng, nếu một thiết bị cấy ghép có thể nhìn thấy hình ảnh </w:t>
      </w:r>
      <w:r>
        <w:rPr>
          <w:b w:val="0"/>
          <w:i/>
        </w:rPr>
        <w:t>hiện ra</w:t>
      </w:r>
      <w:r>
        <w:rPr>
          <w:b w:val="0"/>
          <w:i w:val="0"/>
        </w:rPr>
        <w:t xml:space="preserve"> trong não, có lẽ nó cũng có thể cho biết hình ảnh đó đến </w:t>
      </w:r>
      <w:r>
        <w:rPr>
          <w:b w:val="0"/>
          <w:i/>
        </w:rPr>
        <w:t>từ đâu</w:t>
      </w:r>
      <w:r>
        <w:rPr>
          <w:b w:val="0"/>
          <w:i w:val="0"/>
        </w:rPr>
        <w:t xml:space="preserve">. Nó được lưu trữ </w:t>
      </w:r>
      <w:r>
        <w:rPr>
          <w:b w:val="0"/>
          <w:i/>
        </w:rPr>
        <w:t>bên trong</w:t>
      </w:r>
      <w:r>
        <w:rPr>
          <w:b w:val="0"/>
          <w:i w:val="0"/>
        </w:rPr>
        <w:t xml:space="preserve"> bộ nhớ vật lý, như những người theo chủ nghĩa duy vật khẳng định? Hay nó đang chảy vào từ </w:t>
      </w:r>
      <w:r>
        <w:rPr>
          <w:b w:val="0"/>
          <w:i/>
        </w:rPr>
        <w:t>bên ngoài,</w:t>
      </w:r>
      <w:r>
        <w:rPr>
          <w:b w:val="0"/>
          <w:i w:val="0"/>
        </w:rPr>
        <w:t xml:space="preserve"> như Katherine tin trong mô hình ý thức phi cục bộ của cô?</w:t>
      </w:r>
    </w:p>
    <w:p>
      <w:pPr>
        <w:spacing w:after="80"/>
      </w:pPr>
      <w:r>
        <w:rPr>
          <w:b w:val="0"/>
          <w:i w:val="0"/>
        </w:rPr>
        <w:t>“Thiết bị cấy ghép này… thực sự hoạt động được sao?” Katherine hỏi, lấy lại được giọng nói. “Một công nghệ như thế có thể có ý nghĩa to lớn đối với nghiên cứu ý thức…”</w:t>
      </w:r>
    </w:p>
    <w:p>
      <w:pPr>
        <w:spacing w:after="80"/>
      </w:pPr>
      <w:r>
        <w:rPr>
          <w:b w:val="0"/>
          <w:i w:val="0"/>
        </w:rPr>
        <w:t>“Tôi cũng nghĩ vậy,” Finch nói. “Nhưng Threshold chỉ tập trung duy nhất vào an ninh quốc gia.”</w:t>
      </w:r>
    </w:p>
    <w:p>
      <w:pPr>
        <w:spacing w:after="80"/>
      </w:pPr>
      <w:r>
        <w:rPr>
          <w:b w:val="0"/>
          <w:i w:val="0"/>
        </w:rPr>
        <w:t xml:space="preserve">Langdon thấy Katherine hơi tái đi khi cô quay lại và quan sát những khoang EPR bóng bẩy xòe ra dưới mái vòm. “Trạng thái ngủ đông…” cô thì thầm, quay lại phía Finch đầy sợ hãi. “Các người đang đặt các đối tượng vào ranh giới của cái chết… và xem họ </w:t>
      </w:r>
      <w:r>
        <w:rPr>
          <w:b w:val="0"/>
          <w:i/>
        </w:rPr>
        <w:t>thấy</w:t>
      </w:r>
      <w:r>
        <w:rPr>
          <w:b w:val="0"/>
          <w:i w:val="0"/>
        </w:rPr>
        <w:t xml:space="preserve"> gì sao? Các người đang </w:t>
      </w:r>
      <w:r>
        <w:rPr>
          <w:b w:val="0"/>
          <w:i/>
        </w:rPr>
        <w:t>theo dõi</w:t>
      </w:r>
      <w:r>
        <w:rPr>
          <w:b w:val="0"/>
          <w:i w:val="0"/>
        </w:rPr>
        <w:t xml:space="preserve"> những trải nghiệm cận tử?”</w:t>
      </w:r>
    </w:p>
    <w:p>
      <w:pPr>
        <w:spacing w:after="80"/>
      </w:pPr>
      <w:r>
        <w:rPr>
          <w:b w:val="0"/>
          <w:i w:val="0"/>
        </w:rPr>
        <w:t>“Theo một nghĩa nào đó, đúng vậy, tất nhiên,” Finch đáp. “Như cô đã biết rõ, ‘ngưỡng cửa’ mong manh giữa sự sống và cái chết là một nơi huyền bí.”</w:t>
      </w:r>
    </w:p>
    <w:p>
      <w:pPr>
        <w:spacing w:after="80"/>
      </w:pPr>
      <w:r>
        <w:rPr>
          <w:b w:val="0"/>
          <w:i w:val="0"/>
        </w:rPr>
        <w:t>Finch dừng lại, như để cho những lời ấy thấm vào.</w:t>
      </w:r>
    </w:p>
    <w:p>
      <w:pPr>
        <w:spacing w:after="80"/>
      </w:pPr>
      <w:r>
        <w:rPr>
          <w:b w:val="0"/>
          <w:i w:val="0"/>
        </w:rPr>
        <w:t>Threshold.</w:t>
      </w:r>
    </w:p>
    <w:p>
      <w:pPr>
        <w:spacing w:after="80"/>
      </w:pPr>
      <w:r>
        <w:rPr>
          <w:b w:val="0"/>
          <w:i w:val="0"/>
        </w:rPr>
        <w:t>Langdon chưa từng nghĩ về thuật ngữ đó theo cách ấy cho đến bây giờ.</w:t>
      </w:r>
    </w:p>
    <w:p>
      <w:pPr>
        <w:spacing w:after="80"/>
      </w:pPr>
      <w:r>
        <w:rPr>
          <w:b w:val="0"/>
          <w:i w:val="0"/>
        </w:rPr>
        <w:t xml:space="preserve">“Những người lơ lửng bên bờ vực cái chết sẽ </w:t>
      </w:r>
      <w:r>
        <w:rPr>
          <w:b w:val="0"/>
          <w:i/>
        </w:rPr>
        <w:t>thấy</w:t>
      </w:r>
      <w:r>
        <w:rPr>
          <w:b w:val="0"/>
          <w:i w:val="0"/>
        </w:rPr>
        <w:t xml:space="preserve"> những điều, </w:t>
      </w:r>
      <w:r>
        <w:rPr>
          <w:b w:val="0"/>
          <w:i/>
        </w:rPr>
        <w:t>biết</w:t>
      </w:r>
      <w:r>
        <w:rPr>
          <w:b w:val="0"/>
          <w:i w:val="0"/>
        </w:rPr>
        <w:t xml:space="preserve"> những điều, </w:t>
      </w:r>
      <w:r>
        <w:rPr>
          <w:b w:val="0"/>
          <w:i/>
        </w:rPr>
        <w:t>hiểu</w:t>
      </w:r>
      <w:r>
        <w:rPr>
          <w:b w:val="0"/>
          <w:i w:val="0"/>
        </w:rPr>
        <w:t xml:space="preserve"> những điều thường nằm ngoài tầm với của chúng ta,” Finch tiếp tục. “Cơ quan này đã tiến hành nghiên cứu tâm linh trong gần nửa thế kỷ — nhằm khai thác sức mạnh chưa được tận dụng của trí óc con người cho mục đích thu thập thông tin tình báo. Chúng tôi đã thuê các nhà ngoại cảm, đồng cốt, nhà tiên tri, người quan sát từ xa, chuyên gia tiền nhận thức, và cả những người mơ sáng suốt. Nhưng những bộ óc tài năng nhất thế giới cũng không thể đạt tới những gì có thể đạt được trong trạng thái biến đổi đi kèm với cái chết.”</w:t>
      </w:r>
    </w:p>
    <w:p>
      <w:pPr>
        <w:spacing w:after="80"/>
      </w:pPr>
      <w:r>
        <w:rPr>
          <w:b w:val="0"/>
          <w:i/>
        </w:rPr>
        <w:t>Đây chính xác là điều Katherine đã viết…</w:t>
      </w:r>
      <w:r>
        <w:rPr>
          <w:b w:val="0"/>
          <w:i w:val="0"/>
        </w:rPr>
        <w:t xml:space="preserve"> Langdon nhận ra, hồi tưởng lại lý thuyết của cô về hóa học của cái chết: khi chúng ta chết, nồng độ GABA tụt giảm, các bộ lọc của não tan rã, và chúng ta tiếp nhận một băng thông thực tại rộng lớn hơn nhiều. Langdon không khỏi cảm thấy rằng nếu nhận thức được tăng cường thực sự là món quà huyền bí đi kèm với cái chết, thì việc khai thác nó cho công việc tình báo quân sự quả là… báng bổ.</w:t>
      </w:r>
    </w:p>
    <w:p>
      <w:pPr>
        <w:spacing w:after="80"/>
      </w:pPr>
      <w:r>
        <w:rPr>
          <w:b w:val="0"/>
          <w:i w:val="0"/>
        </w:rPr>
        <w:t>“Thách thức,” Finch nói, “là những trải nghiệm cận tử rất chóng qua và gây bối rối. Khi bạn tỉnh lại và cố nhớ lại chúng, nó hơi giống như cố nhớ lại một giấc mơ vào buổi sáng; các hình ảnh mờ nhạt và tan biến nhanh chóng.”</w:t>
      </w:r>
    </w:p>
    <w:p>
      <w:pPr>
        <w:spacing w:after="80"/>
      </w:pPr>
      <w:r>
        <w:rPr>
          <w:b w:val="0"/>
          <w:i w:val="0"/>
        </w:rPr>
        <w:t xml:space="preserve">“Và giờ các người có thể </w:t>
      </w:r>
      <w:r>
        <w:rPr>
          <w:b w:val="0"/>
          <w:i/>
        </w:rPr>
        <w:t>ghi lại</w:t>
      </w:r>
      <w:r>
        <w:rPr>
          <w:b w:val="0"/>
          <w:i w:val="0"/>
        </w:rPr>
        <w:t xml:space="preserve"> trải nghiệm đó?” Katherine nói, trông đầy kinh ngạc.</w:t>
      </w:r>
    </w:p>
    <w:p>
      <w:pPr>
        <w:spacing w:after="80"/>
      </w:pPr>
      <w:r>
        <w:rPr>
          <w:b w:val="0"/>
          <w:i w:val="0"/>
        </w:rPr>
        <w:t xml:space="preserve">“Đúng vậy, và ngoài ra chúng ta có thể giới thiệu các hướng dẫn về việc quan sát từ </w:t>
      </w:r>
      <w:r>
        <w:rPr>
          <w:b w:val="0"/>
          <w:i/>
        </w:rPr>
        <w:t>bên ngoài</w:t>
      </w:r>
      <w:r>
        <w:rPr>
          <w:b w:val="0"/>
          <w:i w:val="0"/>
        </w:rPr>
        <w:t xml:space="preserve"> trong thời gian thực.” Finch ra hiệu về dãy buồng lái và màn hình video, mỗi cái gắn với một khoang hình quan tài riêng. “Khi cơ sở này đi vào hoạt động, những bức tường này sẽ phát trực tiếp tín hiệu từ tâm trí con người trong trạng thái biến đổi tột cùng—bờ vực của cái chết—mà như bà biết đấy, Tiến sĩ Solomon, thường dẫn đến—”</w:t>
      </w:r>
    </w:p>
    <w:p>
      <w:pPr>
        <w:spacing w:after="80"/>
      </w:pPr>
      <w:r>
        <w:rPr>
          <w:b w:val="0"/>
          <w:i w:val="0"/>
        </w:rPr>
        <w:t>“Một trải nghiệm xuất hồn (out-of-body experience),” bà nói khẽ. “Ý thức phi cục bộ (nonlocal consciousness)…”</w:t>
      </w:r>
    </w:p>
    <w:p>
      <w:pPr>
        <w:spacing w:after="80"/>
      </w:pPr>
      <w:r>
        <w:rPr>
          <w:b w:val="0"/>
          <w:i w:val="0"/>
        </w:rPr>
        <w:t xml:space="preserve">Langdon nghĩ đến những câu chuyện phổ biến về các bệnh nhân “chết” trong phòng mổ, chỉ để được hồi sinh và kể lại rằng họ lơ lửng trên cơ thể mình hoặc trên chính bệnh viện. </w:t>
      </w:r>
      <w:r>
        <w:rPr>
          <w:b w:val="0"/>
          <w:i/>
        </w:rPr>
        <w:t>Khi chết, chúng ta bỏ lại cơ thể phía sau.</w:t>
      </w:r>
    </w:p>
    <w:p>
      <w:pPr>
        <w:spacing w:after="80"/>
      </w:pPr>
      <w:r>
        <w:rPr>
          <w:b w:val="0"/>
          <w:i w:val="0"/>
        </w:rPr>
        <w:t xml:space="preserve">“Chính xác,” Finch đáp. “Khi một đối tượng trong một trong những khoang này bị đưa đến gần cái chết, ý thức của họ trở nên không còn neo giữ. Tâm trí mạnh mẽ trở thành một linh hồn tách rời, nếu bạn muốn nói vậy…một tâm trí ý thức </w:t>
      </w:r>
      <w:r>
        <w:rPr>
          <w:b w:val="0"/>
          <w:i/>
        </w:rPr>
        <w:t>bên ngoài</w:t>
      </w:r>
      <w:r>
        <w:rPr>
          <w:b w:val="0"/>
          <w:i w:val="0"/>
        </w:rPr>
        <w:t xml:space="preserve"> cơ thể vật lý. Chúng tôi gọi người ở trạng thái đó là ‘psychonaut’ (nhà du hành tâm trí). Và khi điều đó xảy ra, chúng ta có thể theo dõi chính xác những gì psychonaut cảm nhận khi anh ta bay lên khỏi khoang, vượt qua mái vòm, và di chuyển ra thế giới bên ngoài. Những màn hình này sẽ cho chúng ta thấy tín hiệu góc nhìn từ một tâm trí không còn neo giữ…toàn bộ trải nghiệm của ý thức phi cục bộ, nếu bạn muốn nói vậy.”</w:t>
      </w:r>
    </w:p>
    <w:p>
      <w:pPr>
        <w:spacing w:after="80"/>
      </w:pPr>
      <w:r>
        <w:rPr>
          <w:b w:val="0"/>
          <w:i/>
        </w:rPr>
        <w:t>Điều này không thể là thật,</w:t>
      </w:r>
      <w:r>
        <w:rPr>
          <w:b w:val="0"/>
          <w:i w:val="0"/>
        </w:rPr>
        <w:t xml:space="preserve"> Langdon tự nhủ, vậy mà Katherine lại tiếp nhận tất cả như thể nó hoàn toàn hợp lý với cô. Cô trông như bị mê hoặc, như thể đã hoàn toàn quên rằng người đàn ông đang nói chuyện với mình đang cầm súng.</w:t>
      </w:r>
    </w:p>
    <w:p>
      <w:pPr>
        <w:spacing w:after="80"/>
      </w:pPr>
      <w:r>
        <w:rPr>
          <w:b w:val="0"/>
          <w:i/>
        </w:rPr>
        <w:t>Đây là Chén Thánh của cô ấy,</w:t>
      </w:r>
      <w:r>
        <w:rPr>
          <w:b w:val="0"/>
          <w:i w:val="0"/>
        </w:rPr>
        <w:t xml:space="preserve"> Langdon tự nhắc mình.</w:t>
      </w:r>
    </w:p>
    <w:p>
      <w:pPr>
        <w:spacing w:after="80"/>
      </w:pPr>
      <w:r>
        <w:rPr>
          <w:b w:val="0"/>
          <w:i w:val="0"/>
        </w:rPr>
        <w:t xml:space="preserve">Trong thế giới của Katherine, trải nghiệm xuất hồn là bằng chứng tốt nhất cho ý thức phi cục bộ, vậy mà chúng lại thoáng qua, và còn xa mới là </w:t>
      </w:r>
      <w:r>
        <w:rPr>
          <w:b w:val="0"/>
          <w:i/>
        </w:rPr>
        <w:t>bằng chứng.</w:t>
      </w:r>
      <w:r>
        <w:rPr>
          <w:b w:val="0"/>
          <w:i w:val="0"/>
        </w:rPr>
        <w:t xml:space="preserve"> Một người tuyên bố đã lơ lửng bên ngoài cơ thể mình đang mô tả một trải nghiệm chủ quan, được cảm nhận một mình và trong một trạng thái tâm trí biến đổi. Không nhân chứng…không có sự xác nhận khoa học. Và việc không thể tái tạo những hiện tượng huyền bí này trong một môi trường được kiểm soát—cuộc khủng hoảng tái lập (replication crisis), như Katherine đã mô tả—thường xuyên gieo nghi ngờ về tính xác thực của những lời kể. Mặt khác, cơ sở này có thể cuối cùng sẽ đưa ra </w:t>
      </w:r>
      <w:r>
        <w:rPr>
          <w:b w:val="0"/>
          <w:i/>
        </w:rPr>
        <w:t>bằng chứng</w:t>
      </w:r>
      <w:r>
        <w:rPr>
          <w:b w:val="0"/>
          <w:i w:val="0"/>
        </w:rPr>
        <w:t xml:space="preserve"> rằng ý thức con người có thể tồn tại tách khỏi cơ thể con người; đó sẽ là một bước đột phá thay đổi hệ hình (paradigm) với những hàm ý kỳ diệu cho góc nhìn của chúng ta về sự sống.</w:t>
      </w:r>
    </w:p>
    <w:p>
      <w:pPr>
        <w:spacing w:after="80"/>
      </w:pPr>
      <w:r>
        <w:rPr>
          <w:b w:val="0"/>
          <w:i/>
        </w:rPr>
        <w:t>Và cả góc nhìn của chúng ta về</w:t>
      </w:r>
      <w:r>
        <w:rPr>
          <w:b w:val="0"/>
          <w:i w:val="0"/>
        </w:rPr>
        <w:t xml:space="preserve"> cái chết nữa, Langdon nghĩ, nhớ lại lý lẽ của Jonas Faukman khi ông trả giá cao ngất cho bản thảo của Katherine: </w:t>
      </w:r>
      <w:r>
        <w:rPr>
          <w:b w:val="0"/>
          <w:i/>
        </w:rPr>
        <w:t>Bằng chứng về ý thức phi cục bộ nói trực tiếp đến hy vọng tột cùng của nhân loại—sự tồn tại của sự sống sau cái chết…Đó là một chủ đề có tác động phổ quát và tiềm năng thương mại khổng lồ.</w:t>
      </w:r>
    </w:p>
    <w:p>
      <w:pPr>
        <w:spacing w:after="80"/>
      </w:pPr>
      <w:r>
        <w:rPr>
          <w:b w:val="0"/>
          <w:i w:val="0"/>
        </w:rPr>
        <w:t>“Những buồng lái đó là gì?” Katherine hỏi dồn, chỉ về bục nâng cao.</w:t>
      </w:r>
    </w:p>
    <w:p>
      <w:pPr>
        <w:spacing w:after="80"/>
      </w:pPr>
      <w:r>
        <w:rPr>
          <w:b w:val="0"/>
          <w:i w:val="0"/>
        </w:rPr>
        <w:t xml:space="preserve">“Tin hay không tùy bà,” Finch nói, “những cái đó dành cho các </w:t>
      </w:r>
      <w:r>
        <w:rPr>
          <w:b w:val="0"/>
          <w:i/>
        </w:rPr>
        <w:t>phi công.</w:t>
      </w:r>
      <w:r>
        <w:rPr>
          <w:b w:val="0"/>
          <w:i w:val="0"/>
        </w:rPr>
        <w:t xml:space="preserve"> Chúng tôi vẫn đang hoàn thiện việc điều khiển, nhưng như bà có thể tưởng tượng, hai bộ não được cấy ghép giờ đây có thể giao tiếp theo những cách mà chúng ta mới chỉ đang học để hiểu. Trạng thái xuất hồn là một thế giới rối rắm, nên psychonaut được ghép với một ‘tâm trí neo giữ’ (grounded mind) để giúp điều khiển trải nghiệm. Người trong buồng lái đóng vai trò như một </w:t>
      </w:r>
      <w:r>
        <w:rPr>
          <w:b w:val="0"/>
          <w:i/>
        </w:rPr>
        <w:t>hướng dẫn viên tâm linh</w:t>
      </w:r>
      <w:r>
        <w:rPr>
          <w:b w:val="0"/>
          <w:i w:val="0"/>
        </w:rPr>
        <w:t xml:space="preserve"> theo một nghĩa nào đó.”</w:t>
      </w:r>
    </w:p>
    <w:p>
      <w:pPr>
        <w:spacing w:after="80"/>
      </w:pPr>
      <w:r>
        <w:rPr>
          <w:b w:val="0"/>
          <w:i w:val="0"/>
        </w:rPr>
        <w:t xml:space="preserve">Katherine nhìn chằm chằm vào ông, thoáng chốc không nói nên lời. “Ông đang nói với tôi rằng ông đang </w:t>
      </w:r>
      <w:r>
        <w:rPr>
          <w:b w:val="0"/>
          <w:i/>
        </w:rPr>
        <w:t>điều hướng</w:t>
      </w:r>
      <w:r>
        <w:rPr>
          <w:b w:val="0"/>
          <w:i w:val="0"/>
        </w:rPr>
        <w:t>…một ý thức không còn neo giữ?! Như thể…lái một chiếc drone?”</w:t>
      </w:r>
    </w:p>
    <w:p>
      <w:pPr>
        <w:spacing w:after="80"/>
      </w:pPr>
      <w:r>
        <w:rPr>
          <w:b w:val="0"/>
          <w:i w:val="0"/>
        </w:rPr>
        <w:t xml:space="preserve">Finch mỉm cười, rõ ràng đang tận hưởng khoảnh khắc bừng tỉnh của Katherine. “Tôi biết bà sẽ hiểu mà, Tiến sĩ Solomon. Bà nói đúng…Khi mái vòm này hoạt động hoàn toàn, những buồng lái này sẽ hỗ trợ một phi đội nhỏ các phi công điều hướng thứ tương đương với một hạm đội drone </w:t>
      </w:r>
      <w:r>
        <w:rPr>
          <w:b w:val="0"/>
          <w:i/>
        </w:rPr>
        <w:t>vô hình</w:t>
      </w:r>
      <w:r>
        <w:rPr>
          <w:b w:val="0"/>
          <w:i w:val="0"/>
        </w:rPr>
        <w:t>, mà chúng tôi sẽ gửi đến bất cứ đâu trên thế giới để quan sát bất cứ thứ gì chúng tôi muốn—chiến trường, phòng chiến tranh, hay phòng họp hội đồng quản trị. Không thể phát hiện. Không thể trốn thoát.”</w:t>
      </w:r>
    </w:p>
    <w:p>
      <w:pPr>
        <w:spacing w:after="80"/>
      </w:pPr>
      <w:r>
        <w:rPr>
          <w:b w:val="0"/>
          <w:i/>
        </w:rPr>
        <w:t>Và hoàn toàn bất khả thi!</w:t>
      </w:r>
      <w:r>
        <w:rPr>
          <w:b w:val="0"/>
          <w:i w:val="0"/>
        </w:rPr>
        <w:t xml:space="preserve"> Langdon muốn hét lên. </w:t>
      </w:r>
      <w:r>
        <w:rPr>
          <w:b w:val="0"/>
          <w:i/>
        </w:rPr>
        <w:t>Thật điên rồ…khoa học viễn tưởng thuần túy.</w:t>
      </w:r>
      <w:r>
        <w:rPr>
          <w:b w:val="0"/>
          <w:i w:val="0"/>
        </w:rPr>
        <w:t xml:space="preserve"> Vậy mà ông biết những tuyên bố này được hậu thuẫn bởi lý thuyết ý thức phi cục bộ ngày càng được chấp nhận.</w:t>
      </w:r>
    </w:p>
    <w:p>
      <w:pPr>
        <w:spacing w:after="80"/>
      </w:pPr>
      <w:r>
        <w:rPr>
          <w:b w:val="0"/>
          <w:i w:val="0"/>
        </w:rPr>
        <w:t>Bất chấp niềm tin của Katherine, Langdon vẫn không thể hoàn toàn chấp nhận rằng một ý thức có thể rời khỏi cơ thể mà vẫn hiện diện đủ để quan sát thế giới vật lý. Là một học giả nghiêm ngặt, Langdon cảm thấy nhiệm vụ của mình là duy trì sự hoài nghi và lý trí trước mê tín—nhưng trong trường hợp của Threshold, ông đang đối mặt với một nghịch lý.</w:t>
      </w:r>
    </w:p>
    <w:p>
      <w:pPr>
        <w:spacing w:after="80"/>
      </w:pPr>
      <w:r>
        <w:rPr>
          <w:b w:val="0"/>
          <w:i w:val="0"/>
        </w:rPr>
        <w:t>Đến một lúc nào đó…chính sự hoài nghi trở nên phi lý.</w:t>
      </w:r>
    </w:p>
    <w:p>
      <w:pPr>
        <w:spacing w:after="80"/>
      </w:pPr>
      <w:r>
        <w:rPr>
          <w:b w:val="0"/>
          <w:i w:val="0"/>
        </w:rPr>
        <w:t xml:space="preserve">Để duy trì sự hoài nghi của mình về những tuyên bố của Finch, Langdon cần gạt logic sang một bên và phớt lờ một núi bằng chứng lý trí đang ngày càng lớn. Thứ nhất, có hàng nghìn trải nghiệm cận tử được ghi nhận về mặt y học mô tả </w:t>
      </w:r>
      <w:r>
        <w:rPr>
          <w:b w:val="0"/>
          <w:i/>
        </w:rPr>
        <w:t>chính xác</w:t>
      </w:r>
      <w:r>
        <w:rPr>
          <w:b w:val="0"/>
          <w:i w:val="0"/>
        </w:rPr>
        <w:t xml:space="preserve"> hiện tượng này. Thứ hai, thế giới vật lý lượng tử đã tiết lộ bằng chứng áp đảo rằng ý thức là phi cục bộ và vận hành theo những cách chúng ta chưa thể hiểu hết. Thứ ba, có hàng nghìn trường hợp đã được xác lập về các hiện tượng “huyền bí”—thần giao cách cảm, tiên tri, đồng cốt, giấc mơ chung, hội chứng thiên tài đột ngột—những sự kiện bất khả thi trong mô hình đã được thiết lập của chúng ta, và đòi hỏi Langdon hoặc phải thay đổi góc nhìn của mình một cách mạnh mẽ, hoặc phải sẵn lòng xếp những hiện tượng đó vào tiêu đề ông ít thích nhất: “Phép màu.” Trước ánh sáng của bằng chứng, Langdon biết rằng việc ông từ chối tin rằng Threshold có thể hoạt động cũng hợp lý như việc nhìn thấy nguyệt thực mà vẫn khăng khăng rằng mặt trăng là huyền thoại.</w:t>
      </w:r>
    </w:p>
    <w:p>
      <w:pPr>
        <w:spacing w:after="80"/>
      </w:pPr>
      <w:r>
        <w:rPr>
          <w:b w:val="0"/>
          <w:i w:val="0"/>
        </w:rPr>
        <w:t xml:space="preserve">“Robert…” Katherine quay sang anh, giọng cô tràn đầy phấn khích. “Điều này thay đổi tất cả! Đây không còn là lý thuyết nữa… đây là </w:t>
      </w:r>
      <w:r>
        <w:rPr>
          <w:b w:val="0"/>
          <w:i/>
        </w:rPr>
        <w:t>bằng chứng</w:t>
      </w:r>
      <w:r>
        <w:rPr>
          <w:b w:val="0"/>
          <w:i w:val="0"/>
        </w:rPr>
        <w:t xml:space="preserve"> rằng ý thức là phi cục bộ (nonlocal)…”</w:t>
      </w:r>
    </w:p>
    <w:p>
      <w:pPr>
        <w:spacing w:after="80"/>
      </w:pPr>
      <w:r>
        <w:rPr>
          <w:b w:val="0"/>
          <w:i w:val="0"/>
        </w:rPr>
        <w:t>Langdon gật đầu, cố tưởng tượng khoảnh khắc này sẽ cảm thấy thế nào với cô, khi đột nhiên biết về những bước đột phá cấp số nhân trong một lĩnh vực mà cô đã nghiên cứu suốt nhiều thập kỷ.</w:t>
      </w:r>
    </w:p>
    <w:p>
      <w:pPr>
        <w:spacing w:after="80"/>
      </w:pPr>
      <w:r>
        <w:rPr>
          <w:b w:val="0"/>
          <w:i w:val="0"/>
        </w:rPr>
        <w:t>Katherine quay lại phía Finch. “Cộng đồng khoa học cần phải biết. Khoa học Noetic—”</w:t>
      </w:r>
    </w:p>
    <w:p>
      <w:pPr>
        <w:spacing w:after="80"/>
      </w:pPr>
      <w:r>
        <w:rPr>
          <w:b w:val="0"/>
          <w:i w:val="0"/>
        </w:rPr>
        <w:t xml:space="preserve">“Threshold </w:t>
      </w:r>
      <w:r>
        <w:rPr>
          <w:b w:val="0"/>
          <w:i/>
        </w:rPr>
        <w:t>không phải</w:t>
      </w:r>
      <w:r>
        <w:rPr>
          <w:b w:val="0"/>
          <w:i w:val="0"/>
        </w:rPr>
        <w:t xml:space="preserve"> là một dự án khoa học,” Finch cắt ngang, giọng gay gắt của ông ngay lập tức chiếm lĩnh căn phòng. “Đây là một chiến dịch tình báo quân sự. Nguồn sức mạnh thực sự duy nhất là </w:t>
      </w:r>
      <w:r>
        <w:rPr>
          <w:b w:val="0"/>
          <w:i/>
        </w:rPr>
        <w:t>thông tin,</w:t>
      </w:r>
      <w:r>
        <w:rPr>
          <w:b w:val="0"/>
          <w:i w:val="0"/>
        </w:rPr>
        <w:t xml:space="preserve"> và trong cuộc chiến để hiểu kẻ thù của chúng ta, mái vòm này là kho vũ khí hạt nhân của chúng ta—công cụ giám sát tối thượng. Threshold là thế hệ tiếp theo của khả năng quan sát từ xa (remote viewing). CIA đã hướng tới cơ sở này suốt nhiều thập kỷ.”</w:t>
      </w:r>
    </w:p>
    <w:p>
      <w:pPr>
        <w:spacing w:after="80"/>
      </w:pPr>
      <w:r>
        <w:rPr>
          <w:b w:val="0"/>
          <w:i/>
        </w:rPr>
        <w:t>Nhiều thập kỷ?</w:t>
      </w:r>
      <w:r>
        <w:rPr>
          <w:b w:val="0"/>
          <w:i w:val="0"/>
        </w:rPr>
        <w:t xml:space="preserve"> Langdon sững sờ. “Tại sao CIA lại đầu tư mạnh mẽ đến vậy vào một dự án nghe giống hệt Stargate… thứ đã thất bại ba mươi năm trước?”</w:t>
      </w:r>
    </w:p>
    <w:p>
      <w:pPr>
        <w:spacing w:after="80"/>
      </w:pPr>
      <w:r>
        <w:rPr>
          <w:b w:val="0"/>
          <w:i w:val="0"/>
        </w:rPr>
        <w:t>Ánh mắt Finch xuyên thấu đến mức khó chịu. “Rất đơn giản, ông Langdon. Stargate chưa bao giờ thất bại.” Ông giữ chặt khẩu súng lục trong khi ra hiệu quanh căn phòng rộng lớn. “Nó chỉ đơn giản là tiến hóa… thành một thứ vĩ đại hơn nhiều.”</w:t>
      </w:r>
    </w:p>
    <w:p>
      <w:pPr>
        <w:pStyle w:val="Heading1"/>
      </w:pPr>
      <w:r>
        <w:rPr>
          <w:rFonts w:ascii="Calibri" w:hAnsi="Calibri"/>
          <w:b/>
          <w:i w:val="0"/>
          <w:sz w:val="40"/>
        </w:rPr>
        <w:t>Chương 113</w:t>
      </w:r>
    </w:p>
    <w:p>
      <w:pPr>
        <w:spacing w:after="80"/>
      </w:pPr>
      <w:r>
        <w:rPr>
          <w:b w:val="0"/>
          <w:i w:val="0"/>
        </w:rPr>
        <w:t>Trong phòng liên lạc an toàn tại trụ sở CIA, Giám đốc Judd đi đi lại lại đầy lo lắng, chờ tin từ Prague. Lời thú tội chi tiết qua video của Gessner là một thảm họa. Nó tiết lộ quá nhiều về cơ sở tối mật của họ. Ông chỉ hy vọng mình có thể kiểm soát được nó kịp thời.</w:t>
      </w:r>
    </w:p>
    <w:p>
      <w:pPr>
        <w:spacing w:after="80"/>
      </w:pPr>
      <w:r>
        <w:rPr>
          <w:b w:val="0"/>
          <w:i w:val="0"/>
        </w:rPr>
        <w:t>Threshold, ít nhất là về mặt ý tưởng, đã là một phần cuộc đời Judd suốt nhiều thập kỷ nay.</w:t>
      </w:r>
    </w:p>
    <w:p>
      <w:pPr>
        <w:spacing w:after="80"/>
      </w:pPr>
      <w:r>
        <w:rPr>
          <w:b w:val="0"/>
          <w:i w:val="0"/>
        </w:rPr>
        <w:t xml:space="preserve">Khi còn là một nhà phân tích trẻ của CIA, Gregory Judd được giao một bản vẽ phác thảo sơ sài về một công trường xây dựng, trong đó có một loạt cần cẩu cơ khí khác thường. Ông được yêu cầu so sánh bản vẽ với một bức ảnh vệ tinh của cùng địa điểm đó. Đúng như người ta mong đợi, các mô tả gần như giống hệt nhau, và Judd kết luận một cách logic rằng người họa sĩ đã </w:t>
      </w:r>
      <w:r>
        <w:rPr>
          <w:b w:val="0"/>
          <w:i/>
        </w:rPr>
        <w:t>tận mắt nhìn thấy</w:t>
      </w:r>
      <w:r>
        <w:rPr>
          <w:b w:val="0"/>
          <w:i w:val="0"/>
        </w:rPr>
        <w:t xml:space="preserve"> địa điểm này… hoặc ít nhất là bức ảnh.</w:t>
      </w:r>
    </w:p>
    <w:p>
      <w:pPr>
        <w:spacing w:after="80"/>
      </w:pPr>
      <w:r>
        <w:rPr>
          <w:b w:val="0"/>
          <w:i/>
        </w:rPr>
        <w:t>Rồi họ nói cho tôi biết sự thật,</w:t>
      </w:r>
      <w:r>
        <w:rPr>
          <w:b w:val="0"/>
          <w:i w:val="0"/>
        </w:rPr>
        <w:t xml:space="preserve"> Judd nhớ lại.</w:t>
      </w:r>
    </w:p>
    <w:p>
      <w:pPr>
        <w:spacing w:after="80"/>
      </w:pPr>
      <w:r>
        <w:rPr>
          <w:b w:val="0"/>
          <w:i w:val="0"/>
        </w:rPr>
        <w:t xml:space="preserve">Cơ sở được mô tả là một địa điểm tuyệt mật của Nga ở Siberia; bức ảnh vệ tinh được chụp </w:t>
      </w:r>
      <w:r>
        <w:rPr>
          <w:b w:val="0"/>
          <w:i/>
        </w:rPr>
        <w:t>sau</w:t>
      </w:r>
      <w:r>
        <w:rPr>
          <w:b w:val="0"/>
          <w:i w:val="0"/>
        </w:rPr>
        <w:t xml:space="preserve"> khi bản vẽ được tạo ra; và người họa sĩ là một chàng trai trẻ tên Ingo Swann, người chưa bao giờ rời khỏi Mỹ. Thông tin của anh ta đến từ việc “quan sát từ xa” địa điểm—nghĩa là nhắm mắt lại và dịch chuyển ý thức của mình đến Siberia… điểm nhìn của anh ta lơ lửng trên địa điểm và ghi nhớ các đặc điểm của nó.</w:t>
      </w:r>
    </w:p>
    <w:p>
      <w:pPr>
        <w:spacing w:after="80"/>
      </w:pPr>
      <w:r>
        <w:rPr>
          <w:b w:val="0"/>
          <w:i/>
        </w:rPr>
        <w:t>Thật nực cười,</w:t>
      </w:r>
      <w:r>
        <w:rPr>
          <w:b w:val="0"/>
          <w:i w:val="0"/>
        </w:rPr>
        <w:t xml:space="preserve"> Judd nhớ mình đã nghĩ vậy, cùng với nhiều người khác trong cơ quan. Tuy nhiên, câu hỏi vẫn còn đó… Làm sao bản vẽ này lại tồn tại?</w:t>
      </w:r>
    </w:p>
    <w:p>
      <w:pPr>
        <w:spacing w:after="80"/>
      </w:pPr>
      <w:r>
        <w:rPr>
          <w:b w:val="0"/>
          <w:i w:val="0"/>
        </w:rPr>
        <w:t>Câu trả lời rõ ràng đến vào năm 1976 khi người di cư Liên Xô August Stern thú nhận đã làm việc tại một cơ sở tình báo psi (psi-intelligence) ở Siberia, nơi đã quan sát từ xa thành công một cơ sở quân sự tuyệt mật của Mỹ. Mô tả của Stern về cơ sở an ninh đó chính xác đến mức đáng báo động… cho đến từng chi tiết hoa văn gạch lát trên sàn.</w:t>
      </w:r>
    </w:p>
    <w:p>
      <w:pPr>
        <w:spacing w:after="80"/>
      </w:pPr>
      <w:r>
        <w:rPr>
          <w:b w:val="0"/>
          <w:i w:val="0"/>
        </w:rPr>
        <w:t>Cảm thấy như bị bắt quả tang mất cảnh giác, CIA ngay lập tức khởi động chương trình quan sát từ xa đầu tiên của quốc gia với mục tiêu sánh ngang thành công của Liên Xô. Được thành lập dưới cái ô vô hại của một tổ chức tư vấn học thuật liên kết với Đại học Stanford, dự án tuyệt mật này đã trải qua nhiều phiên bản và mật danh ban đầu khác nhau, bao gồm Grill Flame và Center Lane, trước khi chính thức được thành lập vào năm 1977 với tên gọi Stargate.</w:t>
      </w:r>
    </w:p>
    <w:p>
      <w:pPr>
        <w:spacing w:after="80"/>
      </w:pPr>
      <w:r>
        <w:rPr>
          <w:b w:val="0"/>
          <w:i w:val="0"/>
        </w:rPr>
        <w:t>Trước sự ngạc nhiên của các nhà khoa học tham gia, đội ngũ quan sát từ xa đầu tiên ổn định của Stargate—Ingo Swann, Pat Price, Joseph McMoneagle và những người khác—đã đạt được thành công đáng kinh ngạc. Mặc dù việc liên tục bước vào trạng thái xuất hồn (out-of-body) tỏ ra khó khăn, họ vẫn có thể đạt được “sự phóng chiếu” (projection) và cung cấp những thông tin tình báo khiến người ta kinh ngạc.</w:t>
      </w:r>
    </w:p>
    <w:p>
      <w:pPr>
        <w:spacing w:after="80"/>
      </w:pPr>
      <w:r>
        <w:rPr>
          <w:b w:val="0"/>
          <w:i/>
        </w:rPr>
        <w:t>Bao gồm cả vài “kết quả tám ly martini,”</w:t>
      </w:r>
      <w:r>
        <w:rPr>
          <w:b w:val="0"/>
          <w:i w:val="0"/>
        </w:rPr>
        <w:t xml:space="preserve"> Judd nhớ lại—cách nói chính thức của dự án để chỉ một thành công đến mức làm mọi người choáng váng tới nỗi ai cũng cần vài ly cocktail mới hoàn hồn. Những kết quả đó gồm việc do thám một tàu ngầm Typhoon hai lớp vỏ của Liên Xô ở Bắc Cực; tìm thấy một máy bay ném bom Tu-95 của Liên Xô bị rơi ở châu Phi; xác định vị trí Chuẩn tướng James L. Dozier bị bắt cóc ở Ý; nhận diện một đại tá KGB đang làm gián điệp ở Nam Phi; và hơn chục kết quả khác tưởng chừng như bất khả thi.</w:t>
      </w:r>
    </w:p>
    <w:p>
      <w:pPr>
        <w:spacing w:after="80"/>
      </w:pPr>
      <w:r>
        <w:rPr>
          <w:b w:val="0"/>
          <w:i w:val="0"/>
        </w:rPr>
        <w:t>Năm 1979, Ủy ban Chọn lọc về Tình báo của Hạ viện đã tổ chức một buổi trình diễn trực tiếp, kín cửa về khả năng quan sát từ xa (remote viewing), và nhiều nhà lập pháp trong phòng đều sững sờ. Nghị sĩ Dân chủ Charlie Rose đã công khai tuyên bố: “Nếu người Nga có nó mà chúng ta không có, thì chúng ta gặp rắc rối to.”</w:t>
      </w:r>
    </w:p>
    <w:p>
      <w:pPr>
        <w:spacing w:after="80"/>
      </w:pPr>
      <w:r>
        <w:rPr>
          <w:b w:val="0"/>
          <w:i w:val="0"/>
        </w:rPr>
        <w:t>Chương trình Stargate phát triển trong bí mật cho đến năm 1995, khi một loạt vụ rò rỉ an ninh nghiêm trọng bị công khai và làm dấy lên sự phẫn nộ của dư luận. Có vẻ như CIA hoặc đang đào tạo một đội quân gián điệp ngoại cảm… hoặc đang lãng phí tiền thuế của người dân vào một nỗ lực vô lý.</w:t>
      </w:r>
    </w:p>
    <w:p>
      <w:pPr>
        <w:spacing w:after="80"/>
      </w:pPr>
      <w:r>
        <w:rPr>
          <w:b w:val="0"/>
          <w:i w:val="0"/>
        </w:rPr>
        <w:t>Thay vì cố phủ nhận rằng chương trình bí mật là có thật, cơ quan này đã ngượng ngùng thừa nhận công khai rằng Stargate đúng là đã từng tồn tại, nhưng nay đã chấm dứt, bị đóng cửa vì là một thất bại hoàn toàn và là sự lãng phí tiền thuế của Mỹ. Điều đó không đúng, nhưng cơ quan hy vọng lời thú nhận xấu hổ của họ sẽ dập tắt sự tò mò của công chúng về chương trình, đồng thời thuyết phục nhiều đối thủ toàn cầu của nước Mỹ đừng theo đuổi hoạt động tình báo dựa trên năng lực tâm linh (psi).</w:t>
      </w:r>
    </w:p>
    <w:p>
      <w:pPr>
        <w:spacing w:after="80"/>
      </w:pPr>
      <w:r>
        <w:rPr>
          <w:b w:val="0"/>
          <w:i w:val="0"/>
        </w:rPr>
        <w:t>Chiêu này có hiệu quả khá tốt, dù nó làm phật lòng một số cựu chuyên gia quan sát từ xa đã nghỉ hưu của Stargate, những người thấy bị xúc phạm khi các thành công mang tính đột phá của họ bị tuyên bố là “nhảm nhí.” Một số người trong đó quyết định viết những cuốn tiểu sử không được phép, với các tựa sách gồm:</w:t>
      </w:r>
    </w:p>
    <w:p>
      <w:pPr>
        <w:spacing w:after="80"/>
        <w:ind w:left="360"/>
      </w:pPr>
      <w:r>
        <w:t xml:space="preserve">• </w:t>
      </w:r>
      <w:r>
        <w:rPr>
          <w:b w:val="0"/>
          <w:i w:val="0"/>
        </w:rPr>
        <w:t>Psychic Warrior: The True Story of America’s Foremost Psychic Spy and the Cover-Up of the CIA’s Top-Secret Stargate Program</w:t>
      </w:r>
    </w:p>
    <w:p>
      <w:pPr>
        <w:spacing w:after="80"/>
        <w:ind w:left="360"/>
      </w:pPr>
      <w:r>
        <w:t xml:space="preserve">• </w:t>
      </w:r>
      <w:r>
        <w:rPr>
          <w:b w:val="0"/>
          <w:i w:val="0"/>
        </w:rPr>
        <w:t>PSI Spies: The True Story of America’s Psychic Warfare Program</w:t>
      </w:r>
    </w:p>
    <w:p>
      <w:pPr>
        <w:spacing w:after="80"/>
        <w:ind w:left="360"/>
      </w:pPr>
      <w:r>
        <w:t xml:space="preserve">• </w:t>
      </w:r>
      <w:r>
        <w:rPr>
          <w:b w:val="0"/>
          <w:i w:val="0"/>
        </w:rPr>
        <w:t>A Sorcerer’s Apprentice: A Skeptic’s Journey into the CIA’s Project Stargate</w:t>
      </w:r>
    </w:p>
    <w:p>
      <w:pPr>
        <w:spacing w:after="80"/>
        <w:ind w:left="360"/>
      </w:pPr>
      <w:r>
        <w:t xml:space="preserve">• </w:t>
      </w:r>
      <w:r>
        <w:rPr>
          <w:b w:val="0"/>
          <w:i w:val="0"/>
        </w:rPr>
        <w:t>Project Stargate and Remote Viewing Technology: The CIA’s Files on Psychic Spying</w:t>
      </w:r>
    </w:p>
    <w:p>
      <w:pPr>
        <w:spacing w:after="80"/>
      </w:pPr>
      <w:r>
        <w:rPr>
          <w:b w:val="0"/>
          <w:i w:val="0"/>
        </w:rPr>
        <w:t>Thật tiện cho cơ quan này, những câu chuyện được kể trong các cuốn sách ấy, dù phần lớn là thật, lại nghe quá hoang đường đến mức gần như chẳng ai tin chúng là chính xác. Thay vì khởi kiện các tác giả và làm chú ý đến những gì họ đã viết, cơ quan chỉ đơn giản gạt phăng các cuốn sách như những màn kiếm tiền hư cấu, lệch lạc của những cựu nhân viên bất ổn.</w:t>
      </w:r>
    </w:p>
    <w:p>
      <w:pPr>
        <w:spacing w:after="80"/>
      </w:pPr>
      <w:r>
        <w:rPr>
          <w:b w:val="0"/>
          <w:i w:val="0"/>
        </w:rPr>
        <w:t>Nhưng rắc rối nghiêm trọng hơn vẫn còn ở phía trước.</w:t>
      </w:r>
    </w:p>
    <w:p>
      <w:pPr>
        <w:spacing w:after="80"/>
      </w:pPr>
      <w:r>
        <w:rPr>
          <w:b w:val="0"/>
          <w:i w:val="0"/>
        </w:rPr>
        <w:t xml:space="preserve">Năm 2015, tạp chí </w:t>
      </w:r>
      <w:r>
        <w:rPr>
          <w:b w:val="0"/>
          <w:i/>
        </w:rPr>
        <w:t>Newsweek</w:t>
      </w:r>
      <w:r>
        <w:rPr>
          <w:b w:val="0"/>
          <w:i w:val="0"/>
        </w:rPr>
        <w:t xml:space="preserve"> lại tung ra một bài phanh phui bất ngờ khác về Stargate. Judd sẽ không bao giờ quên khi đọc câu nói của cựu quản lý dự án Stargate, Trung tá Brian Buzby, người đã phá vỡ hai thập kỷ im lặng và nói: “Tôi tin vào nó khi đó, và tôi vẫn tin vào nó bây giờ. Đó là một thứ có thật, và nó đã hiệu quả.”</w:t>
      </w:r>
    </w:p>
    <w:p>
      <w:pPr>
        <w:spacing w:after="80"/>
      </w:pPr>
      <w:r>
        <w:rPr>
          <w:b w:val="0"/>
          <w:i w:val="0"/>
        </w:rPr>
        <w:t xml:space="preserve">Đáng lo ngại là bài báo còn mô tả một bản phác thảo do quan sát từ xa của Điệp viên 001 huyền thoại của Stargate—Joseph McMoneagle—vẽ nên một chiếc tàu ngầm khổng lồ với hai lớp vỏ, tại một xưởng đóng tàu bí mật ở Nga. Theo </w:t>
      </w:r>
      <w:r>
        <w:rPr>
          <w:b w:val="0"/>
          <w:i/>
        </w:rPr>
        <w:t>Newsweek,</w:t>
      </w:r>
      <w:r>
        <w:rPr>
          <w:b w:val="0"/>
          <w:i w:val="0"/>
        </w:rPr>
        <w:t xml:space="preserve"> các bức ảnh vệ tinh của Mỹ sau đó đã xác nhận sự tồn tại, tại xưởng đóng tàu bí mật Severodvinsk của Liên Xô, của một tàu ngầm Typhoon hai lớp vỏ khổng lồ, thứ tạo thành mối đe dọa mới đối với an ninh quốc gia Mỹ.</w:t>
      </w:r>
    </w:p>
    <w:p>
      <w:pPr>
        <w:spacing w:after="80"/>
      </w:pPr>
      <w:r>
        <w:rPr>
          <w:b w:val="0"/>
          <w:i w:val="0"/>
        </w:rPr>
        <w:t>Thượng nghị sĩ Mỹ và là Bộ trưởng Quốc phòng tương lai William Cohen, khi được hỏi suy nghĩ của ông về chương trình Stargate đã chấm dứt, đã trả lời:</w:t>
      </w:r>
    </w:p>
    <w:p>
      <w:pPr>
        <w:spacing w:after="80"/>
      </w:pPr>
      <w:r>
        <w:rPr>
          <w:b w:val="0"/>
          <w:i w:val="0"/>
        </w:rPr>
        <w:t>Tôi rất ấn tượng với ý tưởng về quan sát từ xa…. Việc khám phá sức mạnh của tâm trí đã và vẫn là một nỗ lực quan trọng…. Tôi đã ủng hộ chương trình Stargate, cũng như Thượng nghị sĩ Robert Byrd và các thành viên khác của ủy ban. Dường như có một nhóm nhỏ người có khả năng kết nối vào một tầng ý thức khác.</w:t>
      </w:r>
    </w:p>
    <w:p>
      <w:pPr>
        <w:spacing w:after="80"/>
      </w:pPr>
      <w:r>
        <w:rPr>
          <w:b w:val="0"/>
          <w:i w:val="0"/>
        </w:rPr>
        <w:t xml:space="preserve">Sau bài báo đó, Giám đốc Judd thấy mình đối mặt với một cơn lũ phim tài liệu về thuyết âm mưu Stargate trên truyền hình. Một bộ phim đặc biệt đáng lo ngại có tên </w:t>
      </w:r>
      <w:r>
        <w:rPr>
          <w:b w:val="0"/>
          <w:i/>
        </w:rPr>
        <w:t>Third Eye Spies,</w:t>
      </w:r>
      <w:r>
        <w:rPr>
          <w:b w:val="0"/>
          <w:i w:val="0"/>
        </w:rPr>
        <w:t xml:space="preserve"> và dù cơ quan đưa ra phản hồi gạt phăng theo lệ thường, Judd nhớ lại mình đã ngạc nhiên thế nào khi thấy bao nhiêu tuyên bố âm mưu trong phim là chính xác… bao gồm cả nghi ngờ rằng thất bại công khai của Stargate thực ra là một ảo ảnh được dàn dựng cẩn thận.</w:t>
      </w:r>
    </w:p>
    <w:p>
      <w:pPr>
        <w:spacing w:after="80"/>
      </w:pPr>
      <w:r>
        <w:rPr>
          <w:b w:val="0"/>
          <w:i w:val="0"/>
        </w:rPr>
        <w:t>Họ không có bằng chứng…nhưng họ không sai.</w:t>
      </w:r>
    </w:p>
    <w:p>
      <w:pPr>
        <w:spacing w:after="80"/>
      </w:pPr>
      <w:r>
        <w:rPr>
          <w:b w:val="0"/>
          <w:i w:val="0"/>
        </w:rPr>
        <w:t>Thực ra, khả năng quan sát từ xa (remote viewing) vẫn âm thầm tiếp diễn trong những bức tường của Langley, SRI International và Fort Meade. Màn khói mù của thất bại Stargate đã cho phép cơ quan này lặng lẽ vạch ra tương lai của chương trình — một phiên bản được tài trợ tốt hơn, an toàn hơn nhiều và tiên tiến vô cùng về mặt công nghệ…nằm sâu dưới lòng đất, cách xa quá khứ ô uế của nó, và với một mật danh hoàn toàn mới.</w:t>
      </w:r>
    </w:p>
    <w:p>
      <w:pPr>
        <w:spacing w:after="80"/>
      </w:pPr>
      <w:r>
        <w:rPr>
          <w:b w:val="0"/>
          <w:i w:val="0"/>
        </w:rPr>
        <w:t>Dự án Threshold ra đời.</w:t>
      </w:r>
    </w:p>
    <w:p>
      <w:pPr>
        <w:spacing w:after="80"/>
      </w:pPr>
      <w:r>
        <w:rPr>
          <w:b w:val="0"/>
          <w:i w:val="0"/>
        </w:rPr>
        <w:t>“Giám đốc?” một giọng nói rè rè vang lên trong bộ đàm. “Cô ấy đang trực tuyến.”</w:t>
      </w:r>
    </w:p>
    <w:p>
      <w:pPr>
        <w:spacing w:after="80"/>
      </w:pPr>
      <w:r>
        <w:rPr>
          <w:b w:val="0"/>
          <w:i w:val="0"/>
        </w:rPr>
        <w:t>Judd thoát khỏi cơn mơ màng, ngước mắt lên màn hình video trước mặt. “Cảm ơn,” ông nói. “Làm ơn kết nối cho tôi.”</w:t>
      </w:r>
    </w:p>
    <w:p>
      <w:pPr>
        <w:spacing w:after="80"/>
      </w:pPr>
      <w:r>
        <w:rPr>
          <w:b w:val="0"/>
          <w:i w:val="0"/>
        </w:rPr>
        <w:t>Một lát sau, con dấu CIA trên màn hình tan biến, thay vào đó là gương mặt đầy thách thức của Đại sứ Heide Nagel…được hai lính thủy quân lục chiến Mỹ kèm hai bên.</w:t>
      </w:r>
    </w:p>
    <w:p>
      <w:pPr>
        <w:pStyle w:val="Heading1"/>
      </w:pPr>
      <w:r>
        <w:rPr>
          <w:rFonts w:ascii="Calibri" w:hAnsi="Calibri"/>
          <w:b/>
          <w:i w:val="0"/>
          <w:sz w:val="40"/>
        </w:rPr>
        <w:t>Chương 114</w:t>
      </w:r>
    </w:p>
    <w:p>
      <w:pPr>
        <w:spacing w:after="80"/>
      </w:pPr>
      <w:r>
        <w:rPr>
          <w:b w:val="0"/>
          <w:i w:val="0"/>
        </w:rPr>
        <w:t>Katherine nhìn chằm chằm vào nòng súng của Finch, cảm giác như vừa bị giật mạnh trở về thực tại. “Phòng thí nghiệm tử thần” của CIA không phải là một cơ sở nghiên cứu ý thức…mà là một trung tâm điều khiển cho một loại quan sát từ xa được vũ khí hóa đáng kinh ngạc.</w:t>
      </w:r>
    </w:p>
    <w:p>
      <w:pPr>
        <w:spacing w:after="80"/>
      </w:pPr>
      <w:r>
        <w:rPr>
          <w:b w:val="0"/>
          <w:i w:val="0"/>
        </w:rPr>
        <w:t>Trong thế giới noetics (khoa học về ý thức) của Katherine, Threshold sẽ là thành tựu tối thượng. Chìa khóa để hiểu ý thức phi cục bộ (nonlocal consciousness) luôn là hiểu được trải nghiệm xuất hồn (out-of-body experiences); nhưng sự hiểu biết đó luôn phải đối mặt với hai rào cản to lớn.</w:t>
      </w:r>
    </w:p>
    <w:p>
      <w:pPr>
        <w:spacing w:after="80"/>
      </w:pPr>
      <w:r>
        <w:rPr>
          <w:b w:val="0"/>
          <w:i w:val="0"/>
        </w:rPr>
        <w:t>Và Threshold đã giải quyết được cả hai.</w:t>
      </w:r>
    </w:p>
    <w:p>
      <w:pPr>
        <w:spacing w:after="80"/>
      </w:pPr>
      <w:r>
        <w:rPr>
          <w:b w:val="0"/>
          <w:i w:val="0"/>
        </w:rPr>
        <w:t xml:space="preserve">Rào cản đầu tiên là trạng thái xuất hồn rất hiếm gặp, thoáng qua và thường không thể đoán trước. Chỉ một vài cá nhân có kỹ năng độc đáo mới có khả năng “xuất hồn theo ý muốn”, và ngay cả họ cũng chật vật để duy trì trạng thái xuất hồn trong trọn một phút. Tuy nhiên, tại Threshold, nhờ các khoang (pod) của Gessner, </w:t>
      </w:r>
      <w:r>
        <w:rPr>
          <w:b w:val="0"/>
          <w:i/>
        </w:rPr>
        <w:t>bất kỳ ai</w:t>
      </w:r>
      <w:r>
        <w:rPr>
          <w:b w:val="0"/>
          <w:i w:val="0"/>
        </w:rPr>
        <w:t xml:space="preserve"> cũng có thể bị ép vào trạng thái xuất hồn và bị giữ ở đó trong một giờ hoặc lâu hơn.</w:t>
      </w:r>
    </w:p>
    <w:p>
      <w:pPr>
        <w:spacing w:after="80"/>
      </w:pPr>
      <w:r>
        <w:rPr>
          <w:b w:val="0"/>
          <w:i w:val="0"/>
        </w:rPr>
        <w:t>Đáng sợ nhưng có thật.</w:t>
      </w:r>
    </w:p>
    <w:p>
      <w:pPr>
        <w:spacing w:after="80"/>
      </w:pPr>
      <w:r>
        <w:rPr>
          <w:b w:val="0"/>
          <w:i w:val="0"/>
        </w:rPr>
        <w:t xml:space="preserve">Thách thức thứ hai với OBE là </w:t>
      </w:r>
      <w:r>
        <w:rPr>
          <w:b w:val="0"/>
          <w:i/>
        </w:rPr>
        <w:t>khả năng hồi tưởng.</w:t>
      </w:r>
      <w:r>
        <w:rPr>
          <w:b w:val="0"/>
          <w:i w:val="0"/>
        </w:rPr>
        <w:t xml:space="preserve"> Khi trở về cơ thể từ trạng thái xuất hồn, các đối tượng cho biết trải nghiệm mờ đi gần như ngay lập tức, giống như một giấc mơ, tạo ra thách thức cho các nhà nghiên cứu đang tìm kiếm dữ liệu chi tiết mà họ có thể tin cậy. Nhưng giờ đây, với cấy ghép não bằng mạch thần kinh (neural brain implant) của Threshold, những trải nghiệm đó có thể được </w:t>
      </w:r>
      <w:r>
        <w:rPr>
          <w:b w:val="0"/>
          <w:i/>
        </w:rPr>
        <w:t>ghi lại</w:t>
      </w:r>
      <w:r>
        <w:rPr>
          <w:b w:val="0"/>
          <w:i w:val="0"/>
        </w:rPr>
        <w:t xml:space="preserve"> và nghiên cứu.</w:t>
      </w:r>
    </w:p>
    <w:p>
      <w:pPr>
        <w:spacing w:after="80"/>
      </w:pPr>
      <w:r>
        <w:rPr>
          <w:b w:val="0"/>
          <w:i w:val="0"/>
        </w:rPr>
        <w:t xml:space="preserve">Một bước nhảy vọt tiềm năng về lượng tử cho nghiên cứu ý thức, cơ sở này có khả năng hé lộ những bí mật sâu thẳm nhất của tâm trí con người. </w:t>
      </w:r>
      <w:r>
        <w:rPr>
          <w:b w:val="0"/>
          <w:i/>
        </w:rPr>
        <w:t>Bao gồm cả bản chất của chính cái chết.</w:t>
      </w:r>
      <w:r>
        <w:rPr>
          <w:b w:val="0"/>
          <w:i w:val="0"/>
        </w:rPr>
        <w:t xml:space="preserve"> Vậy mà, trước sự thất vọng tột cùng của Katherine, thay vì đào sâu vào những bí ẩn của ý thức và cái chết, CIA đã khai thác ý thức phi cục bộ để tạo ra một cuộc đảo chính giám sát với quy mô không thể tưởng tượng nổi. Katherine vẫn đang vật lộn để chấp nhận rằng một công nghệ như thế này thực sự có thể tồn tại và nó có thể bị vũ khí hóa một cách dễ dàng đến vậy.</w:t>
      </w:r>
    </w:p>
    <w:p>
      <w:pPr>
        <w:spacing w:after="80"/>
      </w:pPr>
      <w:r>
        <w:rPr>
          <w:b w:val="0"/>
          <w:i w:val="0"/>
        </w:rPr>
        <w:t>“Có một điều tôi không hiểu,” Katherine nói. “Cấy ghép não…lưới thần kinh (neural mesh) tích hợp nhanh đến thế—”</w:t>
      </w:r>
    </w:p>
    <w:p>
      <w:pPr>
        <w:spacing w:after="80"/>
      </w:pPr>
      <w:r>
        <w:rPr>
          <w:b w:val="0"/>
          <w:i w:val="0"/>
        </w:rPr>
        <w:t>“Tôi nghe đủ rồi,” Langdon ngắt lời, mắt vẫn dán vào khẩu súng của Finch, vẫn đang chĩa vào cả hai người họ. “Thưa ông, bản thảo của Katherine đã bị phá hủy. Cô ấy sẽ không xuất bản cuốn sách của mình. Chúng tôi sẵn sàng ký NDA của ông. Ông có thể cất súng đi.”</w:t>
      </w:r>
    </w:p>
    <w:p>
      <w:pPr>
        <w:spacing w:after="80"/>
      </w:pPr>
      <w:r>
        <w:rPr>
          <w:b w:val="0"/>
          <w:i w:val="0"/>
        </w:rPr>
        <w:t>“Đến lúc rồi,” Finch nói, liếc qua vai về phía cửa như thể đang chờ đợi ai đó. “Tôi rất vui vì Tiến sĩ Solomon đã nhận ra chúng tôi tích hợp lưới thần kinh của cô ấy nhanh đến mức nào.”</w:t>
      </w:r>
    </w:p>
    <w:p>
      <w:pPr>
        <w:spacing w:after="80"/>
      </w:pPr>
      <w:r>
        <w:rPr>
          <w:b w:val="0"/>
          <w:i/>
        </w:rPr>
        <w:t>Nhanh đến mức không tưởng,</w:t>
      </w:r>
      <w:r>
        <w:rPr>
          <w:b w:val="0"/>
          <w:i w:val="0"/>
        </w:rPr>
        <w:t xml:space="preserve"> Katherine ghi nhận. Theo các hồ sơ họ tìm được, tốc độ các nơ-ron hiện có của Sasha hợp nhất với các nơ-ron </w:t>
      </w:r>
      <w:r>
        <w:rPr>
          <w:b w:val="0"/>
          <w:i/>
        </w:rPr>
        <w:t>nhân tạo</w:t>
      </w:r>
      <w:r>
        <w:rPr>
          <w:b w:val="0"/>
          <w:i w:val="0"/>
        </w:rPr>
        <w:t xml:space="preserve"> của cô ấy nhanh gấp mười lần so với mô hình phát triển tự nhiên, hoặc bất cứ điều gì Katherine từng thấy trong phòng thí nghiệm.</w:t>
      </w:r>
    </w:p>
    <w:p>
      <w:pPr>
        <w:spacing w:after="80"/>
      </w:pPr>
      <w:r>
        <w:rPr>
          <w:b w:val="0"/>
          <w:i w:val="0"/>
        </w:rPr>
        <w:t xml:space="preserve">“Giải pháp,” Finch khoe khoang, “là một kỹ thuật mới mà chúng tôi gọi là ‘hợp tác cưỡng bức’—một kiểu cùng nhau giải đố. Chúng tôi dùng thực tế ảo để đưa cùng một câu đố vào cả </w:t>
      </w:r>
      <w:r>
        <w:rPr>
          <w:b w:val="0"/>
          <w:i/>
        </w:rPr>
        <w:t>não</w:t>
      </w:r>
      <w:r>
        <w:rPr>
          <w:b w:val="0"/>
          <w:i w:val="0"/>
        </w:rPr>
        <w:t xml:space="preserve"> của đối tượng và cả </w:t>
      </w:r>
      <w:r>
        <w:rPr>
          <w:b w:val="0"/>
          <w:i/>
        </w:rPr>
        <w:t>chip</w:t>
      </w:r>
      <w:r>
        <w:rPr>
          <w:b w:val="0"/>
          <w:i w:val="0"/>
        </w:rPr>
        <w:t xml:space="preserve"> cấy ghép cùng một lúc. Như bạn biết đấy, khi các nơ-ron bị ngắt kết nối nhận ra rằng chúng có thể hiệu quả hơn bằng cách chia sẻ thông tin, chúng sẽ hình thành các khớp thần kinh mới.”</w:t>
      </w:r>
    </w:p>
    <w:p>
      <w:pPr>
        <w:spacing w:after="80"/>
      </w:pPr>
      <w:r>
        <w:rPr>
          <w:b w:val="0"/>
          <w:i/>
        </w:rPr>
        <w:t>Những giải pháp rực rỡ nhất luôn là những giải pháp đơn giản nhất,</w:t>
      </w:r>
      <w:r>
        <w:rPr>
          <w:b w:val="0"/>
          <w:i w:val="0"/>
        </w:rPr>
        <w:t xml:space="preserve"> Katherine nghĩ, và chiến lược này chính xác là như vậy—thanh thoát trong sự đơn giản của nó. Bằng cách trình bày thử thách </w:t>
      </w:r>
      <w:r>
        <w:rPr>
          <w:b w:val="0"/>
          <w:i/>
        </w:rPr>
        <w:t>giống hệt nhau</w:t>
      </w:r>
      <w:r>
        <w:rPr>
          <w:b w:val="0"/>
          <w:i w:val="0"/>
        </w:rPr>
        <w:t xml:space="preserve"> cho hai cỗ máy xử lý riêng biệt—một bộ não người và một con chip máy tính—họ khuyến khích hai thực thể hợp tác…thúc đẩy chúng tạo khớp thần kinh càng nhanh càng tốt. </w:t>
      </w:r>
      <w:r>
        <w:rPr>
          <w:b w:val="0"/>
          <w:i/>
        </w:rPr>
        <w:t>Các nơ-ron cùng</w:t>
      </w:r>
      <w:r>
        <w:rPr>
          <w:b w:val="0"/>
          <w:i w:val="0"/>
        </w:rPr>
        <w:t xml:space="preserve"> kích hoạt </w:t>
      </w:r>
      <w:r>
        <w:rPr>
          <w:b w:val="0"/>
          <w:i/>
        </w:rPr>
        <w:t>cùng nhau…</w:t>
      </w:r>
      <w:r>
        <w:rPr>
          <w:b w:val="0"/>
          <w:i w:val="0"/>
        </w:rPr>
        <w:t xml:space="preserve">sẽ kết nối </w:t>
      </w:r>
      <w:r>
        <w:rPr>
          <w:b w:val="0"/>
          <w:i/>
        </w:rPr>
        <w:t>với nhau.</w:t>
      </w:r>
      <w:r>
        <w:rPr>
          <w:b w:val="0"/>
          <w:i w:val="0"/>
        </w:rPr>
        <w:t xml:space="preserve"> Quá trình này được gọi là </w:t>
      </w:r>
      <w:r>
        <w:rPr>
          <w:b w:val="0"/>
          <w:i/>
        </w:rPr>
        <w:t>học tập Hebbian,</w:t>
      </w:r>
      <w:r>
        <w:rPr>
          <w:b w:val="0"/>
          <w:i w:val="0"/>
        </w:rPr>
        <w:t xml:space="preserve"> và nó đã là một phần của lĩnh vực khoa học thần kinh từ những năm 1930 khi Donald Hebb phát hiện ra rằng bộ não, khi được thử thách liên tục bằng những nhiệm vụ cường độ cao, sẽ phát triển các đường dẫn thần kinh mới rất nhanh, theo cách tương tự như một người tập tạ phát triển cơ bắp bằng cách luyện tập.</w:t>
      </w:r>
    </w:p>
    <w:p>
      <w:pPr>
        <w:spacing w:after="80"/>
      </w:pPr>
      <w:r>
        <w:rPr>
          <w:b w:val="0"/>
          <w:i w:val="0"/>
        </w:rPr>
        <w:t>“Còn các loại thuốc trong phòng thực tế ảo thì sao?” Katherine hỏi. “Tôi cho rằng các chất gây ảo giác khuếch đại độ dẻo thần kinh?”</w:t>
      </w:r>
    </w:p>
    <w:p>
      <w:pPr>
        <w:spacing w:after="80"/>
      </w:pPr>
      <w:r>
        <w:rPr>
          <w:b w:val="0"/>
          <w:i w:val="0"/>
        </w:rPr>
        <w:t>“Đúng vậy,” Finch nói. “Ngoài việc kích thích tăng trưởng, các loại thuốc còn được dùng để làm cho các câu đố khó hơn bằng cách buộc bộ não phải tập trung xuyên qua một màn sương mù. Giống như một vận động viên marathon tập luyện với giày có quả cân. Gánh nặng thêm vào giúp tăng tốc độ thích nghi.”</w:t>
      </w:r>
    </w:p>
    <w:p>
      <w:pPr>
        <w:spacing w:after="80"/>
      </w:pPr>
      <w:r>
        <w:rPr>
          <w:b w:val="0"/>
          <w:i w:val="0"/>
        </w:rPr>
        <w:t>Katherine vô cùng kinh ngạc. “Ông không lấy ý tưởng này từ luận án của tôi,” Katherine nói. “Đó là ý tưởng của Brigita phải không?”</w:t>
      </w:r>
    </w:p>
    <w:p>
      <w:pPr>
        <w:spacing w:after="80"/>
      </w:pPr>
      <w:r>
        <w:rPr>
          <w:b w:val="0"/>
          <w:i w:val="0"/>
        </w:rPr>
        <w:t>“Phần lớn là vậy, đúng. Cô ấy không phải lúc nào cũng dễ chịu, và chúng tôi bất đồng căn bản về nhiều thứ, nhưng chúng tôi không thể xây dựng Threshold mà không có cô ấy.”</w:t>
      </w:r>
    </w:p>
    <w:p>
      <w:pPr>
        <w:spacing w:after="80"/>
      </w:pPr>
      <w:r>
        <w:rPr>
          <w:b w:val="0"/>
          <w:i w:val="0"/>
        </w:rPr>
        <w:t>“Luận án của Katherine,” Langdon gay gắt hỏi. “Làm sao CIA có thể tiếp cận được nó?”</w:t>
      </w:r>
    </w:p>
    <w:p>
      <w:pPr>
        <w:spacing w:after="80"/>
      </w:pPr>
      <w:r>
        <w:rPr>
          <w:b w:val="0"/>
          <w:i w:val="0"/>
        </w:rPr>
        <w:t>“Các bài dự thi Giải thưởng Blavatnik,” ông ta nói. “Những bài dự thi đó luôn chứa đựng những ý tưởng táo bạo nhất từ những bộ óc trẻ sắc sảo nhất. Vậy nên hồi đó CIA luôn đảm bảo rằng một trong các giám khảo là người từ Viện Nghiên cứu Stanford.”</w:t>
      </w:r>
    </w:p>
    <w:p>
      <w:pPr>
        <w:spacing w:after="80"/>
      </w:pPr>
      <w:r>
        <w:rPr>
          <w:b w:val="0"/>
          <w:i/>
        </w:rPr>
        <w:t>SRI?</w:t>
      </w:r>
      <w:r>
        <w:rPr>
          <w:b w:val="0"/>
          <w:i w:val="0"/>
        </w:rPr>
        <w:t xml:space="preserve"> Katherine kinh ngạc vì mối liên hệ này đã không lóe lên trong đầu cô ngay khi biết về sự dính líu của CIA vào bản thảo bị mất tích của mình. Viện Nghiên cứu Stanford từ lâu đã có quan hệ với CIA và thậm chí được những người theo thuyết âm mưu tin là nơi khai sinh ra Stargate. Một “giáo sư” của SRI trong ban giám khảo Giải thưởng Blavatnik hoàn toàn có thể là một điệp viên ẩn mình ngay trước mắt.</w:t>
      </w:r>
    </w:p>
    <w:p>
      <w:pPr>
        <w:spacing w:after="80"/>
      </w:pPr>
      <w:r>
        <w:rPr>
          <w:b w:val="0"/>
          <w:i w:val="0"/>
        </w:rPr>
        <w:t>“Khi luận án của cô không giành được dù chỉ là một giải khuyến khích,” Finch nói, “giáo sư của cô ở Princeton—Cosgrove, tôi nghĩ vậy—đã chất vấn ủy ban trao giải không ngừng nghỉ, đặc biệt là vị giám khảo từ Stanford. Ông ấy phát hiện ra SRI có dính líu và biết đủ để rút lui và không bao giờ nhắc đến chuyện đó nữa.”</w:t>
      </w:r>
    </w:p>
    <w:p>
      <w:pPr>
        <w:spacing w:after="80"/>
      </w:pPr>
      <w:r>
        <w:rPr>
          <w:b w:val="0"/>
          <w:i w:val="0"/>
        </w:rPr>
        <w:t>“Chúng tôi muốn rời đi,” Langdon nói. “Ngay bây giờ.”</w:t>
      </w:r>
    </w:p>
    <w:p>
      <w:pPr>
        <w:spacing w:after="80"/>
      </w:pPr>
      <w:r>
        <w:rPr>
          <w:b w:val="0"/>
          <w:i w:val="0"/>
        </w:rPr>
        <w:t>“Ông không ở vị thế để đưa ra yêu cầu đâu, Giáo sư ạ,” Finch nói. “Ông đã đột nhập vào một cơ sở tối mật và vi phạm nhiều luật lệ. Và nếu ông nghĩ đại sứ sẽ đến và cứu ông, tôi e rằng lúc này bà ấy không được tự do đi đâu cả.”</w:t>
      </w:r>
    </w:p>
    <w:p>
      <w:pPr>
        <w:spacing w:after="80"/>
      </w:pPr>
      <w:r>
        <w:rPr>
          <w:b w:val="0"/>
          <w:i w:val="0"/>
        </w:rPr>
        <w:t>“Nếu Katherine và tôi biến mất,” Langdon nói, giọng đầy đe dọa, “</w:t>
      </w:r>
      <w:r>
        <w:rPr>
          <w:b w:val="0"/>
          <w:i/>
        </w:rPr>
        <w:t>rất nhiều</w:t>
      </w:r>
      <w:r>
        <w:rPr>
          <w:b w:val="0"/>
          <w:i w:val="0"/>
        </w:rPr>
        <w:t xml:space="preserve"> người sẽ nhận ra. Sẽ không giống như đối tượng thử nghiệm ẩn danh Sysevich của ông đâu.”</w:t>
      </w:r>
    </w:p>
    <w:p>
      <w:pPr>
        <w:spacing w:after="80"/>
      </w:pPr>
      <w:r>
        <w:rPr>
          <w:b w:val="0"/>
          <w:i w:val="0"/>
        </w:rPr>
        <w:t>“Ông chẳng biết gì về những gì đã xảy ra với Dmitri cả.”</w:t>
      </w:r>
    </w:p>
    <w:p>
      <w:pPr>
        <w:spacing w:after="80"/>
      </w:pPr>
      <w:r>
        <w:rPr>
          <w:b w:val="0"/>
          <w:i w:val="0"/>
        </w:rPr>
        <w:t>“Chúng tôi biết ông đã dùng anh ta như một con chuột bạch người,” Katherine nói. “Cùng với Sasha Vesna.”</w:t>
      </w:r>
    </w:p>
    <w:p>
      <w:pPr>
        <w:spacing w:after="80"/>
      </w:pPr>
      <w:r>
        <w:rPr>
          <w:b w:val="0"/>
          <w:i w:val="0"/>
        </w:rPr>
        <w:t>“Họ đang sống những cuộc đời bị giày vò,” Finch bắn lại. “Gessner đã cứu họ. Cô ấy chữa khỏi bệnh động kinh cho họ và cho họ một cuộc sống.”</w:t>
      </w:r>
    </w:p>
    <w:p>
      <w:pPr>
        <w:spacing w:after="80"/>
      </w:pPr>
      <w:r>
        <w:rPr>
          <w:b w:val="0"/>
          <w:i w:val="0"/>
        </w:rPr>
        <w:t>“</w:t>
      </w:r>
      <w:r>
        <w:rPr>
          <w:b w:val="0"/>
          <w:i/>
        </w:rPr>
        <w:t>Đó</w:t>
      </w:r>
      <w:r>
        <w:rPr>
          <w:b w:val="0"/>
          <w:i w:val="0"/>
        </w:rPr>
        <w:t xml:space="preserve"> là lý lẽ của ông sao?” Langdon thách thức. “Dmitri giờ có cuộc sống tốt hơn à? Chúng tôi đã xem hồ sơ của anh ta. Có vẻ như anh ta đã chết ở đây!”</w:t>
      </w:r>
    </w:p>
    <w:p>
      <w:pPr>
        <w:spacing w:after="80"/>
      </w:pPr>
      <w:r>
        <w:rPr>
          <w:b w:val="0"/>
          <w:i w:val="0"/>
        </w:rPr>
        <w:t>“Giáo sư,” Finch nói, đổi tư thế và chĩa súng về phía Langdon. “Hẳn là xa hoa lắm khi sống trong giới học thuật mà không phải đối mặt với những vấn đề thực sự của đất nước chúng ta…không phải lo lắng về những kẻ muốn phá hủy lối sống phương Tây. Thế giới là một nơi cực kỳ nguy hiểm, và những người như tôi là lý do duy nhất khiến thành phố Boston của ông vẫn còn đứng vững. Tôi nói điều đó theo đúng nghĩa đen.”</w:t>
      </w:r>
    </w:p>
    <w:p>
      <w:pPr>
        <w:spacing w:after="80"/>
      </w:pPr>
      <w:r>
        <w:rPr>
          <w:b w:val="0"/>
          <w:i w:val="0"/>
        </w:rPr>
        <w:t>“Điều đó có thể đúng,” Langdon đáp, “nhưng nó không cho ông quyền thí nghiệm trên con người mà họ không hay biết.”</w:t>
      </w:r>
    </w:p>
    <w:p>
      <w:pPr>
        <w:spacing w:after="80"/>
      </w:pPr>
      <w:r>
        <w:rPr>
          <w:b w:val="0"/>
          <w:i w:val="0"/>
        </w:rPr>
        <w:t>Finch nhìn chằm chằm vào ông. “Phép thử tối thượng của lương tâm một con người là sự sẵn lòng hy sinh điều gì đó hôm nay vì những thế hệ tương lai mà những lời cảm ơn của họ sẽ không được nghe thấy.”</w:t>
      </w:r>
    </w:p>
    <w:p>
      <w:pPr>
        <w:spacing w:after="80"/>
      </w:pPr>
      <w:r>
        <w:rPr>
          <w:b w:val="0"/>
          <w:i w:val="0"/>
        </w:rPr>
        <w:t>“Nếu ông định ăn cắp một câu trích dẫn,” Langdon bắn lại, “thì ông nên biết nó có nghĩa gì. Gaylord Nelson đang nói về việc cứu lấy môi trường, chứ không phải lạm dụng những người vô tội.”</w:t>
      </w:r>
    </w:p>
    <w:p>
      <w:pPr>
        <w:spacing w:after="80"/>
      </w:pPr>
      <w:r>
        <w:rPr>
          <w:b w:val="0"/>
          <w:i w:val="0"/>
        </w:rPr>
        <w:t>“Sasha còn lâu mới vô tội,” Finch nói. “Cô ta đã giết Tiến sĩ Gessner.”</w:t>
      </w:r>
    </w:p>
    <w:p>
      <w:pPr>
        <w:spacing w:after="80"/>
      </w:pPr>
      <w:r>
        <w:rPr>
          <w:b w:val="0"/>
          <w:i w:val="0"/>
        </w:rPr>
        <w:t>“Thật vô lý,” Langdon nói. “Sasha yêu Brigita. Không có chuyện—”</w:t>
      </w:r>
    </w:p>
    <w:p>
      <w:pPr>
        <w:spacing w:after="80"/>
      </w:pPr>
      <w:r>
        <w:rPr>
          <w:b w:val="0"/>
          <w:i w:val="0"/>
        </w:rPr>
        <w:t xml:space="preserve">“Cô ta cũng giết sĩ quan thực địa của tôi ở trên lầu,” Finch nói. “Tôi đã nửa ngờ rằng chính </w:t>
      </w:r>
      <w:r>
        <w:rPr>
          <w:b w:val="0"/>
          <w:i/>
        </w:rPr>
        <w:t>Sasha</w:t>
      </w:r>
      <w:r>
        <w:rPr>
          <w:b w:val="0"/>
          <w:i w:val="0"/>
        </w:rPr>
        <w:t xml:space="preserve"> là người đã đột nhập vào Threshold. Tôi tìm thấy một cây gậy động kinh ở trên lầu gần xác sĩ quan của tôi…và chỉ có một người có thể là chủ nhân của nó.”</w:t>
      </w:r>
    </w:p>
    <w:p>
      <w:pPr>
        <w:spacing w:after="80"/>
      </w:pPr>
      <w:r>
        <w:rPr>
          <w:b w:val="0"/>
          <w:i w:val="0"/>
        </w:rPr>
        <w:t xml:space="preserve">“Cây gậy đó là </w:t>
      </w:r>
      <w:r>
        <w:rPr>
          <w:b w:val="0"/>
          <w:i/>
        </w:rPr>
        <w:t>của tôi,</w:t>
      </w:r>
      <w:r>
        <w:rPr>
          <w:b w:val="0"/>
          <w:i w:val="0"/>
        </w:rPr>
        <w:t>” một giọng nói ma quái vang lên trong bóng tối. “Và tôi muốn lấy lại nó.”</w:t>
      </w:r>
    </w:p>
    <w:p>
      <w:pPr>
        <w:pStyle w:val="Heading1"/>
      </w:pPr>
      <w:r>
        <w:rPr>
          <w:rFonts w:ascii="Calibri" w:hAnsi="Calibri"/>
          <w:b/>
          <w:i w:val="0"/>
          <w:sz w:val="40"/>
        </w:rPr>
        <w:t>Chương 115</w:t>
      </w:r>
    </w:p>
    <w:p>
      <w:pPr>
        <w:spacing w:after="80"/>
      </w:pPr>
      <w:r>
        <w:rPr>
          <w:b w:val="0"/>
          <w:i w:val="0"/>
        </w:rPr>
        <w:t>Finch giật mình quay phắt lại và quét mắt khắp căn phòng.</w:t>
      </w:r>
    </w:p>
    <w:p>
      <w:pPr>
        <w:spacing w:after="80"/>
      </w:pPr>
      <w:r>
        <w:rPr>
          <w:b w:val="0"/>
          <w:i w:val="0"/>
        </w:rPr>
        <w:t>Cái quái gì đã nói thế?!</w:t>
      </w:r>
    </w:p>
    <w:p>
      <w:pPr>
        <w:spacing w:after="80"/>
      </w:pPr>
      <w:r>
        <w:rPr>
          <w:b w:val="0"/>
          <w:i w:val="0"/>
        </w:rPr>
        <w:t xml:space="preserve">Âm thanh trong mái vòm khiến người ta khó phân biệt chính xác những lời đó đến từ </w:t>
      </w:r>
      <w:r>
        <w:rPr>
          <w:b w:val="0"/>
          <w:i/>
        </w:rPr>
        <w:t>đâu</w:t>
      </w:r>
      <w:r>
        <w:rPr>
          <w:b w:val="0"/>
          <w:i w:val="0"/>
        </w:rPr>
        <w:t>. Langdon và Katherine trông cũng giật mình không kém.</w:t>
      </w:r>
    </w:p>
    <w:p>
      <w:pPr>
        <w:spacing w:after="80"/>
      </w:pPr>
      <w:r>
        <w:rPr>
          <w:b w:val="0"/>
          <w:i w:val="0"/>
        </w:rPr>
        <w:t>“Ông ở đâu?!” Finch gọi lớn, không nhận ra giọng nam trống rỗng ấy. Giọng điệu chắc chắn nghe như người Nga. “Ra mặt ngay!”</w:t>
      </w:r>
    </w:p>
    <w:p>
      <w:pPr>
        <w:spacing w:after="80"/>
      </w:pPr>
      <w:r>
        <w:rPr>
          <w:b w:val="0"/>
          <w:i w:val="0"/>
        </w:rPr>
        <w:t>Finch nghe thấy một tiếng xì nhẹ của không khí, âm thanh duy nhất xuyên qua sự im lặng của mái vòm. Nó phát ra từ phía sau căn phòng, đằng sau Langdon và Solomon. Khi những kẻ bắt giữ anh quay về phía âm thanh, Finch nhìn qua họ, nhận ra tiếng xì này phát ra từ thang nâng khí nén dẫn đến khu vực tiện ích.</w:t>
      </w:r>
    </w:p>
    <w:p>
      <w:pPr>
        <w:spacing w:after="80"/>
      </w:pPr>
      <w:r>
        <w:rPr>
          <w:b w:val="0"/>
          <w:i w:val="0"/>
        </w:rPr>
        <w:t>Khi bệ nâng đi lên, tất cả họ đều chứng kiến một cảnh tượng mà Finch chưa từng tưởng tượng nổi ngay cả trong những giấc mơ hoang đường nhất.</w:t>
      </w:r>
    </w:p>
    <w:p>
      <w:pPr>
        <w:spacing w:after="80"/>
      </w:pPr>
      <w:r>
        <w:rPr>
          <w:b w:val="0"/>
          <w:i w:val="0"/>
        </w:rPr>
        <w:t>Từ dưới lòng đất…một con quái vật đang trồi lên.</w:t>
      </w:r>
    </w:p>
    <w:p>
      <w:pPr>
        <w:spacing w:after="80"/>
      </w:pPr>
      <w:r>
        <w:rPr>
          <w:b w:val="0"/>
          <w:i w:val="0"/>
        </w:rPr>
        <w:t>Khuôn mặt hiện ra trước tiên—làn da xám xịt như chết, không có nét nào. Cái đầu không có tóc, trùm trong mũ của chiếc áo choàng đen, và đôi mắt lạnh lẽo của nó dường như dán chặt vào Finch cùng khẩu súng đang chĩa ra của anh. Khi thân hình khoác áo choàng trồi lên trong tầm nhìn, hai cánh tay nó dang ngang, lộ ra những lòng bàn tay trần trụi như một kiểu Christ thăng thiên nào đó.</w:t>
      </w:r>
    </w:p>
    <w:p>
      <w:pPr>
        <w:spacing w:after="80"/>
      </w:pPr>
      <w:r>
        <w:rPr>
          <w:b w:val="0"/>
          <w:i w:val="0"/>
        </w:rPr>
        <w:t xml:space="preserve">Khi bệ khí nén dừng lại, bóng hình bước xuống và bắt đầu tiến về phía họ, đôi ủng nặng nề của hắn nện thình thịch trên sàn trải thảm. Hai tay vẫn dang rộng như đầu hàng, hắn tiến qua biển các khoang chứa, chiếc áo choàng đen tung bay. Finch giờ mới thấy đầu và mặt con quái vật đầy những lớp đất sét hay bùn dày, và một kiểu chữ viết nào đó được khắc lên trán hắn. </w:t>
      </w:r>
      <w:r>
        <w:rPr>
          <w:b w:val="0"/>
          <w:i/>
        </w:rPr>
        <w:t>Cái thứ quái quỷ gì thế này?!</w:t>
      </w:r>
    </w:p>
    <w:p>
      <w:pPr>
        <w:spacing w:after="80"/>
      </w:pPr>
      <w:r>
        <w:rPr>
          <w:b w:val="0"/>
          <w:i w:val="0"/>
        </w:rPr>
        <w:t>“Dừng lại!” Finch hét lên, cuối cùng cũng tìm lại được giọng nói khi sinh vật này chỉ còn cách chưa đầy mười lăm thước. “Không thêm một bước nào nữa!”</w:t>
      </w:r>
    </w:p>
    <w:p>
      <w:pPr>
        <w:spacing w:after="80"/>
      </w:pPr>
      <w:r>
        <w:rPr>
          <w:b w:val="0"/>
          <w:i w:val="0"/>
        </w:rPr>
        <w:t>Con quái vật vâng lời, khựng lại, hai tay vẫn dang ra.</w:t>
      </w:r>
    </w:p>
    <w:p>
      <w:pPr>
        <w:spacing w:after="80"/>
      </w:pPr>
      <w:r>
        <w:rPr>
          <w:b w:val="0"/>
          <w:i w:val="0"/>
        </w:rPr>
        <w:t xml:space="preserve">Finch bước sang phải để có góc bắn rõ ràng vượt qua Langdon và Katherine. “Ngươi là ai?!” </w:t>
      </w:r>
      <w:r>
        <w:rPr>
          <w:b w:val="0"/>
          <w:i/>
        </w:rPr>
        <w:t>Ngươi là cái gì?!</w:t>
      </w:r>
    </w:p>
    <w:p>
      <w:pPr>
        <w:spacing w:after="80"/>
      </w:pPr>
      <w:r>
        <w:rPr>
          <w:b w:val="0"/>
          <w:i w:val="0"/>
        </w:rPr>
        <w:t>“Ngươi đã phản bội lòng tin của Sasha,” bóng hình đáp, giọng rỗng tuếch trong mái vòm. “Ta là người bảo vệ cô ấy.”</w:t>
      </w:r>
    </w:p>
    <w:p>
      <w:pPr>
        <w:spacing w:after="80"/>
      </w:pPr>
      <w:r>
        <w:rPr>
          <w:b w:val="0"/>
          <w:i w:val="0"/>
        </w:rPr>
        <w:t>“Sasha có ở đây không, ở đâu đó?” Finch gặng hỏi.</w:t>
      </w:r>
    </w:p>
    <w:p>
      <w:pPr>
        <w:spacing w:after="80"/>
      </w:pPr>
      <w:r>
        <w:rPr>
          <w:b w:val="0"/>
          <w:i w:val="0"/>
        </w:rPr>
        <w:t>“Không, cô ấy đang ở một nơi an toàn. Cô ấy sẽ không bao giờ phải nhìn thấy bất cứ thứ gì trong số này nữa.”</w:t>
      </w:r>
    </w:p>
    <w:p>
      <w:pPr>
        <w:spacing w:after="80"/>
      </w:pPr>
      <w:r>
        <w:rPr>
          <w:b w:val="0"/>
          <w:i w:val="0"/>
        </w:rPr>
        <w:t xml:space="preserve">“Còn </w:t>
      </w:r>
      <w:r>
        <w:rPr>
          <w:b w:val="0"/>
          <w:i/>
        </w:rPr>
        <w:t>ngươi</w:t>
      </w:r>
      <w:r>
        <w:rPr>
          <w:b w:val="0"/>
          <w:i w:val="0"/>
        </w:rPr>
        <w:t xml:space="preserve"> là ai?”</w:t>
      </w:r>
    </w:p>
    <w:p>
      <w:pPr>
        <w:spacing w:after="80"/>
      </w:pPr>
      <w:r>
        <w:rPr>
          <w:b w:val="0"/>
          <w:i w:val="0"/>
        </w:rPr>
        <w:t xml:space="preserve">Cơ thể con quái vật đột nhiên co giật, dường như khiến chính hắn cũng giật mình, nhưng hắn lấy lại bình tĩnh. “Ta…là—” Giọng hắn vỡ ra, và lần này Finch thấy nỗi sợ lóe lên trong mắt hắn. Hai cánh tay dang ra của sinh vật bắt đầu run rẩy, và vẻ thách thức của hắn tan biến. </w:t>
      </w:r>
      <w:r>
        <w:rPr>
          <w:b w:val="0"/>
          <w:i/>
        </w:rPr>
        <w:t>“Không…ne seychas!”</w:t>
      </w:r>
      <w:r>
        <w:rPr>
          <w:b w:val="0"/>
          <w:i w:val="0"/>
        </w:rPr>
        <w:t xml:space="preserve"> hắn lắp bắp, giọng giờ đã thành một lời van xin sợ hãi. “Không phải bây giờ…”</w:t>
      </w:r>
    </w:p>
    <w:p>
      <w:pPr>
        <w:spacing w:after="80"/>
      </w:pPr>
      <w:r>
        <w:rPr>
          <w:b w:val="0"/>
          <w:i w:val="0"/>
        </w:rPr>
        <w:t>Đột ngột, con quái vật đổ sụp xuống sàn, toàn thân run rẩy không kiểm soát. Hắn lăn ra nằm ngửa, nằm trên thảm, bất lực, run rẩy.</w:t>
      </w:r>
    </w:p>
    <w:p>
      <w:pPr>
        <w:spacing w:after="80"/>
      </w:pPr>
      <w:r>
        <w:rPr>
          <w:b w:val="0"/>
          <w:i w:val="0"/>
        </w:rPr>
        <w:t xml:space="preserve">Finch từng chứng kiến những cơn động kinh trước đây, và dù anh không biết đây là ai, sự hiện diện của người này giải thích cho chiếc đũa động kinh mà Finch tìm thấy ở trên lầu. </w:t>
      </w:r>
      <w:r>
        <w:rPr>
          <w:b w:val="0"/>
          <w:i/>
        </w:rPr>
        <w:t>Đây có phải là một bệnh nhân khác của Gessner không? Từ ngoài chương trình?</w:t>
      </w:r>
    </w:p>
    <w:p>
      <w:pPr>
        <w:spacing w:after="80"/>
      </w:pPr>
      <w:r>
        <w:rPr>
          <w:b w:val="0"/>
          <w:i w:val="0"/>
        </w:rPr>
        <w:t>Con quái vật giờ đang vật lộn để lục lọi các túi áo choàng của mình, rõ ràng đang cố gắng tuyệt vọng để tìm thứ gì đó.</w:t>
      </w:r>
    </w:p>
    <w:p>
      <w:pPr>
        <w:spacing w:after="80"/>
      </w:pPr>
      <w:r>
        <w:rPr>
          <w:b w:val="0"/>
          <w:i w:val="0"/>
        </w:rPr>
        <w:t>“Đây có phải là thứ ông đang thiếu không?” Finch chế giễu, rút cây gậy kim loại từ trong túi ra và tiến về phía cái bóng đang bất động. “Nói cho ta biết ngươi là ai, rồi ta sẽ đưa cái này cho ngươi.”</w:t>
      </w:r>
    </w:p>
    <w:p>
      <w:pPr>
        <w:spacing w:after="80"/>
      </w:pPr>
      <w:r>
        <w:rPr>
          <w:b w:val="0"/>
          <w:i w:val="0"/>
        </w:rPr>
        <w:t>“Anh ấy không nói được!” Langdon hét lên. “Vì Chúa, hãy giúp anh ấy đi!”</w:t>
      </w:r>
    </w:p>
    <w:p>
      <w:pPr>
        <w:spacing w:after="80"/>
      </w:pPr>
      <w:r>
        <w:rPr>
          <w:b w:val="0"/>
          <w:i w:val="0"/>
        </w:rPr>
        <w:t>“Ngươi có muốn cây gậy của mình không?” Finch nói, tiến đến bên cái bóng đang co giật một cách bất lực, đầu anh ta giờ đang rung lên đập vào sàn nhà.</w:t>
      </w:r>
    </w:p>
    <w:p>
      <w:pPr>
        <w:spacing w:after="80"/>
      </w:pPr>
      <w:r>
        <w:rPr>
          <w:b w:val="0"/>
          <w:i w:val="0"/>
        </w:rPr>
        <w:t>“Giúp anh ấy đi!” Katherine hét lên.</w:t>
      </w:r>
    </w:p>
    <w:p>
      <w:pPr>
        <w:spacing w:after="80"/>
      </w:pPr>
      <w:r>
        <w:rPr>
          <w:b w:val="0"/>
          <w:i w:val="0"/>
        </w:rPr>
        <w:t>Súng vẫn cầm trong tay, Finch cúi xuống bên cạnh cái thân hình đang run rẩy và giơ cây gậy trước mắt anh ta. “Sao ngươi không bắt đầu bằng việc nói cho ta biết—”</w:t>
      </w:r>
    </w:p>
    <w:p>
      <w:pPr>
        <w:spacing w:after="80"/>
      </w:pPr>
      <w:r>
        <w:rPr>
          <w:b w:val="0"/>
          <w:i w:val="0"/>
        </w:rPr>
        <w:t>Finch không bao giờ nói hết câu.</w:t>
      </w:r>
    </w:p>
    <w:p>
      <w:pPr>
        <w:spacing w:after="80"/>
      </w:pPr>
      <w:r>
        <w:rPr>
          <w:b w:val="0"/>
          <w:i w:val="0"/>
        </w:rPr>
        <w:t>Trong một thoáng chuyển động được phối hợp chính xác đến kinh ngạc, cái thân hình đang run rẩy ngồi bật dậy, và như một con rắn vụt tới, một cánh tay lao về phía Finch, đập vào ngực hắn. Có một tiếng xì lớn và một luồng ánh sáng xanh lóe lên, và một cơn đau xé rách chạy khắp cơ thể người đàn ông. Khẩu súng của Finch bắn vào thành một khoang chứa khi hắn cứng đờ người và ngã về phía trước, kẻ tấn công khéo léo xoay người né sang một bên để Finch đập mặt xuống sàn.</w:t>
      </w:r>
    </w:p>
    <w:p>
      <w:pPr>
        <w:spacing w:after="80"/>
      </w:pPr>
      <w:r>
        <w:rPr>
          <w:b w:val="0"/>
          <w:i w:val="0"/>
        </w:rPr>
        <w:t>Khi va chạm, Finch cảm thấy sụn mũi mình vỡ tan hoàn toàn. Cơn đau đến mức buồn nôn, như chưa từng có gì trong đời hắn gây ra. Máu chảy ròng ròng xuống mặt, cơ thể tê liệt của hắn dừng lại ở tư thế nằm nghiêng. Hắn có thể thấy cái bóng choàng áo đứng dậy một cách dễ dàng, một bàn tay vươn xuống nhặt khẩu súng và cây gậy, cả hai thứ mà Finch đã đánh rơi. Đôi ủng nền tảng nặng nề tiến về phía Finch, chỉ cách mặt hắn vài inch. Thở hổn hển, Finch cố gắng quay đầu, ánh mắt hắn lần theo cơ thể kẻ tấn công lên tận mặt hắn ta. Khi nhìn thấy con quái vật đang đứng sừng sững trên mình, Finch tự hỏi liệu có phải mình đã chết và xuống địa ngục rồi không.</w:t>
      </w:r>
    </w:p>
    <w:p>
      <w:pPr>
        <w:spacing w:after="80"/>
      </w:pPr>
      <w:r>
        <w:rPr>
          <w:b w:val="0"/>
          <w:i w:val="0"/>
        </w:rPr>
        <w:t>Sinh vật đang nhìn chằm chằm xuống hắn gần như không còn giống người. Khuôn mặt nó màu đất với những vết nứt sâu chạy khắp làn da bằng đất sét khô. Trên trán nó, ba ký hiệu được khắc sâu vào lớp thịt bùn. Đôi mắt của sinh vật này không hề nao núng, và ánh nhìn của chúng nói với Finch rằng sẽ không có lòng thương xót nào cả.</w:t>
      </w:r>
    </w:p>
    <w:p>
      <w:pPr>
        <w:jc w:val="center"/>
      </w:pPr>
      <w:r>
        <w:drawing>
          <wp:inline xmlns:a="http://schemas.openxmlformats.org/drawingml/2006/main" xmlns:pic="http://schemas.openxmlformats.org/drawingml/2006/picture">
            <wp:extent cx="5486400" cy="362122"/>
            <wp:docPr id="118" name="Picture 118"/>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Robert Langdon đã quen với việc xử lý thông tin phức tạp một cách nhanh chóng. Tuy nhiên, vào lúc này, cảnh tượng trước mắt ông diễn ra quá nhanh để có thể hiểu hết chuyện gì đang xảy ra. Finch giờ đang nằm trên sàn, run rẩy và kiệt sức. Cái bóng choàng áo đối diện với Langdon và Katherine đang mặc một bộ trang phục nào đó; cái đầu cạo trọc và khuôn mặt anh ta phủ đầy đất sét dày, và trên trán anh ta khắc một từ tiếng Do Thái.</w:t>
      </w:r>
    </w:p>
    <w:p>
      <w:pPr>
        <w:jc w:val="center"/>
      </w:pPr>
      <w:r>
        <w:drawing>
          <wp:inline xmlns:a="http://schemas.openxmlformats.org/drawingml/2006/main" xmlns:pic="http://schemas.openxmlformats.org/drawingml/2006/picture">
            <wp:extent cx="1066800" cy="352425"/>
            <wp:docPr id="119" name="Picture 119"/>
            <wp:cNvGraphicFramePr>
              <a:graphicFrameLocks noChangeAspect="1"/>
            </wp:cNvGraphicFramePr>
            <a:graphic>
              <a:graphicData uri="http://schemas.openxmlformats.org/drawingml/2006/picture">
                <pic:pic>
                  <pic:nvPicPr>
                    <pic:cNvPr id="0" name="image_rsrc8XE.jpg"/>
                    <pic:cNvPicPr/>
                  </pic:nvPicPr>
                  <pic:blipFill>
                    <a:blip r:embed="rId12"/>
                    <a:stretch>
                      <a:fillRect/>
                    </a:stretch>
                  </pic:blipFill>
                  <pic:spPr>
                    <a:xfrm>
                      <a:off x="0" y="0"/>
                      <a:ext cx="1066800" cy="352425"/>
                    </a:xfrm>
                    <a:prstGeom prst="rect"/>
                  </pic:spPr>
                </pic:pic>
              </a:graphicData>
            </a:graphic>
          </wp:inline>
        </w:drawing>
      </w:r>
    </w:p>
    <w:p>
      <w:pPr>
        <w:spacing w:after="80"/>
      </w:pPr>
      <w:r>
        <w:rPr>
          <w:b w:val="0"/>
          <w:i w:val="0"/>
        </w:rPr>
        <w:t>Langdon không đọc tiếng Do Thái giỏi lắm, nhưng ba chữ cái này thì huyền thoại. Chúng đánh vần EMET, và khi được khắc trên trán, ý nghĩa của chúng không bao giờ có thể bị nhầm lẫn.</w:t>
      </w:r>
    </w:p>
    <w:p>
      <w:pPr>
        <w:spacing w:after="80"/>
      </w:pPr>
      <w:r>
        <w:rPr>
          <w:b w:val="0"/>
          <w:i w:val="0"/>
        </w:rPr>
        <w:t>Sự thật…</w:t>
      </w:r>
    </w:p>
    <w:p>
      <w:pPr>
        <w:spacing w:after="80"/>
      </w:pPr>
      <w:r>
        <w:rPr>
          <w:b w:val="0"/>
          <w:i w:val="0"/>
        </w:rPr>
        <w:t>Golěm của Prague.</w:t>
      </w:r>
    </w:p>
    <w:p>
      <w:pPr>
        <w:spacing w:after="80"/>
      </w:pPr>
      <w:r>
        <w:rPr>
          <w:b w:val="0"/>
          <w:i w:val="0"/>
        </w:rPr>
        <w:t>Trước khi Langdon kịp bắt đầu cố gắng hiểu bất cứ điều gì trong đó, sự im lặng của căn phòng bị xé toạc bởi một tiếng còi báo động chói tai. Tiếng còi the thé và chói lói vang lên trên đầu, và những ngọn đèn cảnh báo xoay tròn bắt đầu quét lặp đi lặp lại khắp bên trong mái vòm.</w:t>
      </w:r>
    </w:p>
    <w:p>
      <w:pPr>
        <w:spacing w:after="80"/>
      </w:pPr>
      <w:r>
        <w:rPr>
          <w:b w:val="0"/>
          <w:i/>
        </w:rPr>
        <w:t>“Đi!”</w:t>
      </w:r>
      <w:r>
        <w:rPr>
          <w:b w:val="0"/>
          <w:i w:val="0"/>
        </w:rPr>
        <w:t xml:space="preserve"> cái bóng choàng áo hét lên, chỉ về phía họ đã đến. “NGAY! Toàn bộ cơ sở này sắp nổ tung!”</w:t>
      </w:r>
    </w:p>
    <w:p>
      <w:pPr>
        <w:spacing w:after="80"/>
      </w:pPr>
      <w:r>
        <w:rPr>
          <w:b w:val="0"/>
          <w:i w:val="0"/>
        </w:rPr>
        <w:t xml:space="preserve">Langdon hy vọng mình đã nghe nhầm. </w:t>
      </w:r>
      <w:r>
        <w:rPr>
          <w:b w:val="0"/>
          <w:i/>
        </w:rPr>
        <w:t>Nổ tung?!</w:t>
      </w:r>
    </w:p>
    <w:p>
      <w:pPr>
        <w:spacing w:after="80"/>
      </w:pPr>
      <w:r>
        <w:rPr>
          <w:b w:val="0"/>
          <w:i w:val="0"/>
        </w:rPr>
        <w:t>“Chúng ta đã khóa cửa RFID rồi!” Katherine nói. “Chúng ta không có thẻ để ra ngoài!”</w:t>
      </w:r>
    </w:p>
    <w:p>
      <w:pPr>
        <w:spacing w:after="80"/>
      </w:pPr>
      <w:r>
        <w:rPr>
          <w:b w:val="0"/>
          <w:i w:val="0"/>
        </w:rPr>
        <w:t>“Lại đây!” Bóng người choàng áo trùm cúi xuống bên Finch, người vẫn đang run rẩy, bất lực. Langdon vội vã bước tới trong sự hoang mang khi con quái vật lục túi Finch, rút ra ví của ông ta, và lấy ra một tấm thẻ đen “PRAGUE” giống hệt tấm thẻ mà Gessner đang mang theo.</w:t>
      </w:r>
    </w:p>
    <w:p>
      <w:pPr>
        <w:spacing w:after="80"/>
      </w:pPr>
      <w:r>
        <w:rPr>
          <w:b w:val="0"/>
          <w:i w:val="0"/>
        </w:rPr>
        <w:t>“Các người sẽ có hai mươi giây,” bóng người hét lên, gần như không nghe rõ giữa tiếng báo động khi anh ta nắm lấy tay Finch và ấn ngón tay cái của người đàn ông lên bề mặt tấm thẻ cho đến khi một đèn chỉ báo nhỏ chuyển sang màu xanh lá. Anh ta ngay lập tức đưa tấm thẻ đã kích hoạt cho Langdon. “Hai mươi giây! Đi đi!”</w:t>
      </w:r>
    </w:p>
    <w:p>
      <w:pPr>
        <w:spacing w:after="80"/>
      </w:pPr>
      <w:r>
        <w:rPr>
          <w:b w:val="0"/>
          <w:i w:val="0"/>
        </w:rPr>
        <w:t xml:space="preserve">“Còn </w:t>
      </w:r>
      <w:r>
        <w:rPr>
          <w:b w:val="0"/>
          <w:i/>
        </w:rPr>
        <w:t>anh</w:t>
      </w:r>
      <w:r>
        <w:rPr>
          <w:b w:val="0"/>
          <w:i w:val="0"/>
        </w:rPr>
        <w:t xml:space="preserve"> thì sao?!” Langdon hỏi.</w:t>
      </w:r>
    </w:p>
    <w:p>
      <w:pPr>
        <w:spacing w:after="80"/>
      </w:pPr>
      <w:r>
        <w:rPr>
          <w:b w:val="0"/>
          <w:i w:val="0"/>
        </w:rPr>
        <w:t>“Tôi là The Golěm,” bóng người trả lời. “Tôi đã chết nhiều lần rồi.”</w:t>
      </w:r>
    </w:p>
    <w:p>
      <w:pPr>
        <w:jc w:val="center"/>
      </w:pPr>
      <w:r>
        <w:drawing>
          <wp:inline xmlns:a="http://schemas.openxmlformats.org/drawingml/2006/main" xmlns:pic="http://schemas.openxmlformats.org/drawingml/2006/picture">
            <wp:extent cx="5486400" cy="362122"/>
            <wp:docPr id="120" name="Picture 120"/>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rPr>
        <w:t>Thượng lộ bình an,</w:t>
      </w:r>
      <w:r>
        <w:rPr>
          <w:b w:val="0"/>
          <w:i w:val="0"/>
        </w:rPr>
        <w:t xml:space="preserve"> The Golěm nghĩ, nhẹ nhõm khi thấy Robert Langdon và Katherine Solomon chạy trốn khỏi mái vòm. </w:t>
      </w:r>
      <w:r>
        <w:rPr>
          <w:b w:val="0"/>
          <w:i/>
        </w:rPr>
        <w:t>Họ không đáng phải chết.</w:t>
      </w:r>
    </w:p>
    <w:p>
      <w:pPr>
        <w:spacing w:after="80"/>
      </w:pPr>
      <w:r>
        <w:rPr>
          <w:b w:val="0"/>
          <w:i w:val="0"/>
        </w:rPr>
        <w:t>Finch thì lại là một câu chuyện khác.</w:t>
      </w:r>
    </w:p>
    <w:p>
      <w:pPr>
        <w:spacing w:after="80"/>
      </w:pPr>
      <w:r>
        <w:rPr>
          <w:b w:val="0"/>
          <w:i w:val="0"/>
        </w:rPr>
        <w:t>The Golěm đứng trên kẻ bị bắt đẫm máu của mình…kẻ điều khiển con rối đã giám sát dự án này. Trong ánh đèn xoay tròn của mái vòm Threshold, sinh vật này quay sang khoang EPR gần nhất, nhấn nút mở, và mở nắp. Rồi hắn nâng người đàn ông nhỏ bé lên qua mép khoang và ném ông ta vào trong như thể ông ta đã là một cái xác không hồn.</w:t>
      </w:r>
    </w:p>
    <w:p>
      <w:pPr>
        <w:spacing w:after="80"/>
      </w:pPr>
      <w:r>
        <w:rPr>
          <w:b w:val="0"/>
          <w:i w:val="0"/>
        </w:rPr>
        <w:t>Mắt Finch trợn trừng, và ông ta bắt đầu lấy lại khả năng cử động, nhưng đã quá muộn. The Golěm nhanh chóng gắn chặt các dây đai Velcro nặng của khoang vào tay và chân ông ta, giam giữ kẻ bị bắt trong khoang bên trong giống như quan tài.</w:t>
      </w:r>
    </w:p>
    <w:p>
      <w:pPr>
        <w:spacing w:after="80"/>
      </w:pPr>
      <w:r>
        <w:rPr>
          <w:b w:val="0"/>
          <w:i w:val="0"/>
        </w:rPr>
        <w:t>“Làm ơn…dừng lại…” người đàn ông khàn giọng nói, lấy lại được giọng nói.</w:t>
      </w:r>
    </w:p>
    <w:p>
      <w:pPr>
        <w:spacing w:after="80"/>
      </w:pPr>
      <w:r>
        <w:rPr>
          <w:b w:val="0"/>
          <w:i w:val="0"/>
        </w:rPr>
        <w:t>Cúi vào trong khoang, The Golěm đặt miệng cách tai Finch một inch và thì thầm, “Tôi ước tôi có thể biến máu của ngươi thành băng và để ngươi cảm nhận những gì ta đã cảm nhận bao nhiêu lần…nhưng không có thời gian cho việc đó.”</w:t>
      </w:r>
    </w:p>
    <w:p>
      <w:pPr>
        <w:spacing w:after="80"/>
      </w:pPr>
      <w:r>
        <w:rPr>
          <w:b w:val="0"/>
          <w:i w:val="0"/>
        </w:rPr>
        <w:t>“Ngươi…là…ai?” người đàn ông lắp bắp.</w:t>
      </w:r>
    </w:p>
    <w:p>
      <w:pPr>
        <w:spacing w:after="80"/>
      </w:pPr>
      <w:r>
        <w:rPr>
          <w:b w:val="0"/>
          <w:i w:val="0"/>
        </w:rPr>
        <w:t xml:space="preserve">“Ngươi biết ta,” The Golěm trả lời. “Chính </w:t>
      </w:r>
      <w:r>
        <w:rPr>
          <w:b w:val="0"/>
          <w:i/>
        </w:rPr>
        <w:t>ngươi</w:t>
      </w:r>
      <w:r>
        <w:rPr>
          <w:b w:val="0"/>
          <w:i w:val="0"/>
        </w:rPr>
        <w:t xml:space="preserve"> đã tạo ra ta.”</w:t>
      </w:r>
    </w:p>
    <w:p>
      <w:pPr>
        <w:spacing w:after="80"/>
      </w:pPr>
      <w:r>
        <w:rPr>
          <w:b w:val="0"/>
          <w:i w:val="0"/>
        </w:rPr>
        <w:t>Finch nhìn lên, soi xét kẻ tấn công mình, đôi mắt ông ta dò xét khuôn mặt con quái vật với sự tuyệt vọng ngày càng tăng. Nhưng The Golěm không hề muốn cho ông ta sự thỏa mãn của việc khám phá ra.</w:t>
      </w:r>
    </w:p>
    <w:p>
      <w:pPr>
        <w:spacing w:after="80"/>
      </w:pPr>
      <w:r>
        <w:rPr>
          <w:b w:val="0"/>
          <w:i w:val="0"/>
        </w:rPr>
        <w:t>Bình thản, The Golěm nhìn xuống nạn nhân của mình và nói những lời cuối cùng mà người đàn ông sẽ được nghe. Rồi hắn nhấn nút bên hông khoang và hài lòng nhìn nắp cánh hải âu trong suốt hạ xuống đúng vị trí, niêm phong Finch bên trong, làm nghẹt đi những tiếng hét kinh hoàng của ông ta, những tiếng hét bị lạc trong tiếng hú khẩn cấp của còi báo động.</w:t>
      </w:r>
    </w:p>
    <w:p>
      <w:pPr>
        <w:pStyle w:val="Heading1"/>
      </w:pPr>
      <w:r>
        <w:rPr>
          <w:rFonts w:ascii="Calibri" w:hAnsi="Calibri"/>
          <w:b/>
          <w:i w:val="0"/>
          <w:sz w:val="40"/>
        </w:rPr>
        <w:t>Chương 116</w:t>
      </w:r>
    </w:p>
    <w:p>
      <w:pPr>
        <w:spacing w:after="80"/>
      </w:pPr>
      <w:r>
        <w:rPr>
          <w:b w:val="0"/>
          <w:i w:val="0"/>
        </w:rPr>
        <w:t>Langdon và Katherine lao vào hành lang bên ngoài khu phòng mái vòm, vừa kịp mở khóa máy quét RFID bằng thẻ của Finch trước khi nó vô hiệu hóa và nhấp nháy đèn đỏ trong tay Langdon.</w:t>
      </w:r>
    </w:p>
    <w:p>
      <w:pPr>
        <w:spacing w:after="80"/>
      </w:pPr>
      <w:r>
        <w:rPr>
          <w:b w:val="0"/>
          <w:i w:val="0"/>
        </w:rPr>
        <w:t>Cả hai đồng loạt rẽ phải, cùng chạy về phía cầu thang ở cuối hành lang. Có vẻ đây là lựa chọn khôn ngoan vì cầu thang này sẽ là lối ra nhanh hơn con đường vòng vèo mà họ đã đi vào.</w:t>
      </w:r>
    </w:p>
    <w:p>
      <w:pPr>
        <w:spacing w:after="80"/>
      </w:pPr>
      <w:r>
        <w:rPr>
          <w:b w:val="0"/>
          <w:i w:val="0"/>
        </w:rPr>
        <w:t xml:space="preserve">Trong ánh chớp hỗn loạn của đèn an ninh quay cuồng, họ chạm tới cánh cửa cuối hành lang và vội vã bước vào một buồng thang bộ bê tông xám xịt. Nhảy lên từng bậc hai bậc một, Langdon vẫn còn nghe văng vẳng giọng nói rỗng tuếch của sinh vật phủ đầy đất sét vừa giúp họ trốn thoát. </w:t>
      </w:r>
      <w:r>
        <w:rPr>
          <w:b w:val="0"/>
          <w:i/>
        </w:rPr>
        <w:t>Toàn bộ cơ sở này sắp nổ tung.</w:t>
      </w:r>
      <w:r>
        <w:rPr>
          <w:b w:val="0"/>
          <w:i w:val="0"/>
        </w:rPr>
        <w:t xml:space="preserve"> Chuyện đó sẽ xảy ra thế nào hay vì sao, Langdon hoàn toàn không biết, nhưng xét theo tiếng còi báo động và đèn khẩn cấp, chắc chắn có thứ gì đó trong Threshold đã hỏng một cách thảm khốc—rất có thể là do chính tay gã đàn ông đó.</w:t>
      </w:r>
    </w:p>
    <w:p>
      <w:pPr>
        <w:spacing w:after="80"/>
      </w:pPr>
      <w:r>
        <w:rPr>
          <w:b w:val="0"/>
          <w:i w:val="0"/>
        </w:rPr>
        <w:t xml:space="preserve">Langdon biết một trong những hệ quả của nỗi sợ—đặc biệt là nỗi sợ </w:t>
      </w:r>
      <w:r>
        <w:rPr>
          <w:b w:val="0"/>
          <w:i/>
        </w:rPr>
        <w:t>cái chết</w:t>
      </w:r>
      <w:r>
        <w:rPr>
          <w:b w:val="0"/>
          <w:i w:val="0"/>
        </w:rPr>
        <w:t>—chính là mục đích sống trở nên vô cùng rõ ràng. Bất chấp mớ câu hỏi rối rắm trong đầu về những gì vừa diễn ra trong mái vòm, bộ não Langdon đã tắt tiếng ồn đó và chỉ dồn vào một kênh duy nhất.</w:t>
      </w:r>
    </w:p>
    <w:p>
      <w:pPr>
        <w:spacing w:after="80"/>
      </w:pPr>
      <w:r>
        <w:rPr>
          <w:b w:val="0"/>
          <w:i w:val="0"/>
        </w:rPr>
        <w:t>Sống sót.</w:t>
      </w:r>
    </w:p>
    <w:p>
      <w:pPr>
        <w:spacing w:after="80"/>
      </w:pPr>
      <w:r>
        <w:rPr>
          <w:b w:val="0"/>
          <w:i w:val="0"/>
        </w:rPr>
        <w:t>Anh dẫn đường lên chiếu nghỉ phía trên, nơi anh và Katherine đến với hơi thở dốc, đứng trước một cánh cửa kim loại có ghi chữ Admin. Không chút do dự, Langdon đẩy cửa bước vào, và họ thấy mình đang ở trong một hành lang trải thảm, ốp gỗ sồi. Những đường nét lạnh lẽo, vô trùng của khu vận hành đã biến mất; nơi này trông chẳng khác nào văn phòng của một hãng luật danh giá ở Cambridge.</w:t>
      </w:r>
    </w:p>
    <w:p>
      <w:pPr>
        <w:spacing w:after="80"/>
      </w:pPr>
      <w:r>
        <w:rPr>
          <w:b w:val="0"/>
          <w:i w:val="0"/>
        </w:rPr>
        <w:t>Họ chạy dọc hành lang, lướt qua các phòng họp, văn phòng, rồi bước vào một khu làm việc với vô số buồng nhỏ. Tới đây Katherine đột ngột dừng lại, đưa tay giữ Langdon lại. Ở đầu kia căn phòng, một người phụ nữ ăn mặc chỉn chu đang vội vã thu dọn đồ đạc khỏi buồng làm việc của mình. Rõ ràng hôm nay Threshold không hoàn toàn vắng bóng người. Ngay lúc đó, hai chàng trai trẻ mặc vest chạy đến chỗ cô, ra hiệu cho cô đi theo. Tất cả họ chạy đi mà không ngoảnh lại.</w:t>
      </w:r>
    </w:p>
    <w:p>
      <w:pPr>
        <w:spacing w:after="80"/>
      </w:pPr>
      <w:r>
        <w:rPr>
          <w:b w:val="0"/>
          <w:i/>
        </w:rPr>
        <w:t>Đi theo họ,</w:t>
      </w:r>
      <w:r>
        <w:rPr>
          <w:b w:val="0"/>
          <w:i w:val="0"/>
        </w:rPr>
        <w:t xml:space="preserve"> Langdon nghĩ. </w:t>
      </w:r>
      <w:r>
        <w:rPr>
          <w:b w:val="0"/>
          <w:i/>
        </w:rPr>
        <w:t>Họ chắc chắn biết lối ra.</w:t>
      </w:r>
    </w:p>
    <w:p>
      <w:pPr>
        <w:spacing w:after="80"/>
      </w:pPr>
      <w:r>
        <w:rPr>
          <w:b w:val="0"/>
          <w:i w:val="0"/>
        </w:rPr>
        <w:t>Khi họ đã khuất bóng, Langdon và Katherine tiến về hướng đó, anh đoán là hướng tới lối vào chính mà họ đã thấy lúc trước ở rìa công viên Folimanka. Langdon liếc nhìn cuốn tài liệu mật thò ra khỏi túi xách trên vai Katherine và hy vọng cuộc sơ tán khẩn cấp sẽ tạo đủ hỗn loạn để họ có thể lẻn đi mà không bị phát hiện.</w:t>
      </w:r>
    </w:p>
    <w:p>
      <w:pPr>
        <w:spacing w:after="80"/>
      </w:pPr>
      <w:r>
        <w:rPr>
          <w:b w:val="0"/>
          <w:i/>
        </w:rPr>
        <w:t>Nếu chúng ta ra kịp,</w:t>
      </w:r>
      <w:r>
        <w:rPr>
          <w:b w:val="0"/>
          <w:i w:val="0"/>
        </w:rPr>
        <w:t xml:space="preserve"> anh nghĩ khi tiếng còi hú vang trên đầu.</w:t>
      </w:r>
    </w:p>
    <w:p>
      <w:pPr>
        <w:spacing w:after="80"/>
      </w:pPr>
      <w:r>
        <w:rPr>
          <w:b w:val="0"/>
          <w:i w:val="0"/>
        </w:rPr>
        <w:t>“Kia!” Katherine hét lên, chỉ về tấm biển Exit phát sáng ở cuối hành lang.</w:t>
      </w:r>
    </w:p>
    <w:p>
      <w:pPr>
        <w:spacing w:after="80"/>
      </w:pPr>
      <w:r>
        <w:rPr>
          <w:b w:val="0"/>
          <w:i w:val="0"/>
        </w:rPr>
        <w:t>Họ đẩy cửa bước qua và thấy mình đang ở trong một phòng an ninh giống phòng họ đã đi qua lúc trước—có máy dò kim loại, băng tải chụp X-quang và máy quét toàn thân. May mắn thay, phòng này không có người trực, và Langdon cùng Katherine vội vã băng qua, bước ra một nơi có vẻ là bãi đỗ xe ngầm lớn, gần như trống trơn ngoài vài chiếc xe công trình, một vài ô tô và mấy cỗ máy lớn trên các xe sàn phẳng.</w:t>
      </w:r>
    </w:p>
    <w:p>
      <w:pPr>
        <w:spacing w:after="80"/>
      </w:pPr>
      <w:r>
        <w:rPr>
          <w:b w:val="0"/>
          <w:i w:val="0"/>
        </w:rPr>
        <w:t>Cách đó năm mươi thước, Langdon thấy điều mà anh từng sợ sẽ không bao giờ thấy lại.</w:t>
      </w:r>
    </w:p>
    <w:p>
      <w:pPr>
        <w:spacing w:after="80"/>
      </w:pPr>
      <w:r>
        <w:rPr>
          <w:b w:val="0"/>
          <w:i w:val="0"/>
        </w:rPr>
        <w:t>Ánh sáng ban ngày.</w:t>
      </w:r>
    </w:p>
    <w:p>
      <w:pPr>
        <w:spacing w:after="80"/>
      </w:pPr>
      <w:r>
        <w:rPr>
          <w:b w:val="0"/>
          <w:i w:val="0"/>
        </w:rPr>
        <w:t>Ở đầu kia bãi đỗ xe, cửa vòm của boong-ke dẫn lên con dốc ra vào. Ba nhân viên họ vừa thấy bên trong giờ đang vội vã leo lên dốc và khuất dần khỏi tầm mắt. Langdon và Katherine chạy về phía cửa vòm, nhưng khi họ chạy, ánh sáng ban ngày bắt đầu mờ dần…cửa vòm bắt đầu hẹp lại.</w:t>
      </w:r>
    </w:p>
    <w:p>
      <w:pPr>
        <w:spacing w:after="80"/>
      </w:pPr>
      <w:r>
        <w:rPr>
          <w:b w:val="0"/>
          <w:i w:val="0"/>
        </w:rPr>
        <w:t>Họ đang đóng cửa!</w:t>
      </w:r>
    </w:p>
    <w:p>
      <w:pPr>
        <w:spacing w:after="80"/>
      </w:pPr>
      <w:r>
        <w:rPr>
          <w:b w:val="0"/>
          <w:i w:val="0"/>
        </w:rPr>
        <w:t>“Khoan đã!” Langdon hét lên, giọng anh bị nhấn chìm trong tiếng ồn hỗn loạn của còi báo động. “KHOAN ĐÃ!”</w:t>
      </w:r>
    </w:p>
    <w:p>
      <w:pPr>
        <w:spacing w:after="80"/>
      </w:pPr>
      <w:r>
        <w:rPr>
          <w:b w:val="0"/>
          <w:i w:val="0"/>
        </w:rPr>
        <w:t>Anh có thể thấy họ sẽ không bao giờ kịp. Còn cách hai mươi thước, luồng ánh sáng ban ngày thu hẹp lại thành một khe mỏng rồi biến mất hoàn toàn khi cánh cổng trượt đóng sầm lại với một tiếng thịch vang dội, giam họ bên trong.</w:t>
      </w:r>
    </w:p>
    <w:p>
      <w:pPr>
        <w:jc w:val="center"/>
      </w:pPr>
      <w:r>
        <w:drawing>
          <wp:inline xmlns:a="http://schemas.openxmlformats.org/drawingml/2006/main" xmlns:pic="http://schemas.openxmlformats.org/drawingml/2006/picture">
            <wp:extent cx="5486400" cy="362122"/>
            <wp:docPr id="121" name="Picture 121"/>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Ba tầng bên dưới, bị trói chặt như một bệnh nhân tâm thần bạo lực nào đó, ông Finch đã ngừng vùng vẫy. Ông chỉ có thể ngước nhìn lên trong sự hoài nghi qua nắp trong suốt của khoang EPR và nhìn những bóng mờ của đèn khẩn cấp quét ngang mái vòm phía trên.</w:t>
      </w:r>
    </w:p>
    <w:p>
      <w:pPr>
        <w:spacing w:after="80"/>
      </w:pPr>
      <w:r>
        <w:rPr>
          <w:b w:val="0"/>
          <w:i w:val="0"/>
        </w:rPr>
        <w:t xml:space="preserve">Chuỗi báo động toàn cơ sở này xác nhận cho ông Finch hai thực tế không thể tránh khỏi. Thứ nhất, những lời cuối cùng của kẻ tấn công ông là thật. </w:t>
      </w:r>
      <w:r>
        <w:rPr>
          <w:b w:val="0"/>
          <w:i/>
        </w:rPr>
        <w:t>Ta đã đóng van heli của ngươi…và bịt kín lỗ thông hơi của ngươi.</w:t>
      </w:r>
      <w:r>
        <w:rPr>
          <w:b w:val="0"/>
          <w:i w:val="0"/>
        </w:rPr>
        <w:t xml:space="preserve"> Và thứ hai, Threshold cùng mọi thứ trong đó sắp bị phá hủy.</w:t>
      </w:r>
    </w:p>
    <w:p>
      <w:pPr>
        <w:spacing w:after="80"/>
      </w:pPr>
      <w:r>
        <w:rPr>
          <w:b w:val="0"/>
          <w:i w:val="0"/>
        </w:rPr>
        <w:t>Hệ thống SMES đang quá nhiệt.</w:t>
      </w:r>
    </w:p>
    <w:p>
      <w:pPr>
        <w:spacing w:after="80"/>
      </w:pPr>
      <w:r>
        <w:rPr>
          <w:b w:val="0"/>
          <w:i w:val="0"/>
        </w:rPr>
        <w:t>Việc lắp đặt hệ thống lưu trữ năng lượng từ trường siêu dẫn (superconducting magnetic energy storage system) là ý tưởng của chính Finch—một cách để ngụy trang kín đáo những đợt tăng vọt tiêu thụ năng lượng của Threshold trong các hoạt động đòi hỏi lượng điện khổng lồ. Thay vì thu hút sự chú ý của các công ty điện lực địa phương, Threshold hút những lượng điện nhỏ, kín đáo từ lưới điện xung quanh suốt ngày đêm, tích lũy chúng trong các cuộn dây siêu dẫn để dùng bất cứ khi nào họ cần.</w:t>
      </w:r>
    </w:p>
    <w:p>
      <w:pPr>
        <w:spacing w:after="80"/>
      </w:pPr>
      <w:r>
        <w:rPr>
          <w:b w:val="0"/>
          <w:i w:val="0"/>
        </w:rPr>
        <w:t>Nguồn điện liên tục, không gián đoạn.</w:t>
      </w:r>
    </w:p>
    <w:p>
      <w:pPr>
        <w:spacing w:after="80"/>
      </w:pPr>
      <w:r>
        <w:rPr>
          <w:b w:val="0"/>
          <w:i w:val="0"/>
        </w:rPr>
        <w:t>Đó là công nghệ cực kỳ ổn định và an toàn. Tức là, trừ khi ai đó quyết định biến nó thành vũ khí, điều này đúng với hầu hết mọi công nghệ.</w:t>
      </w:r>
    </w:p>
    <w:p>
      <w:pPr>
        <w:spacing w:after="80"/>
      </w:pPr>
      <w:r>
        <w:rPr>
          <w:b w:val="0"/>
          <w:i w:val="0"/>
        </w:rPr>
        <w:t>Không có cơ chế an toàn dự phòng nào cho hoạt động gián điệp.</w:t>
      </w:r>
    </w:p>
    <w:p>
      <w:pPr>
        <w:spacing w:after="80"/>
      </w:pPr>
      <w:r>
        <w:rPr>
          <w:b w:val="0"/>
          <w:i w:val="0"/>
        </w:rPr>
        <w:t xml:space="preserve">Finch giờ đã hiểu mình sẽ chết, và ông buộc mình phải chấp nhận sự thật đó với cùng vẻ lạnh lùng tách biệt mà ông từng dùng để xử lý mọi quyết định và ngã rẽ trong đời. Giờ đã nhận ra danh tính thật sự của kẻ giết mình, ông cảm thấy như bị mắc kẹt trong một thứ thần thoại cổ điển nào đó. </w:t>
      </w:r>
      <w:r>
        <w:rPr>
          <w:b w:val="0"/>
          <w:i/>
        </w:rPr>
        <w:t>Một con quái vật quay về để tiêu diệt kẻ tạo ra nó.</w:t>
      </w:r>
      <w:r>
        <w:rPr>
          <w:b w:val="0"/>
          <w:i w:val="0"/>
        </w:rPr>
        <w:t xml:space="preserve"> Ông không bỏ lỡ nét trớ trêu của câu chuyện golem lịch sử ở Prague.</w:t>
      </w:r>
    </w:p>
    <w:p>
      <w:pPr>
        <w:spacing w:after="80"/>
      </w:pPr>
      <w:r>
        <w:rPr>
          <w:b w:val="0"/>
          <w:i w:val="0"/>
        </w:rPr>
        <w:t>Khi Finch hình dung ra hệ thống SMES ở tầng dưới, ông biết chỉ còn vài giây nữa. Điều sắp xảy ra sẽ là một thảm họa kinh hoàng.</w:t>
      </w:r>
    </w:p>
    <w:p>
      <w:pPr>
        <w:spacing w:after="80"/>
      </w:pPr>
      <w:r>
        <w:rPr>
          <w:b w:val="0"/>
          <w:i w:val="0"/>
        </w:rPr>
        <w:t>Một quả bom áp lực…phát nổ sâu dưới lòng đất.</w:t>
      </w:r>
    </w:p>
    <w:p>
      <w:pPr>
        <w:spacing w:after="80"/>
      </w:pPr>
      <w:r>
        <w:rPr>
          <w:b w:val="0"/>
          <w:i w:val="0"/>
        </w:rPr>
        <w:t>Âm thanh cuối cùng Finch cảm nhận được trước khi màng nhĩ của ông vỡ tung là tiếng răng rắc và vỡ vụn riêng lẻ của nắp khoang phía trên ông. Khi tầm nhìn của ông lao vút lên phía trần mái vòm, ông không chắc liệu linh hồn mình đang phóng vọt khỏi cơ thể, hay toàn bộ sàn mái vòm đang lao vút lên trời. Dù thế nào, ông cũng không cảm thấy đau…chỉ có một sự tách biệt mơ hồ khi cơ thể vật lý của ông bị xé thành từng mảnh bởi cơn gió trắng gào thét.</w:t>
      </w:r>
    </w:p>
    <w:p>
      <w:pPr>
        <w:jc w:val="center"/>
      </w:pPr>
      <w:r>
        <w:drawing>
          <wp:inline xmlns:a="http://schemas.openxmlformats.org/drawingml/2006/main" xmlns:pic="http://schemas.openxmlformats.org/drawingml/2006/picture">
            <wp:extent cx="5486400" cy="362122"/>
            <wp:docPr id="122" name="Picture 122"/>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Sóng chấn động bùng phát khỏi nhà tù ngầm của nó với một lực không thể tưởng tượng nổi. Trong chưa đầy một phần mười giây, nó xé toạc sàn của căn phòng mái vòm và lan tỏa theo chiều ngang qua tầng dưới của Threshold, san phẳng phòng thí nghiệm điện toán lượng tử trước khi bùng nổ ngược lên phòng thí nghiệm RTD, trung tâm y tế và khu phẫu thuật, xóa sổ tất cả. Đám mây khí cuồn cuộn, vẫn đang giãn nở, đẩy ra mọi hướng, tìm con đường ít kháng cự nhất.</w:t>
      </w:r>
    </w:p>
    <w:p>
      <w:pPr>
        <w:spacing w:after="80"/>
      </w:pPr>
      <w:r>
        <w:rPr>
          <w:b w:val="0"/>
          <w:i w:val="0"/>
        </w:rPr>
        <w:t>Một khoảnh khắc sau, con đường đó đã được tìm thấy.</w:t>
      </w:r>
    </w:p>
    <w:p>
      <w:pPr>
        <w:jc w:val="center"/>
      </w:pPr>
      <w:r>
        <w:drawing>
          <wp:inline xmlns:a="http://schemas.openxmlformats.org/drawingml/2006/main" xmlns:pic="http://schemas.openxmlformats.org/drawingml/2006/picture">
            <wp:extent cx="5486400" cy="362122"/>
            <wp:docPr id="123" name="Picture 123"/>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Phải mất rất nhiều mới có thể làm một lính thủy đánh bộ Mỹ nao núng.</w:t>
      </w:r>
    </w:p>
    <w:p>
      <w:pPr>
        <w:spacing w:after="80"/>
      </w:pPr>
      <w:r>
        <w:rPr>
          <w:b w:val="0"/>
          <w:i w:val="0"/>
        </w:rPr>
        <w:t>Dù vậy, Trung sĩ Scott Kerble vẫn cảm thấy mất thăng bằng như chưa từng thấy trong suốt cả sự nghiệp của mình. Cảnh tượng đang diễn ra trước mắt ông khác xa bất cứ điều gì ông từng chứng kiến hay thậm chí từng tưởng tượng là có thể xảy ra.</w:t>
      </w:r>
    </w:p>
    <w:p>
      <w:pPr>
        <w:spacing w:after="80"/>
      </w:pPr>
      <w:r>
        <w:rPr>
          <w:b w:val="0"/>
          <w:i w:val="0"/>
        </w:rPr>
        <w:t>Sau khi xác định được chiếc SUV của đại sứ đỗ kín đáo giữa mấy gốc cây trên con đường dẫn vào Pháo đài Crucifix, Kerble đã đứng trên sống núi, trăn trở về tình hình, thì bỗng cảm thấy mặt đất rung chuyển dữ dội dưới chân mình.</w:t>
      </w:r>
    </w:p>
    <w:p>
      <w:pPr>
        <w:spacing w:after="80"/>
      </w:pPr>
      <w:r>
        <w:rPr>
          <w:b w:val="0"/>
          <w:i w:val="0"/>
        </w:rPr>
        <w:t>Động đất là phản ứng đầu tiên của ông, nhưng cơn rung chuyển chỉ là một cú giật duy nhất, kèm theo một tiếng gầm sâu thẳm trong lòng đất. Khi Kerble nhìn xuống khoảng tuyết mênh mông của Công viên Folimanka ở phía xa bên dưới, ông nhận ra mình đang chứng kiến một thứ hoàn toàn khác.</w:t>
      </w:r>
    </w:p>
    <w:p>
      <w:pPr>
        <w:spacing w:after="80"/>
      </w:pPr>
      <w:r>
        <w:rPr>
          <w:b w:val="0"/>
          <w:i w:val="0"/>
        </w:rPr>
        <w:t>Như trong phim quay chậm, phần trung tâm công viên dường như đang trồi lên, vươn thẳng lên trời thành một gò đất khổng lồ phồng to, cứ như thể một con quái thú khổng lồ dưới lòng đất đang cố gắng thoát ra. Tuyết tuôn xuống hai bên sườn đồi khi mặt đất tiếp tục dâng cao hơn. Rồi, với một tiếng nổ long trời, một cột khí trắng dữ dội phun xuyên qua mặt đất, bắn cao hàng trăm feet lên không trung.</w:t>
      </w:r>
    </w:p>
    <w:p>
      <w:pPr>
        <w:spacing w:after="80"/>
      </w:pPr>
      <w:r>
        <w:rPr>
          <w:b w:val="0"/>
          <w:i w:val="0"/>
        </w:rPr>
        <w:t>Sững sờ, Kerble loạng choạng lùi lại khi cột hơi nước vươn lên bầu trời phía trên công viên. Tiếng hú chói tai từ bên dưới chỉ kéo dài vài giây rồi lắng xuống…tiếp theo là cú va chạm của cả ngọn núi đất sụp đổ trở lại chính nó.</w:t>
      </w:r>
    </w:p>
    <w:p>
      <w:pPr>
        <w:spacing w:after="80"/>
      </w:pPr>
      <w:r>
        <w:rPr>
          <w:b w:val="0"/>
          <w:i w:val="0"/>
        </w:rPr>
        <w:t>Ông rón rén bước tới trong sự hoài nghi và quan sát cảnh tàn phá. Một hố sâu đã mở ra ở nơi từng là trung tâm Công viên Folimanka. Cái hố toang hoác chứa đầy một đống đổ nát méo mó và bụi bốc lên.</w:t>
      </w:r>
    </w:p>
    <w:p>
      <w:pPr>
        <w:spacing w:after="80"/>
      </w:pPr>
      <w:r>
        <w:rPr>
          <w:b w:val="0"/>
          <w:i w:val="0"/>
        </w:rPr>
        <w:t>Một lát sau, một luồng khí lạnh chết người bốc lên từ công viên.</w:t>
      </w:r>
    </w:p>
    <w:p>
      <w:pPr>
        <w:spacing w:after="80"/>
      </w:pPr>
      <w:r>
        <w:rPr>
          <w:b w:val="0"/>
          <w:i w:val="0"/>
        </w:rPr>
        <w:t>Và rồi, như thể có phép màu, không khí quanh ông kết tinh lại và tràn ngập những bông tuyết mịn như đường bột của thợ làm bánh.</w:t>
      </w:r>
    </w:p>
    <w:p>
      <w:pPr>
        <w:pStyle w:val="Heading1"/>
      </w:pPr>
      <w:r>
        <w:rPr>
          <w:rFonts w:ascii="Calibri" w:hAnsi="Calibri"/>
          <w:b/>
          <w:i w:val="0"/>
          <w:sz w:val="40"/>
        </w:rPr>
        <w:t>Chương 117</w:t>
      </w:r>
    </w:p>
    <w:p>
      <w:pPr>
        <w:spacing w:after="80"/>
      </w:pPr>
      <w:r>
        <w:rPr>
          <w:b w:val="0"/>
          <w:i w:val="0"/>
        </w:rPr>
        <w:t>Vài giây trước vụ nổ, với tiếng còi hú vang tối đa, Langdon và Katherine đã hét gọi cứu khi cánh cửa gara kiên cố trượt xuống đóng lại và nhốt họ bên trong. Tuyệt vọng muốn được nghe thấy, Langdon giật mở cửa xe của một chiếc sedan gần đó và bắt đầu bấm còi, nhưng ngay cả thế cũng khó nghe thấy giữa tiếng ồn.</w:t>
      </w:r>
    </w:p>
    <w:p>
      <w:pPr>
        <w:spacing w:after="80"/>
      </w:pPr>
      <w:r>
        <w:rPr>
          <w:b w:val="0"/>
          <w:i w:val="0"/>
        </w:rPr>
        <w:t>Không còn quan trọng nữa. Langdon giờ cảm thấy rõ rệt một sự thay đổi trong không khí…một áp lực đột ngột trong tai, kèm theo làn sóng đầu tiên của một tiếng gầm trầm đục, sâu thẳm.</w:t>
      </w:r>
    </w:p>
    <w:p>
      <w:pPr>
        <w:spacing w:after="80"/>
      </w:pPr>
      <w:r>
        <w:rPr>
          <w:b w:val="0"/>
          <w:i w:val="0"/>
        </w:rPr>
        <w:t xml:space="preserve">Bất cứ điều gì đang xảy ra ở Threshold…đều đang xảy ra </w:t>
      </w:r>
      <w:r>
        <w:rPr>
          <w:b w:val="0"/>
          <w:i/>
        </w:rPr>
        <w:t>ngay lúc này.</w:t>
      </w:r>
      <w:r>
        <w:rPr>
          <w:b w:val="0"/>
          <w:i w:val="0"/>
        </w:rPr>
        <w:t xml:space="preserve"> Langdon hy vọng gara này đủ xa khỏi lõi của cơ sở để tránh được vụ nổ.</w:t>
      </w:r>
    </w:p>
    <w:p>
      <w:pPr>
        <w:spacing w:after="80"/>
      </w:pPr>
      <w:r>
        <w:rPr>
          <w:b w:val="0"/>
          <w:i w:val="0"/>
        </w:rPr>
        <w:t>“Vào phía trước đi!” Katherine hét lên khi cô kéo mở cửa sau của chiếc sedan và leo vào. Langdon nhảy vào sau tay lái, cả hai cùng đóng sầm cửa xe. “Cúi xuống và thắt dây—”</w:t>
      </w:r>
    </w:p>
    <w:p>
      <w:pPr>
        <w:spacing w:after="80"/>
      </w:pPr>
      <w:r>
        <w:rPr>
          <w:b w:val="0"/>
          <w:i w:val="0"/>
        </w:rPr>
        <w:t>Cửa kính xe vỡ tung, và một luồng gió băng giá tràn xối xả qua xe. Với sức mạnh của một đoàn tàu cao tốc lao qua, một cơn bão cuồng phong xé toạc gara, dập tắt mọi ánh sáng và nhấc bổng chiếc sedan như một món đồ chơi. Trong chớp mắt, họ đã lộn ngược trong bóng tối, chiếc xe lăn lộn từ bên này sang bên kia trên sàn gara.</w:t>
      </w:r>
    </w:p>
    <w:p>
      <w:pPr>
        <w:spacing w:after="80"/>
      </w:pPr>
      <w:r>
        <w:rPr>
          <w:b w:val="0"/>
          <w:i w:val="0"/>
        </w:rPr>
        <w:t>“Katherine!” Langdon hét lên giữa cơn bão chói tai, bám chặt tay lái và cố gắng gồng mình hết sức khi chiếc xe lăn nghiêng. Người ta nói rằng cú cuộn tròn (barrel roll) trên máy bay chiến đấu là động tác ít chấn động nhất vì lực hướng tâm giữ bạn trong ghế. Langdon giờ nhận ra điều đó đúng…ít nhất là trong vài khoảnh khắc.</w:t>
      </w:r>
    </w:p>
    <w:p>
      <w:pPr>
        <w:spacing w:after="80"/>
      </w:pPr>
      <w:r>
        <w:rPr>
          <w:b w:val="0"/>
          <w:i w:val="0"/>
        </w:rPr>
        <w:t>Rồi cú va chạm ập đến.</w:t>
      </w:r>
    </w:p>
    <w:p>
      <w:pPr>
        <w:spacing w:after="80"/>
      </w:pPr>
      <w:r>
        <w:rPr>
          <w:b w:val="0"/>
          <w:i w:val="0"/>
        </w:rPr>
        <w:t>Chiếc sedan đâm sầm vào một vật bất động và giật nảy lên, dừng lại đột ngột.</w:t>
      </w:r>
    </w:p>
    <w:p>
      <w:pPr>
        <w:spacing w:after="80"/>
      </w:pPr>
      <w:r>
        <w:rPr>
          <w:b w:val="0"/>
          <w:i w:val="0"/>
        </w:rPr>
        <w:t>Langdon bị hất văng khỏi ghế và tiếp đất bằng ngực…</w:t>
      </w:r>
      <w:r>
        <w:rPr>
          <w:b w:val="0"/>
          <w:i/>
        </w:rPr>
        <w:t>ở đâu đó.</w:t>
      </w:r>
      <w:r>
        <w:rPr>
          <w:b w:val="0"/>
          <w:i w:val="0"/>
        </w:rPr>
        <w:t xml:space="preserve"> Choáng váng và trong bóng tối hoàn toàn, anh cảm thấy lạnh buốt đến giật mình. Não anh nhanh chóng rà soát khắp cơ thể, đánh giá cơn đau chỉ là những vết cắt và vết bầm chứ không phải gãy tay gãy chân. Cơn dữ dội của vụ nổ đã lắng xuống nhanh như khi nó ập đến. Những tiếng còi báo động cũng đã im bặt.</w:t>
      </w:r>
    </w:p>
    <w:p>
      <w:pPr>
        <w:spacing w:after="80"/>
      </w:pPr>
      <w:r>
        <w:rPr>
          <w:b w:val="0"/>
          <w:i w:val="0"/>
        </w:rPr>
        <w:t>Tai Langdon ù đi, và không có chút ánh sáng nào, anh cảm thấy hoàn toàn mất phương hướng. Một cái lạnh cắt da bao trùm quanh họ, dù Langdon cảm nhận mình vẫn đang ở trong xe.</w:t>
      </w:r>
    </w:p>
    <w:p>
      <w:pPr>
        <w:spacing w:after="80"/>
      </w:pPr>
      <w:r>
        <w:rPr>
          <w:b w:val="0"/>
          <w:i w:val="0"/>
        </w:rPr>
        <w:t>“Katherine?” Langdon lên tiếng dò hỏi.</w:t>
      </w:r>
    </w:p>
    <w:p>
      <w:pPr>
        <w:spacing w:after="80"/>
      </w:pPr>
      <w:r>
        <w:rPr>
          <w:b w:val="0"/>
          <w:i w:val="0"/>
        </w:rPr>
        <w:t>Giọng nói đáp lại yếu ớt nhưng rất gần. “Đây.”</w:t>
      </w:r>
    </w:p>
    <w:p>
      <w:pPr>
        <w:spacing w:after="80"/>
      </w:pPr>
      <w:r>
        <w:rPr>
          <w:b w:val="0"/>
          <w:i w:val="0"/>
        </w:rPr>
        <w:t>Langdon cảm thấy một làn sóng nhẹ nhõm. “Em có sao không?”</w:t>
      </w:r>
    </w:p>
    <w:p>
      <w:pPr>
        <w:spacing w:after="80"/>
      </w:pPr>
      <w:r>
        <w:rPr>
          <w:b w:val="0"/>
          <w:i w:val="0"/>
        </w:rPr>
        <w:t>“Em không…chắc nữa,” cô gắng gượng nói. “Anh đang…đè lên em.”</w:t>
      </w:r>
    </w:p>
    <w:p>
      <w:pPr>
        <w:spacing w:after="80"/>
      </w:pPr>
      <w:r>
        <w:rPr>
          <w:b w:val="0"/>
          <w:i w:val="0"/>
        </w:rPr>
        <w:t>Langdon giờ mới nhận ra mình đang nằm đè trực tiếp lên cô. Cẩn thận, anh dồn trọng lượng sang một bên, lăn người ra khỏi cô. Vai anh đau nhói khi chạm vào những mảnh kính an toàn vỡ, và anh lại dịch người, tìm một chỗ sạch để chống đỡ. Khi đã định hình được tình thế, anh nhận ra chiếc xe mà họ trú ẩn đang bị lật ngược, và giờ họ đang nằm áp vào trần xe.</w:t>
      </w:r>
    </w:p>
    <w:p>
      <w:pPr>
        <w:spacing w:after="80"/>
      </w:pPr>
      <w:r>
        <w:rPr>
          <w:b w:val="0"/>
          <w:i w:val="0"/>
        </w:rPr>
        <w:t>Vừa uốn người bò tới, Langdon vừa mò mẫm trong bóng tối cho đến khi tay anh chạm vào khung một cửa sổ vỡ. Khoảng trống có vẻ quá nhỏ để anh chui qua, nên anh tiếp tục dò dẫm quanh bên trong xe cho đến khi tìm được một lỗ hổng lớn hơn—kính chắn gió hoặc cửa sổ sau. Bám lấy một bên, anh đẩy người tới trước, luồn qua khoảng trống xuống nền nhà để xe cứng lạnh.</w:t>
      </w:r>
    </w:p>
    <w:p>
      <w:pPr>
        <w:spacing w:after="80"/>
      </w:pPr>
      <w:r>
        <w:rPr>
          <w:b w:val="0"/>
          <w:i w:val="0"/>
        </w:rPr>
        <w:t>Nền nhà trơn và lạnh với một lớp gì đó có cảm giác như sương giá. Bằng tay và đầu gối, Langdon quay người lại và với tay ngược qua khoảng trống.</w:t>
      </w:r>
    </w:p>
    <w:p>
      <w:pPr>
        <w:spacing w:after="80"/>
      </w:pPr>
      <w:r>
        <w:rPr>
          <w:b w:val="0"/>
          <w:i w:val="0"/>
        </w:rPr>
        <w:t>“Katherine, qua đây,” anh nói với giọng bình tĩnh hết mức có thể, nóng lòng muốn biết cô có bị thương không. “Em có tìm được tay anh không? Em có bị thương không?”</w:t>
      </w:r>
    </w:p>
    <w:p>
      <w:pPr>
        <w:spacing w:after="80"/>
      </w:pPr>
      <w:r>
        <w:rPr>
          <w:b w:val="0"/>
          <w:i w:val="0"/>
        </w:rPr>
        <w:t>Anh có thể nghe thấy tiếng cô cử động trong bóng tối, và anh tiếp tục nói với cô, dẫn đường cho cô về phía mình. Cuối cùng, tay họ chạm nhau. Ngón tay Katherine lạnh buốt, đôi tay cô run rẩy vì sốc. Nhẹ nhàng, anh kéo cô về phía mình, giúp cô ra khỏi xe. Cô lập tức đứng dậy và vòng tay ôm chặt lấy anh.</w:t>
      </w:r>
    </w:p>
    <w:p>
      <w:pPr>
        <w:spacing w:after="80"/>
      </w:pPr>
      <w:r>
        <w:rPr>
          <w:b w:val="0"/>
          <w:i w:val="0"/>
        </w:rPr>
        <w:t>Khi họ ôm nhau, Langdon cảm thấy một thoáng déjà vu—lại một lần nữa ôm cô trong bóng tối lạnh lẽo, với cảm giác nhẹ nhõm tràn ngập khi biết cô đã an toàn.</w:t>
      </w:r>
    </w:p>
    <w:p>
      <w:pPr>
        <w:spacing w:after="80"/>
      </w:pPr>
      <w:r>
        <w:rPr>
          <w:b w:val="0"/>
          <w:i w:val="0"/>
        </w:rPr>
        <w:t>“Túi của em…” cô thì thầm. “Em làm mất rồi…cái kẹp tài liệu…”</w:t>
      </w:r>
    </w:p>
    <w:p>
      <w:pPr>
        <w:spacing w:after="80"/>
      </w:pPr>
      <w:r>
        <w:rPr>
          <w:b w:val="0"/>
          <w:i w:val="0"/>
        </w:rPr>
        <w:t xml:space="preserve">“Kệ nó đi,” anh nói, ôm cô chặt hơn. </w:t>
      </w:r>
      <w:r>
        <w:rPr>
          <w:b w:val="0"/>
          <w:i/>
        </w:rPr>
        <w:t>Chúng ta còn sống. Thế là đủ rồi.</w:t>
      </w:r>
    </w:p>
    <w:p>
      <w:pPr>
        <w:spacing w:after="80"/>
      </w:pPr>
      <w:r>
        <w:rPr>
          <w:b w:val="0"/>
          <w:i w:val="0"/>
        </w:rPr>
        <w:t xml:space="preserve">Langdon không biết chuyện gì vừa xảy ra hay thiệt hại lớn đến mức nào, nhưng anh nghi ngờ chính phủ Mỹ sẽ phải trả lời vô số câu hỏi trong những ngày tới. Nếu may mắn, anh và Katherine có lẽ giờ đây chỉ là mối bận tâm </w:t>
      </w:r>
      <w:r>
        <w:rPr>
          <w:b w:val="0"/>
          <w:i/>
        </w:rPr>
        <w:t>nhỏ nhất</w:t>
      </w:r>
      <w:r>
        <w:rPr>
          <w:b w:val="0"/>
          <w:i w:val="0"/>
        </w:rPr>
        <w:t xml:space="preserve"> của CIA.</w:t>
      </w:r>
    </w:p>
    <w:p>
      <w:pPr>
        <w:spacing w:after="80"/>
      </w:pPr>
      <w:r>
        <w:rPr>
          <w:b w:val="0"/>
          <w:i/>
        </w:rPr>
        <w:t>Finch nhiều khả năng đã không còn nữa,</w:t>
      </w:r>
      <w:r>
        <w:rPr>
          <w:b w:val="0"/>
          <w:i w:val="0"/>
        </w:rPr>
        <w:t xml:space="preserve"> Langdon nghĩ, chẳng thấy buồn mấy vì sự mất mát ấy. Nỗi xót xa và day dứt mà Langdon cảm thấy là dành cho một linh hồn lạc lối khác — người đàn ông đeo mặt nạ đất sét của golem — sinh vật đã thực sự trồi lên từ lòng đất để cứu mạng họ.</w:t>
      </w:r>
    </w:p>
    <w:p>
      <w:pPr>
        <w:spacing w:after="80"/>
      </w:pPr>
      <w:r>
        <w:rPr>
          <w:b w:val="0"/>
          <w:i w:val="0"/>
        </w:rPr>
        <w:t xml:space="preserve">Finch đã truy hỏi danh tính kẻ đột nhập, và sinh vật ấy đã bình thản đáp: </w:t>
      </w:r>
      <w:r>
        <w:rPr>
          <w:b w:val="0"/>
          <w:i/>
        </w:rPr>
        <w:t>Ngươi đã phản bội lòng tin của Sasha…Ta là người bảo vệ cô ấy.</w:t>
      </w:r>
    </w:p>
    <w:p>
      <w:pPr>
        <w:spacing w:after="80"/>
      </w:pPr>
      <w:r>
        <w:rPr>
          <w:b w:val="0"/>
          <w:i w:val="0"/>
        </w:rPr>
        <w:t xml:space="preserve">Langdon nghĩ về Sasha Vesna, tự hỏi cô đang ở đâu, và thậm chí liệu cô còn sống ở đâu đó trong thành phố này không. Anh đã quyết rằng nếu anh và Katherine thoát khỏi đây lành lặn, họ sẽ tìm Sasha và </w:t>
      </w:r>
      <w:r>
        <w:rPr>
          <w:b w:val="0"/>
          <w:i/>
        </w:rPr>
        <w:t>giúp</w:t>
      </w:r>
      <w:r>
        <w:rPr>
          <w:b w:val="0"/>
          <w:i w:val="0"/>
        </w:rPr>
        <w:t xml:space="preserve"> cô ấy. Không chỉ vì Sasha xứng đáng và cần được giúp, mà Langdon và Katherine còn mang ơn người đàn ông vừa cứu mạng họ. </w:t>
      </w:r>
      <w:r>
        <w:rPr>
          <w:b w:val="0"/>
          <w:i/>
        </w:rPr>
        <w:t>Người bảo vệ của Sasha,</w:t>
      </w:r>
      <w:r>
        <w:rPr>
          <w:b w:val="0"/>
          <w:i w:val="0"/>
        </w:rPr>
        <w:t xml:space="preserve"> anh ta đã tự gọi mình như vậy. </w:t>
      </w:r>
      <w:r>
        <w:rPr>
          <w:b w:val="0"/>
          <w:i/>
        </w:rPr>
        <w:t>Nếu anh ta không còn nữa, giúp Sasha là mệnh lệnh đạo đức của chúng ta.</w:t>
      </w:r>
    </w:p>
    <w:p>
      <w:pPr>
        <w:spacing w:after="80"/>
      </w:pPr>
      <w:r>
        <w:rPr>
          <w:b w:val="0"/>
          <w:i w:val="0"/>
        </w:rPr>
        <w:t>“Nhìn kìa,” Katherine thì thầm, đặt tay lên vai anh và xoay người anh trong bóng tối. “Đằng kia kìa.”</w:t>
      </w:r>
    </w:p>
    <w:p>
      <w:pPr>
        <w:spacing w:after="80"/>
      </w:pPr>
      <w:r>
        <w:rPr>
          <w:b w:val="0"/>
          <w:i w:val="0"/>
        </w:rPr>
        <w:t>Langdon nheo mắt nhìn vào màn đen, chẳng thấy gì. “Ở đâu?”</w:t>
      </w:r>
    </w:p>
    <w:p>
      <w:pPr>
        <w:spacing w:after="80"/>
      </w:pPr>
      <w:r>
        <w:rPr>
          <w:b w:val="0"/>
          <w:i w:val="0"/>
        </w:rPr>
        <w:t>“Ngay phía trước,” cô nói, xoay anh hơi lệch sang phải.</w:t>
      </w:r>
    </w:p>
    <w:p>
      <w:pPr>
        <w:spacing w:after="80"/>
      </w:pPr>
      <w:r>
        <w:rPr>
          <w:b w:val="0"/>
          <w:i w:val="0"/>
        </w:rPr>
        <w:t>Giờ thì anh đã thấy.</w:t>
      </w:r>
    </w:p>
    <w:p>
      <w:pPr>
        <w:spacing w:after="80"/>
      </w:pPr>
      <w:r>
        <w:rPr>
          <w:b w:val="0"/>
          <w:i w:val="0"/>
        </w:rPr>
        <w:t>Ở đằng xa, thấp thoáng qua làn bụi mù đang lắng xuống, một vệt sáng ban ngày mờ nhạt le lói trong bóng tối.</w:t>
      </w:r>
    </w:p>
    <w:p>
      <w:pPr>
        <w:jc w:val="center"/>
      </w:pPr>
      <w:r>
        <w:drawing>
          <wp:inline xmlns:a="http://schemas.openxmlformats.org/drawingml/2006/main" xmlns:pic="http://schemas.openxmlformats.org/drawingml/2006/picture">
            <wp:extent cx="5486400" cy="362122"/>
            <wp:docPr id="124" name="Picture 124"/>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Vào một ngày bình thường, một trận động đất làm rung chuyển Prague hẳn sẽ nằm trong danh sách những nỗi lo hàng đầu của Đại sứ Nagel. Tuy nhiên, lúc này, cơn chấn động bà vừa cảm nhận dường như chẳng đáng kể gì so với cuộc trò chuyện của bà với Giám đốc CIA Judd.</w:t>
      </w:r>
    </w:p>
    <w:p>
      <w:pPr>
        <w:spacing w:after="80"/>
      </w:pPr>
      <w:r>
        <w:rPr>
          <w:b w:val="0"/>
          <w:i w:val="0"/>
        </w:rPr>
        <w:t>“Tháo còng cho cô ấy,” viên giám đốc đã ra lệnh cho các lính thủy quân lục chiến ngay khi kết nối được thiết lập. “Đứng gác bên ngoài phòng. Không ai vào, không ai ra.”</w:t>
      </w:r>
    </w:p>
    <w:p>
      <w:pPr>
        <w:spacing w:after="80"/>
      </w:pPr>
      <w:r>
        <w:rPr>
          <w:b w:val="0"/>
          <w:i w:val="0"/>
        </w:rPr>
        <w:t>Các lính gác tuân lệnh, và khi Nagel đã được tháo còng và ở một mình, Judd hạ giọng nói: “Finch là một kẻ khó kiểm soát. Hãy coi đây là việc giam giữ bảo vệ.”</w:t>
      </w:r>
    </w:p>
    <w:p>
      <w:pPr>
        <w:spacing w:after="80"/>
      </w:pPr>
      <w:r>
        <w:rPr>
          <w:b w:val="0"/>
          <w:i w:val="0"/>
        </w:rPr>
        <w:t>Không giải thích thêm, viên giám đốc CIA lao vào một tràng độc thoại, cố gắng biện minh cho mọi điều Nagel đã nghe trong lời thú tội kinh hoàng của Gessner. Giờ đây, sau khi đã trình bày lý lẽ của mình, Judd nghiêng người về phía camera, vẻ mặt vừa van nài vừa nghiêm túc đến chết người.</w:t>
      </w:r>
    </w:p>
    <w:p>
      <w:pPr>
        <w:spacing w:after="80"/>
      </w:pPr>
      <w:r>
        <w:rPr>
          <w:b w:val="0"/>
          <w:i w:val="0"/>
        </w:rPr>
        <w:t xml:space="preserve">“Chúng ta đang trong một cuộc chạy đua vũ trang, Heide,” ông nói, “và các đối thủ của chúng ta ngày càng mạnh mẽ và hung hãn hơn mỗi ngày. Những kế hoạch đang được vạch ra chống lại nước Mỹ là có thật và có thể gây thảm họa, và chúng ta cần biết về chúng </w:t>
      </w:r>
      <w:r>
        <w:rPr>
          <w:b w:val="0"/>
          <w:i/>
        </w:rPr>
        <w:t>trước khi</w:t>
      </w:r>
      <w:r>
        <w:rPr>
          <w:b w:val="0"/>
          <w:i w:val="0"/>
        </w:rPr>
        <w:t xml:space="preserve"> chúng xảy ra. Threshold đại diện cho lợi thế mà cộng đồng tình báo của chúng ta cần để giúp đất nước vượt qua cơn bão sắp tới. Nếu chúng ta không nắm được vị trí dẫn đầu trong công nghệ về trí tuệ con người, kẻ khác </w:t>
      </w:r>
      <w:r>
        <w:rPr>
          <w:b w:val="0"/>
          <w:i/>
        </w:rPr>
        <w:t>sẽ</w:t>
      </w:r>
      <w:r>
        <w:rPr>
          <w:b w:val="0"/>
          <w:i w:val="0"/>
        </w:rPr>
        <w:t>…và thay vì là người quan sát, chúng ta sẽ trở thành kẻ bị quan sát.”</w:t>
      </w:r>
    </w:p>
    <w:p>
      <w:pPr>
        <w:spacing w:after="80"/>
      </w:pPr>
      <w:r>
        <w:rPr>
          <w:b w:val="0"/>
          <w:i/>
        </w:rPr>
        <w:t>Lại là lý lẽ muôn thuở,</w:t>
      </w:r>
      <w:r>
        <w:rPr>
          <w:b w:val="0"/>
          <w:i w:val="0"/>
        </w:rPr>
        <w:t xml:space="preserve"> Nagel nghĩ. </w:t>
      </w:r>
      <w:r>
        <w:rPr>
          <w:b w:val="0"/>
          <w:i/>
        </w:rPr>
        <w:t>Kiểu gì cũng có kẻ làm, nên tốt nhất là chính chúng ta làm.</w:t>
      </w:r>
    </w:p>
    <w:p>
      <w:pPr>
        <w:spacing w:after="80"/>
      </w:pPr>
      <w:r>
        <w:rPr>
          <w:b w:val="0"/>
          <w:i w:val="0"/>
        </w:rPr>
        <w:t xml:space="preserve">Nỗ lực khoa học nguy hiểm và đáng ngờ về mặt đạo đức nhất trong lịch sử — chế tạo bom nguyên tử — đã được khởi động dựa trên một lý lẽ tương tự. Và ngoài các tranh luận về đạo đức hay chính trị, đúng là việc nước Mỹ </w:t>
      </w:r>
      <w:r>
        <w:rPr>
          <w:b w:val="0"/>
          <w:i/>
        </w:rPr>
        <w:t>là nước đầu tiên</w:t>
      </w:r>
      <w:r>
        <w:rPr>
          <w:b w:val="0"/>
          <w:i w:val="0"/>
        </w:rPr>
        <w:t xml:space="preserve"> có bom đã chấm dứt một cuộc chiến tàn khốc và củng cố vị thế siêu cường của Mỹ trong nửa thế kỷ tiếp theo…một ví dụ đầy sức thuyết phục cho việc mục đích biện minh cho phương tiện. Nhưng đây là một bối cảnh khác.</w:t>
      </w:r>
    </w:p>
    <w:p>
      <w:pPr>
        <w:spacing w:after="80"/>
      </w:pPr>
      <w:r>
        <w:rPr>
          <w:b w:val="0"/>
          <w:i w:val="0"/>
        </w:rPr>
        <w:t xml:space="preserve">Nagel không thể nào hình dung nổi đoạn video này sẽ diễn ra thế nào trên sân khấu thế giới. Nó không chỉ tiết lộ sự tồn tại của một công nghệ tuyệt mật gây sốc, mà còn vén bức màn che lên một sự thật kinh tởm và không thể tha thứ: CIA đã tiến hành thử nghiệm trên những bệnh nhân tâm thần người Nga bị bắt cóc, một trong số đó, Dmitri Sysevich, rõ ràng đã chết trong chương trình này. </w:t>
      </w:r>
      <w:r>
        <w:rPr>
          <w:b w:val="0"/>
          <w:i/>
        </w:rPr>
        <w:t>CIA sẽ bị đóng đinh từ trên xuống…bắt đầu từ viên giám đốc.</w:t>
      </w:r>
    </w:p>
    <w:p>
      <w:pPr>
        <w:spacing w:after="80"/>
      </w:pPr>
      <w:r>
        <w:rPr>
          <w:b w:val="0"/>
          <w:i w:val="0"/>
        </w:rPr>
        <w:t>“Chắc hẳn anh đã đoán ra,” Judd nói, “In-Q-Tel hoàn toàn không liên quan gì đến Threshold. Tôi đưa Finch vào văn phòng của họ ở London để làm vỏ bọc đáng tin và hỗ trợ tác chiến, nhưng rõ ràng cậu ta đã vượt quá thẩm quyền.” Vị giám đốc trông đầy hối tiếc. “Lẽ ra tôi không bao giờ nên trao cho cậu ta nhiều quyền lực đến thế.”</w:t>
      </w:r>
    </w:p>
    <w:p>
      <w:pPr>
        <w:spacing w:after="80"/>
      </w:pPr>
      <w:r>
        <w:rPr>
          <w:b w:val="0"/>
          <w:i w:val="0"/>
        </w:rPr>
        <w:t>Một tiếng gõ cửa lớn thu hút sự chú ý của Nagel, và một trong những nhân viên bảo vệ đại sứ quán thò đầu vào.</w:t>
      </w:r>
    </w:p>
    <w:p>
      <w:pPr>
        <w:spacing w:after="80"/>
      </w:pPr>
      <w:r>
        <w:rPr>
          <w:b w:val="0"/>
          <w:i w:val="0"/>
        </w:rPr>
        <w:t>“Thưa Đại sứ?” anh ta nói, vẻ mặt hoảng hốt. “Tôi xin lỗi vì đã làm gián đoạn. Có một cuộc gọi khẩn cấp dành cho bà.”</w:t>
      </w:r>
    </w:p>
    <w:p>
      <w:pPr>
        <w:spacing w:after="80"/>
      </w:pPr>
      <w:r>
        <w:rPr>
          <w:b w:val="0"/>
          <w:i/>
        </w:rPr>
        <w:t>Tôi đang nghe một cuộc rồi đây!</w:t>
      </w:r>
      <w:r>
        <w:rPr>
          <w:b w:val="0"/>
          <w:i w:val="0"/>
        </w:rPr>
        <w:t xml:space="preserve"> cô muốn hét lên. “Ai vậy?”</w:t>
      </w:r>
    </w:p>
    <w:p>
      <w:pPr>
        <w:spacing w:after="80"/>
      </w:pPr>
      <w:r>
        <w:rPr>
          <w:b w:val="0"/>
          <w:i w:val="0"/>
        </w:rPr>
        <w:t>“Trung sĩ Kerble,” người lính thủy quân lục chiến nói. “Anh ta báo có một vụ nổ lớn dưới lòng đất ở Công viên Folimanka.”</w:t>
      </w:r>
    </w:p>
    <w:p>
      <w:pPr>
        <w:pStyle w:val="Heading1"/>
      </w:pPr>
      <w:r>
        <w:rPr>
          <w:rFonts w:ascii="Calibri" w:hAnsi="Calibri"/>
          <w:b/>
          <w:i w:val="0"/>
          <w:sz w:val="40"/>
        </w:rPr>
        <w:t>Chương 118</w:t>
      </w:r>
    </w:p>
    <w:p>
      <w:pPr>
        <w:spacing w:after="80"/>
      </w:pPr>
      <w:r>
        <w:rPr>
          <w:b w:val="0"/>
          <w:i w:val="0"/>
        </w:rPr>
        <w:t>Cách tâm chấn của sự tàn phá ba trăm mét, đường hầm tàu điện ngầm dẫn trở lại Pháo đài Crucifix vẫn còn nguyên vẹn gần như hoàn toàn, dù không còn điện hay đèn. Sân ga nhỏ phía ngoài lối vào Threshold ngổn ngang mảnh vụn và bụi.</w:t>
      </w:r>
    </w:p>
    <w:p>
      <w:pPr>
        <w:spacing w:after="80"/>
      </w:pPr>
      <w:r>
        <w:rPr>
          <w:b w:val="0"/>
          <w:i w:val="0"/>
        </w:rPr>
        <w:t>Nằm dưới đáy rãnh bê tông chứa đường ray, một bóng người khẽ động đậy.</w:t>
      </w:r>
    </w:p>
    <w:p>
      <w:pPr>
        <w:spacing w:after="80"/>
      </w:pPr>
      <w:r>
        <w:rPr>
          <w:b w:val="0"/>
          <w:i w:val="0"/>
        </w:rPr>
        <w:t>Trong bóng tối hoàn toàn, The Golěm từ từ nhổm dậy quỳ gối, biết mình còn sống là may mắn. Cuộc chạy trốn khỏi Threshold của hắn đã không diễn ra như dự tính, và hắn vừa kịp chạm tới tàu điện thì vụ nổ đã hất văng hắn xuống rãnh bê tông.</w:t>
      </w:r>
    </w:p>
    <w:p>
      <w:pPr>
        <w:spacing w:after="80"/>
      </w:pPr>
      <w:r>
        <w:rPr>
          <w:b w:val="0"/>
          <w:i w:val="0"/>
        </w:rPr>
        <w:t>Câu hỏi bây giờ là liệu The Golěm có thể thoát khỏi ngôi mộ dưới lòng đất này hay không. Con đường phía sau hắn chắc chắn đã bị phá hủy và chặn kín bởi đống đổ nát. Con đường phía trước, xuyên qua đường hầm dài tối om, rất có thể đã sụp đổ vì sóng xung kích, và không có cách nào biết được giếng thang máy dẫn tới Pháo đài Crucifix còn nguyên vẹn hay không. Dù vô cùng kiệt sức, The Golěm biết mình không thể chịu chết dưới này được.</w:t>
      </w:r>
    </w:p>
    <w:p>
      <w:pPr>
        <w:spacing w:after="80"/>
      </w:pPr>
      <w:r>
        <w:rPr>
          <w:b w:val="0"/>
          <w:i w:val="0"/>
        </w:rPr>
        <w:t>Mình phải trốn thoát để có thể giải thoát cho Sasha.</w:t>
      </w:r>
    </w:p>
    <w:p>
      <w:pPr>
        <w:spacing w:after="80"/>
      </w:pPr>
      <w:r>
        <w:rPr>
          <w:b w:val="0"/>
          <w:i w:val="0"/>
        </w:rPr>
        <w:t>Được tiếp sức bởi ý nghĩ đó, The Golěm dò tìm thành bên của rãnh, đặt tay lên đó, rồi gắng gượng bước tiếp vào bóng tối. Kéo lê bàn tay dọc theo bức tường để định hướng, hắn bước đều đặn, đôi ủng đế bục giẫm lạo xạo trên mặt nền gồ ghề rải rác những mảnh vụn do vụ nổ, đôi chân mỗi lúc một nặng trĩu.</w:t>
      </w:r>
    </w:p>
    <w:p>
      <w:pPr>
        <w:spacing w:after="80"/>
      </w:pPr>
      <w:r>
        <w:rPr>
          <w:b w:val="0"/>
          <w:i w:val="0"/>
        </w:rPr>
        <w:t>Thiên thần hộ mệnh không thể ngủ.</w:t>
      </w:r>
    </w:p>
    <w:p>
      <w:pPr>
        <w:jc w:val="center"/>
      </w:pPr>
      <w:r>
        <w:drawing>
          <wp:inline xmlns:a="http://schemas.openxmlformats.org/drawingml/2006/main" xmlns:pic="http://schemas.openxmlformats.org/drawingml/2006/picture">
            <wp:extent cx="5486400" cy="362122"/>
            <wp:docPr id="125" name="Picture 125"/>
            <wp:cNvGraphicFramePr>
              <a:graphicFrameLocks noChangeAspect="1"/>
            </wp:cNvGraphicFramePr>
            <a:graphic>
              <a:graphicData uri="http://schemas.openxmlformats.org/drawingml/2006/picture">
                <pic:pic>
                  <pic:nvPicPr>
                    <pic:cNvPr id="0" name="image_rsrc8XU.jpg"/>
                    <pic:cNvPicPr/>
                  </pic:nvPicPr>
                  <pic:blipFill>
                    <a:blip r:embed="rId22"/>
                    <a:stretch>
                      <a:fillRect/>
                    </a:stretch>
                  </pic:blipFill>
                  <pic:spPr>
                    <a:xfrm>
                      <a:off x="0" y="0"/>
                      <a:ext cx="5486400" cy="362122"/>
                    </a:xfrm>
                    <a:prstGeom prst="rect"/>
                  </pic:spPr>
                </pic:pic>
              </a:graphicData>
            </a:graphic>
          </wp:inline>
        </w:drawing>
      </w:r>
    </w:p>
    <w:p>
      <w:pPr>
        <w:spacing w:after="80"/>
      </w:pPr>
      <w:r>
        <w:rPr>
          <w:b w:val="0"/>
          <w:i w:val="0"/>
        </w:rPr>
        <w:t>Run rẩy và bầm dập, Langdon và Katherine lần mò qua nhà để xe âm u, né những mảnh vỡ sắc nhọn của xe cộ bị phá hủy và bê tông đổ sập, tiến về phía nguồn sáng duy nhất—một khe ánh sáng ban ngày ngày càng rõ hơn khi bụi tiếp tục lắng xuống.</w:t>
      </w:r>
    </w:p>
    <w:p>
      <w:pPr>
        <w:spacing w:after="80"/>
      </w:pPr>
      <w:r>
        <w:rPr>
          <w:b w:val="0"/>
          <w:i w:val="0"/>
        </w:rPr>
        <w:t>Khi cuối cùng chạm tới ánh sáng, Langdon có thể thấy cánh cửa trượt khổng lồ của nhà để xe đã bị bật khỏi đường ray. Phần dưới của tấm cửa bị cong ra ngoài, tạo thành một khe hở thấp và hẹp. Langdon cúi xuống và nhìn qua, thấy được vài bước chân của con dốc dẫn lên phía bên kia.</w:t>
      </w:r>
    </w:p>
    <w:p>
      <w:pPr>
        <w:spacing w:after="80"/>
      </w:pPr>
      <w:r>
        <w:rPr>
          <w:b w:val="0"/>
          <w:i w:val="0"/>
        </w:rPr>
        <w:t>Không chắc sẽ tìm thấy gì ở phía bên kia, Langdon đi trước, nằm nghiêng người và luồn vào khe hở. Từng chút một, anh kéo mình chui qua lỗ hổng, đầu đi trước. Khe hở hẹp hơn anh tưởng, và đến nửa đường anh cảm thấy một cơn sợ không gian kín nữa siết chặt lấy mình. Anh tuyệt vọng vùng vẫy cho đến khi hông cuối cùng cũng lọt qua, giúp anh lăn được sang tư thế chống tay chống gối và bò ra ngoài không khí thoáng đãng.</w:t>
      </w:r>
    </w:p>
    <w:p>
      <w:pPr>
        <w:spacing w:after="80"/>
      </w:pPr>
      <w:r>
        <w:rPr>
          <w:b w:val="0"/>
          <w:i w:val="0"/>
        </w:rPr>
        <w:t>Cảm giác nhẹ nhõm vì được tự do của anh, tuy vậy, nhanh chóng bị dập tắt bởi hai người lính mặc đồ đen đang đứng sừng sững trên người anh, súng trường tấn công chĩa thẳng vào ngực.</w:t>
      </w:r>
    </w:p>
    <w:p>
      <w:pPr>
        <w:spacing w:after="80"/>
      </w:pPr>
      <w:r>
        <w:rPr>
          <w:b w:val="0"/>
          <w:i w:val="0"/>
        </w:rPr>
        <w:t>Thế là ổn rồi.</w:t>
      </w:r>
    </w:p>
    <w:p>
      <w:pPr>
        <w:spacing w:after="80"/>
      </w:pPr>
      <w:r>
        <w:rPr>
          <w:b w:val="0"/>
          <w:i w:val="0"/>
        </w:rPr>
        <w:t>Trước khi Langdon kịp cảnh báo Katherine, cô đã luồn mình qua khe hở, kéo thân hình mảnh khảnh của mình ra ngoài đường lái xe với ít khó khăn hơn nhiều. Khi cô ngước lên, người lính thứ hai chuyển hướng ngắm súng về phía cô.</w:t>
      </w:r>
    </w:p>
    <w:p>
      <w:pPr>
        <w:spacing w:after="80"/>
      </w:pPr>
      <w:r>
        <w:rPr>
          <w:b w:val="0"/>
          <w:i w:val="0"/>
        </w:rPr>
        <w:t>"Giấy tờ tùy thân!" anh ta hét lên. "Ngay!"</w:t>
      </w:r>
    </w:p>
    <w:p>
      <w:pPr>
        <w:spacing w:after="80"/>
      </w:pPr>
      <w:r>
        <w:rPr>
          <w:b w:val="0"/>
          <w:i w:val="0"/>
        </w:rPr>
        <w:t>Langdon nheo mắt nhìn xung quanh, thấy đúng điều anh lo sợ — lối vào công trường được canh gác nghiêm ngặt mà họ đã thấy trước đó, nằm trong tam giác hàng rào.</w:t>
      </w:r>
    </w:p>
    <w:p>
      <w:pPr>
        <w:spacing w:after="80"/>
      </w:pPr>
      <w:r>
        <w:rPr>
          <w:b w:val="0"/>
          <w:i w:val="0"/>
        </w:rPr>
        <w:t>"Giấy tờ tùy thân!" người lính lặp lại, bước lại gần hơn. "Tôi sẽ cho anh chính xác—"</w:t>
      </w:r>
    </w:p>
    <w:p>
      <w:pPr>
        <w:spacing w:after="80"/>
      </w:pPr>
      <w:r>
        <w:rPr>
          <w:b w:val="0"/>
          <w:i w:val="0"/>
        </w:rPr>
        <w:t>"ĐỨNG YÊN, NGƯỜI LÍNH!" một giọng Mỹ đầy uy quyền hét lên từ đỉnh đường lái xe. Một người lính Thủy quân Lục chiến Hoa Kỳ bệ vệ trong bộ lễ phục xanh đầy đủ sải bước xuống dốc. "HAI NGƯỜI ĐÓ ĐI CÙNG TÔI!"</w:t>
      </w:r>
    </w:p>
    <w:p>
      <w:pPr>
        <w:spacing w:after="80"/>
      </w:pPr>
      <w:r>
        <w:rPr>
          <w:b w:val="0"/>
          <w:i w:val="0"/>
        </w:rPr>
        <w:t>Những người lính giật mình lùi lại một bước khỏi Langdon và Katherine để nói chuyện với người Thủy quân Lục chiến, người mà rõ ràng có cấp bậc cao hơn họ. Cuộc trò chuyện của họ ngắn ngủi, và hai người lính, rõ ràng không hài lòng vì bị phủ quyết, rút lui trở lại lên dốc.</w:t>
      </w:r>
    </w:p>
    <w:p>
      <w:pPr>
        <w:spacing w:after="80"/>
      </w:pPr>
      <w:r>
        <w:rPr>
          <w:b w:val="0"/>
          <w:i w:val="0"/>
        </w:rPr>
        <w:t>Langdon biết ơn vì không còn bị súng chĩa vào mình nữa, nhưng giờ anh lo rằng anh và Katherine có thể đã rơi vào một tình huống còn nghiêm trọng hơn.</w:t>
      </w:r>
    </w:p>
    <w:p>
      <w:pPr>
        <w:spacing w:after="80"/>
      </w:pPr>
      <w:r>
        <w:rPr>
          <w:b w:val="0"/>
          <w:i w:val="0"/>
        </w:rPr>
        <w:t>Người Thủy quân Lục chiến này là ai? CIA? Một trong những tay chân của Finch?</w:t>
      </w:r>
    </w:p>
    <w:p>
      <w:pPr>
        <w:spacing w:after="80"/>
      </w:pPr>
      <w:r>
        <w:rPr>
          <w:b w:val="0"/>
          <w:i w:val="0"/>
        </w:rPr>
        <w:t>Khi những người lính rời đi, vẻ mặt nghiêm nghị của người Thủy quân Lục chiến dịu lại, biểu cảm thân thiện của anh ta giờ không ăn khớp với bộ trang phục cứng nhắc của mình. "Ông Langdon…cô Solomon," anh ta nói khi đỡ họ đứng dậy. "Tôi là Scott Kerble. Tôi làm việc cho Đại sứ Nagel."</w:t>
      </w:r>
    </w:p>
    <w:p>
      <w:pPr>
        <w:spacing w:after="80"/>
      </w:pPr>
      <w:r>
        <w:rPr>
          <w:b w:val="0"/>
          <w:i w:val="0"/>
        </w:rPr>
        <w:t>Langdon hy vọng anh ta đang nói thật. "Chúng tôi cần gặp bà ấy ngay lập tức."</w:t>
      </w:r>
    </w:p>
    <w:p>
      <w:pPr>
        <w:spacing w:after="80"/>
      </w:pPr>
      <w:r>
        <w:rPr>
          <w:b w:val="0"/>
          <w:i w:val="0"/>
        </w:rPr>
        <w:t>Người Thủy quân Lục chiến định trả lời thì một trong những người lính gác quân đội quay lại xuống dốc, chụp một bức ảnh cả ba người họ cùng nhau, rồi lại bước lên, vừa đi vừa gọi điện.</w:t>
      </w:r>
    </w:p>
    <w:p>
      <w:pPr>
        <w:spacing w:after="80"/>
      </w:pPr>
      <w:r>
        <w:rPr>
          <w:b w:val="0"/>
          <w:i w:val="0"/>
        </w:rPr>
        <w:t>Kerble chửi thầm. "Tôi phải đưa hai người ra khỏi đây ngay lập tức."</w:t>
      </w:r>
    </w:p>
    <w:p>
      <w:pPr>
        <w:spacing w:after="80"/>
      </w:pPr>
      <w:r>
        <w:rPr>
          <w:b w:val="0"/>
          <w:i w:val="0"/>
        </w:rPr>
        <w:t>"Đến đại sứ quán?" Langdon hỏi.</w:t>
      </w:r>
    </w:p>
    <w:p>
      <w:pPr>
        <w:spacing w:after="80"/>
      </w:pPr>
      <w:r>
        <w:rPr>
          <w:b w:val="0"/>
          <w:i w:val="0"/>
        </w:rPr>
        <w:t>"Chúng ta có thể nói về điều đó trên xe," anh ta nói, bắt đầu bước lên dốc. "Đi theo tôi."</w:t>
      </w:r>
    </w:p>
    <w:p>
      <w:pPr>
        <w:spacing w:after="80"/>
      </w:pPr>
      <w:r>
        <w:rPr>
          <w:b w:val="0"/>
          <w:i/>
        </w:rPr>
        <w:t>Nói về chuyện đó ư?</w:t>
      </w:r>
      <w:r>
        <w:rPr>
          <w:b w:val="0"/>
          <w:i w:val="0"/>
        </w:rPr>
        <w:t xml:space="preserve"> Lời nhận xét khiến Langdon càng thêm cảnh giác. "Thật ra, trước khi đi bất cứ đâu, chúng tôi muốn nói chuyện với Đại sứ Nagel."</w:t>
      </w:r>
    </w:p>
    <w:p>
      <w:pPr>
        <w:spacing w:after="80"/>
      </w:pPr>
      <w:r>
        <w:rPr>
          <w:b w:val="0"/>
          <w:i w:val="0"/>
        </w:rPr>
        <w:t>"Tôi đồng ý," Katherine nói. "Nếu chúng ta—"</w:t>
      </w:r>
    </w:p>
    <w:p>
      <w:pPr>
        <w:spacing w:after="80"/>
      </w:pPr>
      <w:r>
        <w:rPr>
          <w:b w:val="0"/>
          <w:i w:val="0"/>
        </w:rPr>
        <w:t xml:space="preserve">"Cả hai người, nghe đây," viên lính thủy đánh bộ cắt ngang, quay phắt lại phía họ và đứng sát bên, vẻ thân thiện biến mất. "Đại sứ đã bị giữ theo lệnh của chính Giám đốc CIA. Và tôi khá chắc là </w:t>
      </w:r>
      <w:r>
        <w:rPr>
          <w:b w:val="0"/>
          <w:i/>
        </w:rPr>
        <w:t>hai người</w:t>
      </w:r>
      <w:r>
        <w:rPr>
          <w:b w:val="0"/>
          <w:i w:val="0"/>
        </w:rPr>
        <w:t xml:space="preserve"> sẽ là những người tiếp theo trong danh sách của ông ta."</w:t>
      </w:r>
    </w:p>
    <w:p>
      <w:pPr>
        <w:pStyle w:val="Heading1"/>
      </w:pPr>
      <w:r>
        <w:rPr>
          <w:rFonts w:ascii="Calibri" w:hAnsi="Calibri"/>
          <w:b/>
          <w:i w:val="0"/>
          <w:sz w:val="40"/>
        </w:rPr>
        <w:t>Chương 119</w:t>
      </w:r>
    </w:p>
    <w:p>
      <w:pPr>
        <w:spacing w:after="80"/>
      </w:pPr>
      <w:r>
        <w:rPr>
          <w:b w:val="0"/>
          <w:i w:val="0"/>
        </w:rPr>
        <w:t>Ngồi sau tay lái chiếc xe sedan của đại sứ quán, Scott Kerble phóng nhanh về phía bắc dọc theo bờ sông, chạy ngược lại con đường mình vừa đi. Ở hướng ngược lại, một hàng xe cứu hộ lao vun vút về phía Công viên Folimanka.</w:t>
      </w:r>
    </w:p>
    <w:p>
      <w:pPr>
        <w:spacing w:after="80"/>
      </w:pPr>
      <w:r>
        <w:rPr>
          <w:b w:val="0"/>
          <w:i/>
        </w:rPr>
        <w:t>Chẳng còn gì để cứu nữa,</w:t>
      </w:r>
      <w:r>
        <w:rPr>
          <w:b w:val="0"/>
          <w:i w:val="0"/>
        </w:rPr>
        <w:t xml:space="preserve"> anh nghĩ.</w:t>
      </w:r>
    </w:p>
    <w:p>
      <w:pPr>
        <w:spacing w:after="80"/>
      </w:pPr>
      <w:r>
        <w:rPr>
          <w:b w:val="0"/>
          <w:i w:val="0"/>
        </w:rPr>
        <w:t>Ở hàng ghế sau, Langdon và Solomon chìm vào im lặng sững sờ sau khi thoáng thấy mức độ tàn phá mà họ vừa sống sót. Tất cả những gì còn lại của hầm trú ẩn Folimanka là một hố sâu hoắm, sâu mấy tầng, đầy ắp đá lở, đất, bê tông vỡ vụn và thép xoắn vặn.</w:t>
      </w:r>
    </w:p>
    <w:p>
      <w:pPr>
        <w:spacing w:after="80"/>
      </w:pPr>
      <w:r>
        <w:rPr>
          <w:b w:val="0"/>
          <w:i w:val="0"/>
        </w:rPr>
        <w:t>Kerble không thể tưởng tượng nổi điều gì đã gây ra vụ nổ kỳ lạ đó. Theo những gì anh có thể nhận ra, đã không có lửa hay sức nóng—chỉ có lạnh. Anh biết hầm trú ẩn thời Liên Xô này đã được Lực lượng Công binh Lục quân Hoa Kỳ trùng tu trong vài năm qua, và chắc chắn nó không thể chứa bất kỳ chất nổ nào.</w:t>
      </w:r>
    </w:p>
    <w:p>
      <w:pPr>
        <w:spacing w:after="80"/>
      </w:pPr>
      <w:r>
        <w:rPr>
          <w:b w:val="0"/>
          <w:i w:val="0"/>
        </w:rPr>
        <w:t>"Anh đưa chúng tôi đi đâu vậy?" Langdon hỏi từ ghế sau.</w:t>
      </w:r>
    </w:p>
    <w:p>
      <w:pPr>
        <w:spacing w:after="80"/>
      </w:pPr>
      <w:r>
        <w:rPr>
          <w:b w:val="0"/>
          <w:i/>
        </w:rPr>
        <w:t>Câu hỏi hay đấy,</w:t>
      </w:r>
      <w:r>
        <w:rPr>
          <w:b w:val="0"/>
          <w:i w:val="0"/>
        </w:rPr>
        <w:t xml:space="preserve"> Kerble nghĩ. Anh chưa thực sự nắm được bức tranh toàn cảnh, nhưng anh biết Đại sứ Nagel và Giám đốc CIA Judd đang trong cuộc tranh giành quyền lực, và bằng cách nào đó nó có liên quan đến Langdon và Solomon.</w:t>
      </w:r>
    </w:p>
    <w:p>
      <w:pPr>
        <w:spacing w:after="80"/>
      </w:pPr>
      <w:r>
        <w:rPr>
          <w:b w:val="0"/>
          <w:i w:val="0"/>
        </w:rPr>
        <w:t>Sau vụ nổ, khi Kerble vội vã xuống sườn núi, anh đã gọi điện cho Nagel để xác nhận bà an toàn. Bà đang nói chuyện với giám đốc. Khi Kerble giải thích rằng chấn động không phải là động đất mà là một vụ nổ bên dưới Công viên Folimanka, điều đầu tiên Nagel nói, một cách kỳ lạ, là hỏi về tung tích của Langdon và Solomon. Bà ra lệnh cho Kerble đến hiện trường và tìm họ.</w:t>
      </w:r>
    </w:p>
    <w:p>
      <w:pPr>
        <w:spacing w:after="80"/>
      </w:pPr>
      <w:r>
        <w:rPr>
          <w:b w:val="0"/>
          <w:i w:val="0"/>
        </w:rPr>
        <w:t>Bất kể chuyện gì đang diễn ra giữa đại sứ và giám đốc CIA, Kerble đã chọn phe từ một giờ trước, bằng quyết định tức thời tuồn túi ngoại giao của Nagel ra khỏi đại sứ quán. Đó là một sự ứng biến kịp thời, vì giám đốc gần như ngay lập tức ra lệnh khám xét căn hộ của đại sứ cùng những nhân viên thân cận nhất của bà, bao gồm cả chính Kerble.</w:t>
      </w:r>
    </w:p>
    <w:p>
      <w:pPr>
        <w:spacing w:after="80"/>
      </w:pPr>
      <w:r>
        <w:rPr>
          <w:b w:val="0"/>
          <w:i w:val="0"/>
        </w:rPr>
        <w:t>Nếu mình giữ lại túi…thì giờ nó đã nằm trong tay CIA rồi.</w:t>
      </w:r>
    </w:p>
    <w:p>
      <w:pPr>
        <w:spacing w:after="80"/>
      </w:pPr>
      <w:r>
        <w:rPr>
          <w:b w:val="0"/>
          <w:i w:val="0"/>
        </w:rPr>
        <w:t>Khi lái xe về phía đại sứ quán, phòng trường hợp chiếc sedan của mình bị theo dõi, bản năng mách bảo Kerble rằng giao Langdon và Solomon vào tay giám đốc CIA không phải là điều Nagel muốn. Anh cũng cảm thấy còn nhiều điều mà những người Mỹ ở ghế sau không nói cho anh biết.</w:t>
      </w:r>
    </w:p>
    <w:p>
      <w:pPr>
        <w:spacing w:after="80"/>
      </w:pPr>
      <w:r>
        <w:rPr>
          <w:b w:val="0"/>
          <w:i w:val="0"/>
        </w:rPr>
        <w:t xml:space="preserve">"Chúng ta cần ra khỏi đây," Langdon tuyên bố, giọng điệu đầy uy quyền đến bất ngờ trong hoàn cảnh này. "Tôi không thể nói chi tiết, nhưng hãy tin tôi khi tôi nói rằng đại sứ của anh đang gặp nguy hiểm </w:t>
      </w:r>
      <w:r>
        <w:rPr>
          <w:b w:val="0"/>
          <w:i/>
        </w:rPr>
        <w:t>nghiêm trọng</w:t>
      </w:r>
      <w:r>
        <w:rPr>
          <w:b w:val="0"/>
          <w:i w:val="0"/>
        </w:rPr>
        <w:t>—nhất là nếu giám đốc CIA đã giữ bà ấy."</w:t>
      </w:r>
    </w:p>
    <w:p>
      <w:pPr>
        <w:spacing w:after="80"/>
      </w:pPr>
      <w:r>
        <w:rPr>
          <w:b w:val="0"/>
          <w:i/>
        </w:rPr>
        <w:t>Nguy hiểm nghiêm trọng?</w:t>
      </w:r>
      <w:r>
        <w:rPr>
          <w:b w:val="0"/>
          <w:i w:val="0"/>
        </w:rPr>
        <w:t xml:space="preserve"> Kerble biết rõ danh tiếng của Gregory Judd là không nương tay khi liên quan đến an ninh quốc gia. </w:t>
      </w:r>
      <w:r>
        <w:rPr>
          <w:b w:val="0"/>
          <w:i/>
        </w:rPr>
        <w:t>Nhưng liệu ông ta có thực sự làm hại một đại sứ không?</w:t>
      </w:r>
      <w:r>
        <w:rPr>
          <w:b w:val="0"/>
          <w:i w:val="0"/>
        </w:rPr>
        <w:t xml:space="preserve"> Kerble cân nhắc việc nhắc đến chiếc túi ngoại giao mà giám đốc có vẻ đang ráo riết tìm kiếm, nhưng mệnh lệnh của đại sứ về chiếc túi đã rõ ràng. </w:t>
      </w:r>
      <w:r>
        <w:rPr>
          <w:b w:val="0"/>
          <w:i/>
        </w:rPr>
        <w:t>Không được nói với ai.</w:t>
      </w:r>
    </w:p>
    <w:p>
      <w:pPr>
        <w:spacing w:after="80"/>
      </w:pPr>
      <w:r>
        <w:rPr>
          <w:b w:val="0"/>
          <w:i w:val="0"/>
        </w:rPr>
        <w:t>“Nếu đại sứ muốn sống sót qua chuyện này — dù là về thể xác hay chính trị,” Langdon nói, “tôi tin chỉ còn một thứ có thể giúp bà ấy. Và tôi cũng tin mình có thể tìm ra nó.”</w:t>
      </w:r>
    </w:p>
    <w:p>
      <w:pPr>
        <w:spacing w:after="80"/>
      </w:pPr>
      <w:r>
        <w:rPr>
          <w:b w:val="0"/>
          <w:i w:val="0"/>
        </w:rPr>
        <w:t xml:space="preserve">Bất chấp sự táo bạo của lời khẳng định, Kerble cảm nhận được rằng ít nhất người đàn ông này </w:t>
      </w:r>
      <w:r>
        <w:rPr>
          <w:b w:val="0"/>
          <w:i/>
        </w:rPr>
        <w:t>tin</w:t>
      </w:r>
      <w:r>
        <w:rPr>
          <w:b w:val="0"/>
          <w:i w:val="0"/>
        </w:rPr>
        <w:t xml:space="preserve"> vào điều mình đang nói. “Vậy anh đang tìm cái gì?”</w:t>
      </w:r>
    </w:p>
    <w:p>
      <w:pPr>
        <w:spacing w:after="80"/>
      </w:pPr>
      <w:r>
        <w:rPr>
          <w:b w:val="0"/>
          <w:i w:val="0"/>
        </w:rPr>
        <w:t xml:space="preserve">“Không phải tìm </w:t>
      </w:r>
      <w:r>
        <w:rPr>
          <w:b w:val="0"/>
          <w:i/>
        </w:rPr>
        <w:t>cái gì</w:t>
      </w:r>
      <w:r>
        <w:rPr>
          <w:b w:val="0"/>
          <w:i w:val="0"/>
        </w:rPr>
        <w:t xml:space="preserve">,” Langdon đáp. “Mà là tìm </w:t>
      </w:r>
      <w:r>
        <w:rPr>
          <w:b w:val="0"/>
          <w:i/>
        </w:rPr>
        <w:t>ai</w:t>
      </w:r>
      <w:r>
        <w:rPr>
          <w:b w:val="0"/>
          <w:i w:val="0"/>
        </w:rPr>
        <w:t>.”</w:t>
      </w:r>
    </w:p>
    <w:p>
      <w:pPr>
        <w:spacing w:after="80"/>
      </w:pPr>
      <w:r>
        <w:rPr>
          <w:b w:val="0"/>
          <w:i w:val="0"/>
        </w:rPr>
        <w:t>Kerble ngước lên, khóa mắt với vị giáo sư qua gương chiếu hậu. “Là ai?”</w:t>
      </w:r>
    </w:p>
    <w:p>
      <w:pPr>
        <w:spacing w:after="80"/>
      </w:pPr>
      <w:r>
        <w:rPr>
          <w:b w:val="0"/>
          <w:i w:val="0"/>
        </w:rPr>
        <w:t>“Cô ấy tên là Sasha Vesna,” Langdon nói, “và mọi thứ đại sứ cần để vượt qua cơn bão này đều nằm trong đầu Sasha.”</w:t>
      </w:r>
    </w:p>
    <w:p>
      <w:pPr>
        <w:jc w:val="center"/>
      </w:pPr>
      <w:r>
        <w:drawing>
          <wp:inline xmlns:a="http://schemas.openxmlformats.org/drawingml/2006/main" xmlns:pic="http://schemas.openxmlformats.org/drawingml/2006/picture">
            <wp:extent cx="5486400" cy="362122"/>
            <wp:docPr id="126" name="Picture 126"/>
            <wp:cNvGraphicFramePr>
              <a:graphicFrameLocks noChangeAspect="1"/>
            </wp:cNvGraphicFramePr>
            <a:graphic>
              <a:graphicData uri="http://schemas.openxmlformats.org/drawingml/2006/picture">
                <pic:pic>
                  <pic:nvPicPr>
                    <pic:cNvPr id="0" name="image_rsrc8XU.jpg"/>
                    <pic:cNvPicPr/>
                  </pic:nvPicPr>
                  <pic:blipFill>
                    <a:blip r:embed="rId22"/>
                    <a:stretch>
                      <a:fillRect/>
                    </a:stretch>
                  </pic:blipFill>
                  <pic:spPr>
                    <a:xfrm>
                      <a:off x="0" y="0"/>
                      <a:ext cx="5486400" cy="362122"/>
                    </a:xfrm>
                    <a:prstGeom prst="rect"/>
                  </pic:spPr>
                </pic:pic>
              </a:graphicData>
            </a:graphic>
          </wp:inline>
        </w:drawing>
      </w:r>
    </w:p>
    <w:p>
      <w:pPr>
        <w:spacing w:after="80"/>
      </w:pPr>
      <w:r>
        <w:rPr>
          <w:b w:val="0"/>
          <w:i w:val="0"/>
        </w:rPr>
        <w:t>Robert biết cách tìm Sasha ư?</w:t>
      </w:r>
    </w:p>
    <w:p>
      <w:pPr>
        <w:spacing w:after="80"/>
      </w:pPr>
      <w:r>
        <w:rPr>
          <w:b w:val="0"/>
          <w:i w:val="0"/>
        </w:rPr>
        <w:t>Trong thoáng chốc, Katherine sợ rằng Langdon chỉ đang lừa phỉnh, nhưng cái gật đầu quả quyết của anh cho cô biết anh đang nói thật lòng.</w:t>
      </w:r>
    </w:p>
    <w:p>
      <w:pPr>
        <w:spacing w:after="80"/>
      </w:pPr>
      <w:r>
        <w:rPr>
          <w:b w:val="0"/>
          <w:i w:val="0"/>
        </w:rPr>
        <w:t>Tìm được Sasha là chìa khóa của mọi chuyện…</w:t>
      </w:r>
    </w:p>
    <w:p>
      <w:pPr>
        <w:spacing w:after="80"/>
      </w:pPr>
      <w:r>
        <w:rPr>
          <w:b w:val="0"/>
          <w:i w:val="0"/>
        </w:rPr>
        <w:t xml:space="preserve">Thuyết phục hơn hẳn cuốn hồ sơ mà Katherine đã đánh mất trong vụ nổ, chính bản thân Sasha </w:t>
      </w:r>
      <w:r>
        <w:rPr>
          <w:b w:val="0"/>
          <w:i/>
        </w:rPr>
        <w:t>là</w:t>
      </w:r>
      <w:r>
        <w:rPr>
          <w:b w:val="0"/>
          <w:i w:val="0"/>
        </w:rPr>
        <w:t xml:space="preserve"> bằng chứng không thể chối cãi rằng Threshold từng tồn tại. Chỉ một lần quét não là đủ chứng minh không chỉ rằng thiết bị cấy ghép tiên tiến này có thật, mà còn rằng CIA đã lừa một bệnh nhân tâm thần trẻ người Nga trở thành đối tượng thử nghiệm y khoa.</w:t>
      </w:r>
    </w:p>
    <w:p>
      <w:pPr>
        <w:spacing w:after="80"/>
      </w:pPr>
      <w:r>
        <w:rPr>
          <w:b w:val="0"/>
          <w:i w:val="0"/>
        </w:rPr>
        <w:t>Việc tìm ra Sasha giờ còn quan trọng hơn nữa, vì sự phá hủy Threshold đã khiến tình cảnh mong manh của họ càng thêm nguy hiểm. CIA sẽ chuyển sang chế độ kiểm soát thiệt hại, và với toàn bộ bằng chứng về hành vi sai trái được chôn gọn gàng dưới công viên Folimanka, cơ quan này sẽ nhanh chóng ra tay dọn dẹp mọi đầu mối còn sót lại.</w:t>
      </w:r>
    </w:p>
    <w:p>
      <w:pPr>
        <w:spacing w:after="80"/>
      </w:pPr>
      <w:r>
        <w:rPr>
          <w:b w:val="0"/>
          <w:i/>
        </w:rPr>
        <w:t>Robert và tôi chắc chắn thuộc diện những chi tiết chưa được giải quyết,</w:t>
      </w:r>
      <w:r>
        <w:rPr>
          <w:b w:val="0"/>
          <w:i w:val="0"/>
        </w:rPr>
        <w:t xml:space="preserve"> cô biết vậy. </w:t>
      </w:r>
      <w:r>
        <w:rPr>
          <w:b w:val="0"/>
          <w:i/>
        </w:rPr>
        <w:t>Cả Sasha Vesna và Dmitri Sysevich cũng thế.</w:t>
      </w:r>
    </w:p>
    <w:p>
      <w:pPr>
        <w:spacing w:after="80"/>
      </w:pPr>
      <w:r>
        <w:rPr>
          <w:b w:val="0"/>
          <w:i w:val="0"/>
        </w:rPr>
        <w:t xml:space="preserve">Katherine hình dung lại bóng người bí ẩn trong bộ áo choàng kỳ dị mà họ đã thấy ở Threshold. Gã đàn ông đó tự xưng là “người bảo vệ của Sasha” và gần như chắc chắn chính là Sysevich — gã đàn ông Nga tóc đen mắc chứng động kinh, người, giống như Sasha, từng bị đưa ra khỏi một trại tâm thần. Thoạt nhìn, hồ sơ y tế của hắn khiến Katherine tưởng rằng hắn đã chết, nhưng giờ có vẻ một chuyện </w:t>
      </w:r>
      <w:r>
        <w:rPr>
          <w:b w:val="0"/>
          <w:i/>
        </w:rPr>
        <w:t>khác</w:t>
      </w:r>
      <w:r>
        <w:rPr>
          <w:b w:val="0"/>
          <w:i w:val="0"/>
        </w:rPr>
        <w:t xml:space="preserve"> đã xảy ra với hắn. Có lẽ hắn đã trốn thoát khỏi tay họ. Dù tình cảnh của hắn thế nào, không ai có động cơ quay lại và xóa sổ cơ sở đã gây ra cho mình những nỗi kinh hoàng khôn kể bằng Dmitri.</w:t>
      </w:r>
    </w:p>
    <w:p>
      <w:pPr>
        <w:spacing w:after="80"/>
      </w:pPr>
      <w:r>
        <w:rPr>
          <w:b w:val="0"/>
          <w:i w:val="0"/>
        </w:rPr>
        <w:t xml:space="preserve">Katherine ngờ rằng bệnh tâm thần gần như chắc chắn có liên quan. </w:t>
      </w:r>
      <w:r>
        <w:rPr>
          <w:b w:val="0"/>
          <w:i/>
        </w:rPr>
        <w:t>Gã đàn ông đó bôi đầy đất sét lên người và hy sinh mạng sống để phá hủy Threshold.</w:t>
      </w:r>
      <w:r>
        <w:rPr>
          <w:b w:val="0"/>
          <w:i w:val="0"/>
        </w:rPr>
        <w:t xml:space="preserve"> Cô tự hỏi liệu Dmitri đã mắc sẵn một chứng bệnh tâm lý nào đó khi ở trong trại tâm thần, hay nó được gây ra bởi chấn thương của ca phẫu thuật não xâm lấn và việc bị ép dùng thuốc gây ảo giác. Dù thế nào, Dmitri Sysevich rõ ràng không phải một người khỏe mạnh bình thường.</w:t>
      </w:r>
    </w:p>
    <w:p>
      <w:pPr>
        <w:spacing w:after="80"/>
      </w:pPr>
      <w:r>
        <w:rPr>
          <w:b w:val="0"/>
          <w:i/>
        </w:rPr>
        <w:t>Sasha đang ở một nơi an toàn,</w:t>
      </w:r>
      <w:r>
        <w:rPr>
          <w:b w:val="0"/>
          <w:i w:val="0"/>
        </w:rPr>
        <w:t xml:space="preserve"> gã đàn ông đó đã nói vậy.</w:t>
      </w:r>
    </w:p>
    <w:p>
      <w:pPr>
        <w:spacing w:after="80"/>
      </w:pPr>
      <w:r>
        <w:rPr>
          <w:b w:val="0"/>
          <w:i w:val="0"/>
        </w:rPr>
        <w:t>“Robert,” Katherine thúc giục. “Anh thật sự biết chỗ tìm Sasha sao?”</w:t>
      </w:r>
    </w:p>
    <w:p>
      <w:pPr>
        <w:spacing w:after="80"/>
      </w:pPr>
      <w:r>
        <w:rPr>
          <w:b w:val="0"/>
          <w:i w:val="0"/>
        </w:rPr>
        <w:t>“Tôi vừa mới nghĩ ra,” anh đáp. “Chỉ có một nơi cô ấy có thể ở… nhưng để tìm được cô ấy, tôi cần vào được căn hộ của cô ấy—”</w:t>
      </w:r>
    </w:p>
    <w:p>
      <w:pPr>
        <w:spacing w:after="80"/>
      </w:pPr>
      <w:r>
        <w:rPr>
          <w:b w:val="0"/>
          <w:i w:val="0"/>
        </w:rPr>
        <w:t>“Cô ấy không có ở đó,” Kerble ngắt lời. “Chính tôi là người tìm thấy thi thể của Harris. Sasha đã đi từ lâu rồi. Đội của chúng tôi nhanh chóng đưa Harris đi, khóa cửa lại và rời khỏi.”</w:t>
      </w:r>
    </w:p>
    <w:p>
      <w:pPr>
        <w:spacing w:after="80"/>
      </w:pPr>
      <w:r>
        <w:rPr>
          <w:b w:val="0"/>
          <w:i w:val="0"/>
        </w:rPr>
        <w:t>“Tôi hiểu,” Langdon nói. “Nhưng tôi vẫn cần vào trong. Có thứ ở đó có thể giúp chúng ta. Làm sao ông vào được căn hộ của cô ấy?”</w:t>
      </w:r>
    </w:p>
    <w:p>
      <w:pPr>
        <w:spacing w:after="80"/>
      </w:pPr>
      <w:r>
        <w:rPr>
          <w:b w:val="0"/>
          <w:i w:val="0"/>
        </w:rPr>
        <w:t>“Đồng nghiệp của tôi, Dana Daněk. Cô ấy có chìa khóa.”</w:t>
      </w:r>
    </w:p>
    <w:p>
      <w:pPr>
        <w:spacing w:after="80"/>
      </w:pPr>
      <w:r>
        <w:rPr>
          <w:b w:val="0"/>
          <w:i w:val="0"/>
        </w:rPr>
        <w:t>“Trên một chiếc móc khóa Krazy Kitten à?” Langdon hỏi.</w:t>
      </w:r>
    </w:p>
    <w:p>
      <w:pPr>
        <w:spacing w:after="80"/>
      </w:pPr>
      <w:r>
        <w:rPr>
          <w:b w:val="0"/>
          <w:i w:val="0"/>
        </w:rPr>
        <w:t>Kerble liếc qua vai. “Sao ông biết điều đó?”</w:t>
      </w:r>
    </w:p>
    <w:p>
      <w:pPr>
        <w:spacing w:after="80"/>
      </w:pPr>
      <w:r>
        <w:rPr>
          <w:b w:val="0"/>
          <w:i w:val="0"/>
        </w:rPr>
        <w:t xml:space="preserve">“Bởi vì chính </w:t>
      </w:r>
      <w:r>
        <w:rPr>
          <w:b w:val="0"/>
          <w:i/>
        </w:rPr>
        <w:t>tôi</w:t>
      </w:r>
      <w:r>
        <w:rPr>
          <w:b w:val="0"/>
          <w:i w:val="0"/>
        </w:rPr>
        <w:t xml:space="preserve"> là người đã đưa nó cho cô Daněk. Và giờ tôi cần lấy lại nó từ cô ấy ngay lập tức.”</w:t>
      </w:r>
    </w:p>
    <w:p>
      <w:pPr>
        <w:spacing w:after="80"/>
      </w:pPr>
      <w:r>
        <w:rPr>
          <w:b w:val="0"/>
          <w:i w:val="0"/>
        </w:rPr>
        <w:t>“Không thể nào,” Kerble nói. “Dana không còn giữ nó nữa.”</w:t>
      </w:r>
    </w:p>
    <w:p>
      <w:pPr>
        <w:spacing w:after="80"/>
      </w:pPr>
      <w:r>
        <w:rPr>
          <w:b w:val="0"/>
          <w:i w:val="0"/>
        </w:rPr>
        <w:t>Langdon chửi thầm. “Vậy giờ ai đang giữ nó?”</w:t>
      </w:r>
    </w:p>
    <w:p>
      <w:pPr>
        <w:spacing w:after="80"/>
      </w:pPr>
      <w:r>
        <w:rPr>
          <w:b w:val="0"/>
          <w:i w:val="0"/>
        </w:rPr>
        <w:t>Kerble thò tay vào túi và ném một vật nhỏ về phía Langdon. “</w:t>
      </w:r>
      <w:r>
        <w:rPr>
          <w:b w:val="0"/>
          <w:i/>
        </w:rPr>
        <w:t>Ông</w:t>
      </w:r>
      <w:r>
        <w:rPr>
          <w:b w:val="0"/>
          <w:i w:val="0"/>
        </w:rPr>
        <w:t xml:space="preserve"> đấy, Giáo sư ạ.”</w:t>
      </w:r>
    </w:p>
    <w:p>
      <w:pPr>
        <w:jc w:val="center"/>
      </w:pPr>
      <w:r>
        <w:drawing>
          <wp:inline xmlns:a="http://schemas.openxmlformats.org/drawingml/2006/main" xmlns:pic="http://schemas.openxmlformats.org/drawingml/2006/picture">
            <wp:extent cx="5486400" cy="362122"/>
            <wp:docPr id="127" name="Picture 127"/>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Một vụ nổ lớn ở Prague?!</w:t>
      </w:r>
    </w:p>
    <w:p>
      <w:pPr>
        <w:spacing w:after="80"/>
      </w:pPr>
      <w:r>
        <w:rPr>
          <w:b w:val="0"/>
          <w:i w:val="0"/>
        </w:rPr>
        <w:t xml:space="preserve">Jonas Faukman cuống cuồng lướt qua cảnh báo trên </w:t>
      </w:r>
      <w:r>
        <w:rPr>
          <w:b w:val="0"/>
          <w:i/>
        </w:rPr>
        <w:t>New York Times</w:t>
      </w:r>
      <w:r>
        <w:rPr>
          <w:b w:val="0"/>
          <w:i w:val="0"/>
        </w:rPr>
        <w:t xml:space="preserve"> trên máy tính và cố tự thuyết phục rằng vụ nổ chỉ là sự trùng hợp ngẫu nhiên. Bất chấp xác suất thống kê cho thấy Langdon khó có thể ở gần vụ nổ, người bạn của ông vốn có thói quen đáng lo ngại là luôn tìm thấy mình ở tâm điểm của rắc rối.</w:t>
      </w:r>
    </w:p>
    <w:p>
      <w:pPr>
        <w:spacing w:after="80"/>
      </w:pPr>
      <w:r>
        <w:rPr>
          <w:b w:val="0"/>
          <w:i w:val="0"/>
        </w:rPr>
        <w:t>Đã hơn một giờ trôi qua kể từ email của Langdon, và từ đó không có tin tức gì. Không thể gạt nỗi lo ngày càng lớn ra khỏi đầu, Faukman gọi đến khách sạn Four Seasons ở Prague và yêu cầu nối máy đến phòng của Langdon.</w:t>
      </w:r>
    </w:p>
    <w:p>
      <w:pPr>
        <w:jc w:val="center"/>
      </w:pPr>
      <w:r>
        <w:drawing>
          <wp:inline xmlns:a="http://schemas.openxmlformats.org/drawingml/2006/main" xmlns:pic="http://schemas.openxmlformats.org/drawingml/2006/picture">
            <wp:extent cx="5486400" cy="362122"/>
            <wp:docPr id="128" name="Picture 128"/>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Lê bước trong bóng tối hoàn toàn bên trong đường hầm kín, The Golěm nghe thấy tiếng bước chân của mình vang vọng đột nhiên thay đổi.</w:t>
      </w:r>
    </w:p>
    <w:p>
      <w:pPr>
        <w:spacing w:after="80"/>
      </w:pPr>
      <w:r>
        <w:rPr>
          <w:b w:val="0"/>
          <w:i w:val="0"/>
        </w:rPr>
        <w:t>Ít tiếng vang hơn…mình đang ở một không gian mở.</w:t>
      </w:r>
    </w:p>
    <w:p>
      <w:pPr>
        <w:spacing w:after="80"/>
      </w:pPr>
      <w:r>
        <w:rPr>
          <w:b w:val="0"/>
          <w:i w:val="0"/>
        </w:rPr>
        <w:t>Đưa tay lên dọc theo bức tường, hắn tìm thấy một gờ đá và nhận ra với vẻ nhẹ nhõm rằng cuối cùng hắn đã đến sân ga tàu điện ngầm bên dưới Crucifix Bastion. Gờ đá ngang tầm mắt, cao hơn dự kiến, và hắn sẽ cần phải kéo mình lên.</w:t>
      </w:r>
    </w:p>
    <w:p>
      <w:pPr>
        <w:spacing w:after="80"/>
      </w:pPr>
      <w:r>
        <w:rPr>
          <w:b w:val="0"/>
          <w:i w:val="0"/>
        </w:rPr>
        <w:t>Hắn nhanh chóng cởi bỏ chiếc áo choàng nặng nề và đôi ủng đế cao, xếp chúng thành một đống dưới chân. Rồi hắn bước lên chiếc ghế tạm bợ của mình, vươn tay lên và sờ vào gờ đá, ước lượng độ cao của nó. Hắn sẽ cần nhảy đủ cao để chống khuỷu tay và cẳng tay lên sân ga.</w:t>
      </w:r>
    </w:p>
    <w:p>
      <w:pPr>
        <w:spacing w:after="80"/>
      </w:pPr>
      <w:r>
        <w:rPr>
          <w:b w:val="0"/>
          <w:i w:val="0"/>
        </w:rPr>
        <w:t>Bạn phải trốn thoát. Mạng sống của Sasha phụ thuộc vào điều đó.</w:t>
      </w:r>
    </w:p>
    <w:p>
      <w:pPr>
        <w:spacing w:after="80"/>
      </w:pPr>
      <w:r>
        <w:rPr>
          <w:b w:val="0"/>
          <w:i w:val="0"/>
        </w:rPr>
        <w:t>Được tiếp thêm sức mạnh từ ý nghĩ về cô ấy, The Golěm hạ thấp người và nhảy lên với toàn bộ sức lực, chỉ vừa đủ để chống mình lên. Đá đôi chân mỏi mệt, hắn xoay được một chân lên và móc gót vào gờ đá. Chiến đấu với trọng lực và sự kiệt sức, hắn lê mình lên bệ kim loại…và gục xuống.</w:t>
      </w:r>
    </w:p>
    <w:p>
      <w:pPr>
        <w:spacing w:after="80"/>
      </w:pPr>
      <w:r>
        <w:rPr>
          <w:b w:val="0"/>
          <w:i w:val="0"/>
        </w:rPr>
        <w:t>Gần như trọn một phút, hắn nghỉ ngơi, nhắm mắt, thở sâu.</w:t>
      </w:r>
    </w:p>
    <w:p>
      <w:pPr>
        <w:spacing w:after="80"/>
      </w:pPr>
      <w:r>
        <w:rPr>
          <w:b w:val="0"/>
          <w:i w:val="0"/>
        </w:rPr>
        <w:t>Khi cuối cùng mở mắt, The Golěm thấy có thứ gì đó lơ lửng trong bóng tối…một vòng tròn nhỏ phát sáng.</w:t>
      </w:r>
    </w:p>
    <w:p>
      <w:pPr>
        <w:spacing w:after="80"/>
      </w:pPr>
      <w:r>
        <w:rPr>
          <w:b w:val="0"/>
          <w:i w:val="0"/>
        </w:rPr>
        <w:t>Một ánh sáng ở cuối đường hầm.</w:t>
      </w:r>
    </w:p>
    <w:p>
      <w:pPr>
        <w:spacing w:after="80"/>
      </w:pPr>
      <w:r>
        <w:rPr>
          <w:b w:val="0"/>
          <w:i w:val="0"/>
        </w:rPr>
        <w:t>Đó là nút bấm được chiếu sáng của thang máy Crucifix Bastion.</w:t>
      </w:r>
    </w:p>
    <w:p>
      <w:pPr>
        <w:pStyle w:val="Heading1"/>
      </w:pPr>
      <w:r>
        <w:rPr>
          <w:rFonts w:ascii="Calibri" w:hAnsi="Calibri"/>
          <w:b/>
          <w:i w:val="0"/>
          <w:sz w:val="40"/>
        </w:rPr>
        <w:t>Chương 120</w:t>
      </w:r>
    </w:p>
    <w:p>
      <w:pPr>
        <w:spacing w:after="80"/>
      </w:pPr>
      <w:r>
        <w:rPr>
          <w:b w:val="0"/>
          <w:i w:val="0"/>
        </w:rPr>
        <w:t>Katherine cảm thấy cảnh giác khi cô và Langdon bước ra khỏi chiếc sedan của đại sứ quán vào cơn gió lạnh gần Quảng trường Phố Cổ. Theo yêu cầu của Langdon, Trung sĩ Kerble đã đồng ý thả họ xuống đây trước khi anh ta tiếp tục đến đại sứ quán.</w:t>
      </w:r>
    </w:p>
    <w:p>
      <w:pPr>
        <w:spacing w:after="80"/>
      </w:pPr>
      <w:r>
        <w:rPr>
          <w:b w:val="0"/>
          <w:i w:val="0"/>
        </w:rPr>
        <w:t>Mong là Robert biết mình đang làm gì.</w:t>
      </w:r>
    </w:p>
    <w:p>
      <w:pPr>
        <w:spacing w:after="80"/>
      </w:pPr>
      <w:r>
        <w:rPr>
          <w:b w:val="0"/>
          <w:i w:val="0"/>
        </w:rPr>
        <w:t xml:space="preserve">Trong vài phút vừa qua, cô có thể nhận ra Langdon đang tỏ ra lảng tránh một cách kỳ lạ với viên lính thủy đánh bộ, từ chối tiết lộ chính xác nơi anh tin rằng Sasha đang ở. Tất cả những gì anh nói là anh cần đến căn hộ của Sasha để tìm thứ gì đó sẽ giúp ích. Kerble dường như hiểu, thậm chí có thể đánh giá cao lý do im lặng của Langdon. </w:t>
      </w:r>
      <w:r>
        <w:rPr>
          <w:b w:val="0"/>
          <w:i/>
        </w:rPr>
        <w:t>Giám đốc CIA vô cùng cần tìm ra Sasha Vesna; nếu bị tra hỏi, Kerble không thể tiết lộ điều anh ta không biết.</w:t>
      </w:r>
    </w:p>
    <w:p>
      <w:pPr>
        <w:spacing w:after="80"/>
      </w:pPr>
      <w:r>
        <w:rPr>
          <w:b w:val="0"/>
          <w:i w:val="0"/>
        </w:rPr>
        <w:t>Katherine sẽ cảm thấy an toàn hơn nếu Kerble đi cùng họ, nhưng rõ ràng anh ta cần quay về đại sứ quán. Có vẻ như anh ta là đồng minh duy nhất của đại sứ và cảm thấy có nghĩa vụ phải có mặt tại chỗ để bảo vệ bà ấy khỏi giám đốc CIA bằng bất cứ cách nào anh ta có thể.</w:t>
      </w:r>
    </w:p>
    <w:p>
      <w:pPr>
        <w:spacing w:after="80"/>
      </w:pPr>
      <w:r>
        <w:rPr>
          <w:b w:val="0"/>
          <w:i w:val="0"/>
        </w:rPr>
        <w:t xml:space="preserve">“Đại sứ sẽ biết ơn những nỗ lực của các bạn,” Kerble nói, hạ cửa kính xe xuống để chào tạm biệt nhanh. “Chúc may mắn. </w:t>
      </w:r>
      <w:r>
        <w:rPr>
          <w:b w:val="0"/>
          <w:i/>
        </w:rPr>
        <w:t>Dù</w:t>
      </w:r>
      <w:r>
        <w:rPr>
          <w:b w:val="0"/>
          <w:i w:val="0"/>
        </w:rPr>
        <w:t xml:space="preserve"> các bạn đang đi đâu.”</w:t>
      </w:r>
    </w:p>
    <w:p>
      <w:pPr>
        <w:spacing w:after="80"/>
      </w:pPr>
      <w:r>
        <w:rPr>
          <w:b w:val="0"/>
          <w:i w:val="0"/>
        </w:rPr>
        <w:t>“Cảm ơn vì đã hiểu,” Langdon đáp.</w:t>
      </w:r>
    </w:p>
    <w:p>
      <w:pPr>
        <w:spacing w:after="80"/>
      </w:pPr>
      <w:r>
        <w:rPr>
          <w:b w:val="0"/>
          <w:i w:val="0"/>
        </w:rPr>
        <w:t>“Phân tách theo OPSEC,” Kerble nói. “Cậu có thể làm lính thủy đánh bộ đấy.”</w:t>
      </w:r>
    </w:p>
    <w:p>
      <w:pPr>
        <w:spacing w:after="80"/>
      </w:pPr>
      <w:r>
        <w:rPr>
          <w:b w:val="0"/>
          <w:i w:val="0"/>
        </w:rPr>
        <w:t>“Đó là một ý nghĩ đáng sợ,” Langdon nói khi anh với tay qua cửa kính và bắt tay viên lính thủy đánh bộ. “Tôi có số trực tiếp của anh. Tôi sẽ gọi cho anh ngay khi có bất cứ thông tin gì.”</w:t>
      </w:r>
    </w:p>
    <w:p>
      <w:pPr>
        <w:spacing w:after="80"/>
      </w:pPr>
      <w:r>
        <w:rPr>
          <w:b w:val="0"/>
          <w:i w:val="0"/>
        </w:rPr>
        <w:t>“Nếu chúng tôi tìm thấy Sasha,” Katherine nói thêm, “chúng tôi sẽ đưa cô ấy đến nơi an toàn, và đại sứ sẽ có đủ lợi thế cần thiết để bảo vệ anh.”</w:t>
      </w:r>
    </w:p>
    <w:p>
      <w:pPr>
        <w:spacing w:after="80"/>
      </w:pPr>
      <w:r>
        <w:rPr>
          <w:b w:val="0"/>
          <w:i w:val="0"/>
        </w:rPr>
        <w:t>“Hy vọng anh nói đúng,” Kerble đáp. “Tòa án quân sự kiểu gì cũng phá hỏng cả một cuối tuần.”</w:t>
      </w:r>
    </w:p>
    <w:p>
      <w:pPr>
        <w:spacing w:after="80"/>
      </w:pPr>
      <w:r>
        <w:rPr>
          <w:b w:val="0"/>
          <w:i w:val="0"/>
        </w:rPr>
        <w:t>Khi người lính thủy quân lục chiến rời đi, Langdon vòng tay qua Katherine và dẫn cô băng qua quảng trường đông đúc. Ở phía bên kia, họ đi qua một vòm cổng vào một chuỗi ngõ hẹp. Khi âm thanh của quảng trường bắt đầu lùi xa phía sau, Katherine cảm thấy cuối cùng cũng đủ riêng tư để nói chuyện.</w:t>
      </w:r>
    </w:p>
    <w:p>
      <w:pPr>
        <w:spacing w:after="80"/>
      </w:pPr>
      <w:r>
        <w:rPr>
          <w:b w:val="0"/>
          <w:i w:val="0"/>
        </w:rPr>
        <w:t>“Vậy chuyện gì đang xảy ra thế?” cô buột miệng. “Và chúng ta đang đi đâu? Sasha đâu rồi?”</w:t>
      </w:r>
    </w:p>
    <w:p>
      <w:pPr>
        <w:spacing w:after="80"/>
      </w:pPr>
      <w:r>
        <w:rPr>
          <w:b w:val="0"/>
          <w:i w:val="0"/>
        </w:rPr>
        <w:t xml:space="preserve">“Chúng ta đến căn hộ của cô ấy,” anh nói. “Anh đã nhận ra Sasha chưa từng rời đi. Cô ấy </w:t>
      </w:r>
      <w:r>
        <w:rPr>
          <w:b w:val="0"/>
          <w:i/>
        </w:rPr>
        <w:t>không thể</w:t>
      </w:r>
      <w:r>
        <w:rPr>
          <w:b w:val="0"/>
          <w:i w:val="0"/>
        </w:rPr>
        <w:t xml:space="preserve"> rời đi được. Cô ấy vẫn ở bên trong.”</w:t>
      </w:r>
    </w:p>
    <w:p>
      <w:pPr>
        <w:spacing w:after="80"/>
      </w:pPr>
      <w:r>
        <w:rPr>
          <w:b w:val="0"/>
          <w:i w:val="0"/>
        </w:rPr>
        <w:t xml:space="preserve">Katherine khựng lại. “Người lính thủy quân lục chiến đó vừa nói Sasha </w:t>
      </w:r>
      <w:r>
        <w:rPr>
          <w:b w:val="0"/>
          <w:i/>
        </w:rPr>
        <w:t>không</w:t>
      </w:r>
      <w:r>
        <w:rPr>
          <w:b w:val="0"/>
          <w:i w:val="0"/>
        </w:rPr>
        <w:t xml:space="preserve"> có ở đó.”</w:t>
      </w:r>
    </w:p>
    <w:p>
      <w:pPr>
        <w:spacing w:after="80"/>
      </w:pPr>
      <w:r>
        <w:rPr>
          <w:b w:val="0"/>
          <w:i w:val="0"/>
        </w:rPr>
        <w:t>“Anh ta sai rồi.”</w:t>
      </w:r>
    </w:p>
    <w:p>
      <w:pPr>
        <w:spacing w:after="80"/>
      </w:pPr>
      <w:r>
        <w:rPr>
          <w:b w:val="0"/>
          <w:i w:val="0"/>
        </w:rPr>
        <w:t>“Anh ta nói đội pháp y đã khám xét căn hộ rồi mà!”</w:t>
      </w:r>
    </w:p>
    <w:p>
      <w:pPr>
        <w:spacing w:after="80"/>
      </w:pPr>
      <w:r>
        <w:rPr>
          <w:b w:val="0"/>
          <w:i w:val="0"/>
        </w:rPr>
        <w:t xml:space="preserve">“Đúng, nhưng họ không khám xét </w:t>
      </w:r>
      <w:r>
        <w:rPr>
          <w:b w:val="0"/>
          <w:i/>
        </w:rPr>
        <w:t>toàn bộ</w:t>
      </w:r>
      <w:r>
        <w:rPr>
          <w:b w:val="0"/>
          <w:i w:val="0"/>
        </w:rPr>
        <w:t xml:space="preserve"> căn hộ.”</w:t>
      </w:r>
    </w:p>
    <w:p>
      <w:pPr>
        <w:spacing w:after="80"/>
      </w:pPr>
      <w:r>
        <w:rPr>
          <w:b w:val="0"/>
          <w:i w:val="0"/>
        </w:rPr>
        <w:t>“Tôi không hiểu.”</w:t>
      </w:r>
    </w:p>
    <w:p>
      <w:pPr>
        <w:spacing w:after="80"/>
      </w:pPr>
      <w:r>
        <w:rPr>
          <w:b w:val="0"/>
          <w:i w:val="0"/>
        </w:rPr>
        <w:t xml:space="preserve">“Rồi cô </w:t>
      </w:r>
      <w:r>
        <w:rPr>
          <w:b w:val="0"/>
          <w:i/>
        </w:rPr>
        <w:t>sẽ</w:t>
      </w:r>
      <w:r>
        <w:rPr>
          <w:b w:val="0"/>
          <w:i w:val="0"/>
        </w:rPr>
        <w:t xml:space="preserve"> hiểu,” anh nói, chìa tay ra. “Đi nào.”</w:t>
      </w:r>
    </w:p>
    <w:p>
      <w:pPr>
        <w:spacing w:after="80"/>
      </w:pPr>
      <w:r>
        <w:rPr>
          <w:b w:val="0"/>
          <w:i w:val="0"/>
        </w:rPr>
        <w:t xml:space="preserve">Katherine đi theo Langdon tiến sâu hơn vào mê cung những con ngõ bao quanh quảng trường thị trấn Prague. </w:t>
      </w:r>
      <w:r>
        <w:rPr>
          <w:b w:val="0"/>
          <w:i/>
        </w:rPr>
        <w:t>Mừng là anh ấy có trí nhớ tốt,</w:t>
      </w:r>
      <w:r>
        <w:rPr>
          <w:b w:val="0"/>
          <w:i w:val="0"/>
        </w:rPr>
        <w:t xml:space="preserve"> cô nghĩ khi anh lần theo con đường mà Sasha đã dẫn anh đi hồi sáng nay. Những con ngõ càng trở nên hẹp hơn, và những lối đi lát đá cuội chìm vào bóng tối khi ánh chiều tàn dần.</w:t>
      </w:r>
    </w:p>
    <w:p>
      <w:pPr>
        <w:spacing w:after="80"/>
      </w:pPr>
      <w:r>
        <w:rPr>
          <w:b w:val="0"/>
          <w:i w:val="0"/>
        </w:rPr>
        <w:t>“Đến rồi,” cuối cùng Langdon tuyên bố, dừng lại trước một cánh cửa tầm thường trông giống hệt mọi cánh cửa khác mà họ đã đi qua.</w:t>
      </w:r>
    </w:p>
    <w:p>
      <w:pPr>
        <w:spacing w:after="80"/>
      </w:pPr>
      <w:r>
        <w:rPr>
          <w:b w:val="0"/>
          <w:i w:val="0"/>
        </w:rPr>
        <w:t>“Anh chắc chứ?” Katherine không thấy số nhà hay dấu hiệu nào cả.</w:t>
      </w:r>
    </w:p>
    <w:p>
      <w:pPr>
        <w:spacing w:after="80"/>
      </w:pPr>
      <w:r>
        <w:rPr>
          <w:b w:val="0"/>
          <w:i w:val="0"/>
        </w:rPr>
        <w:t xml:space="preserve">Langdon chỉ vào cửa sổ bên cạnh cánh cửa, và Katherine giật mình khi thấy bốn con mắt đang nhìn chằm chằm ra ngoài. Hai con mèo Xiêm chăm chú quan sát từ bên trong, như thể đang chờ chủ nhân trở về. Dù đã xác nhận đây là căn hộ của Sasha, sự hiện diện của lũ mèo càng khiến Katherine thêm bối rối không hiểu tại sao Langdon lại nghĩ Sasha thực sự đang </w:t>
      </w:r>
      <w:r>
        <w:rPr>
          <w:b w:val="0"/>
          <w:i/>
        </w:rPr>
        <w:t>ở đây.</w:t>
      </w:r>
      <w:r>
        <w:rPr>
          <w:b w:val="0"/>
          <w:i w:val="0"/>
        </w:rPr>
        <w:t xml:space="preserve"> “Robert, lũ mèo đó trông như đang chờ Sasha về nhà vậy.”</w:t>
      </w:r>
    </w:p>
    <w:p>
      <w:pPr>
        <w:spacing w:after="80"/>
      </w:pPr>
      <w:r>
        <w:rPr>
          <w:b w:val="0"/>
          <w:i w:val="0"/>
        </w:rPr>
        <w:t xml:space="preserve">“Đúng là </w:t>
      </w:r>
      <w:r>
        <w:rPr>
          <w:b w:val="0"/>
          <w:i/>
        </w:rPr>
        <w:t>vậy,</w:t>
      </w:r>
      <w:r>
        <w:rPr>
          <w:b w:val="0"/>
          <w:i w:val="0"/>
        </w:rPr>
        <w:t>” Langdon nói. “Chỉ là chúng cũng không biết cô ấy đang ở đây thôi.”</w:t>
      </w:r>
    </w:p>
    <w:p>
      <w:pPr>
        <w:spacing w:after="80"/>
      </w:pPr>
      <w:r>
        <w:rPr>
          <w:b w:val="0"/>
          <w:i w:val="0"/>
        </w:rPr>
        <w:t>Câu nói đó chẳng có nghĩa lý gì với Katherine.</w:t>
      </w:r>
    </w:p>
    <w:p>
      <w:pPr>
        <w:spacing w:after="80"/>
      </w:pPr>
      <w:r>
        <w:rPr>
          <w:b w:val="0"/>
          <w:i w:val="0"/>
        </w:rPr>
        <w:t xml:space="preserve">“Nhìn cái hẻm này đi,” Langdon nói, ra hiệu xung quanh họ. “Còn nhớ tôi đã kể với em về mẩu giấy bị nhét dưới cửa nhà Sasha sáng nay chứ? Chỉ vài giây sau khi nhận được mẩu giấy đó, tôi đã lao ra đúng </w:t>
      </w:r>
      <w:r>
        <w:rPr>
          <w:b w:val="0"/>
          <w:i/>
        </w:rPr>
        <w:t>cái hẻm</w:t>
      </w:r>
      <w:r>
        <w:rPr>
          <w:b w:val="0"/>
          <w:i w:val="0"/>
        </w:rPr>
        <w:t xml:space="preserve"> này, nhưng kẻ đưa tin đã biến mất. Biến mất một cách không tưởng. Hắn không thể nào chỉ đơn giản bốc hơi vào không khí được.”</w:t>
      </w:r>
    </w:p>
    <w:p>
      <w:pPr>
        <w:spacing w:after="80"/>
      </w:pPr>
      <w:r>
        <w:rPr>
          <w:b w:val="0"/>
          <w:i w:val="0"/>
        </w:rPr>
        <w:t xml:space="preserve">Cô quan sát con hẻm. </w:t>
      </w:r>
      <w:r>
        <w:rPr>
          <w:b w:val="0"/>
          <w:i/>
        </w:rPr>
        <w:t>Phải thừa nhận, chẳng có chỗ nào để trốn.</w:t>
      </w:r>
    </w:p>
    <w:p>
      <w:pPr>
        <w:spacing w:after="80"/>
      </w:pPr>
      <w:r>
        <w:rPr>
          <w:b w:val="0"/>
          <w:i w:val="0"/>
        </w:rPr>
        <w:t>“Và rồi tôi nhận ra,” Langdon nói, “câu trả lời rõ ràng ngay trước mắt. Kẻ để lại mẩu giấy…</w:t>
      </w:r>
      <w:r>
        <w:rPr>
          <w:b w:val="0"/>
          <w:i/>
        </w:rPr>
        <w:t>chưa bao giờ</w:t>
      </w:r>
      <w:r>
        <w:rPr>
          <w:b w:val="0"/>
          <w:i w:val="0"/>
        </w:rPr>
        <w:t xml:space="preserve"> rời khỏi khu vực này. Hắn chỉ đơn giản bước vào một chỗ trốn cực kỳ tiện lợi.”</w:t>
      </w:r>
    </w:p>
    <w:p>
      <w:pPr>
        <w:spacing w:after="80"/>
      </w:pPr>
      <w:r>
        <w:rPr>
          <w:b w:val="0"/>
          <w:i w:val="0"/>
        </w:rPr>
        <w:t>Katherine liếc nhìn quanh, bối rối. “Ở đâu?”</w:t>
      </w:r>
    </w:p>
    <w:p>
      <w:pPr>
        <w:spacing w:after="80"/>
      </w:pPr>
      <w:r>
        <w:rPr>
          <w:b w:val="0"/>
          <w:i w:val="0"/>
        </w:rPr>
        <w:t>“Ngay đó,” Langdon nói, chỉ tay.</w:t>
      </w:r>
    </w:p>
    <w:p>
      <w:pPr>
        <w:spacing w:after="80"/>
      </w:pPr>
      <w:r>
        <w:rPr>
          <w:b w:val="0"/>
          <w:i w:val="0"/>
        </w:rPr>
        <w:t>Ánh mắt Katherine men theo ngón tay chỉ của Langdon, ngược lên mặt tiền tòa nhà, đến một dãy cửa sổ nằm ngay phía trên căn hộ của Sasha. Tất cả cửa sổ tầng trên đều bị bịt kín bằng những tấm chớp gỗ nặng nề.</w:t>
      </w:r>
    </w:p>
    <w:p>
      <w:pPr>
        <w:spacing w:after="80"/>
      </w:pPr>
      <w:r>
        <w:rPr>
          <w:b w:val="0"/>
          <w:i w:val="0"/>
        </w:rPr>
        <w:t>“Căn hộ trên lầu,” Langdon nói. “Gessner bảo bà ấy sở hữu cả hai căn hộ và từng sống trên đó để chăm sóc người mẹ ốm yếu. Giờ bà ấy cho Sasha dùng căn hộ dưới, còn căn hộ trên thì…bỏ trống.”</w:t>
      </w:r>
    </w:p>
    <w:p>
      <w:pPr>
        <w:spacing w:after="80"/>
      </w:pPr>
      <w:r>
        <w:rPr>
          <w:b w:val="0"/>
          <w:i w:val="0"/>
        </w:rPr>
        <w:t xml:space="preserve">Katherine ngắm những ô cửa sổ đóng chớp của căn hộ trống và hình dung ra cảnh ai đó—rất có thể là Dmitri—đặt mẩu giấy dưới cửa nhà Sasha rồi lặng lẽ lẻn lên lầu trong khi Langdon lục soát con phố một cách vô vọng. </w:t>
      </w:r>
      <w:r>
        <w:rPr>
          <w:b w:val="0"/>
          <w:i/>
        </w:rPr>
        <w:t>Hoàn toàn có thể…</w:t>
      </w:r>
    </w:p>
    <w:p>
      <w:pPr>
        <w:spacing w:after="80"/>
      </w:pPr>
      <w:r>
        <w:rPr>
          <w:b w:val="0"/>
          <w:i w:val="0"/>
        </w:rPr>
        <w:t>Langdon sải bước tới cửa ngoài của tòa nhà, cánh cửa làm bằng gỗ dày, đóng ván chéo, có lưới an ninh. Anh móc chùm chìa khóa Krazy Kitten từ trong túi ra, mở khóa cửa, và đưa Katherine vào tiền sảnh ảm đạm.</w:t>
      </w:r>
    </w:p>
    <w:p>
      <w:pPr>
        <w:spacing w:after="80"/>
      </w:pPr>
      <w:r>
        <w:rPr>
          <w:b w:val="0"/>
          <w:i w:val="0"/>
        </w:rPr>
        <w:t>Dù lối vào khiêm tốn, cô có thể thấy Sasha đã biến nơi đây thành tổ ấm của mình. Cửa căn hộ của cô ấy nằm ngay bên phải, được trang trí bằng chậu cây, một vòng hoa tử đằng, và tấm thảm chào mừng ghi: Vui lòng lau chân.</w:t>
      </w:r>
    </w:p>
    <w:p>
      <w:pPr>
        <w:spacing w:after="80"/>
      </w:pPr>
      <w:r>
        <w:rPr>
          <w:b w:val="0"/>
          <w:i w:val="0"/>
        </w:rPr>
        <w:t>Trên bức tường cuối tiền sảnh, một căn phòng kho nhỏ chất đầy những thùng các-tông cũ kỹ đến tận trần. Trước sự ngạc nhiên của Katherine, Langdon đi thẳng tới đó, chỉ dừng lại cách bức tường thùng các-tông đúng một inch, ngực anh gần như chạm vào chúng. Anh ngước nhìn lên, như thể đang nghiên cứu kiến trúc của hốc tường, rồi gật đầu, vẫy cô lại gần.</w:t>
      </w:r>
    </w:p>
    <w:p>
      <w:pPr>
        <w:spacing w:after="80"/>
      </w:pPr>
      <w:r>
        <w:rPr>
          <w:b w:val="0"/>
          <w:i w:val="0"/>
        </w:rPr>
        <w:t>Khi Katherine tiến lại, Langdon bước ngang sang phải, biến mất vào một khe hở khó nhận ra mà rõ ràng tồn tại giữa đống thùng và bức tường của hốc tường. Giật mình, cô vội vàng đi theo, lách qua lối đi chật hẹp, rẽ trái vòng qua chồng thùng, rồi rẽ trái lần nữa, và thấy mình đứng bên cạnh Langdon. Trong ánh sáng mờ ảo lọt qua quanh đống thùng, cô có thể thấy họ đang đứng dưới chân một cầu thang hẹp, dẫn lên bóng tối.</w:t>
      </w:r>
    </w:p>
    <w:p>
      <w:pPr>
        <w:spacing w:after="80"/>
      </w:pPr>
      <w:r>
        <w:rPr>
          <w:b w:val="0"/>
          <w:i/>
        </w:rPr>
        <w:t>Đây hoàn toàn không phải phòng kho,</w:t>
      </w:r>
      <w:r>
        <w:rPr>
          <w:b w:val="0"/>
          <w:i w:val="0"/>
        </w:rPr>
        <w:t xml:space="preserve"> cô nhận ra. </w:t>
      </w:r>
      <w:r>
        <w:rPr>
          <w:b w:val="0"/>
          <w:i/>
        </w:rPr>
        <w:t>Đây là chiếu nghỉ của một cầu thang.</w:t>
      </w:r>
    </w:p>
    <w:p>
      <w:pPr>
        <w:spacing w:after="80"/>
      </w:pPr>
      <w:r>
        <w:rPr>
          <w:b w:val="0"/>
          <w:i w:val="0"/>
        </w:rPr>
        <w:t xml:space="preserve">“Ban đầu tôi không để ý rằng tiền sảnh này không có cầu thang lên tầng hai. Về sau, tôi nhận ra </w:t>
      </w:r>
      <w:r>
        <w:rPr>
          <w:b w:val="0"/>
          <w:i/>
        </w:rPr>
        <w:t>phải</w:t>
      </w:r>
      <w:r>
        <w:rPr>
          <w:b w:val="0"/>
          <w:i w:val="0"/>
        </w:rPr>
        <w:t xml:space="preserve"> có lối lên chứ, và vì không có lối vào riêng, cả hai căn hộ đều phải đi qua tiền sảnh này. Điều đó cũng giải thích cách ai đó có thể biến mất không dấu vết ngay sau khi nhét mẩu giấy dưới cửa nhà Sasha.”</w:t>
      </w:r>
    </w:p>
    <w:p>
      <w:pPr>
        <w:spacing w:after="80"/>
      </w:pPr>
      <w:r>
        <w:rPr>
          <w:b w:val="0"/>
          <w:i w:val="0"/>
        </w:rPr>
        <w:t>Katherine gật đầu. “Trốn chỉ cách đó vài bước chân. Rất thông minh.”</w:t>
      </w:r>
    </w:p>
    <w:p>
      <w:pPr>
        <w:spacing w:after="80"/>
      </w:pPr>
      <w:r>
        <w:rPr>
          <w:b w:val="0"/>
          <w:i w:val="0"/>
        </w:rPr>
        <w:t>“Đúng vậy, và sau khi tôi chạy đi tới tháp Petřín, hắn chỉ việc bước ra khỏi chỗ trốn, vào căn hộ của Sasha, và hoặc thuyết phục cô ấy lên lầu, hoặc làm cô ấy bất tỉnh bằng cách nào đó. Dù thế nào, hắn hẳn đã để cô ấy ở trên lầu để cô ấy khỏi phải chứng kiến hắn giết Harris.”</w:t>
      </w:r>
    </w:p>
    <w:p>
      <w:pPr>
        <w:spacing w:after="80"/>
      </w:pPr>
      <w:r>
        <w:rPr>
          <w:b w:val="0"/>
          <w:i/>
        </w:rPr>
        <w:t>Đơn giản và gọn gàng.</w:t>
      </w:r>
      <w:r>
        <w:rPr>
          <w:b w:val="0"/>
          <w:i w:val="0"/>
        </w:rPr>
        <w:t xml:space="preserve"> Katherine gật đầu. “Và khi đại sứ quán tìm thấy thi thể của Harris, Sasha đã biến mất, nên họ đương nhiên suy luận rằng cô ấy đã bỏ trốn khỏi hiện trường.”</w:t>
      </w:r>
    </w:p>
    <w:p>
      <w:pPr>
        <w:spacing w:after="80"/>
      </w:pPr>
      <w:r>
        <w:rPr>
          <w:b w:val="0"/>
          <w:i w:val="0"/>
        </w:rPr>
        <w:t>“Chính xác.”</w:t>
      </w:r>
    </w:p>
    <w:p>
      <w:pPr>
        <w:spacing w:after="80"/>
      </w:pPr>
      <w:r>
        <w:rPr>
          <w:b w:val="0"/>
          <w:i w:val="0"/>
        </w:rPr>
        <w:t xml:space="preserve">“Vậy anh định </w:t>
      </w:r>
      <w:r>
        <w:rPr>
          <w:b w:val="0"/>
          <w:i/>
        </w:rPr>
        <w:t>vào</w:t>
      </w:r>
      <w:r>
        <w:rPr>
          <w:b w:val="0"/>
          <w:i w:val="0"/>
        </w:rPr>
        <w:t xml:space="preserve"> căn hộ bằng cách nào?” cô hỏi, ngước nhìn lên cầu thang.</w:t>
      </w:r>
    </w:p>
    <w:p>
      <w:pPr>
        <w:spacing w:after="80"/>
      </w:pPr>
      <w:r>
        <w:rPr>
          <w:b w:val="0"/>
          <w:i w:val="0"/>
        </w:rPr>
        <w:t>“Tôi sẽ đập cửa và hy vọng Sasha nghe thấy.”</w:t>
      </w:r>
    </w:p>
    <w:p>
      <w:pPr>
        <w:spacing w:after="80"/>
      </w:pPr>
      <w:r>
        <w:rPr>
          <w:b w:val="0"/>
          <w:i w:val="0"/>
        </w:rPr>
        <w:t>“Đó là kế hoạch của anh à?” Katherine chất vấn. “Lỡ cô ấy bị đánh thuốc mê đến mức không nghe thấy thì sao? Hoặc cô ấy bị trói và không thể ra mở cửa?”</w:t>
      </w:r>
    </w:p>
    <w:p>
      <w:pPr>
        <w:spacing w:after="80"/>
      </w:pPr>
      <w:r>
        <w:rPr>
          <w:b w:val="0"/>
          <w:i w:val="0"/>
        </w:rPr>
        <w:t>Langdon cau mày. “Vậy thì tôi có kế hoạch B.”</w:t>
      </w:r>
    </w:p>
    <w:p>
      <w:pPr>
        <w:spacing w:after="80"/>
      </w:pPr>
      <w:r>
        <w:rPr>
          <w:b w:val="0"/>
          <w:i w:val="0"/>
        </w:rPr>
        <w:t>Khi Langdon bắt đầu bước lên cầu thang tối om, anh bật công tắc đèn ở dưới chân cầu thang, nhưng không có gì xảy ra.</w:t>
      </w:r>
    </w:p>
    <w:p>
      <w:pPr>
        <w:spacing w:after="80"/>
      </w:pPr>
      <w:r>
        <w:rPr>
          <w:b w:val="0"/>
          <w:i w:val="0"/>
        </w:rPr>
        <w:t>Katherine chỉ lên chiếc đèn trần phía trên, trống trơn. “Không có bóng đèn.”</w:t>
      </w:r>
    </w:p>
    <w:p>
      <w:pPr>
        <w:spacing w:after="80"/>
      </w:pPr>
      <w:r>
        <w:rPr>
          <w:b w:val="0"/>
          <w:i w:val="0"/>
        </w:rPr>
        <w:t>Cô định đề nghị Langdon vào căn hộ của Sasha tìm một chiếc đèn pin, nhưng anh đã lao vào trong bóng tối, chắc hẳn đang nóng lòng muốn thoát khỏi lối đi chật hẹp này.</w:t>
      </w:r>
    </w:p>
    <w:p>
      <w:pPr>
        <w:spacing w:after="80"/>
      </w:pPr>
      <w:r>
        <w:rPr>
          <w:b w:val="0"/>
          <w:i w:val="0"/>
        </w:rPr>
        <w:t>Katherine thích bóng tối chẳng khác nào Langdon thích không gian kín, nhưng cô buộc mình phải đi theo. Đặt tay chắc chắn lên tay vịn lung lay, cô leo lên đỉnh cầu thang và dè dặt đưa tay ra tìm Langdon trên chiếu nghỉ nhỏ, trong bóng tối gần như hoàn toàn, đang đứng trước một cánh cửa duy nhất.</w:t>
      </w:r>
    </w:p>
    <w:p>
      <w:pPr>
        <w:spacing w:after="80"/>
      </w:pPr>
      <w:r>
        <w:rPr>
          <w:b w:val="0"/>
          <w:i w:val="0"/>
        </w:rPr>
        <w:t>“Sasha?!” anh gọi, gõ cửa. “Có ai không?!”</w:t>
      </w:r>
    </w:p>
    <w:p>
      <w:pPr>
        <w:spacing w:after="80"/>
      </w:pPr>
      <w:r>
        <w:rPr>
          <w:b w:val="0"/>
          <w:i w:val="0"/>
        </w:rPr>
        <w:t>Im lặng.</w:t>
      </w:r>
    </w:p>
    <w:p>
      <w:pPr>
        <w:spacing w:after="80"/>
      </w:pPr>
      <w:r>
        <w:rPr>
          <w:b w:val="0"/>
          <w:i w:val="0"/>
        </w:rPr>
        <w:t>Lần này anh gõ mạnh hơn. “Sasha? Là Robert Langdon đây! Cô có sao không?”</w:t>
      </w:r>
    </w:p>
    <w:p>
      <w:pPr>
        <w:spacing w:after="80"/>
      </w:pPr>
      <w:r>
        <w:rPr>
          <w:b w:val="0"/>
          <w:i w:val="0"/>
        </w:rPr>
        <w:t>Không có gì.</w:t>
      </w:r>
    </w:p>
    <w:p>
      <w:pPr>
        <w:spacing w:after="80"/>
      </w:pPr>
      <w:r>
        <w:rPr>
          <w:b w:val="0"/>
          <w:i w:val="0"/>
        </w:rPr>
        <w:t>Langdon thử mở cửa. Khóa rồi.</w:t>
      </w:r>
    </w:p>
    <w:p>
      <w:pPr>
        <w:spacing w:after="80"/>
      </w:pPr>
      <w:r>
        <w:rPr>
          <w:b w:val="0"/>
          <w:i w:val="0"/>
        </w:rPr>
        <w:t>Sau khi đập cửa thêm vài lần, anh áp tai vào cửa suốt mười giây. Cuối cùng, anh lùi lại và lắc đầu. “Trong đó im phăng phắc. Mong là cô ấy không sao.”</w:t>
      </w:r>
    </w:p>
    <w:p>
      <w:pPr>
        <w:spacing w:after="80"/>
      </w:pPr>
      <w:r>
        <w:rPr>
          <w:b w:val="0"/>
          <w:i w:val="0"/>
        </w:rPr>
        <w:t>“Phương án B là gì vậy?” Katherine hỏi trong bóng tối. “Chúng ta có nên tìm một cái xà beng hay búa không?”</w:t>
      </w:r>
    </w:p>
    <w:p>
      <w:pPr>
        <w:spacing w:after="80"/>
      </w:pPr>
      <w:r>
        <w:rPr>
          <w:b w:val="0"/>
          <w:i w:val="0"/>
        </w:rPr>
        <w:t>“Có thể đơn giản hơn thế,” Langdon nói, đang suy nghĩ. “Gessner sở hữu cả hai căn hộ này, và cô ấy từng sống ở tầng trên của người mẹ ốm yếu…” Anh dường như đang xem xét tay nắm cửa trong bóng tối.</w:t>
      </w:r>
    </w:p>
    <w:p>
      <w:pPr>
        <w:spacing w:after="80"/>
      </w:pPr>
      <w:r>
        <w:rPr>
          <w:b w:val="0"/>
          <w:i w:val="0"/>
        </w:rPr>
        <w:t>Katherine nheo mắt nhìn xem anh đang làm gì. “Anh đang cố mở khóa à?”</w:t>
      </w:r>
    </w:p>
    <w:p>
      <w:pPr>
        <w:spacing w:after="80"/>
      </w:pPr>
      <w:r>
        <w:rPr>
          <w:b w:val="0"/>
          <w:i w:val="0"/>
        </w:rPr>
        <w:t>“Không hẳn,” anh đáp. Anh tiếp tục lắc lư đôi tay, và rồi cô nghe thấy tiếng một ổ khóa kêu tách. Langdon nâng tay nắm lên và đẩy nhẹ cánh cửa. Nó mở ra.</w:t>
      </w:r>
    </w:p>
    <w:p>
      <w:pPr>
        <w:spacing w:after="80"/>
      </w:pPr>
      <w:r>
        <w:rPr>
          <w:b w:val="0"/>
          <w:i w:val="0"/>
        </w:rPr>
        <w:t>Katherine nhìn chằm chằm vào anh. “Chuyện gì vừa xảy ra vậy?”</w:t>
      </w:r>
    </w:p>
    <w:p>
      <w:pPr>
        <w:spacing w:after="80"/>
      </w:pPr>
      <w:r>
        <w:rPr>
          <w:b w:val="0"/>
          <w:i w:val="0"/>
        </w:rPr>
        <w:t xml:space="preserve">Langdon giơ chiếc móc khóa Krazy Kitten lên. “Gessner từng sống ở đây, sở hữu cả hai căn hộ, và mẹ cô ấy đang ốm—vậy tại sao không làm cho đơn giản và dùng </w:t>
      </w:r>
      <w:r>
        <w:rPr>
          <w:b w:val="0"/>
          <w:i/>
        </w:rPr>
        <w:t>một</w:t>
      </w:r>
      <w:r>
        <w:rPr>
          <w:b w:val="0"/>
          <w:i w:val="0"/>
        </w:rPr>
        <w:t xml:space="preserve"> chiếc chìa khóa mở được cả hai căn, để dễ ra vào?”</w:t>
      </w:r>
    </w:p>
    <w:p>
      <w:pPr>
        <w:spacing w:after="80"/>
      </w:pPr>
      <w:r>
        <w:rPr>
          <w:b w:val="0"/>
          <w:i/>
        </w:rPr>
        <w:t>Tất nhiên rồi,</w:t>
      </w:r>
      <w:r>
        <w:rPr>
          <w:b w:val="0"/>
          <w:i w:val="0"/>
        </w:rPr>
        <w:t xml:space="preserve"> Katherine nhận ra, </w:t>
      </w:r>
      <w:r>
        <w:rPr>
          <w:b w:val="0"/>
          <w:i/>
        </w:rPr>
        <w:t>và chẳng có lý do gì phải thay ổ khóa khi Sasha chuyển đến vì căn hộ thứ hai vẫn bỏ trống.</w:t>
      </w:r>
    </w:p>
    <w:p>
      <w:pPr>
        <w:spacing w:after="80"/>
      </w:pPr>
      <w:r>
        <w:rPr>
          <w:b w:val="0"/>
          <w:i w:val="0"/>
        </w:rPr>
        <w:t>Khi cánh cửa kẽo kẹt mở vào, Langdon và Katherine thấy mình đang nhìn chằm chằm vào bóng tối đen kịt, điều này không có gì đáng ngạc nhiên khi xét đến những tấm chớp nặng nề che kín các cửa sổ. Katherine thò tay vào khung cửa và sờ soạng, tìm thấy một công tắc đèn. Khi cô bật lên, cả hai đều lùi lại vì ngạc nhiên. Cảnh tượng hiện ra trước mắt họ là một thế giới xa lạ.</w:t>
      </w:r>
    </w:p>
    <w:p>
      <w:pPr>
        <w:spacing w:after="80"/>
      </w:pPr>
      <w:r>
        <w:rPr>
          <w:b w:val="0"/>
          <w:i w:val="0"/>
        </w:rPr>
        <w:t>Căn hộ trống trải chìm ngập hoàn toàn trong một thứ ánh sáng tím kỳ quái.</w:t>
      </w:r>
    </w:p>
    <w:p>
      <w:pPr>
        <w:pStyle w:val="Heading1"/>
      </w:pPr>
      <w:r>
        <w:rPr>
          <w:rFonts w:ascii="Calibri" w:hAnsi="Calibri"/>
          <w:b/>
          <w:i w:val="0"/>
          <w:sz w:val="40"/>
        </w:rPr>
        <w:t>Chương 121</w:t>
      </w:r>
    </w:p>
    <w:p>
      <w:pPr>
        <w:spacing w:after="80"/>
      </w:pPr>
      <w:r>
        <w:rPr>
          <w:b w:val="0"/>
          <w:i w:val="0"/>
        </w:rPr>
        <w:t>Golěm nhìn chằm chằm vào khuôn mặt đầy đất sét của mình trong gương, biết rằng đó là khuôn mặt mà hắn sẽ không bao giờ nhìn thấy nữa. Kết thúc đã gần kề, và thật may mắn, đó chính xác là cái kết mà hắn đã tưởng tượng.</w:t>
      </w:r>
    </w:p>
    <w:p>
      <w:pPr>
        <w:spacing w:after="80"/>
      </w:pPr>
      <w:r>
        <w:rPr>
          <w:b w:val="0"/>
          <w:i w:val="0"/>
        </w:rPr>
        <w:t>Ta là Golěm. Thời gian của ta gần như đã hết.</w:t>
      </w:r>
    </w:p>
    <w:p>
      <w:pPr>
        <w:spacing w:after="80"/>
      </w:pPr>
      <w:r>
        <w:rPr>
          <w:b w:val="0"/>
          <w:i w:val="0"/>
        </w:rPr>
        <w:t>Sau khi đã lên được phòng thí nghiệm của Gessner một cách an toàn, giờ đây hắn đang ở tầng dưới Crucifix Bastion một bậc, đứng trong phòng tắm nhỏ của phòng thí nghiệm.</w:t>
      </w:r>
    </w:p>
    <w:p>
      <w:pPr>
        <w:spacing w:after="80"/>
      </w:pPr>
      <w:r>
        <w:rPr>
          <w:b w:val="0"/>
          <w:i w:val="0"/>
        </w:rPr>
        <w:t>Bên bồn rửa, hắn ngắm nghía ba chữ cái Hebrew được khắc thô kệch trên trán mình. Chúng đã mờ đi vì mồ hôi và bụi, nhưng từ ngữ cổ xưa đầy quyền năng ấy vẫn còn vang vọng.</w:t>
      </w:r>
    </w:p>
    <w:p>
      <w:pPr>
        <w:jc w:val="center"/>
      </w:pPr>
      <w:r>
        <w:drawing>
          <wp:inline xmlns:a="http://schemas.openxmlformats.org/drawingml/2006/main" xmlns:pic="http://schemas.openxmlformats.org/drawingml/2006/picture">
            <wp:extent cx="1066800" cy="352425"/>
            <wp:docPr id="129" name="Picture 129"/>
            <wp:cNvGraphicFramePr>
              <a:graphicFrameLocks noChangeAspect="1"/>
            </wp:cNvGraphicFramePr>
            <a:graphic>
              <a:graphicData uri="http://schemas.openxmlformats.org/drawingml/2006/picture">
                <pic:pic>
                  <pic:nvPicPr>
                    <pic:cNvPr id="0" name="image_rsrc8XE.jpg"/>
                    <pic:cNvPicPr/>
                  </pic:nvPicPr>
                  <pic:blipFill>
                    <a:blip r:embed="rId12"/>
                    <a:stretch>
                      <a:fillRect/>
                    </a:stretch>
                  </pic:blipFill>
                  <pic:spPr>
                    <a:xfrm>
                      <a:off x="0" y="0"/>
                      <a:ext cx="1066800" cy="352425"/>
                    </a:xfrm>
                    <a:prstGeom prst="rect"/>
                  </pic:spPr>
                </pic:pic>
              </a:graphicData>
            </a:graphic>
          </wp:inline>
        </w:drawing>
      </w:r>
    </w:p>
    <w:p>
      <w:pPr>
        <w:spacing w:after="80"/>
      </w:pPr>
      <w:r>
        <w:rPr>
          <w:b w:val="0"/>
          <w:i w:val="0"/>
        </w:rPr>
        <w:t>Sự thật.</w:t>
      </w:r>
    </w:p>
    <w:p>
      <w:pPr>
        <w:spacing w:after="80"/>
      </w:pPr>
      <w:r>
        <w:rPr>
          <w:b w:val="0"/>
          <w:i w:val="0"/>
        </w:rPr>
        <w:t>Golěm luôn biết khoảnh khắc này sẽ đến.</w:t>
      </w:r>
    </w:p>
    <w:p>
      <w:pPr>
        <w:spacing w:after="80"/>
      </w:pPr>
      <w:r>
        <w:rPr>
          <w:b w:val="0"/>
          <w:i w:val="0"/>
        </w:rPr>
        <w:t>Sự thật trở thành Cái chết.</w:t>
      </w:r>
    </w:p>
    <w:p>
      <w:pPr>
        <w:spacing w:after="80"/>
      </w:pPr>
      <w:r>
        <w:rPr>
          <w:b w:val="0"/>
          <w:i w:val="0"/>
        </w:rPr>
        <w:t xml:space="preserve">Như Giáo sĩ Judah Loew đã làm nhiều thế kỷ trước để giết con quái vật bằng đất sét của mình và giải thoát nó khỏi kiếp nô lệ, giờ đây The Golěm ấn ngón trỏ vào lớp đất sét khô dày—ấn xuống chữ cái ngoài cùng bên phải, </w:t>
      </w:r>
      <w:r>
        <w:rPr>
          <w:b w:val="0"/>
          <w:i/>
        </w:rPr>
        <w:t>aleph.</w:t>
      </w:r>
      <w:r>
        <w:rPr>
          <w:b w:val="0"/>
          <w:i w:val="0"/>
        </w:rPr>
        <w:t xml:space="preserve"> Cảm nhận một nỗi mất mát và sự chia lìa bản ngã, ông cào ngón tay xuống dưới, bóc dần lớp đất sét cho đến khi chữ cái biến mất.</w:t>
      </w:r>
    </w:p>
    <w:p>
      <w:pPr>
        <w:spacing w:after="80"/>
      </w:pPr>
      <w:r>
        <w:rPr>
          <w:b w:val="0"/>
          <w:i w:val="0"/>
        </w:rPr>
        <w:t>Theo đúng nghi thức cổ xưa, trên trán ông giờ đây hằn một từ hoàn toàn khác.</w:t>
      </w:r>
    </w:p>
    <w:p>
      <w:pPr>
        <w:jc w:val="center"/>
      </w:pPr>
      <w:r>
        <w:drawing>
          <wp:inline xmlns:a="http://schemas.openxmlformats.org/drawingml/2006/main" xmlns:pic="http://schemas.openxmlformats.org/drawingml/2006/picture">
            <wp:extent cx="685800" cy="352425"/>
            <wp:docPr id="130" name="Picture 130"/>
            <wp:cNvGraphicFramePr>
              <a:graphicFrameLocks noChangeAspect="1"/>
            </wp:cNvGraphicFramePr>
            <a:graphic>
              <a:graphicData uri="http://schemas.openxmlformats.org/drawingml/2006/picture">
                <pic:pic>
                  <pic:nvPicPr>
                    <pic:cNvPr id="0" name="image_rsrc8XN.jpg"/>
                    <pic:cNvPicPr/>
                  </pic:nvPicPr>
                  <pic:blipFill>
                    <a:blip r:embed="rId17"/>
                    <a:stretch>
                      <a:fillRect/>
                    </a:stretch>
                  </pic:blipFill>
                  <pic:spPr>
                    <a:xfrm>
                      <a:off x="0" y="0"/>
                      <a:ext cx="685800" cy="352425"/>
                    </a:xfrm>
                    <a:prstGeom prst="rect"/>
                  </pic:spPr>
                </pic:pic>
              </a:graphicData>
            </a:graphic>
          </wp:inline>
        </w:drawing>
      </w:r>
    </w:p>
    <w:p>
      <w:pPr>
        <w:spacing w:after="80"/>
      </w:pPr>
      <w:r>
        <w:rPr>
          <w:b w:val="0"/>
          <w:i w:val="0"/>
        </w:rPr>
        <w:t xml:space="preserve">Từ trong tiếng Hebrew nghĩa là </w:t>
      </w:r>
      <w:r>
        <w:rPr>
          <w:b w:val="0"/>
          <w:i/>
        </w:rPr>
        <w:t>chết.</w:t>
      </w:r>
    </w:p>
    <w:p>
      <w:pPr>
        <w:spacing w:after="80"/>
      </w:pPr>
      <w:r>
        <w:rPr>
          <w:b w:val="0"/>
          <w:i w:val="0"/>
        </w:rPr>
        <w:t>The Golěm không thấy khác biệt gì bên ngoài, vậy mà ông có thể cảm nhận được rằng con người bên trong ông, linh hồn ông, ý thức ông…đang bắt đầu chuyển dịch. Ông đang chuẩn bị tách khỏi thân xác mượn tạm này một lần và mãi mãi.</w:t>
      </w:r>
    </w:p>
    <w:p>
      <w:pPr>
        <w:spacing w:after="80"/>
      </w:pPr>
      <w:r>
        <w:rPr>
          <w:b w:val="0"/>
          <w:i w:val="0"/>
        </w:rPr>
        <w:t xml:space="preserve">The Golěm đã chết nhiều lần, và ông biết bản thể mình sẽ còn vương lại, nhưng ông cũng biết rằng </w:t>
      </w:r>
      <w:r>
        <w:rPr>
          <w:b w:val="0"/>
          <w:i/>
        </w:rPr>
        <w:t>lần này</w:t>
      </w:r>
      <w:r>
        <w:rPr>
          <w:b w:val="0"/>
          <w:i w:val="0"/>
        </w:rPr>
        <w:t xml:space="preserve"> thì khác. Lần này, đó là lựa chọn của chính ông.</w:t>
      </w:r>
    </w:p>
    <w:p>
      <w:pPr>
        <w:spacing w:after="80"/>
      </w:pPr>
      <w:r>
        <w:rPr>
          <w:b w:val="0"/>
          <w:i w:val="0"/>
        </w:rPr>
        <w:t>Ta đến cõi này…để cô ấy có thể sống.</w:t>
      </w:r>
    </w:p>
    <w:p>
      <w:pPr>
        <w:spacing w:after="80"/>
      </w:pPr>
      <w:r>
        <w:rPr>
          <w:b w:val="0"/>
          <w:i w:val="0"/>
        </w:rPr>
        <w:t>Và chẳng bao lâu ta phải ra đi…để cô ấy có thể sống.</w:t>
      </w:r>
    </w:p>
    <w:p>
      <w:pPr>
        <w:spacing w:after="80"/>
      </w:pPr>
      <w:r>
        <w:rPr>
          <w:b w:val="0"/>
          <w:i w:val="0"/>
        </w:rPr>
        <w:t>Ngày hôm nay đã chứng kiến cái chết của nhiều thứ.</w:t>
      </w:r>
    </w:p>
    <w:p>
      <w:pPr>
        <w:spacing w:after="80"/>
      </w:pPr>
      <w:r>
        <w:rPr>
          <w:b w:val="0"/>
          <w:i w:val="0"/>
        </w:rPr>
        <w:t>Cái chết của Threshold.</w:t>
      </w:r>
    </w:p>
    <w:p>
      <w:pPr>
        <w:spacing w:after="80"/>
      </w:pPr>
      <w:r>
        <w:rPr>
          <w:b w:val="0"/>
          <w:i w:val="0"/>
        </w:rPr>
        <w:t>Cái chết của những kẻ hành hạ Sasha.</w:t>
      </w:r>
    </w:p>
    <w:p>
      <w:pPr>
        <w:spacing w:after="80"/>
      </w:pPr>
      <w:r>
        <w:rPr>
          <w:b w:val="0"/>
          <w:i w:val="0"/>
        </w:rPr>
        <w:t>Và chẳng bao lâu nữa, cái chết của chính The Golěm.</w:t>
      </w:r>
    </w:p>
    <w:p>
      <w:pPr>
        <w:spacing w:after="80"/>
      </w:pPr>
      <w:r>
        <w:rPr>
          <w:b w:val="0"/>
          <w:i w:val="0"/>
        </w:rPr>
        <w:t>Quay lưng khỏi tấm gương, The Golěm bắt đầu cởi bỏ những bộ quần áo còn lại. Khi đã trần truồng, ông bước vào vòi sen khẩn cấp của phòng thí nghiệm và mở nước.</w:t>
      </w:r>
    </w:p>
    <w:p>
      <w:pPr>
        <w:spacing w:after="80"/>
      </w:pPr>
      <w:r>
        <w:rPr>
          <w:b w:val="0"/>
          <w:i w:val="0"/>
        </w:rPr>
        <w:t>Dòng nước âm ấm mang lại cảm giác hồi phục cho cái đầu và đôi vai mệt mỏi của ông.</w:t>
      </w:r>
    </w:p>
    <w:p>
      <w:pPr>
        <w:spacing w:after="80"/>
      </w:pPr>
      <w:r>
        <w:rPr>
          <w:b w:val="0"/>
          <w:i w:val="0"/>
        </w:rPr>
        <w:t>Chấp nhận sự biến đổi của mình, ông cúi mắt xuống và nhìn những vệt đất sét ướt chảy dọc trên làn da nhợt nhạt…những dòng nước xám dài xoắn xuýt trôi xuống cống lần cuối cùng.</w:t>
      </w:r>
    </w:p>
    <w:p>
      <w:pPr>
        <w:pStyle w:val="Heading1"/>
      </w:pPr>
      <w:r>
        <w:rPr>
          <w:rFonts w:ascii="Calibri" w:hAnsi="Calibri"/>
          <w:b/>
          <w:i w:val="0"/>
          <w:sz w:val="40"/>
        </w:rPr>
        <w:t>Chương 122</w:t>
      </w:r>
    </w:p>
    <w:p>
      <w:pPr>
        <w:spacing w:after="80"/>
      </w:pPr>
      <w:r>
        <w:rPr>
          <w:b w:val="0"/>
          <w:i w:val="0"/>
        </w:rPr>
        <w:t>Robert Langdon bước vào căn hộ ngập ánh sáng huỳnh quang một cách dè chừng, cố gắng hiểu ra khung cảnh trước mắt. Căn hộ trên lầu dường như chỉ được chiếu sáng bằng đèn đen, không gian hoang vắng của nó nhuốm một làn sương tím ma quái. Tường, sàn và trần đều được sơn đen tuyền. Ở góc phòng có một chiếc ghế và chiếc bàn rẻ tiền, trên bàn đặt một cái ly có vẻ đựng đầy nước một nửa.</w:t>
      </w:r>
    </w:p>
    <w:p>
      <w:pPr>
        <w:spacing w:after="80"/>
      </w:pPr>
      <w:r>
        <w:rPr>
          <w:b w:val="0"/>
          <w:i w:val="0"/>
        </w:rPr>
        <w:t>Có người thực sự sống ở đây sao?</w:t>
      </w:r>
    </w:p>
    <w:p>
      <w:pPr>
        <w:spacing w:after="80"/>
      </w:pPr>
      <w:r>
        <w:rPr>
          <w:b w:val="0"/>
          <w:i w:val="0"/>
        </w:rPr>
        <w:t>Langdon chỉ cần một thoáng để kết luận rằng kẻ bí ẩn đang cư ngụ ở đây hẳn phải là Dmitri Sysevich. Phát hiện này kéo theo hàng loạt câu hỏi chưa có lời giải đáp, nhưng ít nhất Langdon khá chắc chắn rằng gã đàn ông này sẽ không quay về nữa.</w:t>
      </w:r>
    </w:p>
    <w:p>
      <w:pPr>
        <w:spacing w:after="80"/>
      </w:pPr>
      <w:r>
        <w:rPr>
          <w:b w:val="0"/>
          <w:i w:val="0"/>
        </w:rPr>
        <w:t>Nhiều khả năng hắn đã bị chôn vùi dưới Threshold.</w:t>
      </w:r>
    </w:p>
    <w:p>
      <w:pPr>
        <w:spacing w:after="80"/>
      </w:pPr>
      <w:r>
        <w:rPr>
          <w:b w:val="0"/>
          <w:i w:val="0"/>
        </w:rPr>
        <w:t xml:space="preserve">Sasha có lẽ không hề biết căn hộ của cô dùng chung chìa khóa với không gian bỏ hoang trên lầu. Tuy nhiên, Dmitri thì gần như chắc chắn biết điều đó. </w:t>
      </w:r>
      <w:r>
        <w:rPr>
          <w:b w:val="0"/>
          <w:i/>
        </w:rPr>
        <w:t>Kẻ tự nhận là người bảo vệ Sasha… lại có quyền vào thẳng căn hộ khóa kín của Sasha.</w:t>
      </w:r>
      <w:r>
        <w:rPr>
          <w:b w:val="0"/>
          <w:i w:val="0"/>
        </w:rPr>
        <w:t xml:space="preserve"> Ý nghĩ đó khiến Langdon nổi da gà.</w:t>
      </w:r>
    </w:p>
    <w:p>
      <w:pPr>
        <w:spacing w:after="80"/>
      </w:pPr>
      <w:r>
        <w:rPr>
          <w:b w:val="0"/>
          <w:i w:val="0"/>
        </w:rPr>
        <w:t>“Sasha?” anh gọi, bước sâu hơn vào trong. “Là Robert Langdon đây! Cô có ở đây không?”</w:t>
      </w:r>
    </w:p>
    <w:p>
      <w:pPr>
        <w:spacing w:after="80"/>
      </w:pPr>
      <w:r>
        <w:rPr>
          <w:b w:val="0"/>
          <w:i w:val="0"/>
        </w:rPr>
        <w:t>Im lặng. Không khí có mùi ẩm mốc, và sàn nhà kêu cót két khi anh và Katherine di chuyển.</w:t>
      </w:r>
    </w:p>
    <w:p>
      <w:pPr>
        <w:spacing w:after="80"/>
      </w:pPr>
      <w:r>
        <w:rPr>
          <w:b w:val="0"/>
          <w:i w:val="0"/>
        </w:rPr>
        <w:t>“Sasha?!” Katherine hét lên.</w:t>
      </w:r>
    </w:p>
    <w:p>
      <w:pPr>
        <w:spacing w:after="80"/>
      </w:pPr>
      <w:r>
        <w:rPr>
          <w:b w:val="0"/>
          <w:i w:val="0"/>
        </w:rPr>
        <w:t>Cách bài trí của căn hộ này khác với căn hộ của Sasha, dù cũng tồi tàn chẳng kém. Langdon và Katherine lần lượt lục soát từng ngóc ngách. Nhà bếp trống trơn, tủ lạnh rỗng tuếch ngoài hai chai nước khoáng Poděbradka cỡ lớn. Chiếc tủ nhỏ ngoài phòng ngủ chỉ có một thanh treo với ba chiếc móc trống.</w:t>
      </w:r>
    </w:p>
    <w:p>
      <w:pPr>
        <w:spacing w:after="80"/>
      </w:pPr>
      <w:r>
        <w:rPr>
          <w:b w:val="0"/>
          <w:i w:val="0"/>
        </w:rPr>
        <w:t>Langdon bắt đầu nghĩ rằng căn hộ này không hẳn là nơi ở mà giống một kiểu chốn ẩn náu kỳ quái thỉnh thoảng mới dùng đến.</w:t>
      </w:r>
    </w:p>
    <w:p>
      <w:pPr>
        <w:spacing w:after="80"/>
      </w:pPr>
      <w:r>
        <w:rPr>
          <w:b w:val="0"/>
          <w:i w:val="0"/>
        </w:rPr>
        <w:t>“Phòng ngủ không có đèn,” Katherine nói, bật tắt công tắc liên tục.</w:t>
      </w:r>
    </w:p>
    <w:p>
      <w:pPr>
        <w:spacing w:after="80"/>
      </w:pPr>
      <w:r>
        <w:rPr>
          <w:b w:val="0"/>
          <w:i w:val="0"/>
        </w:rPr>
        <w:t>Langdon đến bên cô ở cửa phòng ngủ. “Sasha?”</w:t>
      </w:r>
    </w:p>
    <w:p>
      <w:pPr>
        <w:spacing w:after="80"/>
      </w:pPr>
      <w:r>
        <w:rPr>
          <w:b w:val="0"/>
          <w:i w:val="0"/>
        </w:rPr>
        <w:t>Không nhận được hồi âm, anh bước qua Katherine vào trong bóng tối, mò mẫm từng chút qua căn phòng với hai tay dang ra, hy vọng chạm được vào cửa sổ và có lẽ là cách mở cửa chớp. Đi được nửa phòng, anh cảm thấy mình giẫm phải thứ gì đó mềm mềm trên sàn—một tấm đệm hay chiếu gì đó.</w:t>
      </w:r>
    </w:p>
    <w:p>
      <w:pPr>
        <w:spacing w:after="80"/>
      </w:pPr>
      <w:r>
        <w:rPr>
          <w:b w:val="0"/>
          <w:i w:val="0"/>
        </w:rPr>
        <w:t>Tiếng xèo xèo của que diêm lưu huỳnh vang lên sau lưng, Langdon quay lại thấy Katherine đang ngồi xổm trước một chiếc bàn thấp và thắp từng ngọn nến. Khi ánh sáng mạnh dần lên, Langdon nhận ra chiếc bàn giống như một kiểu bàn thờ gồm ba cây nến và một bó hoa khô. Phía trên chúng trên tường treo một bức ảnh phụ nữ.</w:t>
      </w:r>
    </w:p>
    <w:p>
      <w:pPr>
        <w:spacing w:after="80"/>
      </w:pPr>
      <w:r>
        <w:rPr>
          <w:b w:val="0"/>
          <w:i w:val="0"/>
        </w:rPr>
        <w:t xml:space="preserve">Langdon nhận ra ngay người phụ nữ tóc vàng. “Trời ơi… đó là Sasha,” anh nói với Katherine, bước về phía khung thờ kỳ dị, nhận ra rằng tình cảm của Dmitri dành cho Sasha đã gần như… ám ảnh. </w:t>
      </w:r>
      <w:r>
        <w:rPr>
          <w:b w:val="0"/>
          <w:i/>
        </w:rPr>
        <w:t>Người bảo vệ của cô ấy,</w:t>
      </w:r>
      <w:r>
        <w:rPr>
          <w:b w:val="0"/>
          <w:i w:val="0"/>
        </w:rPr>
        <w:t xml:space="preserve"> anh nghĩ, vẫn cố ghép các mảnh lại với nhau.</w:t>
      </w:r>
    </w:p>
    <w:p>
      <w:pPr>
        <w:spacing w:after="80"/>
      </w:pPr>
      <w:r>
        <w:rPr>
          <w:b w:val="0"/>
          <w:i w:val="0"/>
        </w:rPr>
        <w:t>“Nhìn kìa,” Katherine nói, chỉ vào một tấm chiếu lớn ở giữa phòng.</w:t>
      </w:r>
    </w:p>
    <w:p>
      <w:pPr>
        <w:spacing w:after="80"/>
      </w:pPr>
      <w:r>
        <w:rPr>
          <w:b w:val="0"/>
          <w:i w:val="0"/>
        </w:rPr>
        <w:t>“Tôi đoán thỉnh thoảng anh ấy ngủ ở đây.”</w:t>
      </w:r>
    </w:p>
    <w:p>
      <w:pPr>
        <w:spacing w:after="80"/>
      </w:pPr>
      <w:r>
        <w:rPr>
          <w:b w:val="0"/>
          <w:i w:val="0"/>
        </w:rPr>
        <w:t xml:space="preserve">“Tôi không nghĩ vậy đâu, Robert. Đây không phải để </w:t>
      </w:r>
      <w:r>
        <w:rPr>
          <w:b w:val="0"/>
          <w:i/>
        </w:rPr>
        <w:t>ngủ.</w:t>
      </w:r>
      <w:r>
        <w:rPr>
          <w:b w:val="0"/>
          <w:i w:val="0"/>
        </w:rPr>
        <w:t xml:space="preserve"> Không có gối. Không có ga trải giường. Và… có một </w:t>
      </w:r>
      <w:r>
        <w:rPr>
          <w:b w:val="0"/>
          <w:i/>
        </w:rPr>
        <w:t>quả bóng bịt miệng.</w:t>
      </w:r>
      <w:r>
        <w:rPr>
          <w:b w:val="0"/>
          <w:i w:val="0"/>
        </w:rPr>
        <w:t>”</w:t>
      </w:r>
    </w:p>
    <w:p>
      <w:pPr>
        <w:spacing w:after="80"/>
      </w:pPr>
      <w:r>
        <w:rPr>
          <w:b w:val="0"/>
          <w:i w:val="0"/>
        </w:rPr>
        <w:t>Đúng là vậy, ngay trên tấm chiếu, Langdon thấy một dây đeo đầu bằng da có khóa gắn với một quả bóng nhựa đen. Quả cầu neoprene mềm ấy được đục lỗ như quả bóng wiffle để người bị bịt miệng vẫn có thể thở được. “Vậy đây là một kiểu… phòng quan hệ tình dục à?” anh nói.</w:t>
      </w:r>
    </w:p>
    <w:p>
      <w:pPr>
        <w:spacing w:after="80"/>
      </w:pPr>
      <w:r>
        <w:rPr>
          <w:b w:val="0"/>
          <w:i w:val="0"/>
        </w:rPr>
        <w:t xml:space="preserve">“Tôi không nghĩ cái bịt miệng đó dùng để </w:t>
      </w:r>
      <w:r>
        <w:rPr>
          <w:b w:val="0"/>
          <w:i/>
        </w:rPr>
        <w:t>quan hệ tình dục,</w:t>
      </w:r>
      <w:r>
        <w:rPr>
          <w:b w:val="0"/>
          <w:i w:val="0"/>
        </w:rPr>
        <w:t>” cô nói. “Tôi nghĩ nó dùng để bảo vệ răng và lưỡi trong cơn động kinh.”</w:t>
      </w:r>
    </w:p>
    <w:p>
      <w:pPr>
        <w:spacing w:after="80"/>
      </w:pPr>
      <w:r>
        <w:rPr>
          <w:b w:val="0"/>
          <w:i w:val="0"/>
        </w:rPr>
        <w:t>Ngạc nhiên, Langdon hình dung ra miếng bảo vệ miệng chống co giật PATI trong bộ sơ cứu của lớp học anh. Quả bóng đục lỗ này hẳn phục vụ cùng một mục đích.</w:t>
      </w:r>
    </w:p>
    <w:p>
      <w:pPr>
        <w:spacing w:after="80"/>
      </w:pPr>
      <w:r>
        <w:rPr>
          <w:b w:val="0"/>
          <w:i w:val="0"/>
        </w:rPr>
        <w:t>“Chắc Dmitri đã dùng căn phòng này như một nơi an toàn để trải qua cơn động kinh,” Katherine nói. “Gối là mối nguy gây ngạt thở, còn ga trải giường có thể bị rối. Đây sẽ là một môi trường an toàn. Đặc biệt nếu anh ấy đeo quả bóng bịt miệng.”</w:t>
      </w:r>
    </w:p>
    <w:p>
      <w:pPr>
        <w:spacing w:after="80"/>
      </w:pPr>
      <w:r>
        <w:rPr>
          <w:b w:val="0"/>
          <w:i w:val="0"/>
        </w:rPr>
        <w:t xml:space="preserve">Langdon thấy lạ là một người sở hữu cây gậy động kinh của Gessner lại không chọn cách ngăn chặn mọi cơn co giật. Nhưng nghĩ lại, một số người động kinh khẳng định các cơn co giật mang lại cho họ sự sáng suốt và niềm hạnh phúc tinh thần đáng đánh đổi bằng tổn thương thể xác. Cây gậy động kinh của Dmitri, có vẻ như, mang lại điều tốt đẹp nhất của cả hai thế giới. </w:t>
      </w:r>
      <w:r>
        <w:rPr>
          <w:b w:val="0"/>
          <w:i/>
        </w:rPr>
        <w:t>Anh ấy có thể chọn nơi và lúc để lên cơn co giật… làm vậy trong một môi trường an toàn, được kiểm soát.</w:t>
      </w:r>
    </w:p>
    <w:p>
      <w:pPr>
        <w:spacing w:after="80"/>
      </w:pPr>
      <w:r>
        <w:rPr>
          <w:b w:val="0"/>
          <w:i w:val="0"/>
        </w:rPr>
        <w:t>Dù sao đi nữa, tất cả những gì Langdon biết chắc là Sasha có vẻ không ở đây. Chỉ còn phòng tắm là chưa kiểm tra, Langdon đi xuống hành lang trong khi Katherine thổi tắt nến trong phòng ngủ. Quả nhiên, anh thấy phòng tắm và bồn tắm trống rỗng; nếu Dmitri có giấu Sasha ở đâu đó, thì không phải trong căn hộ này.</w:t>
      </w:r>
    </w:p>
    <w:p>
      <w:pPr>
        <w:spacing w:after="80"/>
      </w:pPr>
      <w:r>
        <w:rPr>
          <w:b w:val="0"/>
          <w:i w:val="0"/>
        </w:rPr>
        <w:t>Đèn trong phòng tắm, cũng như những đèn khác trong căn hộ, được trang bị bóng đèn đen, khiến bồn rửa và bồn tắm màu trắng phát sáng lân quang. Kỳ lạ thay, tấm gương trên bồn rửa đã bị tháo ra, chỉ còn lại những lỗ vít trơ trọi trên tường.</w:t>
      </w:r>
    </w:p>
    <w:p>
      <w:pPr>
        <w:spacing w:after="80"/>
      </w:pPr>
      <w:r>
        <w:rPr>
          <w:b w:val="0"/>
          <w:i w:val="0"/>
        </w:rPr>
        <w:t>Bên cạnh bồn rửa, trên một cái kệ, Langdon thấy một chiếc gương cầm tay, một dao trộn màu, một cái bát trộn, và một chồng mũ cao su trắng bó sát đầu. Anh cũng thấy ba hộp mỹ phẩm sân khấu tên UltraMud, trên nhãn có một bức ảnh đáng sợ về khuôn mặt một diễn viên bị phủ trong lớp bùn dày nứt nẻ. Hiệu ứng này quá quen thuộc.</w:t>
      </w:r>
    </w:p>
    <w:p>
      <w:pPr>
        <w:spacing w:after="80"/>
      </w:pPr>
      <w:r>
        <w:rPr>
          <w:b w:val="0"/>
          <w:i w:val="0"/>
        </w:rPr>
        <w:t xml:space="preserve">Khi Langdon lướt mắt khắp phần còn lại của căn phòng, ánh nhìn anh bắt gặp thứ gì đó phát sáng trong giỏ rác dưới bồn rửa. Có vẻ như một chiếc khăn rửa mặt trắng đã bị vo tròn và vứt đi. Nó cũng có vẻ bị phủ đầy máu… </w:t>
      </w:r>
      <w:r>
        <w:rPr>
          <w:b w:val="0"/>
          <w:i/>
        </w:rPr>
        <w:t>rất nhiều</w:t>
      </w:r>
      <w:r>
        <w:rPr>
          <w:b w:val="0"/>
          <w:i w:val="0"/>
        </w:rPr>
        <w:t xml:space="preserve"> máu.</w:t>
      </w:r>
    </w:p>
    <w:p>
      <w:pPr>
        <w:spacing w:after="80"/>
      </w:pPr>
      <w:r>
        <w:rPr>
          <w:b w:val="0"/>
          <w:i w:val="0"/>
        </w:rPr>
        <w:t>Hoảng hốt, Langdon nhấc giỏ lên và đổ chiếc khăn vào bồn rửa, ngay lập tức nhận ra mình đã nhầm. Nằm trong lòng bồn là một chiếc mũ bó sát đầu màu trắng, bị nhàu nát và dính đầy bùn.</w:t>
      </w:r>
    </w:p>
    <w:p>
      <w:pPr>
        <w:spacing w:after="80"/>
      </w:pPr>
      <w:r>
        <w:rPr>
          <w:b w:val="0"/>
          <w:i/>
        </w:rPr>
        <w:t>Không phải máu,</w:t>
      </w:r>
      <w:r>
        <w:rPr>
          <w:b w:val="0"/>
          <w:i w:val="0"/>
        </w:rPr>
        <w:t xml:space="preserve"> anh nghĩ với vẻ nhẹ nhõm. Ánh sáng tím khiến việc phân biệt màu sắc thật khó khăn.</w:t>
      </w:r>
    </w:p>
    <w:p>
      <w:pPr>
        <w:spacing w:after="80"/>
      </w:pPr>
      <w:r>
        <w:rPr>
          <w:b w:val="0"/>
          <w:i w:val="0"/>
        </w:rPr>
        <w:t>Tuy nhiên, khi nhìn chiếc mũ bó sát đầu, anh nhận ra thứ gì đó lấp lánh trong ánh sáng—một sợi xơ nhỏ xíu dính trên chiếc mũ cao su. Sợi xơ ấy nhỏ đến mức nếu không phát sáng lân quang, Langdon sẽ chẳng bao giờ để ý thấy.</w:t>
      </w:r>
    </w:p>
    <w:p>
      <w:pPr>
        <w:spacing w:after="80"/>
      </w:pPr>
      <w:r>
        <w:rPr>
          <w:b w:val="0"/>
          <w:i w:val="0"/>
        </w:rPr>
        <w:t>Không thể nào nó lại trông giống như thế…</w:t>
      </w:r>
    </w:p>
    <w:p>
      <w:pPr>
        <w:spacing w:after="80"/>
      </w:pPr>
      <w:r>
        <w:rPr>
          <w:b w:val="0"/>
          <w:i w:val="0"/>
        </w:rPr>
        <w:t xml:space="preserve">Anh cúi xuống và cẩn thận gỡ thứ đó ra khỏi chiếc mũ, giơ lên trước ánh sáng. Không còn nghi ngờ gì về thứ anh đang nhìn, nhưng điều Langdon không thể hiểu nổi là tại sao nó lại ở </w:t>
      </w:r>
      <w:r>
        <w:rPr>
          <w:b w:val="0"/>
          <w:i/>
        </w:rPr>
        <w:t>đây.</w:t>
      </w:r>
    </w:p>
    <w:p>
      <w:pPr>
        <w:spacing w:after="80"/>
      </w:pPr>
      <w:r>
        <w:rPr>
          <w:b w:val="0"/>
          <w:i w:val="0"/>
        </w:rPr>
        <w:t>Điều này chẳng có nghĩa lý gì cả.</w:t>
      </w:r>
    </w:p>
    <w:p>
      <w:pPr>
        <w:spacing w:after="80"/>
      </w:pPr>
      <w:r>
        <w:rPr>
          <w:b w:val="0"/>
          <w:i w:val="0"/>
        </w:rPr>
        <w:t xml:space="preserve">Rồi anh cảm thấy một nỗi sợ bất ngờ. </w:t>
      </w:r>
      <w:r>
        <w:rPr>
          <w:b w:val="0"/>
          <w:i/>
        </w:rPr>
        <w:t>Trừ khi…</w:t>
      </w:r>
    </w:p>
    <w:p>
      <w:pPr>
        <w:spacing w:after="80"/>
      </w:pPr>
      <w:r>
        <w:rPr>
          <w:b w:val="0"/>
          <w:i w:val="0"/>
        </w:rPr>
        <w:t xml:space="preserve">Các lớp học của Langdon về biểu tượng thường có một câu ngạn ngữ: </w:t>
      </w:r>
      <w:r>
        <w:rPr>
          <w:b w:val="0"/>
          <w:i/>
        </w:rPr>
        <w:t>Một sự thay đổi góc nhìn thường sẽ hé lộ một sự thật ẩn giấu.</w:t>
      </w:r>
      <w:r>
        <w:rPr>
          <w:b w:val="0"/>
          <w:i w:val="0"/>
        </w:rPr>
        <w:t xml:space="preserve"> Ý tưởng này, theo nhiều cách, đã định hình nên sự nghiệp của Langdon. Khả năng nhìn một câu đố từ một góc độ bất ngờ đã nhiều lần giúp anh thoáng thấy những sự thật mà người khác đã bỏ lỡ.</w:t>
      </w:r>
    </w:p>
    <w:p>
      <w:pPr>
        <w:spacing w:after="80"/>
      </w:pPr>
      <w:r>
        <w:rPr>
          <w:b w:val="0"/>
          <w:i w:val="0"/>
        </w:rPr>
        <w:t>Giờ đây, khi chăm chú nhìn món đồ tí hon được kẹp giữa các đầu ngón tay, Langdon sợ rằng mình đang trải qua một trong những khoảnh khắc như thế.</w:t>
      </w:r>
    </w:p>
    <w:p>
      <w:pPr>
        <w:spacing w:after="80"/>
      </w:pPr>
      <w:r>
        <w:rPr>
          <w:b w:val="0"/>
          <w:i w:val="0"/>
        </w:rPr>
        <w:t>Bị mất thăng bằng bởi sự đảo lộn đột ngột, Langdon đặt một tay lên bồn rửa để giữ vững mình. Trong tâm trí, anh có thể thấy tất cả những mảnh ghép của câu đố mà anh đã lắp ráp hôm nay. Chúng bỗng nhiên vỡ tan, lăn lộn trong không trung, những mảnh vụn tái hợp lại và rơi trở về mặt đất. Từng mảnh một, hình ảnh trong đầu Langdon tái lắp ráp thành một bức tranh mới.</w:t>
      </w:r>
    </w:p>
    <w:p>
      <w:pPr>
        <w:spacing w:after="80"/>
      </w:pPr>
      <w:r>
        <w:rPr>
          <w:b w:val="0"/>
          <w:i w:val="0"/>
        </w:rPr>
        <w:t>Chúa ơi…sao mình có thể bỏ lỡ điều này chứ?</w:t>
      </w:r>
    </w:p>
    <w:p>
      <w:pPr>
        <w:spacing w:after="80"/>
      </w:pPr>
      <w:r>
        <w:rPr>
          <w:b w:val="0"/>
          <w:i w:val="0"/>
        </w:rPr>
        <w:t>Ý tưởng trước mắt anh gần như không thể tưởng tượng nổi, vậy mà theo bản năng anh biết nó phải là sự thật. Giống như mọi sự thật thuần khiết, nó trả lời mọi câu hỏi…giải quyết mọi điều bất thường…và đã ở ngay trước mắt anh suốt thời gian qua.</w:t>
      </w:r>
    </w:p>
    <w:p>
      <w:pPr>
        <w:spacing w:after="80"/>
      </w:pPr>
      <w:r>
        <w:rPr>
          <w:b w:val="0"/>
          <w:i w:val="0"/>
        </w:rPr>
        <w:t>“Ý thức phi cục bộ (nonlocal consciousness)…” anh thì thầm. “Katherine đã đúng.”</w:t>
      </w:r>
    </w:p>
    <w:p>
      <w:pPr>
        <w:jc w:val="center"/>
      </w:pPr>
      <w:r>
        <w:drawing>
          <wp:inline xmlns:a="http://schemas.openxmlformats.org/drawingml/2006/main" xmlns:pic="http://schemas.openxmlformats.org/drawingml/2006/picture">
            <wp:extent cx="5486400" cy="362122"/>
            <wp:docPr id="131" name="Picture 131"/>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“Mình đã bỏ lỡ nó!” Langdon tuyên bố, lao ra khỏi phòng tắm và hướng về phía lối ra. “Chúng ta cần đi—lát nữa mình sẽ giải thích!”</w:t>
      </w:r>
    </w:p>
    <w:p>
      <w:pPr>
        <w:spacing w:after="80"/>
      </w:pPr>
      <w:r>
        <w:rPr>
          <w:b w:val="0"/>
          <w:i/>
        </w:rPr>
        <w:t>Bỏ lỡ cái gì chứ?!</w:t>
      </w:r>
      <w:r>
        <w:rPr>
          <w:b w:val="0"/>
          <w:i w:val="0"/>
        </w:rPr>
        <w:t xml:space="preserve"> Katherine tự hỏi khi vội vã chạy theo anh. </w:t>
      </w:r>
      <w:r>
        <w:rPr>
          <w:b w:val="0"/>
          <w:i/>
        </w:rPr>
        <w:t>Khoan đã!</w:t>
      </w:r>
    </w:p>
    <w:p>
      <w:pPr>
        <w:spacing w:after="80"/>
      </w:pPr>
      <w:r>
        <w:rPr>
          <w:b w:val="0"/>
          <w:i w:val="0"/>
        </w:rPr>
        <w:t xml:space="preserve">Khi cô đến cửa, Robert đã ầm ầm lao xuống cầu thang tối om. Khi cô đuổi kịp anh, anh đang ở trong tiền sảnh, quỳ trên tấm thảm chào mừng của Sasha trước cửa căn hộ của cô. Anh dường như đang cố sờ tìm thứ gì đó dưới cửa nhà cô. </w:t>
      </w:r>
      <w:r>
        <w:rPr>
          <w:b w:val="0"/>
          <w:i/>
        </w:rPr>
        <w:t>Anh ấy đang làm gì vậy?!</w:t>
      </w:r>
      <w:r>
        <w:rPr>
          <w:b w:val="0"/>
          <w:i w:val="0"/>
        </w:rPr>
        <w:t xml:space="preserve"> “Robert, chúng ta có chìa khóa mà, nếu—”</w:t>
      </w:r>
    </w:p>
    <w:p>
      <w:pPr>
        <w:spacing w:after="80"/>
      </w:pPr>
      <w:r>
        <w:rPr>
          <w:b w:val="0"/>
          <w:i w:val="0"/>
        </w:rPr>
        <w:t xml:space="preserve">“Nó thậm chí còn không </w:t>
      </w:r>
      <w:r>
        <w:rPr>
          <w:b w:val="0"/>
          <w:i/>
        </w:rPr>
        <w:t>khả thi</w:t>
      </w:r>
      <w:r>
        <w:rPr>
          <w:b w:val="0"/>
          <w:i w:val="0"/>
        </w:rPr>
        <w:t>!” anh thốt lên, nhảy dựng lên, thò tay vào túi và rút ra một mẩu giấy mà Katherine nhận ra là mẩu giấy anh đã nhận được trước đó dưới cửa nhà Sasha.</w:t>
      </w:r>
    </w:p>
    <w:p>
      <w:pPr>
        <w:spacing w:after="80"/>
      </w:pPr>
      <w:r>
        <w:rPr>
          <w:b w:val="0"/>
          <w:i w:val="0"/>
        </w:rPr>
        <w:t>Trước sự sững sờ của Katherine, Langdon cố gắng hết lần này đến lần khác để luồn mẩu giấy xuống dưới cửa nhà cô, nhưng lần nào cũng thất bại vì không thể đưa nó qua khe cửa chật hẹp. Tờ giấy cứ đập vào dải chắn thời tiết dày được lắp để ngăn hơi lạnh tràn vào.</w:t>
      </w:r>
    </w:p>
    <w:p>
      <w:pPr>
        <w:spacing w:after="80"/>
      </w:pPr>
      <w:r>
        <w:rPr>
          <w:b w:val="0"/>
          <w:i w:val="0"/>
        </w:rPr>
        <w:t>“Nó thậm chí còn không khả thi,” Langdon lặp lại, cuối cùng đứng dậy. “Mình đã thấy dải chắn thời tiết lúc nãy, nhưng không để ý. Không có cách nào luồn mẩu giấy này xuống dưới cửa từ bên ngoài được!”</w:t>
      </w:r>
    </w:p>
    <w:p>
      <w:pPr>
        <w:spacing w:after="80"/>
      </w:pPr>
      <w:r>
        <w:rPr>
          <w:b w:val="0"/>
          <w:i w:val="0"/>
        </w:rPr>
        <w:t>“Tôi thấy rồi,” Katherine nói, “nhưng tôi không—”</w:t>
      </w:r>
    </w:p>
    <w:p>
      <w:pPr>
        <w:spacing w:after="80"/>
      </w:pPr>
      <w:r>
        <w:rPr>
          <w:b w:val="0"/>
          <w:i w:val="0"/>
        </w:rPr>
        <w:t xml:space="preserve">“Cô không thấy sao, Katherine? Mẩu giấy không phải được chuyển từ bên ngoài…Người để lại nó đã ở </w:t>
      </w:r>
      <w:r>
        <w:rPr>
          <w:b w:val="0"/>
          <w:i/>
        </w:rPr>
        <w:t>bên trong</w:t>
      </w:r>
      <w:r>
        <w:rPr>
          <w:b w:val="0"/>
          <w:i w:val="0"/>
        </w:rPr>
        <w:t xml:space="preserve"> căn hộ suốt thời gian đó!”</w:t>
      </w:r>
    </w:p>
    <w:p>
      <w:pPr>
        <w:spacing w:after="80"/>
      </w:pPr>
      <w:r>
        <w:rPr>
          <w:b w:val="0"/>
          <w:i w:val="0"/>
        </w:rPr>
        <w:t xml:space="preserve">Một cơn ớn lạnh từ từ bao trùm lấy cô. </w:t>
      </w:r>
      <w:r>
        <w:rPr>
          <w:b w:val="0"/>
          <w:i/>
        </w:rPr>
        <w:t>Hắn đã trốn sẵn bên trong rồi.</w:t>
      </w:r>
      <w:r>
        <w:rPr>
          <w:b w:val="0"/>
          <w:i w:val="0"/>
        </w:rPr>
        <w:t xml:space="preserve"> “Trong tủ áo ngoài hành lang…” cô thì thầm, hình dung gã người Nga tóc đen đang chờ đợi một khoảnh khắc yên tĩnh…bước ra khỏi tủ…luồn mảnh giấy vào dưới khe cửa một đoạn…gõ thật mạnh vào mặt trong của cánh cửa…. rồi lập tức biến mất trở lại vào trong tủ. Đúng là một mánh khóe thiên tài. Cả Sasha lẫn Robert đều bị lừa hoàn toàn.</w:t>
      </w:r>
    </w:p>
    <w:p>
      <w:pPr>
        <w:spacing w:after="80"/>
      </w:pPr>
      <w:r>
        <w:rPr>
          <w:b w:val="0"/>
          <w:i w:val="0"/>
        </w:rPr>
        <w:t>“Không,” Langdon nói, mặt giờ đã tái mét. “Không phải trong tủ.” Anh trông hoang mang hết mức mà cô từng thấy ở anh. “</w:t>
      </w:r>
      <w:r>
        <w:rPr>
          <w:b w:val="0"/>
          <w:i/>
        </w:rPr>
        <w:t>Không ai</w:t>
      </w:r>
      <w:r>
        <w:rPr>
          <w:b w:val="0"/>
          <w:i w:val="0"/>
        </w:rPr>
        <w:t xml:space="preserve"> ở trong tủ cả. Chỗ trốn ấy…còn tinh vi hơn nhiều.” Giọng anh giờ đã run rẩy. “Tôi không thể tin nổi là mình đã không nhìn ra bất cứ điều gì trong số này…”</w:t>
      </w:r>
    </w:p>
    <w:p>
      <w:pPr>
        <w:spacing w:after="80"/>
      </w:pPr>
      <w:r>
        <w:rPr>
          <w:b w:val="0"/>
          <w:i w:val="0"/>
        </w:rPr>
        <w:t>“Anh đã không nhìn ra điều gì? Tôi không hiểu.”</w:t>
      </w:r>
    </w:p>
    <w:p>
      <w:pPr>
        <w:spacing w:after="80"/>
      </w:pPr>
      <w:r>
        <w:rPr>
          <w:b w:val="0"/>
          <w:i w:val="0"/>
        </w:rPr>
        <w:t>Langdon đứng dậy. “Cô đã nói về nó trong bài giảng tối qua,” Langdon nói, khóa mắt nhìn Katherine. “Cô mô tả nó như bằng chứng của ý thức phi cục bộ (nonlocal consciousness)…bằng chứng rằng bộ não chúng ta hoạt động như những máy thu, và nếu chúng bị tổn thương, các tín hiệu có thể bị nhiễu loạn…”</w:t>
      </w:r>
    </w:p>
    <w:p>
      <w:pPr>
        <w:spacing w:after="80"/>
      </w:pPr>
      <w:r>
        <w:rPr>
          <w:b w:val="0"/>
          <w:i w:val="0"/>
        </w:rPr>
        <w:t>“Ý anh là hội chứng thiên tài đột ngột (sudden savant syndrome)?” cô nói. “Được rồi, nhưng tôi không thấy—”</w:t>
      </w:r>
    </w:p>
    <w:p>
      <w:pPr>
        <w:spacing w:after="80"/>
      </w:pPr>
      <w:r>
        <w:rPr>
          <w:b w:val="0"/>
          <w:i w:val="0"/>
        </w:rPr>
        <w:t xml:space="preserve">“Không! Cái mà cô mô tả ngay </w:t>
      </w:r>
      <w:r>
        <w:rPr>
          <w:b w:val="0"/>
          <w:i/>
        </w:rPr>
        <w:t>sau</w:t>
      </w:r>
      <w:r>
        <w:rPr>
          <w:b w:val="0"/>
          <w:i w:val="0"/>
        </w:rPr>
        <w:t xml:space="preserve"> đó ấy!”</w:t>
      </w:r>
    </w:p>
    <w:p>
      <w:pPr>
        <w:spacing w:after="80"/>
      </w:pPr>
      <w:r>
        <w:rPr>
          <w:b w:val="0"/>
          <w:i w:val="0"/>
        </w:rPr>
        <w:t>Katherine suy nghĩ một lát, hồi tưởng lại trình tự bài nói của mình, và đột nhiên cô chợt hiểu Langdon đang ám chỉ điều gì. Cô chỉ cần thêm một khoảnh khắc nữa để nắm được điều anh đang cố nói với cô. “Ôi…Robert…anh không thể nào nghĩ rằng—”</w:t>
      </w:r>
    </w:p>
    <w:p>
      <w:pPr>
        <w:spacing w:after="80"/>
      </w:pPr>
      <w:r>
        <w:rPr>
          <w:b w:val="0"/>
          <w:i w:val="0"/>
        </w:rPr>
        <w:t>“Tôi tìm thấy cái này trong phòng tắm,” anh nói, giơ lên một thứ gì đó rất nhỏ, kẹp giữa ngón cái và ngón trỏ. “Nó dính ở mặt trong chiếc mũ sọ bẩn thỉu của hắn.”</w:t>
      </w:r>
    </w:p>
    <w:p>
      <w:pPr>
        <w:spacing w:after="80"/>
      </w:pPr>
      <w:r>
        <w:rPr>
          <w:b w:val="0"/>
          <w:i w:val="0"/>
        </w:rPr>
        <w:t>Katherine nhìn thấy thứ Langdon đang cầm.</w:t>
      </w:r>
    </w:p>
    <w:p>
      <w:pPr>
        <w:spacing w:after="80"/>
      </w:pPr>
      <w:r>
        <w:rPr>
          <w:b w:val="0"/>
          <w:i w:val="0"/>
        </w:rPr>
        <w:t>Nếu anh đúng, thì mọi điều họ đã tin về hình nhân golem đều sai hoàn toàn.</w:t>
      </w:r>
    </w:p>
    <w:p>
      <w:pPr>
        <w:pStyle w:val="Heading1"/>
      </w:pPr>
      <w:r>
        <w:rPr>
          <w:rFonts w:ascii="Calibri" w:hAnsi="Calibri"/>
          <w:b/>
          <w:i w:val="0"/>
          <w:sz w:val="40"/>
        </w:rPr>
        <w:t>Chương 123</w:t>
      </w:r>
    </w:p>
    <w:p>
      <w:pPr>
        <w:spacing w:after="80"/>
      </w:pPr>
      <w:r>
        <w:rPr>
          <w:b w:val="0"/>
          <w:i w:val="0"/>
        </w:rPr>
        <w:t>Hơi nước tràn ngập buồng tắm trong phòng thí nghiệm ở Pháo đài Thánh Giá (Crucifix Bastion). Golěm ngửa đầu ra sau và tận hưởng sự mềm mại của nước trên mặt. Nhẹ nhàng xoa bóp hai má bằng lòng bàn tay, hắn có thể cảm thấy những tàn dư cuối cùng của đất sét khô đang bong ra khỏi da thịt…phần cuối cùng của Golěm đang tan biến đi.</w:t>
      </w:r>
    </w:p>
    <w:p>
      <w:pPr>
        <w:spacing w:after="80"/>
      </w:pPr>
      <w:r>
        <w:rPr>
          <w:b w:val="0"/>
          <w:i w:val="0"/>
        </w:rPr>
        <w:t>Khi lướt tay qua đầu, hắn nhận ra rằng trong cơn kiệt sức mình đã quên tháo chiếc mũ sọ ra. Dùng đầu ngón tay tìm mép chiếc mũ bó sát, hắn bóc nó ra khỏi trán, nhăn mặt khi nó trượt về phía sau khỏi đầu, tất nhiên làm đứt vài sợi tóc trên da đầu.</w:t>
      </w:r>
    </w:p>
    <w:p>
      <w:pPr>
        <w:spacing w:after="80"/>
      </w:pPr>
      <w:r>
        <w:rPr>
          <w:b w:val="0"/>
          <w:i w:val="0"/>
        </w:rPr>
        <w:t>Golěm thả chiếc mũ xuống sàn và nhẹ nhàng xoa bóp da đầu, để nước chảy qua mái tóc dày của mình, rửa trôi mọi chút bùn còn sót lại. Chỉ sau khi dòng nước xoáy xuống cống đã trở nên trong veo hoàn toàn, hắn mới bước ra khỏi buồng tắm.</w:t>
      </w:r>
    </w:p>
    <w:p>
      <w:pPr>
        <w:spacing w:after="80"/>
      </w:pPr>
      <w:r>
        <w:rPr>
          <w:b w:val="0"/>
          <w:i w:val="0"/>
        </w:rPr>
        <w:t>Quấn khăn tắm, hắn đứng trước bồn rửa, dành một khoảnh khắc hiếm hoi để ngắm mình trong gương.</w:t>
      </w:r>
    </w:p>
    <w:p>
      <w:pPr>
        <w:spacing w:after="80"/>
      </w:pPr>
      <w:r>
        <w:rPr>
          <w:b w:val="0"/>
          <w:i w:val="0"/>
        </w:rPr>
        <w:t>Đôi mắt nhìn lại hắn đỏ ngầu và mệt mỏi…một khuôn mặt đầy sẹo của một quá khứ bạo lực. Hắn biết đây không phải một khuôn mặt đẹp, vậy mà đó lại là khuôn mặt hắn được ban cho.</w:t>
      </w:r>
    </w:p>
    <w:p>
      <w:pPr>
        <w:spacing w:after="80"/>
      </w:pPr>
      <w:r>
        <w:rPr>
          <w:b w:val="0"/>
          <w:i/>
        </w:rPr>
        <w:t>Mình đã học được cách nhìn ra vẻ đẹp trong đó,</w:t>
      </w:r>
      <w:r>
        <w:rPr>
          <w:b w:val="0"/>
          <w:i w:val="0"/>
        </w:rPr>
        <w:t xml:space="preserve"> hắn nghĩ.</w:t>
      </w:r>
    </w:p>
    <w:p>
      <w:pPr>
        <w:spacing w:after="80"/>
      </w:pPr>
      <w:r>
        <w:rPr>
          <w:b w:val="0"/>
          <w:i w:val="0"/>
        </w:rPr>
        <w:t xml:space="preserve">Theo thời gian, The Golěm dần yêu gương mặt này…cái cách mái tóc vàng rủ xuống bờ vai và ôm lấy đôi mắt xanh ngây thơ. Ngay cả chiếc mũi hơi lệch giờ cũng có nét duyên với hắn. Hắn hình dung tấm ảnh dưới ánh nến trên tường của </w:t>
      </w:r>
      <w:r>
        <w:rPr>
          <w:b w:val="0"/>
          <w:i/>
        </w:rPr>
        <w:t>svatyně</w:t>
      </w:r>
      <w:r>
        <w:rPr>
          <w:b w:val="0"/>
          <w:i w:val="0"/>
        </w:rPr>
        <w:t xml:space="preserve"> mình và mỉm cười.</w:t>
      </w:r>
    </w:p>
    <w:p>
      <w:pPr>
        <w:spacing w:after="80"/>
      </w:pPr>
      <w:r>
        <w:rPr>
          <w:b w:val="0"/>
          <w:i w:val="0"/>
        </w:rPr>
        <w:t>“Sasha,” hắn thì thầm với hình phản chiếu của mình. “Ước gì em có thể biết về anh.”</w:t>
      </w:r>
    </w:p>
    <w:p>
      <w:pPr>
        <w:spacing w:after="80"/>
      </w:pPr>
      <w:r>
        <w:rPr>
          <w:b w:val="0"/>
          <w:i w:val="0"/>
        </w:rPr>
        <w:t>Người phụ nữ tóc vàng trong gương không đáp lời.</w:t>
      </w:r>
    </w:p>
    <w:p>
      <w:pPr>
        <w:spacing w:after="80"/>
      </w:pPr>
      <w:r>
        <w:rPr>
          <w:b w:val="0"/>
          <w:i w:val="0"/>
        </w:rPr>
        <w:t>Dù Sasha hiện diện về thể xác trong căn phòng, cô chẳng nghe thấy gì. The Golěm đã khóa cô lại trong một khoảng không như ngủ, nơi cô hạnh phúc mà chẳng hay biết điều gì, kể cả chính bản thân mình.</w:t>
      </w:r>
    </w:p>
    <w:p>
      <w:pPr>
        <w:spacing w:after="80"/>
      </w:pPr>
      <w:r>
        <w:rPr>
          <w:b w:val="0"/>
          <w:i w:val="0"/>
        </w:rPr>
        <w:t>Dù họ chia sẻ cùng một hình hài thể xác này, The Golěm đã thiết lập được vị thế thống trị từ lâu, luôn nắm quyền kiểm soát, cẩn thận lọc những gì Sasha được chứng kiến, ghi nhớ, hiểu biết. Hắn làm vậy để bảo vệ cô, để che chở cho tâm hồn dịu dàng của cô. Hắn là hầm chứa đựng nỗi đau của cô, là đội quân chiến đấu thay cô.</w:t>
      </w:r>
    </w:p>
    <w:p>
      <w:pPr>
        <w:spacing w:after="80"/>
      </w:pPr>
      <w:r>
        <w:rPr>
          <w:b w:val="0"/>
          <w:i w:val="0"/>
        </w:rPr>
        <w:t>Em đã triệu hồi anh, Sasha…và anh đã đáp lời.</w:t>
      </w:r>
    </w:p>
    <w:p>
      <w:pPr>
        <w:spacing w:after="80"/>
      </w:pPr>
      <w:r>
        <w:rPr>
          <w:b w:val="0"/>
          <w:i w:val="0"/>
        </w:rPr>
        <w:t>The Golěm sẽ không bao giờ quên khoảnh khắc kinh hoàng đó trong bệnh viện tâm thần ở Nga, khi linh hồn của Sasha, không thể chịu đựng thêm một phút giây đau khổ nào nữa, đã gọi vào vũ trụ trong cơn tuyệt vọng cần được giúp đỡ.</w:t>
      </w:r>
    </w:p>
    <w:p>
      <w:pPr>
        <w:spacing w:after="80"/>
      </w:pPr>
      <w:r>
        <w:rPr>
          <w:b w:val="0"/>
          <w:i w:val="0"/>
        </w:rPr>
        <w:t>Khoảnh khắc anh ra đời…</w:t>
      </w:r>
    </w:p>
    <w:p>
      <w:pPr>
        <w:spacing w:after="80"/>
      </w:pPr>
      <w:r>
        <w:rPr>
          <w:b w:val="0"/>
          <w:i w:val="0"/>
        </w:rPr>
        <w:t>Ít ai nhớ được khoảnh khắc mình hình thành, vậy mà The Golěm lại nhớ rõ của mình. Hắn đột ngột lóe lên thành ý thức, tỉnh dậy trong nỗi kinh hoàng tột độ, thấy mình bị mắc kẹt trong một cơ thể đang bị đánh đập không thương tiếc. Tràn ngập đau đớn và phẫn nộ, hắn theo bản năng vùng lên, triệu hồi những nguồn sức mạnh mà cơ thể này chưa từng chạm tới, và hắn bóp nghẹt cổ kẻ tấn công. Đứng trên thi thể bất động của cô y tá trực đêm của Sasha, The Golěm lần đầu tiên nghe thấy giọng nói trống rỗng của chính mình.</w:t>
      </w:r>
    </w:p>
    <w:p>
      <w:pPr>
        <w:spacing w:after="80"/>
      </w:pPr>
      <w:r>
        <w:rPr>
          <w:b w:val="0"/>
          <w:i w:val="0"/>
        </w:rPr>
        <w:t>“Anh là người bảo vệ của em, Sasha. Giờ em an toàn rồi.”</w:t>
      </w:r>
    </w:p>
    <w:p>
      <w:pPr>
        <w:jc w:val="center"/>
      </w:pPr>
      <w:r>
        <w:drawing>
          <wp:inline xmlns:a="http://schemas.openxmlformats.org/drawingml/2006/main" xmlns:pic="http://schemas.openxmlformats.org/drawingml/2006/picture">
            <wp:extent cx="5486400" cy="362122"/>
            <wp:docPr id="132" name="Picture 132"/>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Ở tiền sảnh bên ngoài căn hộ của Sasha, bộ não của Katherine Solomon vật lộn để sắp xếp chuỗi suy nghĩ bất an mà lời của Langdon khơi lên. Anh nói đúng rằng bài giảng của cô tối qua có nhắc đến mô tả về hội chứng thiên tài đột ngột (sudden savant syndrome)—một tình trạng mà cô tin là bằng chứng rõ ràng cho ý thức phi cục bộ (nonlocal consciousness)—một bộ não bị tổn thương đang tiếp nhận nhiều tín hiệu.</w:t>
      </w:r>
    </w:p>
    <w:p>
      <w:pPr>
        <w:spacing w:after="80"/>
      </w:pPr>
      <w:r>
        <w:rPr>
          <w:b w:val="0"/>
          <w:i w:val="0"/>
        </w:rPr>
        <w:t xml:space="preserve">Anh </w:t>
      </w:r>
      <w:r>
        <w:rPr>
          <w:b w:val="0"/>
          <w:i/>
        </w:rPr>
        <w:t>cũng</w:t>
      </w:r>
      <w:r>
        <w:rPr>
          <w:b w:val="0"/>
          <w:i w:val="0"/>
        </w:rPr>
        <w:t xml:space="preserve"> nói đúng rằng sau đó cô đã thảo luận về một hiện tượng kỳ lạ </w:t>
      </w:r>
      <w:r>
        <w:rPr>
          <w:b w:val="0"/>
          <w:i/>
        </w:rPr>
        <w:t>thứ hai</w:t>
      </w:r>
      <w:r>
        <w:rPr>
          <w:b w:val="0"/>
          <w:i w:val="0"/>
        </w:rPr>
        <w:t>.</w:t>
      </w:r>
    </w:p>
    <w:p>
      <w:pPr>
        <w:spacing w:after="80"/>
      </w:pPr>
      <w:r>
        <w:rPr>
          <w:b w:val="0"/>
          <w:i w:val="0"/>
        </w:rPr>
        <w:t xml:space="preserve">“Có một tình trạng kỳ lạ khác,” Katherine đã nói với khán giả, “liên quan đến hội chứng thiên tài đột ngột, vì nó cũng gợi ý khả năng của bộ não trong việc tiếp nhận nhiều tín hiệu. Hiện tượng này có thuật ngữ lâm sàng là ‘rối loạn đa nhân cách phân ly’ (dissociative identity disorder)—dù hầu hết chúng ta biết đến nó phổ biến hơn với tên ‘rối loạn nhân cách phân ly’—một hiện tượng tâm lý biểu hiện dưới dạng </w:t>
      </w:r>
      <w:r>
        <w:rPr>
          <w:b w:val="0"/>
          <w:i/>
        </w:rPr>
        <w:t>nhiều</w:t>
      </w:r>
      <w:r>
        <w:rPr>
          <w:b w:val="0"/>
          <w:i w:val="0"/>
        </w:rPr>
        <w:t xml:space="preserve"> nhân cách riêng biệt cùng trú ngụ trong </w:t>
      </w:r>
      <w:r>
        <w:rPr>
          <w:b w:val="0"/>
          <w:i/>
        </w:rPr>
        <w:t>một</w:t>
      </w:r>
      <w:r>
        <w:rPr>
          <w:b w:val="0"/>
          <w:i w:val="0"/>
        </w:rPr>
        <w:t xml:space="preserve"> cơ thể.”</w:t>
      </w:r>
    </w:p>
    <w:p>
      <w:pPr>
        <w:spacing w:after="80"/>
      </w:pPr>
      <w:r>
        <w:rPr>
          <w:b w:val="0"/>
          <w:i w:val="0"/>
        </w:rPr>
        <w:t xml:space="preserve">Tình trạng được ghi nhận trên toàn cầu này, Katherine tiếp tục giải thích, phổ biến nhất ở phụ nữ và thường nảy sinh như một cơ chế đối phó với việc bị lạm dụng thể xác hoặc tình dục lặp đi lặp lại. Thường thấy nhất là nhân cách thứ hai xuất hiện với mục đích </w:t>
      </w:r>
      <w:r>
        <w:rPr>
          <w:b w:val="0"/>
          <w:i/>
        </w:rPr>
        <w:t>hấp thụ</w:t>
      </w:r>
      <w:r>
        <w:rPr>
          <w:b w:val="0"/>
          <w:i w:val="0"/>
        </w:rPr>
        <w:t xml:space="preserve"> nỗi đau của chủ thể bằng cách chịu đựng chấn thương thay cô ấy—một kiểu nạn nhân thay thế—gánh chịu nỗi thống khổ, chặn đứng mọi ký ức về nó, và giúp chủ thể “phân ly” khỏi nỗi đau của chính mình.</w:t>
      </w:r>
    </w:p>
    <w:p>
      <w:pPr>
        <w:spacing w:after="80"/>
      </w:pPr>
      <w:r>
        <w:rPr>
          <w:b w:val="0"/>
          <w:i w:val="0"/>
        </w:rPr>
        <w:t xml:space="preserve">Nhân cách thứ hai được gọi là nhân cách thay thế hay “alter” và thường xuất hiện trong một sự phân tách đột ngột vào lúc chấn thương cấp tính. Sau khi xuất hiện, alter có thể trú ngụ vĩnh viễn trong chủ thể, lưu lại nhiều năm hoặc cả đời như một kiểu người hộ vệ, thậm chí thu nhận những ký ức tăm tối nhất của chủ thể vào một dạng mất trí nhớ chọn lọc—tạo ra một trang giấy trắng để bước tiếp. Không hiếm khi một alter bảo vệ nắm quyền kiểm soát cơ thể và trở thành nhân cách </w:t>
      </w:r>
      <w:r>
        <w:rPr>
          <w:b w:val="0"/>
          <w:i/>
        </w:rPr>
        <w:t>thống trị</w:t>
      </w:r>
      <w:r>
        <w:rPr>
          <w:b w:val="0"/>
          <w:i w:val="0"/>
        </w:rPr>
        <w:t>, quyết định khi nào và bằng cách nào chủ thể bị chấn thương có thể an toàn “nổi lên”.</w:t>
      </w:r>
    </w:p>
    <w:p>
      <w:pPr>
        <w:spacing w:after="80"/>
      </w:pPr>
      <w:r>
        <w:rPr>
          <w:b w:val="0"/>
          <w:i w:val="0"/>
        </w:rPr>
        <w:t>Rối loạn đa nhân cách lần đầu tiên được chẩn đoán vào những năm 1800 dưới cái tên "ý thức kép" (double consciousness) — một kiểu mộng du khi thức, trong đó một cá nhân dường như bị một ý thức khác chiếm lấy, rồi ý thức đó thực hiện các hành động mà không có sự cho phép, hiểu biết hay ký ức của cá nhân ấy.</w:t>
      </w:r>
    </w:p>
    <w:p>
      <w:pPr>
        <w:spacing w:after="80"/>
      </w:pPr>
      <w:r>
        <w:rPr>
          <w:b w:val="0"/>
          <w:i w:val="0"/>
        </w:rPr>
        <w:t xml:space="preserve">Hai trong số những ca bệnh phi thường nhất trong lịch sử đã được ghi chép tỉ mỉ đến mức chúng trở thành nền tảng cho những cuốn sách bán chạy nhất </w:t>
      </w:r>
      <w:r>
        <w:rPr>
          <w:b w:val="0"/>
          <w:i/>
        </w:rPr>
        <w:t>The Three Faces of Eve, Strangers in My Body,</w:t>
      </w:r>
      <w:r>
        <w:rPr>
          <w:b w:val="0"/>
          <w:i w:val="0"/>
        </w:rPr>
        <w:t xml:space="preserve"> và </w:t>
      </w:r>
      <w:r>
        <w:rPr>
          <w:b w:val="0"/>
          <w:i/>
        </w:rPr>
        <w:t>Sybil.</w:t>
      </w:r>
      <w:r>
        <w:rPr>
          <w:b w:val="0"/>
          <w:i w:val="0"/>
        </w:rPr>
        <w:t xml:space="preserve"> Tất nhiên, cuốn sách nổi tiếng nhất mọi thời đại về căn bệnh này là </w:t>
      </w:r>
      <w:r>
        <w:rPr>
          <w:b w:val="0"/>
          <w:i/>
        </w:rPr>
        <w:t>The Strange Case of Dr. Jekyll and Mr. Hyde</w:t>
      </w:r>
      <w:r>
        <w:rPr>
          <w:b w:val="0"/>
          <w:i w:val="0"/>
        </w:rPr>
        <w:t xml:space="preserve"> của Robert Louis Stevenson.</w:t>
      </w:r>
    </w:p>
    <w:p>
      <w:pPr>
        <w:spacing w:after="80"/>
      </w:pPr>
      <w:r>
        <w:rPr>
          <w:b w:val="0"/>
          <w:i w:val="0"/>
        </w:rPr>
        <w:t xml:space="preserve">Katherine biết rằng nhiều trường hợp DID liên quan đến </w:t>
      </w:r>
      <w:r>
        <w:rPr>
          <w:b w:val="0"/>
          <w:i/>
        </w:rPr>
        <w:t>nhiều</w:t>
      </w:r>
      <w:r>
        <w:rPr>
          <w:b w:val="0"/>
          <w:i w:val="0"/>
        </w:rPr>
        <w:t xml:space="preserve"> nhân cách thay thế (alter) — có trường hợp hơn một tá nhân cách cùng sống trong một cơ thể chủ. Đáng kinh ngạc thay, các nhân cách thay thế đều có giọng nói, giọng điệu, chữ viết tay, bộ kỹ năng, sở thích ăn uống, và thậm chí cả bản dạng giới khác nhau. Họ bước đi khác nhau, thích những không gian sống khác nhau, mắc những căn bệnh thể chất khác nhau, và thậm chí có chỉ số IQ lẫn thị lực khác nhau.</w:t>
      </w:r>
    </w:p>
    <w:p>
      <w:pPr>
        <w:spacing w:after="80"/>
      </w:pPr>
      <w:r>
        <w:rPr>
          <w:b w:val="0"/>
          <w:i w:val="0"/>
        </w:rPr>
        <w:t>Một chiếc radio thu được nhiều đài khác nhau…</w:t>
      </w:r>
    </w:p>
    <w:p>
      <w:pPr>
        <w:spacing w:after="80"/>
      </w:pPr>
      <w:r>
        <w:rPr>
          <w:b w:val="0"/>
          <w:i w:val="0"/>
        </w:rPr>
        <w:t xml:space="preserve">Các bác sĩ tâm thần tranh cãi dữ dội về việc những khác biệt rõ rệt giữa các nhân cách thay thế ấy có thể tồn tại bằng cách nào, và một số người hoài nghi còn cáo buộc bệnh nhân DID là những diễn viên giỏi đang tìm kiếm sự chú ý. Tuy nhiên, khi bệnh nhân trải qua các bài kiểm tra nghiêm ngặt bao gồm chụp MRI, máy phát hiện nói dối, và các đợt thẩm vấn tinh vi, kết quả luôn giống nhau — </w:t>
      </w:r>
      <w:r>
        <w:rPr>
          <w:b w:val="0"/>
          <w:i/>
        </w:rPr>
        <w:t>đúng thật là</w:t>
      </w:r>
      <w:r>
        <w:rPr>
          <w:b w:val="0"/>
          <w:i w:val="0"/>
        </w:rPr>
        <w:t xml:space="preserve"> có nhiều cá nhân riêng biệt cùng tồn tại trong một cơ thể.</w:t>
      </w:r>
    </w:p>
    <w:p>
      <w:pPr>
        <w:spacing w:after="80"/>
      </w:pPr>
      <w:r>
        <w:rPr>
          <w:b w:val="0"/>
          <w:i w:val="0"/>
        </w:rPr>
        <w:t xml:space="preserve">Một số nhân cách thay thế </w:t>
      </w:r>
      <w:r>
        <w:rPr>
          <w:b w:val="0"/>
          <w:i/>
        </w:rPr>
        <w:t>nhận biết</w:t>
      </w:r>
      <w:r>
        <w:rPr>
          <w:b w:val="0"/>
          <w:i w:val="0"/>
        </w:rPr>
        <w:t xml:space="preserve"> về những nhân cách khác cùng sống với mình trong cái được gọi là "hệ thống" (the system). Những nhân cách này được gọi là "đồng ý thức" (co-conscious). Ngược lại, một số nhân cách thay thế lại không hề hay biết rằng hệ thống ấy tồn tại, mà thay vào đó tin rằng mình chỉ có một mình trong cơ thể. Họ thường gặp những khoảng trống ký ức khi các nhân cách mạnh hơn chặn họ ra ngoài, chiếm lấy vị trí tiên phong của tâm trí trong một hành động được gọi là "ra trước" (fronting).</w:t>
      </w:r>
    </w:p>
    <w:p>
      <w:pPr>
        <w:spacing w:after="80"/>
      </w:pPr>
      <w:r>
        <w:rPr>
          <w:b w:val="0"/>
          <w:i w:val="0"/>
        </w:rPr>
        <w:t xml:space="preserve">Giờ đây, khi Katherine đứng cùng Langdon trong tiền sảnh ảm đạm, cô cảm thấy sự chú ý của mình bị dán chặt vào sợi tóc vàng mà anh đã gỡ ra từ chiếc mũ vải. Kết luận của anh thật sốc…và hợp lý. </w:t>
      </w:r>
      <w:r>
        <w:rPr>
          <w:b w:val="0"/>
          <w:i/>
        </w:rPr>
        <w:t>Anh ấy tin rằng The Golěm và Sasha là cùng một người.</w:t>
      </w:r>
    </w:p>
    <w:p>
      <w:pPr>
        <w:spacing w:after="80"/>
      </w:pPr>
      <w:r>
        <w:rPr>
          <w:b w:val="0"/>
          <w:i w:val="0"/>
        </w:rPr>
        <w:t>Nếu Robert đúng, thì việc tìm thấy Sasha không còn là một khả năng nữa. Bi thảm thay, tình trạng tâm lý đã xuất hiện để cứu mạng Sasha Vesna có lẽ cũng đã kết liễu cô. The Golěm hẳn đã chết trong vụ nổ…mang theo Sasha cùng ông ta.</w:t>
      </w:r>
    </w:p>
    <w:p>
      <w:pPr>
        <w:jc w:val="center"/>
      </w:pPr>
      <w:r>
        <w:drawing>
          <wp:inline xmlns:a="http://schemas.openxmlformats.org/drawingml/2006/main" xmlns:pic="http://schemas.openxmlformats.org/drawingml/2006/picture">
            <wp:extent cx="5486400" cy="362122"/>
            <wp:docPr id="133" name="Picture 133"/>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The Golěm mặc đồ xong và soi mình trong gương. Hình ảnh của cô luôn khiến ông ta thấy xa lạ, vậy mà đây lại chính là cách ông ta thường tồn tại nhất trên thế giới — hóa thân thành Sasha, mặc bộ quần áo mà cô ấy khoác lên mỗi sáng.</w:t>
      </w:r>
    </w:p>
    <w:p>
      <w:pPr>
        <w:spacing w:after="80"/>
      </w:pPr>
      <w:r>
        <w:rPr>
          <w:b w:val="0"/>
          <w:i w:val="0"/>
        </w:rPr>
        <w:t>Trang phục hôm nay — quần jeans, áo sơ mi trắng, giày tennis, và một chiếc áo khoác parka — là những bộ đồ The Golěm đã để sẵn trong văn phòng của Sasha chính vì khoảnh khắc này. Vẻ ngoài ấy chẳng đẹp đẽ gì, tóc cô rối bù và ướt sũng, nhưng nó khiến cô trở thành một hình ảnh đáng thương…và cô đang vô cùng cần sự thương hại.</w:t>
      </w:r>
    </w:p>
    <w:p>
      <w:pPr>
        <w:spacing w:after="80"/>
      </w:pPr>
      <w:r>
        <w:rPr>
          <w:b w:val="0"/>
          <w:i w:val="0"/>
        </w:rPr>
        <w:t>Xin hãy giúp Sasha…</w:t>
      </w:r>
    </w:p>
    <w:p>
      <w:pPr>
        <w:spacing w:after="80"/>
      </w:pPr>
      <w:r>
        <w:rPr>
          <w:b w:val="0"/>
          <w:i w:val="0"/>
        </w:rPr>
        <w:t>The Golěm đã cố gắng hết sức để trở thành một người bạn đồng hành thầm lặng trong cuộc đời Sasha, ẩn mình sâu thẳm trong tâm trí cô, dõi theo khi cô dũng cảm bước qua cuộc sống mới của mình…cuộc sống mà cô xứng đáng có. Như bất kỳ người giám hộ chu đáo nào, The Golěm thỉnh thoảng can thiệp để bảo vệ chính Sasha. Ông ta sẽ bước ra và lặng lẽ nắm lấy dây cương, tiếp quản cơ thể Sasha, dễ dàng bắt chước giọng nói và phong thái của cô. Những lần can thiệp ấy là để bảo vệ cô…che chắn cô khỏi những tình huống nguy hiểm, những thông tin đau đớn, hay những quyết định khó khăn mà cô chưa sẵn sàng đưa ra.</w:t>
      </w:r>
    </w:p>
    <w:p>
      <w:pPr>
        <w:spacing w:after="80"/>
      </w:pPr>
      <w:r>
        <w:rPr>
          <w:b w:val="0"/>
          <w:i w:val="0"/>
        </w:rPr>
        <w:t>Với Sasha, những khoảnh khắc ấy là những khoảng trống ngắn ngủi trong cuộc đời và ký ức của cô, giống như mơ màng khi đang lái xe rồi đến nơi mà không nhớ nổi mình đã đi đến đó bằng cách nào. Cô chấp nhận rằng trí nhớ của mình thỉnh thoảng có chỗ trống. Những lần can thiệp của The Golěm gần đây đã trở nên ít thường xuyên hơn vì Sasha đã hạnh phúc hơn bao giờ hết trong mắt ông ta.</w:t>
      </w:r>
    </w:p>
    <w:p>
      <w:pPr>
        <w:spacing w:after="80"/>
      </w:pPr>
      <w:r>
        <w:rPr>
          <w:b w:val="0"/>
          <w:i w:val="0"/>
        </w:rPr>
        <w:t>Lý do cho hạnh phúc của cô là Michael Harris.</w:t>
      </w:r>
    </w:p>
    <w:p>
      <w:pPr>
        <w:spacing w:after="80"/>
      </w:pPr>
      <w:r>
        <w:rPr>
          <w:b w:val="0"/>
          <w:i w:val="0"/>
        </w:rPr>
        <w:t>Sasha đang yêu.</w:t>
      </w:r>
    </w:p>
    <w:p>
      <w:pPr>
        <w:spacing w:after="80"/>
      </w:pPr>
      <w:r>
        <w:rPr>
          <w:b w:val="0"/>
          <w:i w:val="0"/>
        </w:rPr>
        <w:t>Viên tùy viên đẹp trai ấy bước vào cuộc đời cô một cách tình cờ, hoặc có vẻ là như vậy, và dù The Golěm không thoải mái với mối quan hệ thể xác đang lớn dần giữa họ, ông ta đã chọn không can thiệp. Sasha xứng đáng có một mối tình đầu, và Michael có vẻ là một người đàn ông tử tế.</w:t>
      </w:r>
    </w:p>
    <w:p>
      <w:pPr>
        <w:spacing w:after="80"/>
      </w:pPr>
      <w:r>
        <w:rPr>
          <w:b w:val="0"/>
          <w:i w:val="0"/>
        </w:rPr>
        <w:t>Hóa ra, vẻ ngoài đã đánh lừa tất cả.</w:t>
      </w:r>
    </w:p>
    <w:p>
      <w:pPr>
        <w:spacing w:after="80"/>
      </w:pPr>
      <w:r>
        <w:rPr>
          <w:b w:val="0"/>
          <w:i w:val="0"/>
        </w:rPr>
        <w:t xml:space="preserve">Ba tuần trước, The Golěm đang nằm trên tấm chiếu gai trong </w:t>
      </w:r>
      <w:r>
        <w:rPr>
          <w:b w:val="0"/>
          <w:i/>
        </w:rPr>
        <w:t>svatyně</w:t>
      </w:r>
      <w:r>
        <w:rPr>
          <w:b w:val="0"/>
          <w:i w:val="0"/>
        </w:rPr>
        <w:t xml:space="preserve"> của mình, tận hưởng niềm hạnh phúc sau cơn động kinh, thì nghe thấy có ai đó trong căn hộ bên dưới. Bối rối, anh áp tai xuống sàn và nghe thấy có vẻ như ai đó đang </w:t>
      </w:r>
      <w:r>
        <w:rPr>
          <w:b w:val="0"/>
          <w:i/>
        </w:rPr>
        <w:t>lục lọi</w:t>
      </w:r>
      <w:r>
        <w:rPr>
          <w:b w:val="0"/>
          <w:i w:val="0"/>
        </w:rPr>
        <w:t xml:space="preserve"> căn hộ của Sasha. Trước khi kịp mặc đồ và chạy xuống, một giọng nói bắt đầu vang lên ầm ĩ trong không gian bên dưới.</w:t>
      </w:r>
    </w:p>
    <w:p>
      <w:pPr>
        <w:spacing w:after="80"/>
      </w:pPr>
      <w:r>
        <w:rPr>
          <w:b w:val="0"/>
          <w:i w:val="0"/>
        </w:rPr>
        <w:t>Giọng nói đó thuộc về Michael Harris.</w:t>
      </w:r>
    </w:p>
    <w:p>
      <w:pPr>
        <w:spacing w:after="80"/>
      </w:pPr>
      <w:r>
        <w:rPr>
          <w:b w:val="0"/>
          <w:i w:val="0"/>
        </w:rPr>
        <w:t>Sững sờ, The Golěm thấy mình đang nghe cuộc trò chuyện điện thoại giữa Harris và đại sứ Hoa Kỳ. Cuộc gọi không chỉ tiết lộ rằng Harris có động cơ mờ ám khi kết thân với Sasha, mà còn cho thấy lòng tốt của người cố vấn đáng tin cậy của Sasha, Tiến sĩ Brigita Gessner, cũng có thể là giả dối.</w:t>
      </w:r>
    </w:p>
    <w:p>
      <w:pPr>
        <w:spacing w:after="80"/>
      </w:pPr>
      <w:r>
        <w:rPr>
          <w:b w:val="0"/>
          <w:i w:val="0"/>
        </w:rPr>
        <w:t>Chỉ trong vài giây, The Golěm đã đánh giá lại cuộc sống may mắn mà anh tưởng Sasha đã tìm được. Anh biết rõ về những liệu trình điều trị y tế rộng lớn mà cô đã trải qua, và thế nhưng anh luôn tin rằng Brigita Gessner đã nhân từ chữa khỏi bệnh tật cho Sasha—và tiếp tục thực hiện các thủ thuật để hoàn thiện kết quả.</w:t>
      </w:r>
    </w:p>
    <w:p>
      <w:pPr>
        <w:spacing w:after="80"/>
      </w:pPr>
      <w:r>
        <w:rPr>
          <w:b w:val="0"/>
          <w:i w:val="0"/>
        </w:rPr>
        <w:t>Giờ đây The Golěm nhìn thấy một thực tại khác. Từ khoảnh khắc đó trở đi, anh gần như luôn hiện diện, quan sát qua đôi mắt của Sasha, theo dõi, lắng nghe, dẫn dắt, và chờ đợi cơ hội để phơi bày sự thật. Đêm qua, The Golěm cuối cùng đã nắm bắt được cơ hội của mình, cô lập Gessner trong phòng thí nghiệm của bà ta và bất tử hóa sự phản bội. Lời thú tội được ghi âm của Gessner đã bao trùm tất cả…các ca phẫu thuật, cấy ghép, cái chết của Dmitri, thuốc gây ảo giác, ông Finch, CIA, và mục tiêu thực sự của họ tại Prague.</w:t>
      </w:r>
    </w:p>
    <w:p>
      <w:pPr>
        <w:spacing w:after="80"/>
      </w:pPr>
      <w:r>
        <w:rPr>
          <w:b w:val="0"/>
          <w:i/>
        </w:rPr>
        <w:t>Threshold giờ đã biến mất,</w:t>
      </w:r>
      <w:r>
        <w:rPr>
          <w:b w:val="0"/>
          <w:i w:val="0"/>
        </w:rPr>
        <w:t xml:space="preserve"> The Golěm khoái trá nghĩ khi bước ra khỏi phòng tắm của phòng thí nghiệm vào hành lang. Anh hy vọng Robert Langdon và Katherine Solomon đã trốn thoát; vị giáo sư người Mỹ hôm nay đã đối xử tử tế đáng kể với Sasha, và người bạn khoa học của ông hiểu vũ trụ theo những cách mà chỉ những người như The Golěm mới thực sự nắm bắt được.</w:t>
      </w:r>
    </w:p>
    <w:p>
      <w:pPr>
        <w:spacing w:after="80"/>
      </w:pPr>
      <w:r>
        <w:rPr>
          <w:b w:val="0"/>
          <w:i w:val="0"/>
        </w:rPr>
        <w:t>Ngày hôm nay, dù kết thúc trong thắng lợi, đã mang đến không ít thử thách bất ngờ. Cú sốc đầu tiên của The Golěm là việc chạm trán các sĩ quan ÚSZI tại pháo đài; cú sốc thứ hai là nhìn thấy Langdon cúi gập người trên thi thể Gessner; và cú sốc thứ ba—chắc chắn do hai cú đầu gây ra—một cơn động kinh trong phòng thí nghiệm của Gessner mà anh không thể ngăn lại.</w:t>
      </w:r>
    </w:p>
    <w:p>
      <w:pPr>
        <w:spacing w:after="80"/>
      </w:pPr>
      <w:r>
        <w:rPr>
          <w:b w:val="0"/>
          <w:i w:val="0"/>
        </w:rPr>
        <w:t xml:space="preserve">Vấn đề với những cơn động kinh là bộ não của The Golěm luôn khởi động lại về trạng thái </w:t>
      </w:r>
      <w:r>
        <w:rPr>
          <w:b w:val="0"/>
          <w:i/>
        </w:rPr>
        <w:t>mặc định</w:t>
      </w:r>
      <w:r>
        <w:rPr>
          <w:b w:val="0"/>
          <w:i w:val="0"/>
        </w:rPr>
        <w:t xml:space="preserve"> ban đầu—Sasha. Cô luôn tỉnh dậy một mình và dễ bị tổn thương. Sau cơn động kinh, ý thức của Sasha hoàn toàn hiện diện và kiểm soát cho đến khi The Golěm có thể lóe lên trở lại sau vài phút và tiếp quản. Vì lý do này, anh giữ </w:t>
      </w:r>
      <w:r>
        <w:rPr>
          <w:b w:val="0"/>
          <w:i/>
        </w:rPr>
        <w:t>svatyně</w:t>
      </w:r>
      <w:r>
        <w:rPr>
          <w:b w:val="0"/>
          <w:i w:val="0"/>
        </w:rPr>
        <w:t xml:space="preserve"> của mình tối om khi nhận được Ether, đảm bảo Sasha sẽ luôn tỉnh dậy trong bóng tối thay vì trong một căn phòng xa lạ.</w:t>
      </w:r>
    </w:p>
    <w:p>
      <w:pPr>
        <w:spacing w:after="80"/>
      </w:pPr>
      <w:r>
        <w:rPr>
          <w:b w:val="0"/>
          <w:i w:val="0"/>
        </w:rPr>
        <w:t>Sáng nay, sau cơn động kinh bên cạnh thi thể Gessner, The Golěm đã vật lộn đưa ý thức của mình trở lại vị trí dẫn đầu và thấy mình được Robert Langdon ôm trong vòng tay. Nhận ra việc xuống Threshold sẽ phải chờ đợi, The Golěm thuyết phục Langdon rời khỏi pháo đài—bề ngoài là cùng với Sasha—nhưng khi vị giáo sư xuống con dốc phủ tuyết đến Công viên Folimanka, The Golěm đã ở bên ông từng bước, quan sát qua đôi mắt của Sasha.</w:t>
      </w:r>
    </w:p>
    <w:p>
      <w:pPr>
        <w:spacing w:after="80"/>
      </w:pPr>
      <w:r>
        <w:rPr>
          <w:b w:val="0"/>
          <w:i w:val="0"/>
        </w:rPr>
        <w:t>Tại căn hộ của Sasha, sự xuất hiện sắp tới của Harris mang đến cơ hội hoàn hảo để trừng phạt kẻ phản bội tàn nhẫn nhất của Sasha, nên The Golěm đã đưa Langdon ra khỏi vùng nguy hiểm bằng cách ứng biến một ảo ảnh đơn giản—một mẩu giấy; một tiếng gõ cửa; một lần tạm lùi vào phòng tắm. Langdon tìm thấy thông điệp và lao ra con hẻm trong đôi tất, không hề nhận ra The Golěm đang quan sát từ cửa sổ của Sasha.</w:t>
      </w:r>
    </w:p>
    <w:p>
      <w:pPr>
        <w:spacing w:after="80"/>
      </w:pPr>
      <w:r>
        <w:rPr>
          <w:b w:val="0"/>
          <w:i w:val="0"/>
        </w:rPr>
        <w:t>Chưa đầy một giờ trước, tại pháo đài này, một nữ đặc vụ đã tấn công anh, và anh vẫn còn thấy rõ vẻ mặt sửng sốt của cô ta khi cô ta tuyệt vọng đẩy mạnh hai tay vào ngực The Golěm…và chạm phải hình dạng mềm mại của bộ ngực Sasha.</w:t>
      </w:r>
    </w:p>
    <w:p>
      <w:pPr>
        <w:spacing w:after="80"/>
      </w:pPr>
      <w:r>
        <w:rPr>
          <w:b w:val="0"/>
          <w:i w:val="0"/>
        </w:rPr>
        <w:t>Ta không phải như ngươi nghĩ.</w:t>
      </w:r>
    </w:p>
    <w:p>
      <w:pPr>
        <w:spacing w:after="80"/>
      </w:pPr>
      <w:r>
        <w:rPr>
          <w:b w:val="0"/>
          <w:i w:val="0"/>
        </w:rPr>
        <w:t>Và rồi, thử thách cuối cùng của anh, ở tầng dưới trong Threshold. Sau khi mất cây gậy từ tính, The Golěm lại bị một cơn động kinh khác và điên cuồng lục lọi căn phòng hình vòm để tìm một nơi an toàn vượt qua cơn bệnh, cuối cùng chọn phần nội thất có đệm của một trong các khoang EPR. Đó là nơi anh biết rõ.</w:t>
      </w:r>
    </w:p>
    <w:p>
      <w:pPr>
        <w:spacing w:after="80"/>
      </w:pPr>
      <w:r>
        <w:rPr>
          <w:b w:val="0"/>
          <w:i w:val="0"/>
        </w:rPr>
        <w:t>Ta đã chết ở đó nhiều lần.</w:t>
      </w:r>
    </w:p>
    <w:p>
      <w:pPr>
        <w:spacing w:after="80"/>
      </w:pPr>
      <w:r>
        <w:rPr>
          <w:b w:val="0"/>
          <w:i w:val="0"/>
        </w:rPr>
        <w:t>The Golěm rùng mình khi giờ đây nhớ lại bản chất thực sự của các thí nghiệm của Gessner—đẩy Sasha đến bờ vực rồi kéo cô trở lại—hết lần này đến lần khác. Vào thời điểm đó, anh đã tin vào lòng hào phóng của Gessner và đã cố gắng hết sức để hấp thụ nỗi đau của những sự kiện đó, để che chắn Sasha khỏi sự khó chịu và nỗi sợ hãi. May mắn thay, Sasha không thể nhớ được nhiều lần Gessner đã đánh thuốc mê cô và đẩy xe đưa cô qua Threshold để thực hiện các thí nghiệm khác nhau trong phòng phẫu thuật và phòng khoang.</w:t>
      </w:r>
    </w:p>
    <w:p>
      <w:pPr>
        <w:spacing w:after="80"/>
      </w:pPr>
      <w:r>
        <w:rPr>
          <w:b w:val="0"/>
          <w:i/>
        </w:rPr>
        <w:t>Nhưng tôi nhớ,</w:t>
      </w:r>
      <w:r>
        <w:rPr>
          <w:b w:val="0"/>
          <w:i w:val="0"/>
        </w:rPr>
        <w:t xml:space="preserve"> Golěm nghĩ.</w:t>
      </w:r>
    </w:p>
    <w:p>
      <w:pPr>
        <w:spacing w:after="80"/>
      </w:pPr>
      <w:r>
        <w:rPr>
          <w:b w:val="0"/>
          <w:i w:val="0"/>
        </w:rPr>
        <w:t>Những làn ký ức mờ nhạt vẫn còn ám ảnh ông.</w:t>
      </w:r>
    </w:p>
    <w:p>
      <w:pPr>
        <w:spacing w:after="80"/>
      </w:pPr>
      <w:r>
        <w:rPr>
          <w:b w:val="0"/>
          <w:i/>
        </w:rPr>
        <w:t>Một cuộc đời khác,</w:t>
      </w:r>
      <w:r>
        <w:rPr>
          <w:b w:val="0"/>
          <w:i w:val="0"/>
        </w:rPr>
        <w:t xml:space="preserve"> ông tự nhủ. </w:t>
      </w:r>
      <w:r>
        <w:rPr>
          <w:b w:val="0"/>
          <w:i/>
        </w:rPr>
        <w:t>Đó là quá khứ rồi.</w:t>
      </w:r>
    </w:p>
    <w:p>
      <w:pPr>
        <w:spacing w:after="80"/>
      </w:pPr>
      <w:r>
        <w:rPr>
          <w:b w:val="0"/>
          <w:i w:val="0"/>
        </w:rPr>
        <w:t xml:space="preserve">Tương lai giờ đang đến gần, tương lai ông đã hoạch định cho Sasha, tương lai cô xứng đáng được hưởng. </w:t>
      </w:r>
      <w:r>
        <w:rPr>
          <w:b w:val="0"/>
          <w:i/>
        </w:rPr>
        <w:t>Chẳng mấy chốc ta sẽ giải thoát cho cô ấy và biến mất.</w:t>
      </w:r>
      <w:r>
        <w:rPr>
          <w:b w:val="0"/>
          <w:i w:val="0"/>
        </w:rPr>
        <w:t xml:space="preserve"> Tất cả những gì còn lại là thoát khỏi thế giới ngầm này…và tìm đường đến đại sứ quán Hoa Kỳ.</w:t>
      </w:r>
    </w:p>
    <w:p>
      <w:pPr>
        <w:pStyle w:val="Heading1"/>
      </w:pPr>
      <w:r>
        <w:rPr>
          <w:rFonts w:ascii="Calibri" w:hAnsi="Calibri"/>
          <w:b/>
          <w:i w:val="0"/>
          <w:sz w:val="40"/>
        </w:rPr>
        <w:t>Chương 124</w:t>
      </w:r>
    </w:p>
    <w:p>
      <w:pPr>
        <w:spacing w:after="80"/>
      </w:pPr>
      <w:r>
        <w:rPr>
          <w:b w:val="0"/>
          <w:i w:val="0"/>
        </w:rPr>
        <w:t>Langdon đứng trong bếp của Sasha Vesna, vẫn còn đang vật lộn với những gì anh và Katherine đã phát hiện ra. Hai con mèo Xiêm của Sasha đang quấn quýt âu yếm quanh mắt cá chân anh, và hương trà Caravan Nga vẫn còn phảng phất trong không khí. Dẫu vậy, ngôi nhà của cô giờ đây với anh hoàn toàn xa lạ.</w:t>
      </w:r>
    </w:p>
    <w:p>
      <w:pPr>
        <w:spacing w:after="80"/>
      </w:pPr>
      <w:r>
        <w:rPr>
          <w:b w:val="0"/>
          <w:i w:val="0"/>
        </w:rPr>
        <w:t>Khi tôi ở đây, có lẽ tôi đã không nói chuyện với Sasha thật.</w:t>
      </w:r>
    </w:p>
    <w:p>
      <w:pPr>
        <w:spacing w:after="80"/>
      </w:pPr>
      <w:r>
        <w:rPr>
          <w:b w:val="0"/>
          <w:i w:val="0"/>
        </w:rPr>
        <w:t xml:space="preserve">Phát hiện này thật sự gây bàng hoàng, thế nhưng tình trạng tâm lý của Sasha lại giải đáp được rất nhiều câu hỏi—việc Golěm có thể ra vào Crucifix Bastion…chuyện Sasha mất trí nhớ…căn hộ kỳ lạ ở tầng trên…và có lẽ cả lý do vì sao Langdon được trao chìa khóa căn hộ của Sasha và được giục quay lại. </w:t>
      </w:r>
      <w:r>
        <w:rPr>
          <w:b w:val="0"/>
          <w:i/>
        </w:rPr>
        <w:t>Có phải ông ta muốn</w:t>
      </w:r>
      <w:r>
        <w:rPr>
          <w:b w:val="0"/>
          <w:i w:val="0"/>
        </w:rPr>
        <w:t xml:space="preserve"> tôi </w:t>
      </w:r>
      <w:r>
        <w:rPr>
          <w:b w:val="0"/>
          <w:i/>
        </w:rPr>
        <w:t>tìm thấy thi thể của Harris và trao phong bì cho đại sứ?</w:t>
      </w:r>
      <w:r>
        <w:rPr>
          <w:b w:val="0"/>
          <w:i w:val="0"/>
        </w:rPr>
        <w:t xml:space="preserve"> Dù thế nào đi nữa, nhận thức về danh tính của Sasha đang làm sáng tỏ nhiều khía cạnh.</w:t>
      </w:r>
    </w:p>
    <w:p>
      <w:pPr>
        <w:spacing w:after="80"/>
      </w:pPr>
      <w:r>
        <w:rPr>
          <w:b w:val="0"/>
          <w:i w:val="0"/>
        </w:rPr>
        <w:t xml:space="preserve">Katherine vào bếp cùng anh sau khi đi một vòng quanh căn hộ. “Tôi tự hỏi,” cô ngập ngừng, “liệu Threshold có chọn </w:t>
      </w:r>
      <w:r>
        <w:rPr>
          <w:b w:val="0"/>
          <w:i/>
        </w:rPr>
        <w:t>những người động kinh</w:t>
      </w:r>
      <w:r>
        <w:rPr>
          <w:b w:val="0"/>
          <w:i w:val="0"/>
        </w:rPr>
        <w:t xml:space="preserve"> làm đối tượng thử nghiệm vì họ vốn có khuynh hướng tự nhiên trải qua trạng thái xuất hồn…hay vì người động kinh mang lại cho Brigita vỏ bọc hoàn hảo để phẫu thuật não mà không gây nghi ngờ.”</w:t>
      </w:r>
    </w:p>
    <w:p>
      <w:pPr>
        <w:spacing w:after="80"/>
      </w:pPr>
      <w:r>
        <w:rPr>
          <w:b w:val="0"/>
          <w:i w:val="0"/>
        </w:rPr>
        <w:t>Đó là một câu hỏi hay, và Langdon cho rằng có thể là cả hai. “Dù thế nào đi nữa, điều đó không thể tha thứ. Tôi nghi có chuyện gì đó khủng khiếp đã xảy ra với Dmitri và anh ta đã chết, đúng như hồ sơ của anh ta cho thấy.”</w:t>
      </w:r>
    </w:p>
    <w:p>
      <w:pPr>
        <w:spacing w:after="80"/>
      </w:pPr>
      <w:r>
        <w:rPr>
          <w:b w:val="0"/>
          <w:i w:val="0"/>
        </w:rPr>
        <w:t>Một khoảng lặng dài bao trùm giữa hai người khi Langdon đưa mắt nhìn những đồ trang trí ngọt ngào, thậm chí trẻ con, quanh căn bếp.</w:t>
      </w:r>
    </w:p>
    <w:p>
      <w:pPr>
        <w:spacing w:after="80"/>
      </w:pPr>
      <w:r>
        <w:rPr>
          <w:b w:val="0"/>
          <w:i w:val="0"/>
        </w:rPr>
        <w:t xml:space="preserve">“Còn hai đứa này thì sao?” Katherine hỏi, ngồi xuống vuốt ve hai con mèo được chải chuốt tươm tất của Sasha. “Lần cuối chúng được </w:t>
      </w:r>
      <w:r>
        <w:rPr>
          <w:b w:val="0"/>
          <w:i/>
        </w:rPr>
        <w:t>cho ăn</w:t>
      </w:r>
      <w:r>
        <w:rPr>
          <w:b w:val="0"/>
          <w:i w:val="0"/>
        </w:rPr>
        <w:t xml:space="preserve"> là khi nào?”</w:t>
      </w:r>
    </w:p>
    <w:p>
      <w:pPr>
        <w:spacing w:after="80"/>
      </w:pPr>
      <w:r>
        <w:rPr>
          <w:b w:val="0"/>
          <w:i/>
        </w:rPr>
        <w:t>Đúng vậy,</w:t>
      </w:r>
      <w:r>
        <w:rPr>
          <w:b w:val="0"/>
          <w:i w:val="0"/>
        </w:rPr>
        <w:t xml:space="preserve"> Langdon nghĩ. </w:t>
      </w:r>
      <w:r>
        <w:rPr>
          <w:b w:val="0"/>
          <w:i/>
        </w:rPr>
        <w:t>Sẽ cần có người nhận nuôi chúng.</w:t>
      </w:r>
      <w:r>
        <w:rPr>
          <w:b w:val="0"/>
          <w:i w:val="0"/>
        </w:rPr>
        <w:t xml:space="preserve"> Anh đi đến tủ dưới bồn rửa và lôi ra túi thức ăn cho mèo.</w:t>
      </w:r>
    </w:p>
    <w:p>
      <w:pPr>
        <w:spacing w:after="80"/>
      </w:pPr>
      <w:r>
        <w:rPr>
          <w:b w:val="0"/>
          <w:i w:val="0"/>
        </w:rPr>
        <w:t>“Để tôi làm,” Katherine nói, nhận lấy túi. “Anh nên gọi điện đi.”</w:t>
      </w:r>
    </w:p>
    <w:p>
      <w:pPr>
        <w:spacing w:after="80"/>
      </w:pPr>
      <w:r>
        <w:rPr>
          <w:b w:val="0"/>
          <w:i w:val="0"/>
        </w:rPr>
        <w:t xml:space="preserve">Langdon đi đến chiếc điện thoại treo trên tường và bấm số mà Scott Kerble đã đưa cho anh. Khi chuông bắt đầu reo, anh tự hỏi mình sẽ nói gì khi Kerble hỏi về Sasha Vesna. </w:t>
      </w:r>
      <w:r>
        <w:rPr>
          <w:b w:val="0"/>
          <w:i/>
        </w:rPr>
        <w:t>Chúng tôi không tìm thấy cô ấy. Cô ấy chết trong Threshold. Nhân tiện, cô ấy đã giết Michael Harris.</w:t>
      </w:r>
      <w:r>
        <w:rPr>
          <w:b w:val="0"/>
          <w:i w:val="0"/>
        </w:rPr>
        <w:t xml:space="preserve"> Langdon vẫn đang cố hiểu làm sao Sasha có thể yêu Harris sâu đậm đến vậy trong khi người bảo vệ cô lại biết sự thật về Harris và căm ghét anh ta. </w:t>
      </w:r>
      <w:r>
        <w:rPr>
          <w:b w:val="0"/>
          <w:i/>
        </w:rPr>
        <w:t>Hai con người. Một cơ thể.</w:t>
      </w:r>
    </w:p>
    <w:p>
      <w:pPr>
        <w:spacing w:after="80"/>
      </w:pPr>
      <w:r>
        <w:rPr>
          <w:b w:val="0"/>
          <w:i w:val="0"/>
        </w:rPr>
        <w:t>Langdon nhớ có lần nghe về một vụ án liên quan đến kẻ bị cáo buộc hiếp dâm, William Milligan, người đã chứng minh qua bài kiểm tra nói dối rằng anh ta không hề nhớ gì về những tội ác bị cáo buộc. Hóa ra, Milligan là người mắc chứng DID (rối loạn đa nhân cách) mà không hay biết; một trong những nhân cách khác của anh ta đã gây ra tội ác mà anh ta không hề hay biết. Milligan được tuyên trắng án và đưa vào một cơ sở tâm thần.</w:t>
      </w:r>
    </w:p>
    <w:p>
      <w:pPr>
        <w:spacing w:after="80"/>
      </w:pPr>
      <w:r>
        <w:rPr>
          <w:b w:val="0"/>
          <w:i w:val="0"/>
        </w:rPr>
        <w:t>Trước khi có nền chăm sóc tâm thần hiện đại, nhiều người biểu hiện nhân cách phân rã đã được đưa đến những chuyên gia tâm thần duy nhất sẵn có—các linh mục. Giáo hội thường chẩn đoán họ bị "quỷ ám" và kê một phác đồ điều trị phổ biến: "trừ tà." Cho đến ngày nay, Nghi thức Trừ tà vẫn được thực hiện thường xuyên trên những cá nhân mắc rối loạn tâm thần, và dù Langdon luôn kinh hoàng trước điều này, ông phải thừa nhận rằng mô tả của Katherine về ý thức phi cục bộ (nonlocal consciousness) đã thêm một góc nhìn mới.</w:t>
      </w:r>
    </w:p>
    <w:p>
      <w:pPr>
        <w:spacing w:after="80"/>
      </w:pPr>
      <w:r>
        <w:rPr>
          <w:b w:val="0"/>
          <w:i w:val="0"/>
        </w:rPr>
        <w:t>Có lẽ một người trừ tà không phải đang cố dụ con quỷ ra khỏi cơ thể… mà là đang cố chỉnh lại bộ thu của cơ thể để chặn đài không mong muốn.</w:t>
      </w:r>
    </w:p>
    <w:p>
      <w:pPr>
        <w:spacing w:after="80"/>
      </w:pPr>
      <w:r>
        <w:rPr>
          <w:b w:val="0"/>
          <w:i w:val="0"/>
        </w:rPr>
        <w:t>"Kerble đây," một giọng nói quen thuộc vang lên trên điện thoại, kéo Langdon trở về với hiện tại.</w:t>
      </w:r>
    </w:p>
    <w:p>
      <w:pPr>
        <w:spacing w:after="80"/>
      </w:pPr>
      <w:r>
        <w:rPr>
          <w:b w:val="0"/>
          <w:i w:val="0"/>
        </w:rPr>
        <w:t>"Xin chào, Robert Langdon đây."</w:t>
      </w:r>
    </w:p>
    <w:p>
      <w:pPr>
        <w:spacing w:after="80"/>
      </w:pPr>
      <w:r>
        <w:rPr>
          <w:b w:val="0"/>
          <w:i w:val="0"/>
        </w:rPr>
        <w:t>"Chúng tôi đã chờ cuộc gọi của ngài, thưa ngài. Vui lòng giữ máy để gặp Đại sứ Nagel."</w:t>
      </w:r>
    </w:p>
    <w:p>
      <w:pPr>
        <w:spacing w:after="80"/>
      </w:pPr>
      <w:r>
        <w:rPr>
          <w:b w:val="0"/>
          <w:i w:val="0"/>
        </w:rPr>
        <w:t xml:space="preserve">Langdon ngạc nhiên vì đại sứ có thể nói chuyện. </w:t>
      </w:r>
      <w:r>
        <w:rPr>
          <w:b w:val="0"/>
          <w:i/>
        </w:rPr>
        <w:t>Tôi tưởng bà ấy đang bị bắt giữ.</w:t>
      </w:r>
      <w:r>
        <w:rPr>
          <w:b w:val="0"/>
          <w:i w:val="0"/>
        </w:rPr>
        <w:t xml:space="preserve"> Có vẻ như có điều gì đó đã thay đổi ở đại sứ quán.</w:t>
      </w:r>
    </w:p>
    <w:p>
      <w:pPr>
        <w:spacing w:after="80"/>
      </w:pPr>
      <w:r>
        <w:rPr>
          <w:b w:val="0"/>
          <w:i w:val="0"/>
        </w:rPr>
        <w:t>"Giáo sư," giọng đại sứ vang lên trên đường dây. "Tôi không thể nói hết được tôi nhẹ nhõm đến nhường nào khi cả hai người đều an toàn. Scott bảo tôi là…suýt soát lắm."</w:t>
      </w:r>
    </w:p>
    <w:p>
      <w:pPr>
        <w:spacing w:after="80"/>
      </w:pPr>
      <w:r>
        <w:rPr>
          <w:b w:val="0"/>
          <w:i w:val="0"/>
        </w:rPr>
        <w:t>"Tôi không chắc nó có thể suýt soát hơn được nữa," Langdon nói. "Và chúng tôi nghe nói bà bị giám đốc CIA bắt giữ?"</w:t>
      </w:r>
    </w:p>
    <w:p>
      <w:pPr>
        <w:spacing w:after="80"/>
      </w:pPr>
      <w:r>
        <w:rPr>
          <w:b w:val="0"/>
          <w:i w:val="0"/>
        </w:rPr>
        <w:t>"Đúng vậy, mặc dù Giám đốc Judd khẳng định việc giam giữ là để bảo vệ tạm thời nhằm đảm bảo an toàn cho tôi."</w:t>
      </w:r>
    </w:p>
    <w:p>
      <w:pPr>
        <w:spacing w:after="80"/>
      </w:pPr>
      <w:r>
        <w:rPr>
          <w:b w:val="0"/>
          <w:i w:val="0"/>
        </w:rPr>
        <w:t>"Bà có tin ông ta không?"</w:t>
      </w:r>
    </w:p>
    <w:p>
      <w:pPr>
        <w:spacing w:after="80"/>
      </w:pPr>
      <w:r>
        <w:rPr>
          <w:b w:val="0"/>
          <w:i w:val="0"/>
        </w:rPr>
        <w:t xml:space="preserve">"Tôi </w:t>
      </w:r>
      <w:r>
        <w:rPr>
          <w:b w:val="0"/>
          <w:i/>
        </w:rPr>
        <w:t>muốn</w:t>
      </w:r>
      <w:r>
        <w:rPr>
          <w:b w:val="0"/>
          <w:i w:val="0"/>
        </w:rPr>
        <w:t xml:space="preserve"> tin," Nagel nói. "Ông ta khẳng định mình lo Finch có thể…tôi không biết nữa. Dù sao thì, tôi không có liên lạc nào từ Finch kể từ cuộc gọi cuối cùng của chúng tôi."</w:t>
      </w:r>
    </w:p>
    <w:p>
      <w:pPr>
        <w:spacing w:after="80"/>
      </w:pPr>
      <w:r>
        <w:rPr>
          <w:b w:val="0"/>
          <w:i w:val="0"/>
        </w:rPr>
        <w:t>"Finch chết rồi," Langdon nói thẳng thừng. "Chúng tôi thấy ông ta ở Threshold ngay trước vụ nổ. Katherine và tôi là những người cuối cùng ra ngoài, và Finch—"</w:t>
      </w:r>
    </w:p>
    <w:p>
      <w:pPr>
        <w:spacing w:after="80"/>
      </w:pPr>
      <w:r>
        <w:rPr>
          <w:b w:val="0"/>
          <w:i w:val="0"/>
        </w:rPr>
        <w:t>"Được rồi," bà ngắt lời, giọng run rẩy. "Không nói qua điện thoại. Chúng ta sẽ bàn trực tiếp."</w:t>
      </w:r>
    </w:p>
    <w:p>
      <w:pPr>
        <w:spacing w:after="80"/>
      </w:pPr>
      <w:r>
        <w:rPr>
          <w:b w:val="0"/>
          <w:i w:val="0"/>
        </w:rPr>
        <w:t>"Chúng tôi có nhiều điều để chia sẻ," Langdon nói. "Đại sứ quán có phải là nơi an toàn để nói chuyện không?"</w:t>
      </w:r>
    </w:p>
    <w:p>
      <w:pPr>
        <w:spacing w:after="80"/>
      </w:pPr>
      <w:r>
        <w:rPr>
          <w:b w:val="0"/>
          <w:i w:val="0"/>
        </w:rPr>
        <w:t>"Tôi không chắc về điều đó," Nagel đáp. "Tôi sẽ đề nghị khách sạn của anh, nhưng nó quá lộ liễu, và tôi thực sự không thể hứa chúng ta sẽ an toàn. Chưa thể." Bà ngừng một lát. "Anh có quen với Bức tường Dripstone không?"</w:t>
      </w:r>
    </w:p>
    <w:p>
      <w:pPr>
        <w:spacing w:after="80"/>
      </w:pPr>
      <w:r>
        <w:rPr>
          <w:b w:val="0"/>
          <w:i w:val="0"/>
        </w:rPr>
        <w:t>"Tôi có," Langdon nói, bối rối vì bà lại nhắc đến một nơi công cộng như vậy…đặc biệt là một nơi nổi tiếng rùng rợn. "Nó ở gần đại sứ quán, nhưng tôi không chắc—"</w:t>
      </w:r>
    </w:p>
    <w:p>
      <w:pPr>
        <w:spacing w:after="80"/>
      </w:pPr>
      <w:r>
        <w:rPr>
          <w:b w:val="0"/>
          <w:i w:val="0"/>
        </w:rPr>
        <w:t>“Hãy đến đó nhanh nhất có thể.”</w:t>
      </w:r>
    </w:p>
    <w:p>
      <w:pPr>
        <w:jc w:val="center"/>
      </w:pPr>
      <w:r>
        <w:drawing>
          <wp:inline xmlns:a="http://schemas.openxmlformats.org/drawingml/2006/main" xmlns:pic="http://schemas.openxmlformats.org/drawingml/2006/picture">
            <wp:extent cx="5486400" cy="362122"/>
            <wp:docPr id="134" name="Picture 134"/>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Tại trụ sở ÚZSI, Trung úy Pavel đang nghiêm trang thu dọn những món đồ cá nhân cuối cùng từ tủ khóa của mình. Cuộc thẩm vấn kéo dài dưới tay vị sĩ quan cấp trên mới đã dẫn đến việc anh bị giáng chức và nghỉ thử thách ba tháng.</w:t>
      </w:r>
    </w:p>
    <w:p>
      <w:pPr>
        <w:spacing w:after="80"/>
      </w:pPr>
      <w:r>
        <w:rPr>
          <w:b w:val="0"/>
          <w:i/>
        </w:rPr>
        <w:t>Mình sẽ không quay lại đâu,</w:t>
      </w:r>
      <w:r>
        <w:rPr>
          <w:b w:val="0"/>
          <w:i w:val="0"/>
        </w:rPr>
        <w:t xml:space="preserve"> Pavel biết vậy.</w:t>
      </w:r>
    </w:p>
    <w:p>
      <w:pPr>
        <w:spacing w:after="80"/>
      </w:pPr>
      <w:r>
        <w:rPr>
          <w:b w:val="0"/>
          <w:i w:val="0"/>
        </w:rPr>
        <w:t>Mọi thứ giờ đã khác. Dù ký ức về ngày hôm đó mờ nhạt, Pavel sẽ không bao giờ quên hình ảnh người chú nằm chết trong một khe núi băng giá. Cái chết của vị đại úy được chính thức ghi nhận là tai nạn, và dù Pavel muốn phản đối đến đâu, anh cũng không có tư cách gì. Hơn nữa, mọi cuộc điều tra tiếp theo của ÚZSI đều đã bị đại sứ Hoa Kỳ đình chỉ, người nắm mọi quân bài sau khi phát hiện ra những thủ đoạn dối trá của Janáček trong việc giam giữ hai người Mỹ nổi tiếng.</w:t>
      </w:r>
    </w:p>
    <w:p>
      <w:pPr>
        <w:spacing w:after="80"/>
      </w:pPr>
      <w:r>
        <w:rPr>
          <w:b w:val="0"/>
          <w:i w:val="0"/>
        </w:rPr>
        <w:t>Pavel rời khỏi tòa nhà và lê bước về phía trạm xe buýt. Khi đến nơi, có một người phụ nữ trẻ đang đợi xe. Cô ấy có khuôn mặt hiền lành, và Pavel nở với cô một nụ cười mệt mỏi.</w:t>
      </w:r>
    </w:p>
    <w:p>
      <w:pPr>
        <w:spacing w:after="80"/>
      </w:pPr>
      <w:r>
        <w:rPr>
          <w:b w:val="0"/>
          <w:i/>
        </w:rPr>
        <w:t>“To je ale zima,”</w:t>
      </w:r>
      <w:r>
        <w:rPr>
          <w:b w:val="0"/>
          <w:i w:val="0"/>
        </w:rPr>
        <w:t xml:space="preserve"> anh lịch sự nói. </w:t>
      </w:r>
      <w:r>
        <w:rPr>
          <w:b w:val="0"/>
          <w:i/>
        </w:rPr>
        <w:t>Trời lạnh quá.</w:t>
      </w:r>
    </w:p>
    <w:p>
      <w:pPr>
        <w:spacing w:after="80"/>
      </w:pPr>
      <w:r>
        <w:rPr>
          <w:b w:val="0"/>
          <w:i w:val="0"/>
        </w:rPr>
        <w:t>Người phụ nữ lập tức quay đi và chuyển đến đầu kia của trạm đợi.</w:t>
      </w:r>
    </w:p>
    <w:p>
      <w:pPr>
        <w:spacing w:after="80"/>
      </w:pPr>
      <w:r>
        <w:rPr>
          <w:b w:val="0"/>
          <w:i w:val="0"/>
        </w:rPr>
        <w:t>Pavel bỗng cảm thấy vô cùng cô đơn trên đời.</w:t>
      </w:r>
    </w:p>
    <w:p>
      <w:pPr>
        <w:spacing w:after="80"/>
      </w:pPr>
      <w:r>
        <w:rPr>
          <w:b w:val="0"/>
          <w:i w:val="0"/>
        </w:rPr>
        <w:t>Khi xe buýt đến, Pavel lên xe và đi về phía cuối. Không hành khách nào khác ngước lên, mắt ai cũng dán xuống thiết bị của mình. Pavel ngồi xuống và lấy điện thoại ra, theo phản xạ mở Dream Zone, trò giả lập hẹn hò ảo của anh.</w:t>
      </w:r>
    </w:p>
    <w:p>
      <w:pPr>
        <w:spacing w:after="80"/>
      </w:pPr>
      <w:r>
        <w:rPr>
          <w:b w:val="0"/>
          <w:i w:val="0"/>
        </w:rPr>
        <w:t>Vài lời mời mới vang lên, và anh tưởng mình sẽ cảm thấy tia ấm áp thoáng qua luôn đi kèm với hy vọng về những khả năng mới. Nhưng đêm nay, chiếc điện thoại lại lạnh trong tay anh. Anh nhìn chằm chằm vào ánh sáng chói của nó một lúc lâu, rồi tự làm mình giật mình bằng cách tắt nguồn và nhét nó trở lại túi. Rồi nhắm mắt lại, anh cầu nguyện cho chú mình và lắng nghe tiếng ù ù của xe buýt khi nó đưa anh về nhà.</w:t>
      </w:r>
    </w:p>
    <w:p>
      <w:pPr>
        <w:pStyle w:val="Heading1"/>
      </w:pPr>
      <w:r>
        <w:rPr>
          <w:rFonts w:ascii="Calibri" w:hAnsi="Calibri"/>
          <w:b/>
          <w:i w:val="0"/>
          <w:sz w:val="40"/>
        </w:rPr>
        <w:t>Chương 125</w:t>
      </w:r>
    </w:p>
    <w:p>
      <w:pPr>
        <w:spacing w:after="80"/>
      </w:pPr>
      <w:r>
        <w:rPr>
          <w:b w:val="0"/>
          <w:i w:val="0"/>
        </w:rPr>
        <w:t>Bức tường Dripstone, một trong những điểm tham quan cổ kính kỳ dị hơn của Prague, trông giống như một vách đá cao chót vót bằng đá nóng chảy. Vươn cao hơn bốn mươi feet phía trên Vườn Wallenstein, tác phẩm điêu khắc bí ẩn thế kỷ mười bảy này tạo cảm giác như một dòng dung nham, đông cứng giữa dòng thành một bức tường gồm những thạch nhũ lỏng, những mỏm đá phồng lên và những hốc rỗng vô định hình.</w:t>
      </w:r>
    </w:p>
    <w:p>
      <w:pPr>
        <w:spacing w:after="80"/>
      </w:pPr>
      <w:r>
        <w:rPr>
          <w:b w:val="0"/>
          <w:i w:val="0"/>
        </w:rPr>
        <w:t>Được biết đến chính thức với tên gọi Grotto, cho đến ngày nay nó vẫn là một trong những điểm đến rùng rợn nhất của Prague. Những gợn sóng hữu cơ trên bề mặt đá của nó mang một phẩm chất gần như huyễn hoặc, và du khách thích thú chỉ ra những khuôn mặt kỳ quái khác nhau mà họ thấy đang nhìn ra từ đó. Trong nhiều thế kỷ, các quan chức nhà thờ đã kiến nghị phá bỏ bức tường, cho rằng nó bị ma ám và mời gọi sự xuất hiện của các linh hồn xấu. Du khách thường xuyên phàn nàn về những cơn ác mộng sau khi thăm bức tường, và một số nhân vật quyền quý nổi tiếng đã thấy mình buồn nôn khi đứng trước nó.</w:t>
      </w:r>
    </w:p>
    <w:p>
      <w:pPr>
        <w:spacing w:after="80"/>
      </w:pPr>
      <w:r>
        <w:rPr>
          <w:b w:val="0"/>
          <w:i w:val="0"/>
        </w:rPr>
        <w:t>Đại sứ Nagel không nằm trong số đó.</w:t>
      </w:r>
    </w:p>
    <w:p>
      <w:pPr>
        <w:spacing w:after="80"/>
      </w:pPr>
      <w:r>
        <w:rPr>
          <w:b w:val="0"/>
          <w:i/>
        </w:rPr>
        <w:t>Tôi thấy nó thật yên bình,</w:t>
      </w:r>
      <w:r>
        <w:rPr>
          <w:b w:val="0"/>
          <w:i w:val="0"/>
        </w:rPr>
        <w:t xml:space="preserve"> bà nghĩ, ngước nhìn lên bức tường trước mặt. Grotto trông đặc biệt đẹp vào lúc này, dịu nhẹ và nhợt nhạt trong ánh chiều tàn, với những làn tuyết trắng đọng lại trong các ngóc ngách của vô số khuôn mặt.</w:t>
      </w:r>
    </w:p>
    <w:p>
      <w:pPr>
        <w:spacing w:after="80"/>
      </w:pPr>
      <w:r>
        <w:rPr>
          <w:b w:val="0"/>
          <w:i w:val="0"/>
        </w:rPr>
        <w:t xml:space="preserve">Khi Nagel chờ đợi trong ánh sáng mờ dần, bà thấy những khuôn mặt mới hiện ra trên bức tường trước mặt. Bà đã học được rằng chỉ một phần nhỏ những khuôn mặt bà thấy là thực sự ở đó, được </w:t>
      </w:r>
      <w:r>
        <w:rPr>
          <w:b w:val="0"/>
          <w:i/>
        </w:rPr>
        <w:t>chủ ý</w:t>
      </w:r>
      <w:r>
        <w:rPr>
          <w:b w:val="0"/>
          <w:i w:val="0"/>
        </w:rPr>
        <w:t xml:space="preserve"> bởi kiến trúc sư. Những cái khác, hóa ra, là những khuôn mặt bà đang </w:t>
      </w:r>
      <w:r>
        <w:rPr>
          <w:b w:val="0"/>
          <w:i/>
        </w:rPr>
        <w:t>ảo giác</w:t>
      </w:r>
      <w:r>
        <w:rPr>
          <w:b w:val="0"/>
          <w:i w:val="0"/>
        </w:rPr>
        <w:t xml:space="preserve">—một hiện tượng tâm lý được gọi là </w:t>
      </w:r>
      <w:r>
        <w:rPr>
          <w:b w:val="0"/>
          <w:i/>
        </w:rPr>
        <w:t>pareidolia</w:t>
      </w:r>
      <w:r>
        <w:rPr>
          <w:b w:val="0"/>
          <w:i w:val="0"/>
        </w:rPr>
        <w:t xml:space="preserve"> (ảo giác nhìn thấy hình dạng quen thuộc trong vật thể ngẫu nhiên). Bộ não có khuynh hướng tự nhiên tạo ra những hình dạng có ý nghĩa từ những đường nét mơ hồ, và con người nhìn thấy khuôn mặt trong mọi thứ—từ mây đến hoa văn vải đến bát súp đến bóng đổ trên mặt hồ. Chỉ cần hai chấm và một đường, và hầu hết bộ não con người đều tạo ra cùng một liên tưởng.</w:t>
      </w:r>
    </w:p>
    <w:p>
      <w:pPr>
        <w:jc w:val="center"/>
      </w:pPr>
      <w:r>
        <w:drawing>
          <wp:inline xmlns:a="http://schemas.openxmlformats.org/drawingml/2006/main" xmlns:pic="http://schemas.openxmlformats.org/drawingml/2006/picture">
            <wp:extent cx="5486400" cy="657225"/>
            <wp:docPr id="135" name="Picture 135"/>
            <wp:cNvGraphicFramePr>
              <a:graphicFrameLocks noChangeAspect="1"/>
            </wp:cNvGraphicFramePr>
            <a:graphic>
              <a:graphicData uri="http://schemas.openxmlformats.org/drawingml/2006/picture">
                <pic:pic>
                  <pic:nvPicPr>
                    <pic:cNvPr id="0" name="image_rsrc8YE.jpg"/>
                    <pic:cNvPicPr/>
                  </pic:nvPicPr>
                  <pic:blipFill>
                    <a:blip r:embed="rId36"/>
                    <a:stretch>
                      <a:fillRect/>
                    </a:stretch>
                  </pic:blipFill>
                  <pic:spPr>
                    <a:xfrm>
                      <a:off x="0" y="0"/>
                      <a:ext cx="5486400" cy="657225"/>
                    </a:xfrm>
                    <a:prstGeom prst="rect"/>
                  </pic:spPr>
                </pic:pic>
              </a:graphicData>
            </a:graphic>
          </wp:inline>
        </w:drawing>
      </w:r>
    </w:p>
    <w:p>
      <w:pPr>
        <w:spacing w:after="80"/>
      </w:pPr>
      <w:r>
        <w:rPr>
          <w:b w:val="0"/>
          <w:i w:val="0"/>
        </w:rPr>
        <w:t>Từ công việc của mình tại CIA, Nagel tin chắc rằng những kẻ theo thuyết âm mưu mắc phải một dạng ảo giác nhận thức (cognitive pareidolia), nhìn thấy những quy luật đáng ngờ ở nơi không hề tồn tại quy luật nào… tưởng tượng ra trật tự từ trong hỗn loạn.</w:t>
      </w:r>
    </w:p>
    <w:p>
      <w:pPr>
        <w:spacing w:after="80"/>
      </w:pPr>
      <w:r>
        <w:rPr>
          <w:b w:val="0"/>
          <w:i w:val="0"/>
        </w:rPr>
        <w:t xml:space="preserve">Everett Finch thì ngược lại. Ông ta phát hiện ra những quy luật </w:t>
      </w:r>
      <w:r>
        <w:rPr>
          <w:b w:val="0"/>
          <w:i/>
        </w:rPr>
        <w:t>có thật</w:t>
      </w:r>
      <w:r>
        <w:rPr>
          <w:b w:val="0"/>
          <w:i w:val="0"/>
        </w:rPr>
        <w:t xml:space="preserve"> và dùng chúng để tạo ra hỗn loạn… tất cả chỉ nhằm gìn giữ một thứ trật tự nào đó trên thế giới. Tin Finch chết đã mang lại cho Nagel một khoảng lặng, nhưng đó không phải điều cô sẽ bao giờ ăn mừng. Cô đã học được một sự thật giản đơn trong sự nghiệp ở CIA: </w:t>
      </w:r>
      <w:r>
        <w:rPr>
          <w:b w:val="0"/>
          <w:i/>
        </w:rPr>
        <w:t>Thiện và ác không tồn tại ở dạng thuần khiết.</w:t>
      </w:r>
      <w:r>
        <w:rPr>
          <w:b w:val="0"/>
          <w:i w:val="0"/>
        </w:rPr>
        <w:t xml:space="preserve"> Tính tàn nhẫn của Finch, cô biết, được tiếp sức bởi lòng trung thành sâu sắc của ông ta với một cơ quan đang cố gắng giành chỗ đứng trong thế giới mới đầy táo bạo của công nghệ não bộ.</w:t>
      </w:r>
    </w:p>
    <w:p>
      <w:pPr>
        <w:spacing w:after="80"/>
      </w:pPr>
      <w:r>
        <w:rPr>
          <w:b w:val="0"/>
          <w:i w:val="0"/>
        </w:rPr>
        <w:t>“Lũ cú đang ngủ,” một giọng trầm vang lên sau lưng cô, dội lại trên bề mặt sừng sững của Bức tường Thạch nhũ (Dripstone Wall).</w:t>
      </w:r>
    </w:p>
    <w:p>
      <w:pPr>
        <w:spacing w:after="80"/>
      </w:pPr>
      <w:r>
        <w:rPr>
          <w:b w:val="0"/>
          <w:i w:val="0"/>
        </w:rPr>
        <w:t>Trong thoáng chốc, Nagel tưởng mình vừa nghe lỏm được một câu ám hiệu điệp viên nào đó, nhưng khi quay lại, cô thấy hai gương mặt quen thuộc. Robert Langdon và Katherine Solomon đang tiến đến ngang qua chuồng chim của khu vườn, nơi những con cú thường trú của Wallenstein đậu bất động, đầu rúc vào lông vai.</w:t>
      </w:r>
    </w:p>
    <w:p>
      <w:pPr>
        <w:spacing w:after="80"/>
      </w:pPr>
      <w:r>
        <w:rPr>
          <w:b w:val="0"/>
          <w:i w:val="0"/>
        </w:rPr>
        <w:t>Nagel mỉm cười và bắt tay họ khi Scott Kerble – người bảo vệ luôn kề cận cô – bước ra từ bóng tối và nhập vào nhóm. Langdon và Solomon vẫn không có áo khoác, nhưng may mắn thay, cuộc trò chuyện này không định diễn ra ngoài trời. “Đi theo tôi,” cô nói, dẫn họ về phía Bức tường Thạch nhũ. “Chúng ta sẽ nói chuyện bên trong.”</w:t>
      </w:r>
    </w:p>
    <w:p>
      <w:pPr>
        <w:spacing w:after="80"/>
      </w:pPr>
      <w:r>
        <w:rPr>
          <w:b w:val="0"/>
          <w:i w:val="0"/>
        </w:rPr>
        <w:t xml:space="preserve">Langdon ngước nhìn vách đá vững chắc, rõ ràng bối rối. “Bên trong… </w:t>
      </w:r>
      <w:r>
        <w:rPr>
          <w:b w:val="0"/>
          <w:i/>
        </w:rPr>
        <w:t>ở đâu</w:t>
      </w:r>
      <w:r>
        <w:rPr>
          <w:b w:val="0"/>
          <w:i w:val="0"/>
        </w:rPr>
        <w:t>?”</w:t>
      </w:r>
    </w:p>
    <w:p>
      <w:pPr>
        <w:spacing w:after="80"/>
      </w:pPr>
      <w:r>
        <w:rPr>
          <w:b w:val="0"/>
          <w:i w:val="0"/>
        </w:rPr>
        <w:t>Không nói một lời, Nagel dẫn cả đoàn về phía chân tường và dừng lại trước một cánh cửa gỗ nhỏ xíu – cao không quá bốn feet – được bao quanh bởi những khối đá hình đầu lâu trông đáng sợ. Vẻ mặt hoàn toàn hoài nghi của Langdon hiện rõ khi Nagel rút ra một chiếc chìa khóa và mở cửa.</w:t>
      </w:r>
    </w:p>
    <w:p>
      <w:pPr>
        <w:spacing w:after="80"/>
      </w:pPr>
      <w:r>
        <w:rPr>
          <w:b w:val="0"/>
          <w:i/>
        </w:rPr>
        <w:t>Một trong những đặc quyền khi làm đại sứ Hoa Kỳ,</w:t>
      </w:r>
      <w:r>
        <w:rPr>
          <w:b w:val="0"/>
          <w:i w:val="0"/>
        </w:rPr>
        <w:t xml:space="preserve"> cô nghĩ. Những người Mỹ giàu có sở hữu phần không gian phía sau cánh cửa này đã cho Nagel mượn một chiếc chìa khóa, cho cô lối vào kín đáo ở cửa hậu này với hy vọng cô sẽ ghé thăm thường xuyên, và cô đã làm đúng như vậy.</w:t>
      </w:r>
    </w:p>
    <w:p>
      <w:pPr>
        <w:spacing w:after="80"/>
      </w:pPr>
      <w:r>
        <w:rPr>
          <w:b w:val="0"/>
          <w:i w:val="0"/>
        </w:rPr>
        <w:t>Khi họ bước vào, Nagel tự hỏi Langdon sẽ nghĩ gì nếu biết họ đang đi tới đâu. Phía sau bức tường này, trong bất kỳ căn phòng nào trong sáu căn phòng thắp nến, vị giáo sư có thể thấy mình nằm trần trên một phiến đá granite trong khi những người hầu mặc áo choàng rót sáp nóng lên khắp da thịt ông.</w:t>
      </w:r>
    </w:p>
    <w:p>
      <w:pPr>
        <w:jc w:val="center"/>
      </w:pPr>
      <w:r>
        <w:drawing>
          <wp:inline xmlns:a="http://schemas.openxmlformats.org/drawingml/2006/main" xmlns:pic="http://schemas.openxmlformats.org/drawingml/2006/picture">
            <wp:extent cx="5486400" cy="362122"/>
            <wp:docPr id="136" name="Picture 136"/>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Cô ấy có chìa khóa ư?</w:t>
      </w:r>
    </w:p>
    <w:p>
      <w:pPr>
        <w:spacing w:after="80"/>
      </w:pPr>
      <w:r>
        <w:rPr>
          <w:b w:val="0"/>
          <w:i w:val="0"/>
        </w:rPr>
        <w:t>Nếu trí nhớ của Langdon không nhầm, Bức tường Thạch nhũ nổi tiếng của Prague được dựng lên dựa vào mặt sau của một tu viện dòng Augustine từ thế kỷ mười ba – Tu viện St. Thomas – nghĩa là ông vừa bước xuyên qua bức tường vào những hành lang cổ kính, linh thiêng.</w:t>
      </w:r>
    </w:p>
    <w:p>
      <w:pPr>
        <w:spacing w:after="80"/>
      </w:pPr>
      <w:r>
        <w:rPr>
          <w:b w:val="0"/>
          <w:i/>
        </w:rPr>
        <w:t>Không còn linh thiêng như xưa nữa,</w:t>
      </w:r>
      <w:r>
        <w:rPr>
          <w:b w:val="0"/>
          <w:i w:val="0"/>
        </w:rPr>
        <w:t xml:space="preserve"> ông ngẫm nghĩ.</w:t>
      </w:r>
    </w:p>
    <w:p>
      <w:pPr>
        <w:spacing w:after="80"/>
      </w:pPr>
      <w:r>
        <w:rPr>
          <w:b w:val="0"/>
          <w:i w:val="0"/>
        </w:rPr>
        <w:t>Tu viện tráng lệ này, giống như bao tu viện khác ở châu Âu, đã được tái sử dụng để phục vụ nhu cầu của một thế giới ngày càng thế tục. Trong trường hợp này, nó đã được biến thành một khách sạn Marriott – the Augustine Luxury. Xưởng nấu bia cổ xưa của các tu sĩ giờ được tái hiện thành Refectory Bar cực kỳ sành điệu, còn phòng chép kinh nguyên bản của tu viện thì được bảo tồn nguyên vẹn, đầy đủ với những văn bản cổ, dụng cụ viết và đá mài lông ngỗng.</w:t>
      </w:r>
    </w:p>
    <w:p>
      <w:pPr>
        <w:spacing w:after="80"/>
      </w:pPr>
      <w:r>
        <w:rPr>
          <w:b w:val="0"/>
          <w:i w:val="0"/>
        </w:rPr>
        <w:t>“Càng yên lặng càng tốt,” Nagel thì thầm, dẫn họ xuống một lối đi hẹp tới một cửa phục vụ. Khi cô đẩy cửa mở, Langdon thấy mình đang ở trong một hành lang thanh lịch thoang thoảng mùi tràm trà, hương trầm và bạch đàn.</w:t>
      </w:r>
    </w:p>
    <w:p>
      <w:pPr>
        <w:spacing w:after="80"/>
      </w:pPr>
      <w:r>
        <w:rPr>
          <w:b w:val="0"/>
          <w:i w:val="0"/>
        </w:rPr>
        <w:t xml:space="preserve">“Cô đưa chúng tôi đến một </w:t>
      </w:r>
      <w:r>
        <w:rPr>
          <w:b w:val="0"/>
          <w:i/>
        </w:rPr>
        <w:t>spa</w:t>
      </w:r>
      <w:r>
        <w:rPr>
          <w:b w:val="0"/>
          <w:i w:val="0"/>
        </w:rPr>
        <w:t xml:space="preserve"> à?” ông hỏi khi họ đến trước một cánh cửa vàng, nơi có tấm biển liệt kê nhiều liệu trình khác nhau, trong đó có món đặc sản của họ – Nghi lễ Tu viện (Monastic Ritual)</w:t>
      </w:r>
      <w:r>
        <w:rPr>
          <w:b w:val="0"/>
          <w:i/>
        </w:rPr>
        <w:t>.</w:t>
      </w:r>
      <w:r>
        <w:rPr>
          <w:b w:val="0"/>
          <w:i w:val="0"/>
        </w:rPr>
        <w:t xml:space="preserve"> Ông không phải chuyên gia về tu viện, nhưng ông khá chắc rằng các nghi lễ tu viện không bao gồm nến thơm dưỡng thể mùi oải hương và liệu pháp chăm sóc da bằng collagen.</w:t>
      </w:r>
    </w:p>
    <w:p>
      <w:pPr>
        <w:spacing w:after="80"/>
      </w:pPr>
      <w:r>
        <w:rPr>
          <w:b w:val="0"/>
          <w:i w:val="0"/>
        </w:rPr>
        <w:t>“Ở đây chúng ta an toàn,” cô thì thầm. “Tôi quen nhân viên ở đây, và các bức tường đều được cách âm.”</w:t>
      </w:r>
    </w:p>
    <w:p>
      <w:pPr>
        <w:spacing w:after="80"/>
      </w:pPr>
      <w:r>
        <w:rPr>
          <w:b w:val="0"/>
          <w:i w:val="0"/>
        </w:rPr>
        <w:t xml:space="preserve">Vừa nói, Nagel ra hiệu cho họ đợi trong khi cô bước vào trong. Chỉ vài giây sau, cô quay ra với một chiếc chìa khóa điện tử và dẫn họ xuống hành lang, nơi cô mở cửa một trong những </w:t>
      </w:r>
      <w:r>
        <w:rPr>
          <w:b w:val="0"/>
          <w:i/>
        </w:rPr>
        <w:t>salónek</w:t>
      </w:r>
      <w:r>
        <w:rPr>
          <w:b w:val="0"/>
          <w:i w:val="0"/>
        </w:rPr>
        <w:t xml:space="preserve"> riêng dùng cho việc chăm sóc sau trị liệu của spa.</w:t>
      </w:r>
    </w:p>
    <w:p>
      <w:pPr>
        <w:spacing w:after="80"/>
      </w:pPr>
      <w:r>
        <w:rPr>
          <w:b w:val="0"/>
          <w:i w:val="0"/>
        </w:rPr>
        <w:t xml:space="preserve">Căn phòng chờ không cửa sổ mang cảm giác giả-giáo-đường với những ngọn nến điện nhấp nháy, nghệ thuật kính màu, và tiếng thánh ca Gregorian phát qua hệ thống loa. Langdon để ý rằng bản nhạc nền này có từ trước tu viện tới bốn thế kỷ. Nhưng bỏ qua những chuyện lệch thời đại ấy, anh có thể tưởng tượng ra những nơi tệ hơn để ở. </w:t>
      </w:r>
      <w:r>
        <w:rPr>
          <w:b w:val="0"/>
          <w:i/>
        </w:rPr>
        <w:t>Riêng tư và ấm áp.</w:t>
      </w:r>
      <w:r>
        <w:rPr>
          <w:b w:val="0"/>
          <w:i w:val="0"/>
        </w:rPr>
        <w:t xml:space="preserve"> Còn tốt hơn nữa, Kerble đã đi vào khách sạn để xem có tìm được chút đồ ăn cho họ không.</w:t>
      </w:r>
    </w:p>
    <w:p>
      <w:pPr>
        <w:spacing w:after="80"/>
      </w:pPr>
      <w:r>
        <w:rPr>
          <w:b w:val="0"/>
          <w:i w:val="0"/>
        </w:rPr>
        <w:t xml:space="preserve">"Trước hết," Nagel nói, cởi chiếc áo khoác mùa đông và ra hiệu cho họ ngồi xuống những chiếc ghế sofa êm ái, "tôi thực sự không thể tưởng tượng nổi hai người đã phải chịu đựng những gì hôm nay. Tôi nhẹ lòng vì hai người vẫn ổn, và tôi nhận ra chúng ta có rất nhiều điều để bàn. Nhưng trước khi đi quá sâu vào đó, tôi muốn chia sẻ một tin rất tốt." Cô nở với họ một nụ cười mệt mỏi. "Hóa ra, bằng chứng buộc tội mà chúng ta mong có được về Threshold…Giờ chúng ta đã </w:t>
      </w:r>
      <w:r>
        <w:rPr>
          <w:b w:val="0"/>
          <w:i/>
        </w:rPr>
        <w:t>có</w:t>
      </w:r>
      <w:r>
        <w:rPr>
          <w:b w:val="0"/>
          <w:i w:val="0"/>
        </w:rPr>
        <w:t xml:space="preserve"> nó rồi."</w:t>
      </w:r>
    </w:p>
    <w:p>
      <w:pPr>
        <w:spacing w:after="80"/>
      </w:pPr>
      <w:r>
        <w:rPr>
          <w:b w:val="0"/>
          <w:i/>
        </w:rPr>
        <w:t>Bằng cách nào?</w:t>
      </w:r>
      <w:r>
        <w:rPr>
          <w:b w:val="0"/>
          <w:i w:val="0"/>
        </w:rPr>
        <w:t xml:space="preserve"> Langdon tự hỏi, tưởng tượng rằng mọi bằng chứng vật chất về sự tồn tại của Threshold đều đã bị nghiền nát và chôn vùi trong đống đổ nát…cùng với, thật bi thảm, bằng chứng mạnh mẽ nhất trong tất cả. </w:t>
      </w:r>
      <w:r>
        <w:rPr>
          <w:b w:val="0"/>
          <w:i/>
        </w:rPr>
        <w:t>Chính Sasha Vesna.</w:t>
      </w:r>
    </w:p>
    <w:p>
      <w:pPr>
        <w:spacing w:after="80"/>
      </w:pPr>
      <w:r>
        <w:rPr>
          <w:b w:val="0"/>
          <w:i w:val="0"/>
        </w:rPr>
        <w:t>Nagel nhìn cả hai, trông mệt mỏi nhưng tràn đầy năng lượng. "Hóa ra, chúng ta có một thiên thần hộ mệnh. Nói chính xác hơn, Sasha Vesna có một thiên thần hộ mệnh."</w:t>
      </w:r>
    </w:p>
    <w:p>
      <w:pPr>
        <w:spacing w:after="80"/>
      </w:pPr>
      <w:r>
        <w:rPr>
          <w:b w:val="0"/>
          <w:i w:val="0"/>
        </w:rPr>
        <w:t xml:space="preserve">Langdon giật mình trước lời nhận xét đó. Anh lập tức hình dung ra bóng người trùm kín đã tự nhận mình là người bảo vệ và hộ mệnh của Sasha. </w:t>
      </w:r>
      <w:r>
        <w:rPr>
          <w:b w:val="0"/>
          <w:i/>
        </w:rPr>
        <w:t>Nagel có biết về nhân cách tách rời của cô ấy không?</w:t>
      </w:r>
    </w:p>
    <w:p>
      <w:pPr>
        <w:spacing w:after="80"/>
      </w:pPr>
      <w:r>
        <w:rPr>
          <w:b w:val="0"/>
          <w:i w:val="0"/>
        </w:rPr>
        <w:t xml:space="preserve">"Và thiên thần hộ mệnh của cô ấy," cô nói thêm, "đã gửi cho tôi </w:t>
      </w:r>
      <w:r>
        <w:rPr>
          <w:b w:val="0"/>
          <w:i/>
        </w:rPr>
        <w:t>cái này.</w:t>
      </w:r>
      <w:r>
        <w:rPr>
          <w:b w:val="0"/>
          <w:i w:val="0"/>
        </w:rPr>
        <w:t>"</w:t>
      </w:r>
    </w:p>
    <w:p>
      <w:pPr>
        <w:spacing w:after="80"/>
      </w:pPr>
      <w:r>
        <w:rPr>
          <w:b w:val="0"/>
          <w:i w:val="0"/>
        </w:rPr>
        <w:t>Nagel lấy ra một tờ giấy và đặt trước mặt họ. Khi Katherine nhìn thấy nó, cô khẽ bật ra một tiếng nấc. Langdon cũng cảm thấy một nỗi u ám tương tự khi đọc dòng tin nhắn viết tay nguệch ngoạc trên một tờ giấy văn phòng phẩm hình mèo.</w:t>
      </w:r>
    </w:p>
    <w:p>
      <w:pPr>
        <w:spacing w:after="80"/>
      </w:pPr>
      <w:r>
        <w:rPr>
          <w:b w:val="0"/>
          <w:i w:val="0"/>
        </w:rPr>
        <w:t>Làm ơn giúp Sasha.</w:t>
      </w:r>
    </w:p>
    <w:p>
      <w:pPr>
        <w:spacing w:after="80"/>
      </w:pPr>
      <w:r>
        <w:rPr>
          <w:b w:val="0"/>
          <w:i/>
        </w:rPr>
        <w:t>Lạy Chúa,</w:t>
      </w:r>
      <w:r>
        <w:rPr>
          <w:b w:val="0"/>
          <w:i w:val="0"/>
        </w:rPr>
        <w:t xml:space="preserve"> anh nghĩ, hình dung đôi tay của Sasha đang viết chính những dòng chữ này…một lời cầu cứu tuyệt vọng…một lời kêu gọi mà, kỳ lạ thay, Sasha chẳng hề hay biết.</w:t>
      </w:r>
    </w:p>
    <w:p>
      <w:pPr>
        <w:spacing w:after="80"/>
      </w:pPr>
      <w:r>
        <w:rPr>
          <w:b w:val="0"/>
          <w:i w:val="0"/>
        </w:rPr>
        <w:t>Vị đại sứ nhanh chóng giải thích rằng đường dẫn URL trong tin nhắn dẫn tới một video lời thú tội đau đớn, trong đó Gessner tiết lộ tất cả những gì cô biết về Threshold—thử nghiệm trên người, phẫu thuật não, cấy ghép, thuốc hướng thần, trải nghiệm cận tử, danh sách những người liên quan…tất cả.</w:t>
      </w:r>
    </w:p>
    <w:p>
      <w:pPr>
        <w:spacing w:after="80"/>
      </w:pPr>
      <w:r>
        <w:rPr>
          <w:b w:val="0"/>
          <w:i w:val="0"/>
        </w:rPr>
        <w:t>"Video này rất khó xem," Nagel nói, "nhưng sự tồn tại của nó nghĩa là CIA sẽ không bao giờ có thể nhắm vào hai người nữa."</w:t>
      </w:r>
    </w:p>
    <w:p>
      <w:pPr>
        <w:spacing w:after="80"/>
      </w:pPr>
      <w:r>
        <w:rPr>
          <w:b w:val="0"/>
          <w:i w:val="0"/>
        </w:rPr>
        <w:t>Cô để điều đó lắng lại.</w:t>
      </w:r>
    </w:p>
    <w:p>
      <w:pPr>
        <w:spacing w:after="80"/>
      </w:pPr>
      <w:r>
        <w:rPr>
          <w:b w:val="0"/>
          <w:i w:val="0"/>
        </w:rPr>
        <w:t>"Tôi đã bảo vệ an toàn một bản sao, và tôi định tạo thêm các bản dự phòng. Tóm lại, dù có chuyện gì khác xảy ra đi nữa, video này là thứ bảo hiểm duy nhất mà hai người sẽ cần." Đôi mắt cô lóe lên trong ánh nến. "Đó là quả bom nguyên tử của hai người."</w:t>
      </w:r>
    </w:p>
    <w:p>
      <w:pPr>
        <w:spacing w:after="80"/>
      </w:pPr>
      <w:r>
        <w:rPr>
          <w:b w:val="0"/>
          <w:i w:val="0"/>
        </w:rPr>
        <w:t xml:space="preserve">"Cũng là của </w:t>
      </w:r>
      <w:r>
        <w:rPr>
          <w:b w:val="0"/>
          <w:i/>
        </w:rPr>
        <w:t>cô</w:t>
      </w:r>
      <w:r>
        <w:rPr>
          <w:b w:val="0"/>
          <w:i w:val="0"/>
        </w:rPr>
        <w:t xml:space="preserve"> nữa, tôi hy vọng vậy," Katherine khẽ nói.</w:t>
      </w:r>
    </w:p>
    <w:p>
      <w:pPr>
        <w:spacing w:after="80"/>
      </w:pPr>
      <w:r>
        <w:rPr>
          <w:b w:val="0"/>
          <w:i w:val="0"/>
        </w:rPr>
        <w:t>Nagel gật đầu. "Mặc dù tôi không chắc chúng ta sẽ cần nó đến mức nào. Vị giám đốc dường như cũng kinh hoàng như tôi khi biết được một số chuyện đã diễn ra tại Threshold."</w:t>
      </w:r>
    </w:p>
    <w:p>
      <w:pPr>
        <w:spacing w:after="80"/>
      </w:pPr>
      <w:r>
        <w:rPr>
          <w:b w:val="0"/>
          <w:i w:val="0"/>
        </w:rPr>
        <w:t xml:space="preserve">“Ông ấy </w:t>
      </w:r>
      <w:r>
        <w:rPr>
          <w:b w:val="0"/>
          <w:i/>
        </w:rPr>
        <w:t>buộc phải</w:t>
      </w:r>
      <w:r>
        <w:rPr>
          <w:b w:val="0"/>
          <w:i w:val="0"/>
        </w:rPr>
        <w:t xml:space="preserve"> biết,” Langdon phản bác. “Ông ấy là </w:t>
      </w:r>
      <w:r>
        <w:rPr>
          <w:b w:val="0"/>
          <w:i/>
        </w:rPr>
        <w:t>giám đốc</w:t>
      </w:r>
      <w:r>
        <w:rPr>
          <w:b w:val="0"/>
          <w:i w:val="0"/>
        </w:rPr>
        <w:t xml:space="preserve"> mà.”</w:t>
      </w:r>
    </w:p>
    <w:p>
      <w:pPr>
        <w:spacing w:after="80"/>
      </w:pPr>
      <w:r>
        <w:rPr>
          <w:b w:val="0"/>
          <w:i w:val="0"/>
        </w:rPr>
        <w:t xml:space="preserve">“Đúng vậy, và chính vì thế nên có thể ông ấy </w:t>
      </w:r>
      <w:r>
        <w:rPr>
          <w:b w:val="0"/>
          <w:i/>
        </w:rPr>
        <w:t>không</w:t>
      </w:r>
      <w:r>
        <w:rPr>
          <w:b w:val="0"/>
          <w:i w:val="0"/>
        </w:rPr>
        <w:t xml:space="preserve"> hề biết,” Nagel phản đòn. “Cơ quan này phân chia thông tin cực kỳ chặt chẽ về mặt quy trình—khả năng phủ nhận hợp lý, hiệu quả kiểu độc đoán. Ông ấy giao Finch phụ trách, nên sẽ chỉ biết những chi tiết mà Finch chọn chia sẻ.”</w:t>
      </w:r>
    </w:p>
    <w:p>
      <w:pPr>
        <w:spacing w:after="80"/>
      </w:pPr>
      <w:r>
        <w:rPr>
          <w:b w:val="0"/>
          <w:i/>
        </w:rPr>
        <w:t>Có thể,</w:t>
      </w:r>
      <w:r>
        <w:rPr>
          <w:b w:val="0"/>
          <w:i w:val="0"/>
        </w:rPr>
        <w:t xml:space="preserve"> Langdon nghĩ, </w:t>
      </w:r>
      <w:r>
        <w:rPr>
          <w:b w:val="0"/>
          <w:i/>
        </w:rPr>
        <w:t>có thể không.</w:t>
      </w:r>
      <w:r>
        <w:rPr>
          <w:b w:val="0"/>
          <w:i w:val="0"/>
        </w:rPr>
        <w:t xml:space="preserve"> Anh cầm lá thư lên, cảm nhận rằng vị đại sứ chẳng biết gì về tình trạng của Sasha. “Nhưng tại sao người bảo vệ của Sasha lại gửi thứ này cho </w:t>
      </w:r>
      <w:r>
        <w:rPr>
          <w:b w:val="0"/>
          <w:i/>
        </w:rPr>
        <w:t>bà</w:t>
      </w:r>
      <w:r>
        <w:rPr>
          <w:b w:val="0"/>
          <w:i w:val="0"/>
        </w:rPr>
        <w:t>? Sao không gửi thẳng đoạn video cho báo chí?”</w:t>
      </w:r>
    </w:p>
    <w:p>
      <w:pPr>
        <w:spacing w:after="80"/>
      </w:pPr>
      <w:r>
        <w:rPr>
          <w:b w:val="0"/>
          <w:i w:val="0"/>
        </w:rPr>
        <w:t xml:space="preserve">“Trong video,” Nagel nói, “Tiến sĩ Gessner thừa nhận rằng tôi gần như không biết gì về mục đích thật sự của Threshold và sẽ kinh hoàng khi biết nó tồn tại. Tôi nghi chính lời thừa nhận đó là lý do người bảo vệ của Sasha giao đoạn video cho </w:t>
      </w:r>
      <w:r>
        <w:rPr>
          <w:b w:val="0"/>
          <w:i/>
        </w:rPr>
        <w:t>tôi</w:t>
      </w:r>
      <w:r>
        <w:rPr>
          <w:b w:val="0"/>
          <w:i w:val="0"/>
        </w:rPr>
        <w:t xml:space="preserve">…tưởng rằng tôi đủ tầm ảnh hưởng để giúp Sasha…hoặc để tạo nên khác biệt. Khỏi phải nói, nếu chúng ta tìm được Sasha, tôi sẵn sàng giúp cô ấy bằng mọi cách có thể. Cô ấy là nạn nhân, và tôi </w:t>
      </w:r>
      <w:r>
        <w:rPr>
          <w:b w:val="0"/>
          <w:i/>
        </w:rPr>
        <w:t>đã</w:t>
      </w:r>
      <w:r>
        <w:rPr>
          <w:b w:val="0"/>
          <w:i w:val="0"/>
        </w:rPr>
        <w:t xml:space="preserve"> đóng một vai trò trong việc biến Threshold thành hiện thực…dù bị ép buộc và không hề hay biết.” Bà bỗng quay mặt đi, đăm đăm nhìn vào khoảng không. “Nhưng Michael Harris…” bà thì thầm, gần như rơm rớm nước mắt, “việc tôi ép anh ấy làm…theo dõi Sasha cho Finch…Nó đã khiến Michael mất mạng.” Ánh mắt bà quay lại nhìn họ. “Tôi sẽ mang theo nỗi mặc cảm và xấu hổ đó suốt đời.”</w:t>
      </w:r>
    </w:p>
    <w:p>
      <w:pPr>
        <w:spacing w:after="80"/>
      </w:pPr>
      <w:r>
        <w:rPr>
          <w:b w:val="0"/>
          <w:i w:val="0"/>
        </w:rPr>
        <w:t xml:space="preserve">Langdon tự hỏi Nagel sẽ cảm thấy thế nào khi biết sự thật phức tạp về kẻ giết Harris. </w:t>
      </w:r>
      <w:r>
        <w:rPr>
          <w:b w:val="0"/>
          <w:i/>
        </w:rPr>
        <w:t>Người phụ nữ mà bà ra lệnh cho Harris quyến rũ, theo một nghĩa kỳ lạ nào đó, lại chính là người đã sát hại anh ta.</w:t>
      </w:r>
    </w:p>
    <w:p>
      <w:pPr>
        <w:spacing w:after="80"/>
      </w:pPr>
      <w:r>
        <w:rPr>
          <w:b w:val="0"/>
          <w:i w:val="0"/>
        </w:rPr>
        <w:t>“Người bảo vệ Sasha,” Katherine nói. “‘Thiên thần hộ mệnh’ của cô ấy, như bà nói. Bà có bao giờ biết danh tính ông ta không?”</w:t>
      </w:r>
    </w:p>
    <w:p>
      <w:pPr>
        <w:spacing w:after="80"/>
      </w:pPr>
      <w:r>
        <w:rPr>
          <w:b w:val="0"/>
          <w:i w:val="0"/>
        </w:rPr>
        <w:t>“Không dứt khoát được,” Nagel đáp. “Ông ta chỉ xuất hiện lóe lên trong video và đã hóa trang, nhưng tôi có một linh cảm mạnh rằng mình biết đó là ai.”</w:t>
      </w:r>
    </w:p>
    <w:p>
      <w:pPr>
        <w:spacing w:after="80"/>
      </w:pPr>
      <w:r>
        <w:rPr>
          <w:b w:val="0"/>
          <w:i w:val="0"/>
        </w:rPr>
        <w:t>Langdon và Katherine trao nhau ánh mắt sửng sốt.</w:t>
      </w:r>
    </w:p>
    <w:p>
      <w:pPr>
        <w:spacing w:after="80"/>
      </w:pPr>
      <w:r>
        <w:rPr>
          <w:b w:val="0"/>
          <w:i w:val="0"/>
        </w:rPr>
        <w:t xml:space="preserve">“Người đàn ông trong video tra tấn Gessner nói giọng Nga,” Nagel nói. “Và ông ta bảo Gessner rằng ông ta trừng phạt bà ấy vì đã phản bội lòng tin của Sasha. Nhưng có điều gì đó trong cơn thịnh nộ của ông ta khiến tôi cảm thấy như đó là sự phản bội </w:t>
      </w:r>
      <w:r>
        <w:rPr>
          <w:b w:val="0"/>
          <w:i/>
        </w:rPr>
        <w:t>cá nhân</w:t>
      </w:r>
      <w:r>
        <w:rPr>
          <w:b w:val="0"/>
          <w:i w:val="0"/>
        </w:rPr>
        <w:t>…cứ như thể ông ta cũng từng là đối tượng thử nghiệm của Threshold.”</w:t>
      </w:r>
    </w:p>
    <w:p>
      <w:pPr>
        <w:spacing w:after="80"/>
      </w:pPr>
      <w:r>
        <w:rPr>
          <w:b w:val="0"/>
          <w:i/>
        </w:rPr>
        <w:t>Đúng thế,</w:t>
      </w:r>
      <w:r>
        <w:rPr>
          <w:b w:val="0"/>
          <w:i w:val="0"/>
        </w:rPr>
        <w:t xml:space="preserve"> Langdon nghĩ. </w:t>
      </w:r>
      <w:r>
        <w:rPr>
          <w:b w:val="0"/>
          <w:i/>
        </w:rPr>
        <w:t>Theo một nghĩa nào đó, ông ta là bệnh nhân số ba.</w:t>
      </w:r>
      <w:r>
        <w:rPr>
          <w:b w:val="0"/>
          <w:i w:val="0"/>
        </w:rPr>
        <w:t xml:space="preserve"> Langdon không hiểu trọn vẹn sự phức tạp của DID, nhưng có vẻ bất kỳ thủ thuật nào Gessner thực hiện trên Sasha đều có thể được nhân cách thay thế của cô ấy trải qua, đặc biệt nếu nhân cách đó mang tính bảo vệ và chọn gánh chịu những phần đau đớn trong cuộc đời Sasha. Theo Katherine, một nhân cách thay thế chiếm ưu thế có thể quyết định danh tính nào sẽ tỉnh thức và ở tuyến đầu tại bất kỳ thời điểm nào.</w:t>
      </w:r>
    </w:p>
    <w:p>
      <w:pPr>
        <w:spacing w:after="80"/>
      </w:pPr>
      <w:r>
        <w:rPr>
          <w:b w:val="0"/>
          <w:i w:val="0"/>
        </w:rPr>
        <w:t xml:space="preserve">“Giám đốc thông báo cho tôi,” Nagel tiếp tục, “rằng đối tượng thử nghiệm đầu tiên của Threshold cũng là người Nga và bị đưa đi từ cùng một cơ sở với Sasha. Tên anh ta là Dmitri Sysevich. Finch nói anh ta đã </w:t>
      </w:r>
      <w:r>
        <w:rPr>
          <w:b w:val="0"/>
          <w:i/>
        </w:rPr>
        <w:t>chết</w:t>
      </w:r>
      <w:r>
        <w:rPr>
          <w:b w:val="0"/>
          <w:i w:val="0"/>
        </w:rPr>
        <w:t xml:space="preserve"> trong chương trình, nhưng giám đốc bảo rằng ông chưa từng thấy bằng chứng nào về cái chết của Dmitri. Có thể Finch đã nói dối về chuyện đó vì lý do nào đó.”</w:t>
      </w:r>
    </w:p>
    <w:p>
      <w:pPr>
        <w:spacing w:after="80"/>
      </w:pPr>
      <w:r>
        <w:rPr>
          <w:b w:val="0"/>
          <w:i/>
        </w:rPr>
        <w:t>Finch không nói dối,</w:t>
      </w:r>
      <w:r>
        <w:rPr>
          <w:b w:val="0"/>
          <w:i w:val="0"/>
        </w:rPr>
        <w:t xml:space="preserve"> Langdon biết chắc. </w:t>
      </w:r>
      <w:r>
        <w:rPr>
          <w:b w:val="0"/>
          <w:i/>
        </w:rPr>
        <w:t>Dmitri đã chết. Chúng ta đã thấy hồ sơ y tế của anh ta.</w:t>
      </w:r>
    </w:p>
    <w:p>
      <w:pPr>
        <w:spacing w:after="80"/>
      </w:pPr>
      <w:r>
        <w:rPr>
          <w:b w:val="0"/>
          <w:i w:val="0"/>
        </w:rPr>
        <w:t>“Xét đến đoạn video,” Nagel nói, giọng đầy hối tiếc, “giám đốc và tôi kết luận rằng hẳn Dmitri Sysevich đã sống sót qua chương trình bằng cách nào đó và quay về để trả thù.”</w:t>
      </w:r>
    </w:p>
    <w:p>
      <w:pPr>
        <w:spacing w:after="80"/>
      </w:pPr>
      <w:r>
        <w:rPr>
          <w:b w:val="0"/>
          <w:i w:val="0"/>
        </w:rPr>
        <w:t>Trong sự im lặng ngượng ngùng, Langdon liếc nhìn Katherine, ánh mắt hai người khóa chặt vào nhau. Cả hai đều biết điều gì cần phải xảy ra. Đã đến lúc vị đại sứ phải biết sự thật.</w:t>
      </w:r>
    </w:p>
    <w:p>
      <w:pPr>
        <w:spacing w:after="80"/>
      </w:pPr>
      <w:r>
        <w:rPr>
          <w:b w:val="0"/>
          <w:i w:val="0"/>
        </w:rPr>
        <w:t>“Thưa bà,” Langdon nói, quay lại phía bà. “Người mà bà thấy giết Gessner…</w:t>
      </w:r>
      <w:r>
        <w:rPr>
          <w:b w:val="0"/>
          <w:i/>
        </w:rPr>
        <w:t>không phải</w:t>
      </w:r>
      <w:r>
        <w:rPr>
          <w:b w:val="0"/>
          <w:i w:val="0"/>
        </w:rPr>
        <w:t xml:space="preserve"> Dmitri Sysevich.”</w:t>
      </w:r>
    </w:p>
    <w:p>
      <w:pPr>
        <w:pStyle w:val="Heading1"/>
      </w:pPr>
      <w:r>
        <w:rPr>
          <w:rFonts w:ascii="Calibri" w:hAnsi="Calibri"/>
          <w:b/>
          <w:i w:val="0"/>
          <w:sz w:val="40"/>
        </w:rPr>
        <w:t>Chương 126</w:t>
      </w:r>
    </w:p>
    <w:p>
      <w:pPr>
        <w:spacing w:after="80"/>
      </w:pPr>
      <w:r>
        <w:rPr>
          <w:b w:val="0"/>
          <w:i w:val="0"/>
        </w:rPr>
        <w:t xml:space="preserve">Đại sứ Nagel không chắc đã bao nhiêu thời gian trôi qua khi cả nhóm bước ra qua Bức tường Thạch nhũ (Dripstone Wall). </w:t>
      </w:r>
      <w:r>
        <w:rPr>
          <w:b w:val="0"/>
          <w:i/>
        </w:rPr>
        <w:t>Một tiếng? Hai tiếng?</w:t>
      </w:r>
      <w:r>
        <w:rPr>
          <w:b w:val="0"/>
          <w:i w:val="0"/>
        </w:rPr>
        <w:t xml:space="preserve"> Bóng tối đã buông xuống Vườn Wallenstein, và dường như có một linh cảm lạnh lẽo trong những bóng râm.</w:t>
      </w:r>
    </w:p>
    <w:p>
      <w:pPr>
        <w:spacing w:after="80"/>
      </w:pPr>
      <w:r>
        <w:rPr>
          <w:b w:val="0"/>
          <w:i w:val="0"/>
        </w:rPr>
        <w:t xml:space="preserve">Cô vẫn còn choáng váng vì những gì Langdon đã giải thích về Sasha, và dù Nagel biết rằng cuối cùng cô sẽ có thể chấp nhận sự thật đó </w:t>
      </w:r>
      <w:r>
        <w:rPr>
          <w:b w:val="0"/>
          <w:i/>
        </w:rPr>
        <w:t>về mặt lý trí</w:t>
      </w:r>
      <w:r>
        <w:rPr>
          <w:b w:val="0"/>
          <w:i w:val="0"/>
        </w:rPr>
        <w:t>…cô sợ rằng sẽ có một sự thật mãi mãi xuyên thẳng vào cảm xúc của cô như một nhát dao đâm vào tim.</w:t>
      </w:r>
    </w:p>
    <w:p>
      <w:pPr>
        <w:spacing w:after="80"/>
      </w:pPr>
      <w:r>
        <w:rPr>
          <w:b w:val="0"/>
          <w:i w:val="0"/>
        </w:rPr>
        <w:t>Michael Harris đã bị giết bởi…Sasha.</w:t>
      </w:r>
    </w:p>
    <w:p>
      <w:pPr>
        <w:spacing w:after="80"/>
      </w:pPr>
      <w:r>
        <w:rPr>
          <w:b w:val="0"/>
          <w:i w:val="0"/>
        </w:rPr>
        <w:t>“Cô phải nhớ,” Katherine khăng khăng. “</w:t>
      </w:r>
      <w:r>
        <w:rPr>
          <w:b w:val="0"/>
          <w:i/>
        </w:rPr>
        <w:t>Không phải</w:t>
      </w:r>
      <w:r>
        <w:rPr>
          <w:b w:val="0"/>
          <w:i w:val="0"/>
        </w:rPr>
        <w:t xml:space="preserve"> Sasha là người đã làm điều này với Michael. Cô ấy yêu Michael. Cô phải nghĩ về họ như </w:t>
      </w:r>
      <w:r>
        <w:rPr>
          <w:b w:val="0"/>
          <w:i/>
        </w:rPr>
        <w:t>hai</w:t>
      </w:r>
      <w:r>
        <w:rPr>
          <w:b w:val="0"/>
          <w:i w:val="0"/>
        </w:rPr>
        <w:t xml:space="preserve"> người khác nhau.”</w:t>
      </w:r>
    </w:p>
    <w:p>
      <w:pPr>
        <w:spacing w:after="80"/>
      </w:pPr>
      <w:r>
        <w:rPr>
          <w:b w:val="0"/>
          <w:i w:val="0"/>
        </w:rPr>
        <w:t>Dù thế nào, tin tức đó cũng khiến cô dấy lên một làn sóng mặc cảm tội lỗi mới đè nặng. Nagel thấy mình ước có thể cầu xin cả Michael và Sasha tha thứ cho mình…nhưng cả hai đều đã ra đi.</w:t>
      </w:r>
    </w:p>
    <w:p>
      <w:pPr>
        <w:spacing w:after="80"/>
      </w:pPr>
      <w:r>
        <w:rPr>
          <w:b w:val="0"/>
          <w:i w:val="0"/>
        </w:rPr>
        <w:t>Ngay cả Vườn Wallenstein giờ đây cũng dường như không còn sức sống đối với cô, những bụi hồng được bọc trong bao vải bố và hồ đã được tháo cạn nước cho mùa đông. Nagel nghi ngờ mình sẽ không được chứng kiến sự hồi sinh thường niên của nó vào mùa xuân này. Tính đến vài giờ trước, cô đã nắm trong tay đủ đòn bẩy chính trị để làm bất cứ điều gì mình muốn, điều mà không còn bao gồm việc làm một đại sứ Hoa Kỳ sống ở Prague nữa.</w:t>
      </w:r>
    </w:p>
    <w:p>
      <w:pPr>
        <w:spacing w:after="80"/>
      </w:pPr>
      <w:r>
        <w:rPr>
          <w:b w:val="0"/>
          <w:i/>
        </w:rPr>
        <w:t>Lẽ ra tôi không bao giờ được ở đây,</w:t>
      </w:r>
      <w:r>
        <w:rPr>
          <w:b w:val="0"/>
          <w:i w:val="0"/>
        </w:rPr>
        <w:t xml:space="preserve"> cô nghĩ. </w:t>
      </w:r>
      <w:r>
        <w:rPr>
          <w:b w:val="0"/>
          <w:i/>
        </w:rPr>
        <w:t>Tôi được cử đến như một con rối.</w:t>
      </w:r>
    </w:p>
    <w:p>
      <w:pPr>
        <w:spacing w:after="80"/>
      </w:pPr>
      <w:r>
        <w:rPr>
          <w:b w:val="0"/>
          <w:i w:val="0"/>
        </w:rPr>
        <w:t>Có lẽ cô sẽ đợi một tháng để giúp đại sứ quán vượt qua cuộc khủng hoảng hiện tại rồi sau đó đệ đơn từ chức. Cô không biết mình sẽ làm gì tiếp theo, nhưng cô cảm thấy như mình vẫn còn chút tinh thần chiến đấu…và còn rất nhiều điều để cống hiến.</w:t>
      </w:r>
    </w:p>
    <w:p>
      <w:pPr>
        <w:spacing w:after="80"/>
      </w:pPr>
      <w:r>
        <w:rPr>
          <w:b w:val="0"/>
          <w:i w:val="0"/>
        </w:rPr>
        <w:t>Lúc này, mối quan tâm trước mắt nhất của cô là lấy lại chiếc USB mà Scott Kerble đã khéo léo tuồn ra khỏi đại sứ quán trong chiếc hộp đựng đồ của Dana. Kerble sẽ sớm đến căn hộ của cô để lấy lại nó.</w:t>
      </w:r>
    </w:p>
    <w:p>
      <w:pPr>
        <w:spacing w:after="80"/>
      </w:pPr>
      <w:r>
        <w:rPr>
          <w:b w:val="0"/>
          <w:i w:val="0"/>
        </w:rPr>
        <w:t>Khi họ ra khỏi khu vườn, Nagel ngoái nhìn lại Langdon và Solomon, những người đang nói chuyện khẽ khàng khi đi theo sau. Chắc chắn cả hai đều vô cùng kiệt sức và cần được ngủ.</w:t>
      </w:r>
    </w:p>
    <w:p>
      <w:pPr>
        <w:spacing w:after="80"/>
      </w:pPr>
      <w:r>
        <w:rPr>
          <w:b w:val="0"/>
          <w:i w:val="0"/>
        </w:rPr>
        <w:t>“Tôi sẽ chở họ về khách sạn,” Kerble nói, như thể đọc chính xác suy nghĩ của cô. “Ngay sau khi tôi thả cô xuống đại sứ quán.”</w:t>
      </w:r>
    </w:p>
    <w:p>
      <w:pPr>
        <w:spacing w:after="80"/>
      </w:pPr>
      <w:r>
        <w:rPr>
          <w:b w:val="0"/>
          <w:i w:val="0"/>
        </w:rPr>
        <w:t>Họ bước ra dưới ánh sáng của những ngọn đèn đường, và Nagel biết mình sẽ nhớ Kerble nhất trong tất cả. “Scott,” cô nói khẽ. “Tôi hoàn toàn ý thức được những rủi ro mà anh đã chấp nhận vì tôi hôm nay…và tôi không coi lòng trung thành của anh là điều hiển nhiên.”</w:t>
      </w:r>
    </w:p>
    <w:p>
      <w:pPr>
        <w:spacing w:after="80"/>
      </w:pPr>
      <w:r>
        <w:rPr>
          <w:b w:val="0"/>
          <w:i w:val="0"/>
        </w:rPr>
        <w:t xml:space="preserve">Người lính thủy quân lục chiến nở một nụ cười hiếm hoi với cô và chạm vào mũ. “Tôi cũng không coi </w:t>
      </w:r>
      <w:r>
        <w:rPr>
          <w:b w:val="0"/>
          <w:i/>
        </w:rPr>
        <w:t>của cô</w:t>
      </w:r>
      <w:r>
        <w:rPr>
          <w:b w:val="0"/>
          <w:i w:val="0"/>
        </w:rPr>
        <w:t xml:space="preserve"> là hiển nhiên.”</w:t>
      </w:r>
    </w:p>
    <w:p>
      <w:pPr>
        <w:pStyle w:val="Heading1"/>
      </w:pPr>
      <w:r>
        <w:rPr>
          <w:rFonts w:ascii="Calibri" w:hAnsi="Calibri"/>
          <w:b/>
          <w:i w:val="0"/>
          <w:sz w:val="40"/>
        </w:rPr>
        <w:t>Chương 127</w:t>
      </w:r>
    </w:p>
    <w:p>
      <w:pPr>
        <w:spacing w:after="80"/>
      </w:pPr>
      <w:r>
        <w:rPr>
          <w:b w:val="0"/>
          <w:i w:val="0"/>
        </w:rPr>
        <w:t xml:space="preserve">Tác phẩm nghệ thuật gây xáo trộn và ấn tượng nhất ở châu Âu, Langdon từ lâu đã tin như vậy, là </w:t>
      </w:r>
      <w:r>
        <w:rPr>
          <w:b w:val="0"/>
          <w:i/>
        </w:rPr>
        <w:t>Nạn nhân của Chủ nghĩa Cộng sản</w:t>
      </w:r>
      <w:r>
        <w:rPr>
          <w:b w:val="0"/>
          <w:i w:val="0"/>
        </w:rPr>
        <w:t>—một đài tưởng niệm gồm sáu người đàn ông bằng đồng to bằng người thật đang bước xuống một cầu thang bê tông rộng. Mỗi người trong số họ đều gầy trơ xương, có râu, và đứng ở một bậc khác nhau. Một cách rùng rợn, cả sáu người đều là cùng một cá nhân…nhưng mỗi người ở một mức độ phân hủy khác nhau…một người mất một cánh tay, một người mất nửa cái đầu, một người có một lỗ hổng toác hoác xuyên qua ngực.</w:t>
      </w:r>
    </w:p>
    <w:p>
      <w:pPr>
        <w:spacing w:after="80"/>
      </w:pPr>
      <w:r>
        <w:rPr>
          <w:b w:val="0"/>
          <w:i/>
        </w:rPr>
        <w:t>Sự phản kháng và sức chịu đựng,</w:t>
      </w:r>
      <w:r>
        <w:rPr>
          <w:b w:val="0"/>
          <w:i w:val="0"/>
        </w:rPr>
        <w:t xml:space="preserve"> Langdon nhớ lại, là thông điệp của nghệ sĩ. </w:t>
      </w:r>
      <w:r>
        <w:rPr>
          <w:b w:val="0"/>
          <w:i/>
        </w:rPr>
        <w:t>Cá nhân này, bất kể mức độ đau khổ của anh ta, vẫn đứng vững.</w:t>
      </w:r>
    </w:p>
    <w:p>
      <w:pPr>
        <w:spacing w:after="80"/>
      </w:pPr>
      <w:r>
        <w:rPr>
          <w:b w:val="0"/>
          <w:i w:val="0"/>
        </w:rPr>
        <w:t>Langdon không ngờ mình lại được thấy bức tượng điêu khắc ấy trong chuyến thăm Praha lần này, vậy mà nó lại hiện ra đó, lướt qua cửa sổ chiếc xe sedan của đại sứ quán khi họ phóng nhanh dọc phố Újezd. Ông định chỉ cho Katherine xem, nhưng cô đã ngủ thiếp trên vai ông, mái tóc rối mềm mại áp vào má ông.</w:t>
      </w:r>
    </w:p>
    <w:p>
      <w:pPr>
        <w:spacing w:after="80"/>
      </w:pPr>
      <w:r>
        <w:rPr>
          <w:b w:val="0"/>
          <w:i w:val="0"/>
        </w:rPr>
        <w:t>Sau khi thả đại sứ xuống đại sứ quán, Trung sĩ Kerble giờ đang đưa Langdon và Katherine phóng về phía nam dọc theo Vườn Petřín, hướng tới khách sạn Four Seasons và một giấc nghỉ ngơi vô cùng cần thiết. Khi họ rẽ trái vào Cầu Legion, Langdon nhắm mắt lại và lắng nghe hơi thở nhẹ nhàng của Katherine, cảm thấy được an ủi bởi âm thanh trấn an của…sự sống.</w:t>
      </w:r>
    </w:p>
    <w:p>
      <w:pPr>
        <w:spacing w:after="80"/>
      </w:pPr>
      <w:r>
        <w:rPr>
          <w:b w:val="0"/>
          <w:i w:val="0"/>
        </w:rPr>
        <w:t xml:space="preserve">Khái niệm </w:t>
      </w:r>
      <w:r>
        <w:rPr>
          <w:b w:val="0"/>
          <w:i/>
        </w:rPr>
        <w:t>cái chết</w:t>
      </w:r>
      <w:r>
        <w:rPr>
          <w:b w:val="0"/>
          <w:i w:val="0"/>
        </w:rPr>
        <w:t xml:space="preserve"> hôm nay đã hiện diện quá đỗi thường trực, không chỉ trong cuộc trò chuyện, mà còn trong thực tại của Langdon…suýt chết cóng trong dòng sông Vltava, rồi bị Pavel bắn và thoát khỏi Threshold trong gang tấc.</w:t>
      </w:r>
    </w:p>
    <w:p>
      <w:pPr>
        <w:spacing w:after="80"/>
      </w:pPr>
      <w:r>
        <w:rPr>
          <w:b w:val="0"/>
          <w:i w:val="0"/>
        </w:rPr>
        <w:t>Đáng chú ý là, trong năm qua, mọi điều Langdon học được từ Katherine về ý thức đã thay đổi góc nhìn của ông về cái chết…làm dịu đi rõ rệt nỗi lo sợ của ông về tuổi già và sự hữu hạn. Nếu mô hình ý thức phi cục bộ (nonlocal) của Katherine hóa ra là đúng, thì kết luận hợp lý là một phần nào đó của Langdon, con người ông, linh hồn ông, tâm trí ông…sẽ vượt qua cái chết của thể xác và tiếp tục sống.</w:t>
      </w:r>
    </w:p>
    <w:p>
      <w:pPr>
        <w:spacing w:after="80"/>
      </w:pPr>
      <w:r>
        <w:rPr>
          <w:b w:val="0"/>
          <w:i/>
        </w:rPr>
        <w:t>Mình chẳng vội gì mà phải tìm hiểu đâu,</w:t>
      </w:r>
      <w:r>
        <w:rPr>
          <w:b w:val="0"/>
          <w:i w:val="0"/>
        </w:rPr>
        <w:t xml:space="preserve"> ông nghĩ, tận hưởng hơi ấm từ đầu Katherine tựa trên vai mình.</w:t>
      </w:r>
    </w:p>
    <w:p>
      <w:pPr>
        <w:spacing w:after="80"/>
      </w:pPr>
      <w:r>
        <w:rPr>
          <w:b w:val="0"/>
          <w:i w:val="0"/>
        </w:rPr>
        <w:t xml:space="preserve">Hôm qua, khi tham quan Vyšehrad, họ đã tình cờ bắt gặp một hộp thánh tích (reliquary) rùng rợn lạ thường trưng bày một xương bả vai của người—được cho là của Thánh Valentine—và Katherine đã làm ông giật mình bằng một câu hỏi tưởng chừng đơn giản: </w:t>
      </w:r>
      <w:r>
        <w:rPr>
          <w:b w:val="0"/>
          <w:i/>
        </w:rPr>
        <w:t>Ông định nghĩa cái chết thế nào?</w:t>
      </w:r>
    </w:p>
    <w:p>
      <w:pPr>
        <w:spacing w:after="80"/>
      </w:pPr>
      <w:r>
        <w:rPr>
          <w:b w:val="0"/>
          <w:i w:val="0"/>
        </w:rPr>
        <w:t xml:space="preserve">Chưa bao giờ suy nghĩ về cái chết theo nghĩa đen, Langdon bí từ, cuối cùng đưa ra một định nghĩa vòng vo yếu ớt mà ông sẽ không bao giờ chấp nhận từ sinh viên của mình: </w:t>
      </w:r>
      <w:r>
        <w:rPr>
          <w:b w:val="0"/>
          <w:i/>
        </w:rPr>
        <w:t>Cái chết là sự vắng mặt của sự sống.</w:t>
      </w:r>
    </w:p>
    <w:p>
      <w:pPr>
        <w:spacing w:after="80"/>
      </w:pPr>
      <w:r>
        <w:rPr>
          <w:b w:val="0"/>
          <w:i w:val="0"/>
        </w:rPr>
        <w:t xml:space="preserve">Trước sự ngạc nhiên của ông, Katherine nói rằng câu trả lời của ông khá gần với định nghĩa y khoa chính thức: </w:t>
      </w:r>
      <w:r>
        <w:rPr>
          <w:b w:val="0"/>
          <w:i/>
        </w:rPr>
        <w:t>Sự chấm dứt không thể đảo ngược của mọi chức năng tế bào.</w:t>
      </w:r>
      <w:r>
        <w:rPr>
          <w:b w:val="0"/>
          <w:i w:val="0"/>
        </w:rPr>
        <w:t xml:space="preserve"> Rồi cô thông báo với ông rằng định nghĩa y khoa chính thức đó sai hoàn toàn 100 phần trăm.</w:t>
      </w:r>
    </w:p>
    <w:p>
      <w:pPr>
        <w:spacing w:after="80"/>
      </w:pPr>
      <w:r>
        <w:rPr>
          <w:b w:val="0"/>
          <w:i w:val="0"/>
        </w:rPr>
        <w:t xml:space="preserve">“Cái chết,” cô giải thích, “chẳng liên quan gì đến </w:t>
      </w:r>
      <w:r>
        <w:rPr>
          <w:b w:val="0"/>
          <w:i/>
        </w:rPr>
        <w:t>thể xác</w:t>
      </w:r>
      <w:r>
        <w:rPr>
          <w:b w:val="0"/>
          <w:i w:val="0"/>
        </w:rPr>
        <w:t xml:space="preserve"> vật lý. Chúng ta định nghĩa cái chết dựa trên </w:t>
      </w:r>
      <w:r>
        <w:rPr>
          <w:b w:val="0"/>
          <w:i/>
        </w:rPr>
        <w:t>ý thức.</w:t>
      </w:r>
      <w:r>
        <w:rPr>
          <w:b w:val="0"/>
          <w:i w:val="0"/>
        </w:rPr>
        <w:t xml:space="preserve"> Hãy nghĩ đến một bệnh nhân chết não, không phản ứng, đang được duy trì sự sống—về mặt kỹ thuật, cơ thể anh ta vẫn rất sống, vậy mà chúng ta thường rút phích cắm khỏi cơ thể đó. Không có ý thức, chúng ta coi cơ thể người về cơ bản là </w:t>
      </w:r>
      <w:r>
        <w:rPr>
          <w:b w:val="0"/>
          <w:i/>
        </w:rPr>
        <w:t>đã chết</w:t>
      </w:r>
      <w:r>
        <w:rPr>
          <w:b w:val="0"/>
          <w:i w:val="0"/>
        </w:rPr>
        <w:t>…ngay cả khi các chức năng vật lý của nó hoàn toàn nguyên vẹn.”</w:t>
      </w:r>
    </w:p>
    <w:p>
      <w:pPr>
        <w:spacing w:after="80"/>
      </w:pPr>
      <w:r>
        <w:rPr>
          <w:b w:val="0"/>
          <w:i/>
        </w:rPr>
        <w:t>Đúng vậy,</w:t>
      </w:r>
      <w:r>
        <w:rPr>
          <w:b w:val="0"/>
          <w:i w:val="0"/>
        </w:rPr>
        <w:t xml:space="preserve"> Langdon nhận ra.</w:t>
      </w:r>
    </w:p>
    <w:p>
      <w:pPr>
        <w:spacing w:after="80"/>
      </w:pPr>
      <w:r>
        <w:rPr>
          <w:b w:val="0"/>
          <w:i w:val="0"/>
        </w:rPr>
        <w:t xml:space="preserve">“Và điều ngược lại cũng đúng như vậy,” cô tiếp tục. “Một người bị liệt tứ chi ngồi xe lăn, đã mất chức năng vận động ở toàn bộ cơ thể nhưng vẫn còn </w:t>
      </w:r>
      <w:r>
        <w:rPr>
          <w:b w:val="0"/>
          <w:i/>
        </w:rPr>
        <w:t>ý thức,</w:t>
      </w:r>
      <w:r>
        <w:rPr>
          <w:b w:val="0"/>
          <w:i w:val="0"/>
        </w:rPr>
        <w:t xml:space="preserve"> thì vẫn rất sống. Stephen Hawking về cơ bản là một tâm trí không có thân xác. Hãy tưởng tượng nếu ai đó đề nghị rút phích cắm của ông ấy!”</w:t>
      </w:r>
    </w:p>
    <w:p>
      <w:pPr>
        <w:spacing w:after="80"/>
      </w:pPr>
      <w:r>
        <w:rPr>
          <w:b w:val="0"/>
          <w:i w:val="0"/>
        </w:rPr>
        <w:t>Langdon chưa bao giờ nghe người ta lập luận theo cách đó.</w:t>
      </w:r>
    </w:p>
    <w:p>
      <w:pPr>
        <w:spacing w:after="80"/>
      </w:pPr>
      <w:r>
        <w:rPr>
          <w:b w:val="0"/>
          <w:i w:val="0"/>
        </w:rPr>
        <w:t xml:space="preserve">“Robert,” cô kết lại, “chúng ta không thể phủ nhận làn sóng bằng chứng ngày càng lớn cho thấy ý thức có thể tồn tại </w:t>
      </w:r>
      <w:r>
        <w:rPr>
          <w:b w:val="0"/>
          <w:i/>
        </w:rPr>
        <w:t>bên ngoài</w:t>
      </w:r>
      <w:r>
        <w:rPr>
          <w:b w:val="0"/>
          <w:i w:val="0"/>
        </w:rPr>
        <w:t xml:space="preserve"> cơ thể…vượt ra ngoài giới hạn của bộ não. Đã đến lúc chúng ta phải định nghĩa lại hoàn toàn ý thức…và do đó định nghĩa lại hoàn toàn </w:t>
      </w:r>
      <w:r>
        <w:rPr>
          <w:b w:val="0"/>
          <w:i/>
        </w:rPr>
        <w:t>cái chết</w:t>
      </w:r>
      <w:r>
        <w:rPr>
          <w:b w:val="0"/>
          <w:i w:val="0"/>
        </w:rPr>
        <w:t>!”</w:t>
      </w:r>
    </w:p>
    <w:p>
      <w:pPr>
        <w:spacing w:after="80"/>
      </w:pPr>
      <w:r>
        <w:rPr>
          <w:b w:val="0"/>
          <w:i w:val="0"/>
        </w:rPr>
        <w:t>Langdon hy vọng cô đúng, và rằng cái chết không phải là một sự kiện “tận cùng” như hầu hết mọi người tưởng tượng. Từ những ngóc ngách ký ức, những lời dạy cổ xưa của Asclepius trào lên:</w:t>
      </w:r>
    </w:p>
    <w:p>
      <w:pPr>
        <w:spacing w:after="80"/>
      </w:pPr>
      <w:r>
        <w:rPr>
          <w:b w:val="0"/>
          <w:i w:val="0"/>
        </w:rPr>
        <w:t>Quá nhiều người sợ cái chết và coi đó là tai họa tồi tệ nhất có thể giáng xuống đầu họ: họ chẳng biết gì về điều họ nói. Cái chết đến như sự tan rã của một thân xác đã kiệt quệ…Cũng như thân xác rời khỏi bào thai của người mẹ khi nó đã trưởng thành trong đó, linh hồn cũng rời khỏi thân xác khi nó đã đạt đến sự hoàn thiện.</w:t>
      </w:r>
    </w:p>
    <w:p>
      <w:pPr>
        <w:spacing w:after="80"/>
      </w:pPr>
      <w:r>
        <w:rPr>
          <w:b w:val="0"/>
          <w:i w:val="0"/>
        </w:rPr>
        <w:t xml:space="preserve">Khi còn là một sinh viên trẻ ngành tôn giáo so sánh, Langdon đã kinh ngạc trước tính </w:t>
      </w:r>
      <w:r>
        <w:rPr>
          <w:b w:val="0"/>
          <w:i/>
        </w:rPr>
        <w:t>phổ quát</w:t>
      </w:r>
      <w:r>
        <w:rPr>
          <w:b w:val="0"/>
          <w:i w:val="0"/>
        </w:rPr>
        <w:t xml:space="preserve"> của lời hứa về luân hồi và sự sống sau cái chết—lời đảm bảo duy nhất, không lay chuyển được đưa ra bởi mọi truyền thống tôn giáo đã tồn tại qua thử thách của thời gian. Ông luôn coi đặc điểm nhất quán này là một ví dụ của thuyết Darwin “kẻ mạnh nhất sống sót.” </w:t>
      </w:r>
      <w:r>
        <w:rPr>
          <w:b w:val="0"/>
          <w:i/>
        </w:rPr>
        <w:t>Những tôn giáo duy nhất sống sót là những tôn giáo đưa ra giải pháp cho nỗi sợ lớn nhất của loài người.</w:t>
      </w:r>
    </w:p>
    <w:p>
      <w:pPr>
        <w:spacing w:after="80"/>
      </w:pPr>
      <w:r>
        <w:rPr>
          <w:b w:val="0"/>
          <w:i w:val="0"/>
        </w:rPr>
        <w:t xml:space="preserve">Khía cạnh tâm linh nơi Langdon thường tự hỏi liệu lời hứa ngàn đời về sự sống vĩnh cửu có thể thực ra đã </w:t>
      </w:r>
      <w:r>
        <w:rPr>
          <w:b w:val="0"/>
          <w:i/>
        </w:rPr>
        <w:t>xuất hiện từ trước</w:t>
      </w:r>
      <w:r>
        <w:rPr>
          <w:b w:val="0"/>
          <w:i w:val="0"/>
        </w:rPr>
        <w:t xml:space="preserve"> tôn giáo…bắt nguồn từ trí tuệ đã thất truyền của người xưa…một thời kỳ khi tâm trí con người đủ trong sáng để cảm nhận những chân lý sâu thẳm nhất thấm đẫm vũ trụ.</w:t>
      </w:r>
    </w:p>
    <w:p>
      <w:pPr>
        <w:spacing w:after="80"/>
      </w:pPr>
      <w:r>
        <w:rPr>
          <w:b w:val="0"/>
          <w:i/>
        </w:rPr>
        <w:t>Để nghĩ tiếp vào một ngày khác vậy,</w:t>
      </w:r>
      <w:r>
        <w:rPr>
          <w:b w:val="0"/>
          <w:i w:val="0"/>
        </w:rPr>
        <w:t xml:space="preserve"> anh tự nhủ khi chiếc xe của họ chậm lại trước khách sạn Four Seasons.</w:t>
      </w:r>
    </w:p>
    <w:p>
      <w:pPr>
        <w:spacing w:after="80"/>
      </w:pPr>
      <w:r>
        <w:rPr>
          <w:b w:val="0"/>
          <w:i w:val="0"/>
        </w:rPr>
        <w:t>“Này, cô nàng ngủ gật,” anh thì thầm với Katherine bên cạnh. “Tới rồi.”</w:t>
      </w:r>
    </w:p>
    <w:p>
      <w:pPr>
        <w:jc w:val="center"/>
      </w:pPr>
      <w:r>
        <w:drawing>
          <wp:inline xmlns:a="http://schemas.openxmlformats.org/drawingml/2006/main" xmlns:pic="http://schemas.openxmlformats.org/drawingml/2006/picture">
            <wp:extent cx="5486400" cy="362122"/>
            <wp:docPr id="137" name="Picture 137"/>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Faukman lao tới chỗ điện thoại. “Alô?!”</w:t>
      </w:r>
    </w:p>
    <w:p>
      <w:pPr>
        <w:spacing w:after="80"/>
      </w:pPr>
      <w:r>
        <w:rPr>
          <w:b w:val="0"/>
          <w:i w:val="0"/>
        </w:rPr>
        <w:t>“Jonas, Robert đây,” giọng nam trầm không thể nhầm lẫn cất lên. “Tôi vừa về tới khách sạn. Quản lý nói anh đã gọi liên tục.”</w:t>
      </w:r>
    </w:p>
    <w:p>
      <w:pPr>
        <w:spacing w:after="80"/>
      </w:pPr>
      <w:r>
        <w:rPr>
          <w:b w:val="0"/>
          <w:i w:val="0"/>
        </w:rPr>
        <w:t>“Đúng thế!” Faukman thốt lên. “Vụ nổ ở Prague? Tôi đã lo—”</w:t>
      </w:r>
    </w:p>
    <w:p>
      <w:pPr>
        <w:spacing w:after="80"/>
      </w:pPr>
      <w:r>
        <w:rPr>
          <w:b w:val="0"/>
          <w:i w:val="0"/>
        </w:rPr>
        <w:t>“Xin lỗi, cả hai chúng tôi đều ổn.”</w:t>
      </w:r>
    </w:p>
    <w:p>
      <w:pPr>
        <w:spacing w:after="80"/>
      </w:pPr>
      <w:r>
        <w:rPr>
          <w:b w:val="0"/>
          <w:i w:val="0"/>
        </w:rPr>
        <w:t>Faukman thở phào nhẹ nhõm. “Anh biết không, Robert, hầu hết các tác giả làm tôi lo lắng bằng cách nộp bản thảo muộn, nhưng anh thì có một thói quen khó chịu—”</w:t>
      </w:r>
    </w:p>
    <w:p>
      <w:pPr>
        <w:spacing w:after="80"/>
      </w:pPr>
      <w:r>
        <w:rPr>
          <w:b w:val="0"/>
          <w:i w:val="0"/>
        </w:rPr>
        <w:t>“Cảm ơn vì đã quan tâm,” Langdon đáp lại với tiếng cười, “nhưng tôi không hề ở gần vụ nổ.”</w:t>
      </w:r>
    </w:p>
    <w:p>
      <w:pPr>
        <w:spacing w:after="80"/>
      </w:pPr>
      <w:r>
        <w:rPr>
          <w:b w:val="0"/>
          <w:i w:val="0"/>
        </w:rPr>
        <w:t>“Mừng là nghe được điều đó, dù tôi không tin lắm,” Faukman nói. “Tôi đã chứng kiến xu hướng của anh là luôn ở gần nguy hiểm.”</w:t>
      </w:r>
    </w:p>
    <w:p>
      <w:pPr>
        <w:spacing w:after="80"/>
      </w:pPr>
      <w:r>
        <w:rPr>
          <w:b w:val="0"/>
          <w:i w:val="0"/>
        </w:rPr>
        <w:t>“Còn tôi thì chứng kiến sở thích của anh là những phỏng đoán hoang tưởng.”</w:t>
      </w:r>
    </w:p>
    <w:p>
      <w:pPr>
        <w:spacing w:after="80"/>
      </w:pPr>
      <w:r>
        <w:rPr>
          <w:b w:val="0"/>
          <w:i w:val="0"/>
        </w:rPr>
        <w:t xml:space="preserve">Faukman cười khúc khích. “Câu trả lời đó hơi nhanh quá…ngay cả với </w:t>
      </w:r>
      <w:r>
        <w:rPr>
          <w:b w:val="0"/>
          <w:i/>
        </w:rPr>
        <w:t>anh,</w:t>
      </w:r>
      <w:r>
        <w:rPr>
          <w:b w:val="0"/>
          <w:i w:val="0"/>
        </w:rPr>
        <w:t xml:space="preserve"> Robert. Làm sao tôi biết đây không phải là một chatbot AI nào đó?”</w:t>
      </w:r>
    </w:p>
    <w:p>
      <w:pPr>
        <w:spacing w:after="80"/>
      </w:pPr>
      <w:r>
        <w:rPr>
          <w:b w:val="0"/>
          <w:i w:val="0"/>
        </w:rPr>
        <w:t>“Vì AI sẽ không bao giờ biết anh đã từ chối một trong những cuốn tiểu thuyết bán chạy nhất hai mươi năm qua chỉ vì anh nghĩ tác giả dùng quá nhiều dấu chấm lửng.”</w:t>
      </w:r>
    </w:p>
    <w:p>
      <w:pPr>
        <w:spacing w:after="80"/>
      </w:pPr>
      <w:r>
        <w:rPr>
          <w:b w:val="0"/>
          <w:i w:val="0"/>
        </w:rPr>
        <w:t>“Này! Tôi kể anh chuyện đó là để giữ kín!”</w:t>
      </w:r>
    </w:p>
    <w:p>
      <w:pPr>
        <w:spacing w:after="80"/>
      </w:pPr>
      <w:r>
        <w:rPr>
          <w:b w:val="0"/>
          <w:i w:val="0"/>
        </w:rPr>
        <w:t>“Đúng vậy, và tôi sẽ mang nó xuống mồ,” Langdon trấn an anh. “Chỉ là không phải hôm nay.”</w:t>
      </w:r>
    </w:p>
    <w:p>
      <w:pPr>
        <w:spacing w:after="80"/>
      </w:pPr>
      <w:r>
        <w:rPr>
          <w:b w:val="0"/>
          <w:i w:val="0"/>
        </w:rPr>
        <w:t>“Có tin gì về bản thảo của Katherine không?” Faukman hỏi với vẻ hy vọng.</w:t>
      </w:r>
    </w:p>
    <w:p>
      <w:pPr>
        <w:spacing w:after="80"/>
      </w:pPr>
      <w:r>
        <w:rPr>
          <w:b w:val="0"/>
          <w:i w:val="0"/>
        </w:rPr>
        <w:t>“Xin lỗi,” Langdon đáp, giọng mệt mỏi. “Ước gì tôi có thể mang đến cho em tin tốt hơn…”</w:t>
      </w:r>
    </w:p>
    <w:p>
      <w:pPr>
        <w:jc w:val="center"/>
      </w:pPr>
      <w:r>
        <w:drawing>
          <wp:inline xmlns:a="http://schemas.openxmlformats.org/drawingml/2006/main" xmlns:pic="http://schemas.openxmlformats.org/drawingml/2006/picture">
            <wp:extent cx="5486400" cy="362122"/>
            <wp:docPr id="138" name="Picture 138"/>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Lúc đó chỉ mới gần bảy giờ khi Langdon tắt vòi sen hơi nước trong Căn hộ Hoàng gia. Đêm còn non, nhưng bóng tối mùa đông đã phủ xuống Prague từ lâu, và anh cùng Katherine đã thống nhất là sẽ đi thẳng lên giường.</w:t>
      </w:r>
    </w:p>
    <w:p>
      <w:pPr>
        <w:spacing w:after="80"/>
      </w:pPr>
      <w:r>
        <w:rPr>
          <w:b w:val="0"/>
          <w:i w:val="0"/>
        </w:rPr>
        <w:t>Quấn khăn tắm quanh eo, Langdon bước ra khỏi buồng sen và thấy Katherine đang ngâm mình trong bồn tắm bọt xà phòng, một chân thon thả duỗi ra và trên tay cầm một chiếc dao cạo an toàn.</w:t>
      </w:r>
    </w:p>
    <w:p>
      <w:pPr>
        <w:spacing w:after="80"/>
      </w:pPr>
      <w:r>
        <w:rPr>
          <w:b w:val="0"/>
          <w:i/>
        </w:rPr>
        <w:t>Cô ấy đang cạo lông chân à?</w:t>
      </w:r>
      <w:r>
        <w:rPr>
          <w:b w:val="0"/>
          <w:i w:val="0"/>
        </w:rPr>
        <w:t xml:space="preserve"> anh thầm nghĩ, ngạc nhiên. “Mình ra ngoài hả?”</w:t>
      </w:r>
    </w:p>
    <w:p>
      <w:pPr>
        <w:spacing w:after="80"/>
      </w:pPr>
      <w:r>
        <w:rPr>
          <w:b w:val="0"/>
          <w:i w:val="0"/>
        </w:rPr>
        <w:t xml:space="preserve">Katherine bật cười. “Không, Robert, chúng ta </w:t>
      </w:r>
      <w:r>
        <w:rPr>
          <w:b w:val="0"/>
          <w:i/>
        </w:rPr>
        <w:t>không</w:t>
      </w:r>
      <w:r>
        <w:rPr>
          <w:b w:val="0"/>
          <w:i w:val="0"/>
        </w:rPr>
        <w:t xml:space="preserve"> ra ngoài. Anh thật sự không biết tại sao phụ nữ lại cạo lông chân trước khi đi ngủ sao?”</w:t>
      </w:r>
    </w:p>
    <w:p>
      <w:pPr>
        <w:spacing w:after="80"/>
      </w:pPr>
      <w:r>
        <w:rPr>
          <w:b w:val="0"/>
          <w:i w:val="0"/>
        </w:rPr>
        <w:t>“À…” Anh ngập ngừng. “Anh chỉ nghĩ là…em đã kiệt sức rồi.”</w:t>
      </w:r>
    </w:p>
    <w:p>
      <w:pPr>
        <w:spacing w:after="80"/>
      </w:pPr>
      <w:r>
        <w:rPr>
          <w:b w:val="0"/>
          <w:i w:val="0"/>
        </w:rPr>
        <w:t>“Đúng là em mệt thật. Nhưng khi thấy anh bước vào buồng sen, em tỉnh hẳn.” Cô chỉ vào cơ bụng săn chắc của anh. “Anh trông cũng được đấy, Aquaman…so với người cùng tuổi anh.”</w:t>
      </w:r>
    </w:p>
    <w:p>
      <w:pPr>
        <w:spacing w:after="80"/>
      </w:pPr>
      <w:r>
        <w:rPr>
          <w:b w:val="0"/>
          <w:i w:val="0"/>
        </w:rPr>
        <w:t>“</w:t>
      </w:r>
      <w:r>
        <w:rPr>
          <w:b w:val="0"/>
          <w:i/>
        </w:rPr>
        <w:t>Tuổi</w:t>
      </w:r>
      <w:r>
        <w:rPr>
          <w:b w:val="0"/>
          <w:i w:val="0"/>
        </w:rPr>
        <w:t xml:space="preserve"> của anh á? Em còn lớn tuổi hơn anh mà!”</w:t>
      </w:r>
    </w:p>
    <w:p>
      <w:pPr>
        <w:spacing w:after="80"/>
      </w:pPr>
      <w:r>
        <w:rPr>
          <w:b w:val="0"/>
          <w:i w:val="0"/>
        </w:rPr>
        <w:t>“Anh thật sự muốn khơi chuyện đó ra không?”</w:t>
      </w:r>
    </w:p>
    <w:p>
      <w:pPr>
        <w:spacing w:after="80"/>
      </w:pPr>
      <w:r>
        <w:rPr>
          <w:b w:val="0"/>
          <w:i w:val="0"/>
        </w:rPr>
        <w:t>“Không, em yêu…anh không muốn.” Langdon bước đến bên bồn tắm, ngồi xuống mép bồn và đặt tay lên gáy Katherine một cách trìu mến. “Ý anh muốn nói là em xinh đẹp, thông minh, hài hước, và anh yêu em tha thiết.” Anh nhẹ nhàng hôn lên môi cô. “Và gặp em trên giường nhé.”</w:t>
      </w:r>
    </w:p>
    <w:p>
      <w:pPr>
        <w:jc w:val="center"/>
      </w:pPr>
      <w:r>
        <w:drawing>
          <wp:inline xmlns:a="http://schemas.openxmlformats.org/drawingml/2006/main" xmlns:pic="http://schemas.openxmlformats.org/drawingml/2006/picture">
            <wp:extent cx="5486400" cy="362122"/>
            <wp:docPr id="139" name="Picture 139"/>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rPr>
        <w:t>Chính thức rồi,</w:t>
      </w:r>
      <w:r>
        <w:rPr>
          <w:b w:val="0"/>
          <w:i w:val="0"/>
        </w:rPr>
        <w:t xml:space="preserve"> Katherine thầm nghĩ khi chuẩn bị xong và bước ra khỏi bồn. </w:t>
      </w:r>
      <w:r>
        <w:rPr>
          <w:b w:val="0"/>
          <w:i/>
        </w:rPr>
        <w:t>Mình đang yêu.</w:t>
      </w:r>
    </w:p>
    <w:p>
      <w:pPr>
        <w:spacing w:after="80"/>
      </w:pPr>
      <w:r>
        <w:rPr>
          <w:b w:val="0"/>
          <w:i w:val="0"/>
        </w:rPr>
        <w:t xml:space="preserve">Cô ngờ rằng có lẽ mình đã yêu Langdon từ lâu rồi, và cuối cùng thì thời điểm của họ cũng đã đúng. Không quan trọng nữa. Dù sao đi nữa, giờ họ đang ở đây. Bên nhau. </w:t>
      </w:r>
      <w:r>
        <w:rPr>
          <w:b w:val="0"/>
          <w:i/>
        </w:rPr>
        <w:t>Hãy trân trọng những khoảnh khắc này.</w:t>
      </w:r>
    </w:p>
    <w:p>
      <w:pPr>
        <w:spacing w:after="80"/>
      </w:pPr>
      <w:r>
        <w:rPr>
          <w:b w:val="0"/>
          <w:i w:val="0"/>
        </w:rPr>
        <w:t xml:space="preserve">Sau khi lau khô người, cô với tay xuống dưới bồn rửa và lôi ra gói quà được gói đẹp đẽ mà cô đã giấu ở đó từ trước. Bên trong là bộ đồ lót thanh lịch nhất mà Katherine từng mua. </w:t>
      </w:r>
      <w:r>
        <w:rPr>
          <w:b w:val="0"/>
          <w:i/>
        </w:rPr>
        <w:t>Lụa Simone Pérèle màu macchiato.</w:t>
      </w:r>
      <w:r>
        <w:rPr>
          <w:b w:val="0"/>
          <w:i w:val="0"/>
        </w:rPr>
        <w:t xml:space="preserve"> Cô hy vọng Robert sẽ thích bộ đồ liền thân tinh tế từ Bộ sưu tập Dream của họ.</w:t>
      </w:r>
    </w:p>
    <w:p>
      <w:pPr>
        <w:spacing w:after="80"/>
      </w:pPr>
      <w:r>
        <w:rPr>
          <w:b w:val="0"/>
          <w:i w:val="0"/>
        </w:rPr>
        <w:t>Sau khi xõa tóc xuống, Katherine buông khăn tắm và mặc vào bộ đồ lót nhẹ như không. Lụa chạm vào làn da ấm áp của cô thật xa hoa, buông rủ hoàn hảo trên cơ thể. Bỏ qua mùi hương Balade Sauvage quen thuộc, cô lấy ra lọ xịt thử cỡ nhỏ Mojave Ghost đi kèm với bộ đồ lót. Cô xịt một làn sương vào không khí rồi bước xuyên qua đó, các giác quan của cô bị đánh thức bởi hương xạ Chantilly và mùi violet phấn.</w:t>
      </w:r>
    </w:p>
    <w:p>
      <w:pPr>
        <w:spacing w:after="80"/>
      </w:pPr>
      <w:r>
        <w:rPr>
          <w:b w:val="0"/>
          <w:i w:val="0"/>
        </w:rPr>
        <w:t xml:space="preserve">Sau khi tự kiểm tra mình lần cuối trong gương, cô mở cửa bước vào phòng ngủ, hài lòng khi thấy Langdon đã tắt đèn. </w:t>
      </w:r>
      <w:r>
        <w:rPr>
          <w:b w:val="0"/>
          <w:i/>
        </w:rPr>
        <w:t>Hoàn hảo,</w:t>
      </w:r>
      <w:r>
        <w:rPr>
          <w:b w:val="0"/>
          <w:i w:val="0"/>
        </w:rPr>
        <w:t xml:space="preserve"> cô thầm nghĩ, biết rằng bộ đồ lót mỏng manh của mình giờ đang được chiếu sáng ngược, để lộ trọn vẹn bóng dáng thon thả của cô. Mỉm cười e ấp, cô tạo dáng quyến rũ trong khung cửa, chờ đợi phản ứng của Langdon.</w:t>
      </w:r>
    </w:p>
    <w:p>
      <w:pPr>
        <w:spacing w:after="80"/>
      </w:pPr>
      <w:r>
        <w:rPr>
          <w:b w:val="0"/>
          <w:i w:val="0"/>
        </w:rPr>
        <w:t>Nhưng phản hồi duy nhất mà cô nghe được là nhịp ngáy khe khẽ, đều đặn của anh.</w:t>
      </w:r>
    </w:p>
    <w:p>
      <w:pPr>
        <w:pStyle w:val="Heading1"/>
      </w:pPr>
      <w:r>
        <w:rPr>
          <w:rFonts w:ascii="Calibri" w:hAnsi="Calibri"/>
          <w:b/>
          <w:i w:val="0"/>
          <w:sz w:val="40"/>
        </w:rPr>
        <w:t>Chương 128</w:t>
      </w:r>
    </w:p>
    <w:p>
      <w:pPr>
        <w:spacing w:after="80"/>
      </w:pPr>
      <w:r>
        <w:rPr>
          <w:b w:val="0"/>
          <w:i w:val="0"/>
        </w:rPr>
        <w:t>Trong một căn hộ khiêm tốn ở quận Dejvice, Dana Daněk ngồi một mình trên ghế sofa xem bản tin truyền hình. Quân đội Mỹ giờ đã nhận hoàn toàn trách nhiệm về vụ nổ ở Folimanka, mà nguyên nhân dường như là do một lượng lớn khí đốt tự nhiên mà các kỹ sư đã mang đến để sưởi ấm và làm khô lớp bê tông tươi họ đang đổ. Theo nhiều chuyên gia xây dựng bên ngoài, kỹ thuật này rất phổ biến, đặc biệt là trong những không gian ngầm ẩm ướt vào mùa đông, và đây không phải là tai nạn đầu tiên kiểu này.</w:t>
      </w:r>
    </w:p>
    <w:p>
      <w:pPr>
        <w:spacing w:after="80"/>
      </w:pPr>
      <w:r>
        <w:rPr>
          <w:b w:val="0"/>
          <w:i w:val="0"/>
        </w:rPr>
        <w:t>Dù vậy, các nhà bình luận chính trị bắt đầu đặt câu hỏi về câu chuyện này. Tuy nhiên, bất kể điều gì đã gây ra vụ nổ, quân đội Mỹ đã phong tỏa khu vực và chuẩn bị cho một chiến dịch dọn dẹp quy mô lớn.</w:t>
      </w:r>
    </w:p>
    <w:p>
      <w:pPr>
        <w:spacing w:after="80"/>
      </w:pPr>
      <w:r>
        <w:rPr>
          <w:b w:val="0"/>
          <w:i w:val="0"/>
        </w:rPr>
        <w:t>"Cô Daněk?" một người đàn ông gọi từ hành lang sau khi gõ cửa nhà cô. "Tôi là Trung sĩ Kerble."</w:t>
      </w:r>
    </w:p>
    <w:p>
      <w:pPr>
        <w:spacing w:after="80"/>
      </w:pPr>
      <w:r>
        <w:rPr>
          <w:b w:val="0"/>
          <w:i w:val="0"/>
        </w:rPr>
        <w:t xml:space="preserve">Ngạc nhiên, cô bước đến và nhìn qua lỗ nhòm. Đúng là đội bảo vệ chính của đại sứ. </w:t>
      </w:r>
      <w:r>
        <w:rPr>
          <w:b w:val="0"/>
          <w:i/>
        </w:rPr>
        <w:t>Mình có gặp rắc rối gì không nhỉ?</w:t>
      </w:r>
      <w:r>
        <w:rPr>
          <w:b w:val="0"/>
          <w:i w:val="0"/>
        </w:rPr>
        <w:t xml:space="preserve"> Chưa từng có nhân viên bảo vệ Thủy quân Lục chiến nào đến thăm nhà cô. Dana đang mặc áo nỉ, đeo kính, không trang điểm, và cô tự hỏi liệu Trung sĩ Kerble có nhận ra cô không.</w:t>
      </w:r>
    </w:p>
    <w:p>
      <w:pPr>
        <w:spacing w:after="80"/>
      </w:pPr>
      <w:r>
        <w:rPr>
          <w:b w:val="0"/>
          <w:i w:val="0"/>
        </w:rPr>
        <w:t>Khi cô mở cửa, người lính Thủy quân Lục chiến mặt non choẹt đứng cách đó một khoảng lịch sự. "Cô Daněk," anh nói, "tôi xin lỗi vì đã làm phiền cô tại nhà. Đại sứ nhờ tôi một lần nữa chuyển lời chia buồn sâu sắc của bà ấy về sự ra đi của Tùy viên Harris. Tất nhiên, cả đại sứ quán đều bàng hoàng, nhưng bà Đại sứ nói hai người là bạn rất thân."</w:t>
      </w:r>
    </w:p>
    <w:p>
      <w:pPr>
        <w:spacing w:after="80"/>
      </w:pPr>
      <w:r>
        <w:rPr>
          <w:b w:val="0"/>
          <w:i w:val="0"/>
        </w:rPr>
        <w:t>"Cảm ơn anh, Scott."</w:t>
      </w:r>
    </w:p>
    <w:p>
      <w:pPr>
        <w:spacing w:after="80"/>
      </w:pPr>
      <w:r>
        <w:rPr>
          <w:b w:val="0"/>
          <w:i w:val="0"/>
        </w:rPr>
        <w:t>"Tôi cũng nên nói thêm rằng việc đại sứ bị bắt là một sự hiểu lầm, và bà ấy đã được thả với lời xin lỗi đầy đủ."</w:t>
      </w:r>
    </w:p>
    <w:p>
      <w:pPr>
        <w:spacing w:after="80"/>
      </w:pPr>
      <w:r>
        <w:rPr>
          <w:b w:val="0"/>
          <w:i w:val="0"/>
        </w:rPr>
        <w:t>"Bà ấy có thể sẽ hối hận đấy," Dana nói, chỉ tay về phía chiếc tivi phía sau. "Bà ấy sẽ có nhiều việc phải làm với chuyện này. Chính phủ của anh đang bị chỉ trích dữ dội rồi."</w:t>
      </w:r>
    </w:p>
    <w:p>
      <w:pPr>
        <w:spacing w:after="80"/>
      </w:pPr>
      <w:r>
        <w:rPr>
          <w:b w:val="0"/>
          <w:i w:val="0"/>
        </w:rPr>
        <w:t>"Vâng, toàn bộ tình huống này hơi..."</w:t>
      </w:r>
    </w:p>
    <w:p>
      <w:pPr>
        <w:spacing w:after="80"/>
      </w:pPr>
      <w:r>
        <w:rPr>
          <w:b w:val="0"/>
          <w:i w:val="0"/>
        </w:rPr>
        <w:t>"Rối tung lên?" Dana gợi ý.</w:t>
      </w:r>
    </w:p>
    <w:p>
      <w:pPr>
        <w:spacing w:after="80"/>
      </w:pPr>
      <w:r>
        <w:rPr>
          <w:b w:val="0"/>
          <w:i w:val="0"/>
        </w:rPr>
        <w:t>Kerble mỉm cười. "Tôi định nói là 'nhạy cảm về mặt chính trị'."</w:t>
      </w:r>
    </w:p>
    <w:p>
      <w:pPr>
        <w:spacing w:after="80"/>
      </w:pPr>
      <w:r>
        <w:rPr>
          <w:b w:val="0"/>
          <w:i w:val="0"/>
        </w:rPr>
        <w:t>"Vậy thì anh nên tiếp quản vị trí quan hệ công chúng của tôi đi."</w:t>
      </w:r>
    </w:p>
    <w:p>
      <w:pPr>
        <w:spacing w:after="80"/>
      </w:pPr>
      <w:r>
        <w:rPr>
          <w:b w:val="0"/>
          <w:i w:val="0"/>
        </w:rPr>
        <w:t>"Thật ra," anh nói, "đó là lý do tôi đến đây. Đại sứ rất mong cô quay lại và làm quan hệ công chúng cho cuộc khủng hoảng này."</w:t>
      </w:r>
    </w:p>
    <w:p>
      <w:pPr>
        <w:spacing w:after="80"/>
      </w:pPr>
      <w:r>
        <w:rPr>
          <w:b w:val="0"/>
          <w:i w:val="0"/>
        </w:rPr>
        <w:t>Dana bật cười thành tiếng. "Scott, anh có biết hôm nay chuyện gì xảy ra với tôi không?! Một người phụ nữ chĩa súng vào mặt tôi, bạn trai tôi bị siết cổ đến chết, đại sứ Mỹ bị bắt ngay trước mặt tôi, tôi bị áp giải ra khỏi khuôn viên đại sứ quán, và công viên Folimanka nổ tung! Tôi còn thiếu gì nữa không?!"</w:t>
      </w:r>
    </w:p>
    <w:p>
      <w:pPr>
        <w:spacing w:after="80"/>
      </w:pPr>
      <w:r>
        <w:rPr>
          <w:b w:val="0"/>
          <w:i w:val="0"/>
        </w:rPr>
        <w:t>Kerble thở dài. "Tôi xin lỗi, Dana, tôi thừa nhận hôm nay đúng là..."</w:t>
      </w:r>
    </w:p>
    <w:p>
      <w:pPr>
        <w:spacing w:after="80"/>
      </w:pPr>
      <w:r>
        <w:rPr>
          <w:b w:val="0"/>
          <w:i w:val="0"/>
        </w:rPr>
        <w:t>“Có ẩn ý chính trị gì à?”</w:t>
      </w:r>
    </w:p>
    <w:p>
      <w:pPr>
        <w:spacing w:after="80"/>
      </w:pPr>
      <w:r>
        <w:rPr>
          <w:b w:val="0"/>
          <w:i w:val="0"/>
        </w:rPr>
        <w:t>“Tôi định nói là ‘toang rồi’.”</w:t>
      </w:r>
    </w:p>
    <w:p>
      <w:pPr>
        <w:spacing w:after="80"/>
      </w:pPr>
      <w:r>
        <w:rPr>
          <w:b w:val="0"/>
          <w:i w:val="0"/>
        </w:rPr>
        <w:t>Dana gượng cười. “Vậy rốt cuộc chuyện gì đang xảy ra?”</w:t>
      </w:r>
    </w:p>
    <w:p>
      <w:pPr>
        <w:spacing w:after="80"/>
      </w:pPr>
      <w:r>
        <w:rPr>
          <w:b w:val="0"/>
          <w:i w:val="0"/>
        </w:rPr>
        <w:t>“Tôi không nắm hết sự thật. Cô nên hỏi đại sứ vào ngày mai khi cô quay lại làm việc.”</w:t>
      </w:r>
    </w:p>
    <w:p>
      <w:pPr>
        <w:spacing w:after="80"/>
      </w:pPr>
      <w:r>
        <w:rPr>
          <w:b w:val="0"/>
          <w:i w:val="0"/>
        </w:rPr>
        <w:t>“Đó là lời chào hàng của anh à?”</w:t>
      </w:r>
    </w:p>
    <w:p>
      <w:pPr>
        <w:spacing w:after="80"/>
      </w:pPr>
      <w:r>
        <w:rPr>
          <w:b w:val="0"/>
          <w:i w:val="0"/>
        </w:rPr>
        <w:t>“Tôi chưa bao giờ là người bán hàng giỏi. Cô làm ơn chỉ cần suy nghĩ về điều đó thôi được không?”</w:t>
      </w:r>
    </w:p>
    <w:p>
      <w:pPr>
        <w:spacing w:after="80"/>
      </w:pPr>
      <w:r>
        <w:rPr>
          <w:b w:val="0"/>
          <w:i w:val="0"/>
        </w:rPr>
        <w:t>“Tôi sẽ nghĩ. Chúc anh một đêm tốt lành.”</w:t>
      </w:r>
    </w:p>
    <w:p>
      <w:pPr>
        <w:spacing w:after="80"/>
      </w:pPr>
      <w:r>
        <w:rPr>
          <w:b w:val="0"/>
          <w:i w:val="0"/>
        </w:rPr>
        <w:t>Dana bắt đầu đóng cửa, nhưng Kerble bước lại gần hơn. “Thật ra, tôi đang tự hỏi liệu tôi có thể xem qua cái hộp các-tông đó một chút không.” Anh chỉ tay qua người cô vào phòng khách, về phía chiếc hộp đựng đồ cá nhân của cô từ văn phòng. “Tôi nghĩ có thể có một túi ngoại giao trong đó thuộc về đại sứ. Tôi e rằng tôi đã lỡ bỏ nó vào hộp của cô do nhầm lẫn. Tôi vào được không?”</w:t>
      </w:r>
    </w:p>
    <w:p>
      <w:pPr>
        <w:spacing w:after="80"/>
      </w:pPr>
      <w:r>
        <w:rPr>
          <w:b w:val="0"/>
          <w:i w:val="0"/>
        </w:rPr>
        <w:t>Dana đã từng chịu đựng không ít hơn phần của mình những chiêu tán tỉnh dở tệ, và nếu cô không đánh giá cao Trung sĩ Kerble đến vậy, cô hẳn đã đoán đây là một chiêu khác. Tuy vậy, cô ra hiệu để anh đợi ở ngưỡng cửa. “Tôi sẽ tìm giúp anh.”</w:t>
      </w:r>
    </w:p>
    <w:p>
      <w:pPr>
        <w:spacing w:after="80"/>
      </w:pPr>
      <w:r>
        <w:rPr>
          <w:b w:val="0"/>
          <w:i w:val="0"/>
        </w:rPr>
        <w:t>Dana bước tới và lục tung chiếc hộp, sững sờ khi bắt gặp một túi ngoại giao được niêm phong gửi cho Đại sứ Heide Nagel. Trên túi có dán một tờ giấy ghi chú:</w:t>
      </w:r>
    </w:p>
    <w:p>
      <w:pPr>
        <w:spacing w:after="80"/>
      </w:pPr>
      <w:r>
        <w:rPr>
          <w:b w:val="0"/>
          <w:i w:val="0"/>
        </w:rPr>
        <w:t>D— Đừng nói với ai về chuyện này. Sẽ có người liên lạc với cô.</w:t>
      </w:r>
    </w:p>
    <w:p>
      <w:pPr>
        <w:spacing w:after="80"/>
      </w:pPr>
      <w:r>
        <w:rPr>
          <w:b w:val="0"/>
          <w:i w:val="0"/>
        </w:rPr>
        <w:t>Dana quay phắt lại nhìn anh trong kinh ngạc. “Cái quái gì thế này?! Và sao nó lại ở trong hộp của tôi?!”</w:t>
      </w:r>
    </w:p>
    <w:p>
      <w:pPr>
        <w:spacing w:after="80"/>
      </w:pPr>
      <w:r>
        <w:rPr>
          <w:b w:val="0"/>
          <w:i w:val="0"/>
        </w:rPr>
        <w:t>“Tôi xin lỗi,” anh đáp. “Tôi đã đặt nó ở đó. Và giờ tôi cần lấy lại.”</w:t>
      </w:r>
    </w:p>
    <w:p>
      <w:pPr>
        <w:jc w:val="center"/>
      </w:pPr>
      <w:r>
        <w:drawing>
          <wp:inline xmlns:a="http://schemas.openxmlformats.org/drawingml/2006/main" xmlns:pic="http://schemas.openxmlformats.org/drawingml/2006/picture">
            <wp:extent cx="5486400" cy="362122"/>
            <wp:docPr id="140" name="Picture 140"/>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Tại đại sứ quán Hoa Kỳ, Heide Nagel ngồi một mình trong văn phòng và nhìn chằm chằm vào chiếc ly Becherovka giờ đã cạn. Bà hiếm khi uống rượu mạnh, và chưa bao giờ uống hai ly cocktail trong một ngày.</w:t>
      </w:r>
    </w:p>
    <w:p>
      <w:pPr>
        <w:spacing w:after="80"/>
      </w:pPr>
      <w:r>
        <w:rPr>
          <w:b w:val="0"/>
          <w:i w:val="0"/>
        </w:rPr>
        <w:t>Nếu không phải hôm nay, thì khi nào?</w:t>
      </w:r>
    </w:p>
    <w:p>
      <w:pPr>
        <w:spacing w:after="80"/>
      </w:pPr>
      <w:r>
        <w:rPr>
          <w:b w:val="0"/>
          <w:i w:val="0"/>
        </w:rPr>
        <w:t xml:space="preserve">Bà và vị giám đốc đã đạt được một thỏa thuận—một kiểu hòa hoãn—nhưng dù vậy, Nagel cũng không định từ bỏ lợi thế của mình và mù quáng tin tưởng ông ta. </w:t>
      </w:r>
      <w:r>
        <w:rPr>
          <w:b w:val="0"/>
          <w:i/>
        </w:rPr>
        <w:t>Mình vẫn còn chiếc USB chứa đoạn video.</w:t>
      </w:r>
    </w:p>
    <w:p>
      <w:pPr>
        <w:spacing w:after="80"/>
      </w:pPr>
      <w:r>
        <w:rPr>
          <w:b w:val="0"/>
          <w:i w:val="0"/>
        </w:rPr>
        <w:t>Kerble đã đi lấy lại nó từ Dana, và qua tiếng bước chân đang leo lên cầu thang đá hoa của bà, Kerble đã trở về… chỉ có điều gương mặt xuất hiện ở ngưỡng cửa không phải là ông ấy. Đó là gương mặt của một trong những lính thủy quân lục chiến mới hơn của đại sứ quán.</w:t>
      </w:r>
    </w:p>
    <w:p>
      <w:pPr>
        <w:spacing w:after="80"/>
      </w:pPr>
      <w:r>
        <w:rPr>
          <w:b w:val="0"/>
          <w:i w:val="0"/>
        </w:rPr>
        <w:t>“Thưa bà?” chàng trai trẻ nói, vẻ mặt bồn chồn. “Tôi xin lỗi, nhưng chúng tôi có một tình huống ở cửa trước cần bà chú ý.”</w:t>
      </w:r>
    </w:p>
    <w:p>
      <w:pPr>
        <w:spacing w:after="80"/>
      </w:pPr>
      <w:r>
        <w:rPr>
          <w:b w:val="0"/>
          <w:i w:val="0"/>
        </w:rPr>
        <w:t>“Hôm nay không có tình huống nào nữa,” bà nói. “Làm ơn để đội của anh tự xử lý đi.”</w:t>
      </w:r>
    </w:p>
    <w:p>
      <w:pPr>
        <w:spacing w:after="80"/>
      </w:pPr>
      <w:r>
        <w:rPr>
          <w:b w:val="0"/>
          <w:i w:val="0"/>
        </w:rPr>
        <w:t xml:space="preserve">“Chúng tôi không chính thức đủ thẩm quyền, thưa bà. Đây là một vấn đề </w:t>
      </w:r>
      <w:r>
        <w:rPr>
          <w:b w:val="0"/>
          <w:i/>
        </w:rPr>
        <w:t>ngoại giao</w:t>
      </w:r>
      <w:r>
        <w:rPr>
          <w:b w:val="0"/>
          <w:i w:val="0"/>
        </w:rPr>
        <w:t>.”</w:t>
      </w:r>
    </w:p>
    <w:p>
      <w:pPr>
        <w:spacing w:after="80"/>
      </w:pPr>
      <w:r>
        <w:rPr>
          <w:b w:val="0"/>
          <w:i w:val="0"/>
        </w:rPr>
        <w:t xml:space="preserve">Đầu Nagel cảm thấy mụ mị. </w:t>
      </w:r>
      <w:r>
        <w:rPr>
          <w:b w:val="0"/>
          <w:i/>
        </w:rPr>
        <w:t>Một vấn đề ngoại giao… ở cửa trước ư?</w:t>
      </w:r>
    </w:p>
    <w:p>
      <w:pPr>
        <w:spacing w:after="80"/>
      </w:pPr>
      <w:r>
        <w:rPr>
          <w:b w:val="0"/>
          <w:i w:val="0"/>
        </w:rPr>
        <w:t>Chàng trai trẻ bước vào, đưa ra một mẩu giấy. “Cái này dành cho bà.”</w:t>
      </w:r>
    </w:p>
    <w:p>
      <w:pPr>
        <w:spacing w:after="80"/>
      </w:pPr>
      <w:r>
        <w:rPr>
          <w:b w:val="0"/>
          <w:i w:val="0"/>
        </w:rPr>
        <w:t>Nagel nhận tờ giấy và nhìn hai từ viết tay.</w:t>
      </w:r>
    </w:p>
    <w:p>
      <w:pPr>
        <w:spacing w:after="80"/>
      </w:pPr>
      <w:r>
        <w:rPr>
          <w:b w:val="0"/>
          <w:i w:val="0"/>
        </w:rPr>
        <w:t>Саша Весна</w:t>
      </w:r>
    </w:p>
    <w:p>
      <w:pPr>
        <w:spacing w:after="80"/>
      </w:pPr>
      <w:r>
        <w:rPr>
          <w:b w:val="0"/>
          <w:i w:val="0"/>
        </w:rPr>
        <w:t>“Tôi không biết đây là gì,” bà nói, bực bội. “Tôi không nói tiếng Nga.”</w:t>
      </w:r>
    </w:p>
    <w:p>
      <w:pPr>
        <w:spacing w:after="80"/>
      </w:pPr>
      <w:r>
        <w:rPr>
          <w:b w:val="0"/>
          <w:i w:val="0"/>
        </w:rPr>
        <w:t>Người lính thủy quân lục chiến trông bối rối. “Cô ấy khẳng định với tôi rằng bà sẽ biết cô ấy là ai.”</w:t>
      </w:r>
    </w:p>
    <w:p>
      <w:pPr>
        <w:spacing w:after="80"/>
      </w:pPr>
      <w:r>
        <w:rPr>
          <w:b w:val="0"/>
          <w:i w:val="0"/>
        </w:rPr>
        <w:t>“Tôi xin lỗi, ai cơ?”</w:t>
      </w:r>
    </w:p>
    <w:p>
      <w:pPr>
        <w:spacing w:after="80"/>
      </w:pPr>
      <w:r>
        <w:rPr>
          <w:b w:val="0"/>
          <w:i w:val="0"/>
        </w:rPr>
        <w:t>“Người Nga ở cửa trước. Cô ấy yêu cầu được nói chuyện với Michael Harris.”</w:t>
      </w:r>
    </w:p>
    <w:p>
      <w:pPr>
        <w:spacing w:after="80"/>
      </w:pPr>
      <w:r>
        <w:rPr>
          <w:b w:val="0"/>
          <w:i w:val="0"/>
        </w:rPr>
        <w:t>Một người Nga tìm Michael? Ở đây? Ngay lúc này?</w:t>
      </w:r>
    </w:p>
    <w:p>
      <w:pPr>
        <w:spacing w:after="80"/>
      </w:pPr>
      <w:r>
        <w:rPr>
          <w:b w:val="0"/>
          <w:i w:val="0"/>
        </w:rPr>
        <w:t>“Tôi đã yêu cầu cô ấy viết tên ra.” Người lính thủy quân lục chiến chỉ vào mẩu giấy. “Tôi tin là phát âm là ‘Sasha Vesna.’ ”</w:t>
      </w:r>
    </w:p>
    <w:p>
      <w:pPr>
        <w:pStyle w:val="Heading1"/>
      </w:pPr>
      <w:r>
        <w:rPr>
          <w:rFonts w:ascii="Calibri" w:hAnsi="Calibri"/>
          <w:b/>
          <w:i w:val="0"/>
          <w:sz w:val="40"/>
        </w:rPr>
        <w:t>Chương 129</w:t>
      </w:r>
    </w:p>
    <w:p>
      <w:pPr>
        <w:spacing w:after="80"/>
      </w:pPr>
      <w:r>
        <w:rPr>
          <w:b w:val="0"/>
          <w:i w:val="0"/>
        </w:rPr>
        <w:t>Khi lái xe rời khỏi căn hộ của Dana, Trung sĩ Kerble cảm thấy kiệt sức. Ông bật đài trên xe và vặn to âm lượng để giúp mình tỉnh táo. Túi ngoại giao nằm trên ghế bên cạnh ông, và theo lệnh, ông sẽ giao nó cho đại sứ ngay lập tức.</w:t>
      </w:r>
    </w:p>
    <w:p>
      <w:pPr>
        <w:spacing w:after="80"/>
      </w:pPr>
      <w:r>
        <w:rPr>
          <w:b w:val="0"/>
          <w:i w:val="0"/>
        </w:rPr>
        <w:t>Giữa vòng xuyến khổng lồ ở Quảng trường Vítězné, Kerble cảm thấy chiếc điện thoại trong túi bắt đầu rung. Anh lôi ra và kiểm tra số người gọi—một số máy lẻ của đại sứ quán Hoa Kỳ.</w:t>
      </w:r>
    </w:p>
    <w:p>
      <w:pPr>
        <w:spacing w:after="80"/>
      </w:pPr>
      <w:r>
        <w:rPr>
          <w:b w:val="0"/>
          <w:i w:val="0"/>
        </w:rPr>
        <w:t>“Kerble đây,” anh trả lời, vặn nhỏ đài.</w:t>
      </w:r>
    </w:p>
    <w:p>
      <w:pPr>
        <w:spacing w:after="80"/>
      </w:pPr>
      <w:r>
        <w:rPr>
          <w:b w:val="0"/>
          <w:i w:val="0"/>
        </w:rPr>
        <w:t>“Ơn Chúa là anh đã nghe máy!” Giọng người phụ nữ quen thuộc nhưng nghe hoảng loạn một cách khác thường.</w:t>
      </w:r>
    </w:p>
    <w:p>
      <w:pPr>
        <w:spacing w:after="80"/>
      </w:pPr>
      <w:r>
        <w:rPr>
          <w:b w:val="0"/>
          <w:i w:val="0"/>
        </w:rPr>
        <w:t>“Thưa bà Đại sứ?” Kerble lập tức cảnh giác cao độ. “Mọi chuyện có—”</w:t>
      </w:r>
    </w:p>
    <w:p>
      <w:pPr>
        <w:spacing w:after="80"/>
      </w:pPr>
      <w:r>
        <w:rPr>
          <w:b w:val="0"/>
          <w:i w:val="0"/>
        </w:rPr>
        <w:t>“Anh đang ở đâu ngay lúc này?!” bà ngắt lời.</w:t>
      </w:r>
    </w:p>
    <w:p>
      <w:pPr>
        <w:spacing w:after="80"/>
      </w:pPr>
      <w:r>
        <w:rPr>
          <w:b w:val="0"/>
          <w:i w:val="0"/>
        </w:rPr>
        <w:t>Sự đột ngột của bà đại sứ thật bất thường, và Kerble có cảm giác kỳ lạ rằng bà đã uống rượu, điều này cũng trái với tính cách của bà. “Tôi vừa rời Dejvice,” anh nói. “Tôi có món đồ bà yêu cầu, và tôi đang trên đường—”</w:t>
      </w:r>
    </w:p>
    <w:p>
      <w:pPr>
        <w:spacing w:after="80"/>
      </w:pPr>
      <w:r>
        <w:rPr>
          <w:b w:val="0"/>
          <w:i w:val="0"/>
        </w:rPr>
        <w:t>“Tôi cần anh làm một việc khác. Ngay lập tức.”</w:t>
      </w:r>
    </w:p>
    <w:p>
      <w:pPr>
        <w:spacing w:after="80"/>
      </w:pPr>
      <w:r>
        <w:rPr>
          <w:b w:val="0"/>
          <w:i w:val="0"/>
        </w:rPr>
        <w:t>Khi bà đại sứ giải thích, bản năng mách bảo Kerble rằng có điều gì đó về tình huống này thực sự sai. “Thưa bà, tôi nghe bà không rõ,” anh nói dối, thực hiện giao thức an ninh đã thống nhất giữa họ. “Bà có đang ở trong thành phố không? Đang đi làm việc vặt à?”</w:t>
      </w:r>
    </w:p>
    <w:p>
      <w:pPr>
        <w:spacing w:after="80"/>
      </w:pPr>
      <w:r>
        <w:rPr>
          <w:b w:val="0"/>
          <w:i w:val="0"/>
        </w:rPr>
        <w:t>“Trời ơi, Scott!” bà gắt. “Anh biết tôi đâu có đi làm việc vặt! Cứ làm điều tôi đã nhờ đi!”</w:t>
      </w:r>
    </w:p>
    <w:p>
      <w:pPr>
        <w:jc w:val="center"/>
      </w:pPr>
      <w:r>
        <w:drawing>
          <wp:inline xmlns:a="http://schemas.openxmlformats.org/drawingml/2006/main" xmlns:pic="http://schemas.openxmlformats.org/drawingml/2006/picture">
            <wp:extent cx="5486400" cy="362122"/>
            <wp:docPr id="141" name="Picture 141"/>
            <wp:cNvGraphicFramePr>
              <a:graphicFrameLocks noChangeAspect="1"/>
            </wp:cNvGraphicFramePr>
            <a:graphic>
              <a:graphicData uri="http://schemas.openxmlformats.org/drawingml/2006/picture">
                <pic:pic>
                  <pic:nvPicPr>
                    <pic:cNvPr id="0" name="image_rsrc8XP.jpg"/>
                    <pic:cNvPicPr/>
                  </pic:nvPicPr>
                  <pic:blipFill>
                    <a:blip r:embed="rId18"/>
                    <a:stretch>
                      <a:fillRect/>
                    </a:stretch>
                  </pic:blipFill>
                  <pic:spPr>
                    <a:xfrm>
                      <a:off x="0" y="0"/>
                      <a:ext cx="5486400" cy="362122"/>
                    </a:xfrm>
                    <a:prstGeom prst="rect"/>
                  </pic:spPr>
                </pic:pic>
              </a:graphicData>
            </a:graphic>
          </wp:inline>
        </w:drawing>
      </w:r>
    </w:p>
    <w:p>
      <w:pPr>
        <w:spacing w:after="80"/>
      </w:pPr>
      <w:r>
        <w:rPr>
          <w:b w:val="0"/>
          <w:i w:val="0"/>
        </w:rPr>
        <w:t>Tim Đại sứ Nagel đập thình thịch khi bà bước xuống cầu thang đá cẩm thạch vào tiền sảnh trang nhã của đại sứ quán. Phòng chờ ngăn cách đại sứ quán với đường phố luôn có một lính thủy quân lục chiến trực, nhưng đêm nay, đúng như Nagel đã yêu cầu vài phút trước, có ba lính thủy quân lục chiến lực lưỡng đứng trong tiền sảnh. Hạ sĩ trẻ chỉ huy trông nhẹ nhõm khi thấy bà đến gần.</w:t>
      </w:r>
    </w:p>
    <w:p>
      <w:pPr>
        <w:spacing w:after="80"/>
      </w:pPr>
      <w:r>
        <w:rPr>
          <w:b w:val="0"/>
          <w:i w:val="0"/>
        </w:rPr>
        <w:t>Các vệ binh đang đứng cùng một người mới đến—một phụ nữ tóc vàng mặc quần jeans, áo parka và giày thể thao. Mái tóc dài ngang vai của cô ướt và rối bù, tư thế cô rũ xuống, như thể cô vô cùng mệt mỏi, hoặc thậm chí có thể bị thương.</w:t>
      </w:r>
    </w:p>
    <w:p>
      <w:pPr>
        <w:spacing w:after="80"/>
      </w:pPr>
      <w:r>
        <w:rPr>
          <w:b w:val="0"/>
          <w:i w:val="0"/>
        </w:rPr>
        <w:t>Nagel nhận ra người phụ nữ ngay lập tức, vì bà đã từng thấy cô trong các bức ảnh.</w:t>
      </w:r>
    </w:p>
    <w:p>
      <w:pPr>
        <w:spacing w:after="80"/>
      </w:pPr>
      <w:r>
        <w:rPr>
          <w:b w:val="0"/>
          <w:i w:val="0"/>
        </w:rPr>
        <w:t>Sasha Vesna…và trông cô ấy như vừa trải qua một cuộc chiến.</w:t>
      </w:r>
    </w:p>
    <w:p>
      <w:pPr>
        <w:spacing w:after="80"/>
      </w:pPr>
      <w:r>
        <w:rPr>
          <w:b w:val="0"/>
          <w:i w:val="0"/>
        </w:rPr>
        <w:t xml:space="preserve">Sự hiện diện của người phụ nữ Nga ở đây—lôi thôi nhưng </w:t>
      </w:r>
      <w:r>
        <w:rPr>
          <w:b w:val="0"/>
          <w:i/>
        </w:rPr>
        <w:t>còn sống</w:t>
      </w:r>
      <w:r>
        <w:rPr>
          <w:b w:val="0"/>
          <w:i w:val="0"/>
        </w:rPr>
        <w:t xml:space="preserve">—là một cú sốc tỉnh người. Nhìn thấy cô, Nagel thoáng thấy mất phương hướng, đặc biệt khi xét đến những gì bà biết về tính cách phức tạp của Sasha. Nếu Langdon và Solomon đúng về chứng rối loạn đa nhân cách của người phụ nữ này, thì điều đầu tiên Nagel phải làm—dù nghe có kỳ quặc đến đâu—là phân định xem </w:t>
      </w:r>
      <w:r>
        <w:rPr>
          <w:b w:val="0"/>
          <w:i/>
        </w:rPr>
        <w:t>nhân cách nào</w:t>
      </w:r>
      <w:r>
        <w:rPr>
          <w:b w:val="0"/>
          <w:i w:val="0"/>
        </w:rPr>
        <w:t xml:space="preserve"> của Sasha vừa xuất hiện tại đại sứ quán.</w:t>
      </w:r>
    </w:p>
    <w:p>
      <w:pPr>
        <w:spacing w:after="80"/>
      </w:pPr>
      <w:r>
        <w:rPr>
          <w:b w:val="0"/>
          <w:i w:val="0"/>
        </w:rPr>
        <w:t>“Cô Vesna,” bà đại sứ nói một cách lịch sự, giữ khoảng cách. “Tôi là Đại sứ Nagel. Tôi được thông báo rằng cô đang tìm Michael Harris?”</w:t>
      </w:r>
    </w:p>
    <w:p>
      <w:pPr>
        <w:spacing w:after="80"/>
      </w:pPr>
      <w:r>
        <w:rPr>
          <w:b w:val="0"/>
          <w:i w:val="0"/>
        </w:rPr>
        <w:t>“Vâng,” người phụ nữ nói, giọng yếu ớt với âm sắc Nga đậm. “Michael là bạn của tôi. Anh ấy nói nếu tôi gặp rắc rối, tôi nên đến gặp anh ấy ở đây.” Người phụ nữ trẻ run rẩy trong cái lạnh, và giọng cô ngập ngừng. “Và…tôi nghĩ mình đang gặp rắc rối.”</w:t>
      </w:r>
    </w:p>
    <w:p>
      <w:pPr>
        <w:spacing w:after="80"/>
      </w:pPr>
      <w:r>
        <w:rPr>
          <w:b w:val="0"/>
          <w:i/>
        </w:rPr>
        <w:t>Cô</w:t>
      </w:r>
      <w:r>
        <w:rPr>
          <w:b w:val="0"/>
          <w:i w:val="0"/>
        </w:rPr>
        <w:t xml:space="preserve"> tưởng </w:t>
      </w:r>
      <w:r>
        <w:rPr>
          <w:b w:val="0"/>
          <w:i/>
        </w:rPr>
        <w:t>cô đang gặp rắc rối à?!</w:t>
      </w:r>
      <w:r>
        <w:rPr>
          <w:b w:val="0"/>
          <w:i w:val="0"/>
        </w:rPr>
        <w:t xml:space="preserve"> Nagel chỉ muốn hét lên. </w:t>
      </w:r>
      <w:r>
        <w:rPr>
          <w:b w:val="0"/>
          <w:i/>
        </w:rPr>
        <w:t>Cô đã giết Michael Harris và cho nổ tung một cơ sở tuyệt mật của chính phủ!</w:t>
      </w:r>
      <w:r>
        <w:rPr>
          <w:b w:val="0"/>
          <w:i w:val="0"/>
        </w:rPr>
        <w:t xml:space="preserve"> Thế nhưng khi vị đại sứ cất lời, giọng bà vẫn điềm tĩnh. "E rằng hiện giờ Michael không có ở đây." </w:t>
      </w:r>
      <w:r>
        <w:rPr>
          <w:b w:val="0"/>
          <w:i/>
        </w:rPr>
        <w:t>Và tôi nghĩ cô đã biết điều đó rồi. Phải không?</w:t>
      </w:r>
    </w:p>
    <w:p>
      <w:pPr>
        <w:spacing w:after="80"/>
      </w:pPr>
      <w:r>
        <w:rPr>
          <w:b w:val="0"/>
          <w:i w:val="0"/>
        </w:rPr>
        <w:t>"Anh ấy sẽ sớm quay lại chứ?" Sasha hỏi. "Michael nói tôi có thể đến mà không cần báo trước nếu tôi cảm thấy mình đang gặp nguy hiểm."</w:t>
      </w:r>
    </w:p>
    <w:p>
      <w:pPr>
        <w:spacing w:after="80"/>
      </w:pPr>
      <w:r>
        <w:rPr>
          <w:b w:val="0"/>
          <w:i w:val="0"/>
        </w:rPr>
        <w:t>"</w:t>
      </w:r>
      <w:r>
        <w:rPr>
          <w:b w:val="0"/>
          <w:i/>
        </w:rPr>
        <w:t>Cô</w:t>
      </w:r>
      <w:r>
        <w:rPr>
          <w:b w:val="0"/>
          <w:i w:val="0"/>
        </w:rPr>
        <w:t xml:space="preserve"> đang gặp nguy hiểm sao?" Nagel hỏi.</w:t>
      </w:r>
    </w:p>
    <w:p>
      <w:pPr>
        <w:spacing w:after="80"/>
      </w:pPr>
      <w:r>
        <w:rPr>
          <w:b w:val="0"/>
          <w:i w:val="0"/>
        </w:rPr>
        <w:t>"Vâng, tôi…nghĩ vậy," cô nói, nước mắt chỉ chực trào ra.</w:t>
      </w:r>
    </w:p>
    <w:p>
      <w:pPr>
        <w:spacing w:after="80"/>
      </w:pPr>
      <w:r>
        <w:rPr>
          <w:b w:val="0"/>
          <w:i w:val="0"/>
        </w:rPr>
        <w:t>"Từ ai?"</w:t>
      </w:r>
    </w:p>
    <w:p>
      <w:pPr>
        <w:spacing w:after="80"/>
      </w:pPr>
      <w:r>
        <w:rPr>
          <w:b w:val="0"/>
          <w:i w:val="0"/>
        </w:rPr>
        <w:t>"Tôi không biết!" cô nói, nước mắt giờ đã tuôn rơi tự do. "Tôi không biết chuyện gì đã xảy ra với mình! Tôi bối rối và tôi không nhớ…tôi chỉ biết mình cần một nơi an toàn để ở!"</w:t>
      </w:r>
    </w:p>
    <w:p>
      <w:pPr>
        <w:spacing w:after="80"/>
      </w:pPr>
      <w:r>
        <w:rPr>
          <w:b w:val="0"/>
          <w:i w:val="0"/>
        </w:rPr>
        <w:t xml:space="preserve">"Vậy là cô đang xin </w:t>
      </w:r>
      <w:r>
        <w:rPr>
          <w:b w:val="0"/>
          <w:i/>
        </w:rPr>
        <w:t>tị nạn</w:t>
      </w:r>
      <w:r>
        <w:rPr>
          <w:b w:val="0"/>
          <w:i w:val="0"/>
        </w:rPr>
        <w:t>?" vị đại sứ hỏi.</w:t>
      </w:r>
    </w:p>
    <w:p>
      <w:pPr>
        <w:spacing w:after="80"/>
      </w:pPr>
      <w:r>
        <w:rPr>
          <w:b w:val="0"/>
          <w:i w:val="0"/>
        </w:rPr>
        <w:t>"Tôi không biết đó là gì," cô nói, bước một bước về phía Nagel. "Tôi chỉ cần—"</w:t>
      </w:r>
    </w:p>
    <w:p>
      <w:pPr>
        <w:spacing w:after="80"/>
      </w:pPr>
      <w:r>
        <w:rPr>
          <w:b w:val="0"/>
          <w:i/>
        </w:rPr>
        <w:t>"Sasha, dừng lại!"</w:t>
      </w:r>
      <w:r>
        <w:rPr>
          <w:b w:val="0"/>
          <w:i w:val="0"/>
        </w:rPr>
        <w:t xml:space="preserve"> Nagel gầm lên khi hai người lính thủy đánh bộ bước vào giữa hai người, khiến Sasha lập tức khựng lại tại chỗ. Cô trông thật sự hoảng sợ như thể mình vừa làm sai điều gì đó.</w:t>
      </w:r>
    </w:p>
    <w:p>
      <w:pPr>
        <w:spacing w:after="80"/>
      </w:pPr>
      <w:r>
        <w:rPr>
          <w:b w:val="0"/>
          <w:i w:val="0"/>
        </w:rPr>
        <w:t>"Cô Vesna," Nagel nói, lấy lại vẻ điềm tĩnh. "Tôi muốn giúp cô, nhưng trước tiên tôi cần cô lắng nghe tôi thật kỹ. Điều này cực kỳ quan trọng."</w:t>
      </w:r>
    </w:p>
    <w:p>
      <w:pPr>
        <w:spacing w:after="80"/>
      </w:pPr>
      <w:r>
        <w:rPr>
          <w:b w:val="0"/>
          <w:i w:val="0"/>
        </w:rPr>
        <w:t>Sasha gật đầu.</w:t>
      </w:r>
    </w:p>
    <w:p>
      <w:pPr>
        <w:spacing w:after="80"/>
      </w:pPr>
      <w:r>
        <w:rPr>
          <w:b w:val="0"/>
          <w:i w:val="0"/>
        </w:rPr>
        <w:t xml:space="preserve">"Đại sứ quán này được coi là lãnh thổ Hoa Kỳ, và khi một người không phải công dân Hoa Kỳ xin nơi trú ẩn an toàn trên lãnh thổ Hoa Kỳ, chúng tôi gọi đó là 'đơn xin </w:t>
      </w:r>
      <w:r>
        <w:rPr>
          <w:b w:val="0"/>
          <w:i/>
        </w:rPr>
        <w:t>tị nạn.</w:t>
      </w:r>
      <w:r>
        <w:rPr>
          <w:b w:val="0"/>
          <w:i w:val="0"/>
        </w:rPr>
        <w:t>' Mọi đơn xin tị nạn đều yêu cầu một cuộc phỏng vấn đánh giá ngay lập tức do một viên chức lãnh sự cấp cao thực hiện. Đó chính là tôi."</w:t>
      </w:r>
    </w:p>
    <w:p>
      <w:pPr>
        <w:spacing w:after="80"/>
      </w:pPr>
      <w:r>
        <w:rPr>
          <w:b w:val="0"/>
          <w:i w:val="0"/>
        </w:rPr>
        <w:t>Sasha gật đầu tỏ vẻ đã hiểu.</w:t>
      </w:r>
    </w:p>
    <w:p>
      <w:pPr>
        <w:spacing w:after="80"/>
      </w:pPr>
      <w:r>
        <w:rPr>
          <w:b w:val="0"/>
          <w:i w:val="0"/>
        </w:rPr>
        <w:t>"Các quy tắc cho những cuộc phỏng vấn này," Nagel tiếp tục, "rất nghiêm ngặt. Giao thức chuẩn hóa theo Khung Xét xử Tị nạn đòi hỏi một quy định về thủ tục mà chúng tôi gọi là 'kiềm chế có kiểm soát.'"</w:t>
      </w:r>
    </w:p>
    <w:p>
      <w:pPr>
        <w:spacing w:after="80"/>
      </w:pPr>
      <w:r>
        <w:rPr>
          <w:b w:val="0"/>
          <w:i w:val="0"/>
        </w:rPr>
        <w:t>Người lính thủy đánh bộ đứng gần Sasha nhất liếc nhìn Nagel đầy nghi ngờ, điều này cũng chẳng có gì lạ khi mà vị đại sứ đang tự bịa ra mọi thứ ngay tại chỗ.</w:t>
      </w:r>
    </w:p>
    <w:p>
      <w:pPr>
        <w:spacing w:after="80"/>
      </w:pPr>
      <w:r>
        <w:rPr>
          <w:b w:val="0"/>
          <w:i w:val="0"/>
        </w:rPr>
        <w:t>"Cô không gặp rắc rối đâu, cô Vesna, dù có thể cô cảm thấy như vậy. Kiềm chế có kiểm soát là một phần thiết yếu trong giao thức tị nạn của chúng tôi. Đây là một biện pháp phòng ngừa và đảm bảo một môi trường an toàn cho cả cô và các nhân viên đại sứ quán—"</w:t>
      </w:r>
    </w:p>
    <w:p>
      <w:pPr>
        <w:spacing w:after="80"/>
      </w:pPr>
      <w:r>
        <w:rPr>
          <w:b w:val="0"/>
          <w:i w:val="0"/>
        </w:rPr>
        <w:t>“Tôi hiểu rồi,” Sasha nói, đưa hai tay ra và chìa cổ tay về phía trước. “Không sao đâu nếu các anh trói tôi lại.”</w:t>
      </w:r>
    </w:p>
    <w:p>
      <w:pPr>
        <w:spacing w:after="80"/>
      </w:pPr>
      <w:r>
        <w:rPr>
          <w:b w:val="0"/>
          <w:i w:val="0"/>
        </w:rPr>
        <w:t>“Cảm ơn vì đã hợp tác,” Nagel nói, ngạc nhiên trước sự phục tùng tức thì của Sasha. “Đội của tôi giờ sẽ trói cô theo đúng quy trình của chúng tôi. Cô sẽ được đưa vào một phòng hội nghị an toàn, có khóa, nơi cô sẽ được cung cấp thức ăn, nước uống, quyền sử dụng nhà vệ sinh, và chăm sóc y tế nếu cô cần.”</w:t>
      </w:r>
    </w:p>
    <w:p>
      <w:pPr>
        <w:spacing w:after="80"/>
      </w:pPr>
      <w:r>
        <w:rPr>
          <w:b w:val="0"/>
          <w:i w:val="0"/>
        </w:rPr>
        <w:t>Các lính thủy đánh bộ do dự đúng một khoảnh khắc đủ để thấy Nagel đang trừng mắt nhìn như muốn giết người, và người hạ sĩ chỉ huy liền nhảy vào hành động. Chỉ trong vài giây, anh ta đã còng một bộ còng nhựa dẻo tiêu chuẩn vào hai cổ tay đang chìa ra của Sasha và, cùng với những người lính gác khác, dẫn cô đi qua vách ngăn an ninh.</w:t>
      </w:r>
    </w:p>
    <w:p>
      <w:pPr>
        <w:spacing w:after="80"/>
      </w:pPr>
      <w:r>
        <w:rPr>
          <w:b w:val="0"/>
          <w:i w:val="0"/>
        </w:rPr>
        <w:t>Nagel giữ khoảng cách với họ, liếc nhìn đồng hồ. Đã 8:30 tối. “Tôi sẽ đến gặp cô ngay khi có thể, cô Vesna, nhưng có thể sẽ mất một chút thời gian. Trong lúc đó, nhân viên của tôi sẽ đảm bảo cô được ấm áp và no bụng.”</w:t>
      </w:r>
    </w:p>
    <w:p>
      <w:pPr>
        <w:spacing w:after="80"/>
      </w:pPr>
      <w:r>
        <w:rPr>
          <w:b w:val="0"/>
          <w:i w:val="0"/>
        </w:rPr>
        <w:t>Sasha rưng rưng nước mắt khi đi ngang qua. “Cảm ơn vì lòng tốt của bà,” cô cố thì thầm.</w:t>
      </w:r>
    </w:p>
    <w:p>
      <w:pPr>
        <w:spacing w:after="80"/>
      </w:pPr>
      <w:r>
        <w:rPr>
          <w:b w:val="0"/>
          <w:i w:val="0"/>
        </w:rPr>
        <w:t>Khi Nagel lấy lại bình tĩnh và quay trở lên lầu, bà nhận ra mình có vài quyết định rất lớn mà không hề lường trước phải đưa ra.</w:t>
      </w:r>
    </w:p>
    <w:p>
      <w:pPr>
        <w:spacing w:after="80"/>
      </w:pPr>
      <w:r>
        <w:rPr>
          <w:b w:val="0"/>
          <w:i w:val="0"/>
        </w:rPr>
        <w:t>Và phải nhanh nữa.</w:t>
      </w:r>
    </w:p>
    <w:p>
      <w:pPr>
        <w:pStyle w:val="Heading1"/>
      </w:pPr>
      <w:r>
        <w:rPr>
          <w:rFonts w:ascii="Calibri" w:hAnsi="Calibri"/>
          <w:b/>
          <w:i w:val="0"/>
          <w:sz w:val="40"/>
        </w:rPr>
        <w:t>Chương 130</w:t>
      </w:r>
    </w:p>
    <w:p>
      <w:pPr>
        <w:spacing w:after="80"/>
      </w:pPr>
      <w:r>
        <w:rPr>
          <w:b w:val="0"/>
          <w:i w:val="0"/>
        </w:rPr>
        <w:t>Vỉa hè Manhattan lấp lánh dưới chân Faukman khi ông đi dọc theo Broadway. Cơn mưa chiều cuối cùng cũng đã tạnh, và đã đến lúc về nhà.</w:t>
      </w:r>
    </w:p>
    <w:p>
      <w:pPr>
        <w:spacing w:after="80"/>
      </w:pPr>
      <w:r>
        <w:rPr>
          <w:b w:val="0"/>
          <w:i w:val="0"/>
        </w:rPr>
        <w:t>Cuộc gọi với Prague của ông diễn ra ngắn gọn, vì Langdon ngần ngại nói nhiều qua điện thoại. Anh trấn an rằng anh và Katherine đều an toàn, đồng thời báo cho Faukman biết họ đang cân nhắc dừng chân ở New York trên đường về nhà để tất cả có thể cùng nhau rà soát trực tiếp mọi chuyện đã xảy ra với bản thảo.</w:t>
      </w:r>
    </w:p>
    <w:p>
      <w:pPr>
        <w:spacing w:after="80"/>
      </w:pPr>
      <w:r>
        <w:rPr>
          <w:b w:val="0"/>
          <w:i/>
        </w:rPr>
        <w:t>Chẳng có gì nhiều để bàn cả,</w:t>
      </w:r>
      <w:r>
        <w:rPr>
          <w:b w:val="0"/>
          <w:i w:val="0"/>
        </w:rPr>
        <w:t xml:space="preserve"> vị biên tập viên than thở. Kể cả nếu Katherine có thể hình dung nổi việc viết lại toàn bộ cuốn sách của mình, thì CIA gần như chắc chắn sẽ có ý kiến về chuyện đó. Với Faukman, mất cuốn sách này là một đòn giáng nghề nghiệp đáng kể, vậy mà ông vẫn thấy an ủi khi biết Robert và Katherine đều an toàn.</w:t>
      </w:r>
    </w:p>
    <w:p>
      <w:pPr>
        <w:spacing w:after="80"/>
      </w:pPr>
      <w:r>
        <w:rPr>
          <w:b w:val="0"/>
          <w:i w:val="0"/>
        </w:rPr>
        <w:t>Khi đến gần Columbus Circle, Faukman ngửi thấy mùi cà phê rang đậm nồng nàn của đất, và ông bước vào quán Starbucks đông đúc nhất thành phố. Nếu có ngày nào xứng đáng được nạp thêm một liều caffeine cho quãng đường đi bộ về nhà, thì đó chính là hôm nay.</w:t>
      </w:r>
    </w:p>
    <w:p>
      <w:pPr>
        <w:spacing w:after="80"/>
      </w:pPr>
      <w:r>
        <w:rPr>
          <w:b w:val="0"/>
          <w:i/>
        </w:rPr>
        <w:t>Xin lỗi Robert vậy,</w:t>
      </w:r>
      <w:r>
        <w:rPr>
          <w:b w:val="0"/>
          <w:i w:val="0"/>
        </w:rPr>
        <w:t xml:space="preserve"> ông thầm nghĩ khi gọi đồ.</w:t>
      </w:r>
    </w:p>
    <w:p>
      <w:pPr>
        <w:spacing w:after="80"/>
      </w:pPr>
      <w:r>
        <w:rPr>
          <w:b w:val="0"/>
          <w:i w:val="0"/>
        </w:rPr>
        <w:t>Vị giáo sư Harvard từ lâu đã tẩy chay Starbucks vì điều mà ông gọi là “sự lạm dụng trắng trợn một biểu tượng cổ điển” của họ.</w:t>
      </w:r>
    </w:p>
    <w:p>
      <w:pPr>
        <w:spacing w:after="80"/>
      </w:pPr>
      <w:r>
        <w:rPr>
          <w:b w:val="0"/>
          <w:i w:val="0"/>
        </w:rPr>
        <w:t>Faukman khúc khích cười khi nhìn cái logo quen thuộc in trên mọi chiếc cốc trong quán.</w:t>
      </w:r>
    </w:p>
    <w:p>
      <w:pPr>
        <w:jc w:val="center"/>
      </w:pPr>
      <w:r>
        <w:drawing>
          <wp:inline xmlns:a="http://schemas.openxmlformats.org/drawingml/2006/main" xmlns:pic="http://schemas.openxmlformats.org/drawingml/2006/picture">
            <wp:extent cx="5486400" cy="1017269"/>
            <wp:docPr id="142" name="Picture 142"/>
            <wp:cNvGraphicFramePr>
              <a:graphicFrameLocks noChangeAspect="1"/>
            </wp:cNvGraphicFramePr>
            <a:graphic>
              <a:graphicData uri="http://schemas.openxmlformats.org/drawingml/2006/picture">
                <pic:pic>
                  <pic:nvPicPr>
                    <pic:cNvPr id="0" name="image_rsrc8YF.jpg"/>
                    <pic:cNvPicPr/>
                  </pic:nvPicPr>
                  <pic:blipFill>
                    <a:blip r:embed="rId37"/>
                    <a:stretch>
                      <a:fillRect/>
                    </a:stretch>
                  </pic:blipFill>
                  <pic:spPr>
                    <a:xfrm>
                      <a:off x="0" y="0"/>
                      <a:ext cx="5486400" cy="1017269"/>
                    </a:xfrm>
                    <a:prstGeom prst="rect"/>
                  </pic:spPr>
                </pic:pic>
              </a:graphicData>
            </a:graphic>
          </wp:inline>
        </w:drawing>
      </w:r>
    </w:p>
    <w:p>
      <w:pPr>
        <w:spacing w:after="80"/>
      </w:pPr>
      <w:r>
        <w:rPr>
          <w:b w:val="0"/>
          <w:i w:val="0"/>
        </w:rPr>
        <w:t xml:space="preserve">“Nàng tiên cá </w:t>
      </w:r>
      <w:r>
        <w:rPr>
          <w:b w:val="0"/>
          <w:i/>
        </w:rPr>
        <w:t>Starbucks,</w:t>
      </w:r>
      <w:r>
        <w:rPr>
          <w:b w:val="0"/>
          <w:i w:val="0"/>
        </w:rPr>
        <w:t xml:space="preserve">” Langdon từng gầm gừ, “có </w:t>
      </w:r>
      <w:r>
        <w:rPr>
          <w:b w:val="0"/>
          <w:i/>
        </w:rPr>
        <w:t>hai</w:t>
      </w:r>
      <w:r>
        <w:rPr>
          <w:b w:val="0"/>
          <w:i w:val="0"/>
        </w:rPr>
        <w:t xml:space="preserve"> cái đuôi! Nghĩa là cô ta chẳng phải nàng tiên cá gì cả, mà là một </w:t>
      </w:r>
      <w:r>
        <w:rPr>
          <w:b w:val="0"/>
          <w:i/>
        </w:rPr>
        <w:t>nàng tiên cá dụ dỗ</w:t>
      </w:r>
      <w:r>
        <w:rPr>
          <w:b w:val="0"/>
          <w:i w:val="0"/>
        </w:rPr>
        <w:t xml:space="preserve">—một ả mê hoặc độc ác chuyên dụ thủy thủ đi theo mình một cách mù quáng đến chỗ đắm tàu và cuối cùng là đến </w:t>
      </w:r>
      <w:r>
        <w:rPr>
          <w:b w:val="0"/>
          <w:i/>
        </w:rPr>
        <w:t>cái chết</w:t>
      </w:r>
      <w:r>
        <w:rPr>
          <w:b w:val="0"/>
          <w:i w:val="0"/>
        </w:rPr>
        <w:t>! Tôi không thể tin tưởng một tập đoàn đã không buồn nghiên cứu biểu tượng học trước khi trang trí Frappuccino bằng một con quái vật biển chết người…”</w:t>
      </w:r>
    </w:p>
    <w:p>
      <w:pPr>
        <w:spacing w:after="80"/>
      </w:pPr>
      <w:r>
        <w:rPr>
          <w:b w:val="0"/>
          <w:i/>
        </w:rPr>
        <w:t>Đúng là một nhà biểu tượng học mới có thể phá hỏng một ly cà phê ngon,</w:t>
      </w:r>
      <w:r>
        <w:rPr>
          <w:b w:val="0"/>
          <w:i w:val="0"/>
        </w:rPr>
        <w:t xml:space="preserve"> Faukman nghĩ thầm, chẳng chút áy náy khi nhấp ngụm đầu tiên đầy thiên đường của ly flat white béo ngậy nhất thành phố. Rồi anh dựng cao cổ chiếc áo peacoat xám cổ điển, bước ra ngoài và đi về nhà.</w:t>
      </w:r>
    </w:p>
    <w:p>
      <w:pPr>
        <w:pStyle w:val="Heading1"/>
      </w:pPr>
      <w:r>
        <w:rPr>
          <w:rFonts w:ascii="Calibri" w:hAnsi="Calibri"/>
          <w:b/>
          <w:i w:val="0"/>
          <w:sz w:val="40"/>
        </w:rPr>
        <w:t>Chương 131</w:t>
      </w:r>
    </w:p>
    <w:p>
      <w:pPr>
        <w:spacing w:after="80"/>
      </w:pPr>
      <w:r>
        <w:rPr>
          <w:b w:val="0"/>
          <w:i w:val="0"/>
        </w:rPr>
        <w:t>Lơ lửng trong bóng tối, Robert Langdon trôi bồng bềnh trên cao phía trên Prague. Anh nhìn xuống Charles Bridge xa tít bên dưới, những ngọn đèn khí đốt lấp lánh như những chuỗi ngọc trai trải dài qua dòng sông đen thẳm. Không trọng lượng và tách biệt, Langdon trôi theo dòng nước, vượt qua thác nước, chẳng cảm thấy gì ngoài một chút khó chịu mơ hồ trước tiếng đập ầm ầm từ xa. Khi tiếng đập mỗi lúc một lớn, trọng lực bỗng túm lấy anh, và Langdon cảm thấy mình bị kéo xuống trong một cú rơi tự do hoảng loạn…tăng tốc về phía dòng sông băng giá…cho đến khi anh đập vỡ mặt gương phẳng lặng của nó.</w:t>
      </w:r>
    </w:p>
    <w:p>
      <w:pPr>
        <w:spacing w:after="80"/>
      </w:pPr>
      <w:r>
        <w:rPr>
          <w:b w:val="0"/>
          <w:i w:val="0"/>
        </w:rPr>
        <w:t xml:space="preserve">Giật mình tỉnh dậy, Langdon ngồi bật dậy trên giường, ngạc nhiên vì mình đã không nhận ra mình đang mơ. Đó là một nghịch lý khó hiểu với anh—khả năng của trí óc con người tự đặt mình vào một tình huống rõ ràng là bất khả thi mà vẫn chấp nhận tình huống đó như sự thật, phớt lờ mọi điều bất hợp lý, và không bao giờ nghi ngờ rằng nó không </w:t>
      </w:r>
      <w:r>
        <w:rPr>
          <w:b w:val="0"/>
          <w:i/>
        </w:rPr>
        <w:t>thực sự</w:t>
      </w:r>
      <w:r>
        <w:rPr>
          <w:b w:val="0"/>
          <w:i w:val="0"/>
        </w:rPr>
        <w:t xml:space="preserve"> đang diễn ra.</w:t>
      </w:r>
    </w:p>
    <w:p>
      <w:pPr>
        <w:spacing w:after="80"/>
      </w:pPr>
      <w:r>
        <w:rPr>
          <w:b w:val="0"/>
          <w:i w:val="0"/>
        </w:rPr>
        <w:t>Giờ đã tỉnh táo nhờ adrenaline từ giấc mơ, Langdon đảo mắt khắp căn phòng khách sạn tối om. Mọi thứ đều im lặng, chỉ có tiếng thở nhẹ nhàng của Katherine bên cạnh anh. Mùi nước hoa lạ lẫm của cô vương vấn trong không khí, và Langdon vẫn còn cảm nhận được kết cấu mịn màng xa hoa của thứ gì đó cô đã mặc khi ngồi xuống mép giường và thì thầm: “Xin lỗi vì đã đánh thức thầy, Giáo sư…”</w:t>
      </w:r>
    </w:p>
    <w:p>
      <w:pPr>
        <w:spacing w:after="80"/>
      </w:pPr>
      <w:r>
        <w:rPr>
          <w:b w:val="0"/>
          <w:i w:val="0"/>
        </w:rPr>
        <w:t>Langdon vẫn còn cảm thấy dư âm ấm áp.</w:t>
      </w:r>
    </w:p>
    <w:p>
      <w:pPr>
        <w:spacing w:after="80"/>
      </w:pPr>
      <w:r>
        <w:rPr>
          <w:b w:val="0"/>
          <w:i w:val="0"/>
        </w:rPr>
        <w:t>Tiến sĩ Solomon, cứ thoải mái đánh thức tôi như thế bất cứ lúc nào.</w:t>
      </w:r>
    </w:p>
    <w:p>
      <w:pPr>
        <w:spacing w:after="80"/>
      </w:pPr>
      <w:r>
        <w:rPr>
          <w:b w:val="0"/>
          <w:i w:val="0"/>
        </w:rPr>
        <w:t>Anh lặng lẽ bước ra khỏi giường, khoác áo choàng tắm, và bước vào phòng khách của dãy phòng. Trái với mong đợi của anh, chiếc đồng hồ quả lắc lớn chỉ vừa qua 9 giờ tối.</w:t>
      </w:r>
    </w:p>
    <w:p>
      <w:pPr>
        <w:spacing w:after="80"/>
      </w:pPr>
      <w:r>
        <w:rPr>
          <w:b w:val="0"/>
          <w:i w:val="0"/>
        </w:rPr>
        <w:t>Mình chẳng ngủ được chút nào cả.</w:t>
      </w:r>
    </w:p>
    <w:p>
      <w:pPr>
        <w:spacing w:after="80"/>
      </w:pPr>
      <w:r>
        <w:rPr>
          <w:b w:val="0"/>
          <w:i w:val="0"/>
        </w:rPr>
        <w:t xml:space="preserve">Anh nhìn ra ngoài cửa sổ lồi, nhận ra giấc mơ kỳ quái của mình cũng chẳng đáng ngạc nhiên lắm. Có lẽ bộ não anh vẫn đang cố gắng xử lý cú sốc từ việc anh lao mình hoảng loạn từ chính cửa sổ này xuống dòng nước băng giá. Những giấc mơ luôn khiến Langdon say mê, và hôm nay anh đã sửng sốt khi Katherine tuyên bố đã khám phá ra điều </w:t>
      </w:r>
      <w:r>
        <w:rPr>
          <w:b w:val="0"/>
          <w:i/>
        </w:rPr>
        <w:t>gây ra</w:t>
      </w:r>
      <w:r>
        <w:rPr>
          <w:b w:val="0"/>
          <w:i w:val="0"/>
        </w:rPr>
        <w:t xml:space="preserve"> chúng.</w:t>
      </w:r>
    </w:p>
    <w:p>
      <w:pPr>
        <w:spacing w:after="80"/>
      </w:pPr>
      <w:r>
        <w:rPr>
          <w:b w:val="0"/>
          <w:i w:val="0"/>
        </w:rPr>
        <w:t xml:space="preserve">Đáng kinh ngạc thay, các thí nghiệm của cô đã tiết lộ rằng một bộ não </w:t>
      </w:r>
      <w:r>
        <w:rPr>
          <w:b w:val="0"/>
          <w:i/>
        </w:rPr>
        <w:t>đang mơ</w:t>
      </w:r>
      <w:r>
        <w:rPr>
          <w:b w:val="0"/>
          <w:i w:val="0"/>
        </w:rPr>
        <w:t xml:space="preserve"> tương tự như một bộ não </w:t>
      </w:r>
      <w:r>
        <w:rPr>
          <w:b w:val="0"/>
          <w:i/>
        </w:rPr>
        <w:t>đang hấp hối</w:t>
      </w:r>
      <w:r>
        <w:rPr>
          <w:b w:val="0"/>
          <w:i w:val="0"/>
        </w:rPr>
        <w:t>. Trong cả hai trường hợp, nồng độ GABA đều tụt giảm, do đó hạ thấp các bộ lọc của não, mở ra cánh cửa cho những dải thông tin rộng lớn hơn. Dòng dữ liệu không được lọc tràn vào chính là lý do giấc mơ hiện ra thành những mớ hình ảnh và ý tưởng lộn xộn phi logic đến vậy. Hơn nữa, nó còn giải thích tại sao, chỉ trong vài giây sau khi tỉnh dậy, ngay cả những giấc mơ sống động nhất cũng bắt đầu phai nhạt bất chấp những nỗ lực tuyệt vọng của chúng ta để nhớ lại chúng. Bộ não thiết lập lại, nồng độ GABA tăng lên, và các bộ lọc được kích hoạt trở lại…xóa sạch thông tin và một lần nữa điều chỉnh nhận thức của chúng ta về thực tại.</w:t>
      </w:r>
    </w:p>
    <w:p>
      <w:pPr>
        <w:spacing w:after="80"/>
      </w:pPr>
      <w:r>
        <w:rPr>
          <w:b w:val="0"/>
          <w:i w:val="0"/>
        </w:rPr>
        <w:t xml:space="preserve">Cảm giác hấp hối rất giống với mơ, cô đã giải thích, mô tả cách trong giấc mơ chúng ta thường cảm nhận mình là những sinh thể không trọng lượng, không khối lượng, có khả năng di chuyển xuyên qua chướng ngại vật, bay lượn trong không trung, hoặc dịch chuyển vị trí—về bản chất, chúng ta trở thành một ý thức không có hình dạng vật lý. </w:t>
      </w:r>
      <w:r>
        <w:rPr>
          <w:b w:val="0"/>
          <w:i/>
        </w:rPr>
        <w:t>Thân bardo,</w:t>
      </w:r>
      <w:r>
        <w:rPr>
          <w:b w:val="0"/>
          <w:i w:val="0"/>
        </w:rPr>
        <w:t xml:space="preserve"> Langdon nghĩ, nhớ lại mô tả về nó trong </w:t>
      </w:r>
      <w:r>
        <w:rPr>
          <w:b w:val="0"/>
          <w:i/>
        </w:rPr>
        <w:t>The Tibetan Book of the Dead.</w:t>
      </w:r>
      <w:r>
        <w:rPr>
          <w:b w:val="0"/>
          <w:i w:val="0"/>
        </w:rPr>
        <w:t xml:space="preserve"> Trong nhiều nền văn hóa, thân </w:t>
      </w:r>
      <w:r>
        <w:rPr>
          <w:b w:val="0"/>
          <w:i/>
        </w:rPr>
        <w:t>mơ</w:t>
      </w:r>
      <w:r>
        <w:rPr>
          <w:b w:val="0"/>
          <w:i w:val="0"/>
        </w:rPr>
        <w:t xml:space="preserve"> được coi là thiêng liêng vì khả năng được cho là có thể đi đi lại lại giữa cõi sống và cõi chết.</w:t>
      </w:r>
    </w:p>
    <w:p>
      <w:pPr>
        <w:spacing w:after="80"/>
      </w:pPr>
      <w:r>
        <w:rPr>
          <w:b w:val="0"/>
          <w:i w:val="0"/>
        </w:rPr>
        <w:t>Khi ý thức trở nên không còn ràng buộc, năng lực nhận thức của chúng ta cũng lớn lên.</w:t>
      </w:r>
    </w:p>
    <w:p>
      <w:pPr>
        <w:spacing w:after="80"/>
      </w:pPr>
      <w:r>
        <w:rPr>
          <w:b w:val="0"/>
          <w:i w:val="0"/>
        </w:rPr>
        <w:t>Langdon vẫn đang đứng bên cửa sổ thì bỗng nhiên mọi chiếc điện thoại trong dãy phòng đồng loạt reo lên cùng lúc. Anh vội vã đến máy lẻ ở phòng khách và nhấc ống nghe, hy vọng cuộc gọi không đánh thức Katherine.</w:t>
      </w:r>
    </w:p>
    <w:p>
      <w:pPr>
        <w:spacing w:after="80"/>
      </w:pPr>
      <w:r>
        <w:rPr>
          <w:b w:val="0"/>
          <w:i w:val="0"/>
        </w:rPr>
        <w:t>“Thưa ông Langdon, tôi là quản lý ca đêm đây,” giọng nói quen thuộc vang lên. “Xin lỗi nếu tôi đã đánh thức ông. Tôi đã thử gõ cửa, nhưng không có ai trả lời.”</w:t>
      </w:r>
    </w:p>
    <w:p>
      <w:pPr>
        <w:spacing w:after="80"/>
      </w:pPr>
      <w:r>
        <w:rPr>
          <w:b w:val="0"/>
          <w:i/>
        </w:rPr>
        <w:t>Tiếng đập ầm ầm trong giấc mơ của mình.</w:t>
      </w:r>
      <w:r>
        <w:rPr>
          <w:b w:val="0"/>
          <w:i w:val="0"/>
        </w:rPr>
        <w:t xml:space="preserve"> “Vâng, mọi thứ…ổn chứ?”</w:t>
      </w:r>
    </w:p>
    <w:p>
      <w:pPr>
        <w:spacing w:after="80"/>
      </w:pPr>
      <w:r>
        <w:rPr>
          <w:b w:val="0"/>
          <w:i w:val="0"/>
        </w:rPr>
        <w:t>“Tôi không biết, thưa ngài,” viên quản lý đáp, rõ ràng là đang hoảng hốt. “Có một Thủy quân lục chiến tên Kerble từ đại sứ quán Hoa Kỳ. Anh ta nói rằng đại sứ cần gặp ngài ngay lập tức, việc này cực kỳ quan trọng.”</w:t>
      </w:r>
    </w:p>
    <w:p>
      <w:pPr>
        <w:jc w:val="center"/>
      </w:pPr>
      <w:r>
        <w:drawing>
          <wp:inline xmlns:a="http://schemas.openxmlformats.org/drawingml/2006/main" xmlns:pic="http://schemas.openxmlformats.org/drawingml/2006/picture">
            <wp:extent cx="5486400" cy="362122"/>
            <wp:docPr id="143" name="Picture 143"/>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 xml:space="preserve">Trong một phòng hội nghị bị khóa kín ở đại sứ quán Hoa Kỳ, The Golěm cúi nhìn xuống những chiếc còng trên cổ tay mình. </w:t>
      </w:r>
      <w:r>
        <w:rPr>
          <w:b w:val="0"/>
          <w:i/>
        </w:rPr>
        <w:t>Ta sẽ không để Sasha thấy mình bị trói buộc,</w:t>
      </w:r>
      <w:r>
        <w:rPr>
          <w:b w:val="0"/>
          <w:i w:val="0"/>
        </w:rPr>
        <w:t xml:space="preserve"> hắn nghĩ. </w:t>
      </w:r>
      <w:r>
        <w:rPr>
          <w:b w:val="0"/>
          <w:i/>
        </w:rPr>
        <w:t>Cô ấy đã chịu đựng đủ điều đó trong những năm tháng ở viện rồi.</w:t>
      </w:r>
      <w:r>
        <w:rPr>
          <w:b w:val="0"/>
          <w:i w:val="0"/>
        </w:rPr>
        <w:t xml:space="preserve"> The Golěm vẫn chưa đưa Sasha trở lại vị trí dẫn đầu trong tâm trí hắn kể từ khi rời khỏi đống đổ nát của Threshold, nhưng khoảnh khắc đó đang đến rất nhanh.</w:t>
      </w:r>
    </w:p>
    <w:p>
      <w:pPr>
        <w:spacing w:after="80"/>
      </w:pPr>
      <w:r>
        <w:rPr>
          <w:b w:val="0"/>
          <w:i w:val="0"/>
        </w:rPr>
        <w:t>Mọi thứ đang diễn ra đúng kế hoạch.</w:t>
      </w:r>
    </w:p>
    <w:p>
      <w:pPr>
        <w:spacing w:after="80"/>
      </w:pPr>
      <w:r>
        <w:rPr>
          <w:b w:val="0"/>
          <w:i w:val="0"/>
        </w:rPr>
        <w:t>Dù Sasha hiện đang thực sự bị giam giữ, The Golěm vẫn tin chắc rằng đại sứ sẽ trở thành một đồng minh đồng cảm với cô ấy.</w:t>
      </w:r>
    </w:p>
    <w:p>
      <w:pPr>
        <w:spacing w:after="80"/>
      </w:pPr>
      <w:r>
        <w:rPr>
          <w:b w:val="0"/>
          <w:i w:val="0"/>
        </w:rPr>
        <w:t>Lời thú tội của Gessner đã tiết lộ tất cả những gì ta cần biết.</w:t>
      </w:r>
    </w:p>
    <w:p>
      <w:pPr>
        <w:spacing w:after="80"/>
      </w:pPr>
      <w:r>
        <w:rPr>
          <w:b w:val="0"/>
          <w:i w:val="0"/>
        </w:rPr>
        <w:t>“Đại sứ Nagel không biết gì cả!” Gessner đã khăng khăng. “Bà ấy sẽ kinh hoàng khi biết chuyện gì đang diễn ra dưới này—bà ấy chỉ ở Prague vì Finch đã lừa bà ấy vào chức vụ này. Hắn cần một nhà ngoại giao làm đồng minh!”</w:t>
      </w:r>
    </w:p>
    <w:p>
      <w:pPr>
        <w:spacing w:after="80"/>
      </w:pPr>
      <w:r>
        <w:rPr>
          <w:b w:val="0"/>
          <w:i/>
        </w:rPr>
        <w:t>Ta cũng cần một người,</w:t>
      </w:r>
      <w:r>
        <w:rPr>
          <w:b w:val="0"/>
          <w:i w:val="0"/>
        </w:rPr>
        <w:t xml:space="preserve"> The Golěm đã quyết định.</w:t>
      </w:r>
    </w:p>
    <w:p>
      <w:pPr>
        <w:spacing w:after="80"/>
      </w:pPr>
      <w:r>
        <w:rPr>
          <w:b w:val="0"/>
          <w:i w:val="0"/>
        </w:rPr>
        <w:t>Và thế là hắn đã liên lạc với bà ấy.</w:t>
      </w:r>
    </w:p>
    <w:p>
      <w:pPr>
        <w:spacing w:after="80"/>
      </w:pPr>
      <w:r>
        <w:rPr>
          <w:b w:val="0"/>
          <w:i w:val="0"/>
        </w:rPr>
        <w:t>Xin hãy giúp Sasha.</w:t>
      </w:r>
    </w:p>
    <w:p>
      <w:pPr>
        <w:spacing w:after="80"/>
      </w:pPr>
      <w:r>
        <w:rPr>
          <w:b w:val="0"/>
          <w:i w:val="0"/>
        </w:rPr>
        <w:t>Không nghi ngờ gì nữa, đại sứ đang cố gắng xác định chính xác việc “giúp Sasha” sẽ bao gồm những gì, nhưng bà ấy sẽ không mất nhiều thời gian để nhận ra chỉ có một kịch bản khả thi duy nhất. The Golěm đã gieo ý tưởng đó một cách hết sức khéo léo, và nó đã bén rễ.</w:t>
      </w:r>
    </w:p>
    <w:p>
      <w:pPr>
        <w:spacing w:after="80"/>
      </w:pPr>
      <w:r>
        <w:rPr>
          <w:b w:val="0"/>
          <w:i w:val="0"/>
        </w:rPr>
        <w:t>Vài phút trước, đại sứ đã thốt ra từ duy nhất mà The Golěm muốn nghe.</w:t>
      </w:r>
    </w:p>
    <w:p>
      <w:pPr>
        <w:spacing w:after="80"/>
      </w:pPr>
      <w:r>
        <w:rPr>
          <w:b w:val="0"/>
          <w:i w:val="0"/>
        </w:rPr>
        <w:t>Tị nạn.</w:t>
      </w:r>
    </w:p>
    <w:p>
      <w:pPr>
        <w:pStyle w:val="Heading1"/>
      </w:pPr>
      <w:r>
        <w:rPr>
          <w:rFonts w:ascii="Calibri" w:hAnsi="Calibri"/>
          <w:b/>
          <w:i w:val="0"/>
          <w:sz w:val="40"/>
        </w:rPr>
        <w:t>Chương 132</w:t>
      </w:r>
    </w:p>
    <w:p>
      <w:pPr>
        <w:spacing w:after="80"/>
      </w:pPr>
      <w:r>
        <w:rPr>
          <w:b w:val="0"/>
          <w:i w:val="0"/>
        </w:rPr>
        <w:t>Heide Nagel đã dành cả cuộc đời sự nghiệp của mình để phục vụ đất nước. Được rèn luyện để luôn nghĩ đến lợi ích chung, bà hiếm khi chỉ nghĩ đến bản thân. Tuy nhiên, vào lúc này, nghĩ đến bản thân chính là điều mà Nagel đang làm.</w:t>
      </w:r>
    </w:p>
    <w:p>
      <w:pPr>
        <w:spacing w:after="80"/>
      </w:pPr>
      <w:r>
        <w:rPr>
          <w:b w:val="0"/>
          <w:i w:val="0"/>
        </w:rPr>
        <w:t>Bà đã đưa ra quyết định từ chức đại sứ và rời khỏi Prague. Đó là điều bà muốn làm từ nhiều năm trước, nhưng giờ đây, rất đột ngột, thế giới của bà đã thay đổi. Finch đã biến mất, và bà nắm trong tay đòn bẩy để vượt qua cả cơn bão chính trị dữ dội nhất.</w:t>
      </w:r>
    </w:p>
    <w:p>
      <w:pPr>
        <w:spacing w:after="80"/>
      </w:pPr>
      <w:r>
        <w:rPr>
          <w:b w:val="0"/>
          <w:i w:val="0"/>
        </w:rPr>
        <w:t>Tuy nhiên, trước sự ngạc nhiên của Nagel, sự đảm bảo về việc sống sót không mang lại cho bà chút an ủi nào…chỉ có một sự trống rỗng gặm nhấm đã lớn dần trong vài giờ qua.</w:t>
      </w:r>
    </w:p>
    <w:p>
      <w:pPr>
        <w:spacing w:after="80"/>
      </w:pPr>
      <w:r>
        <w:rPr>
          <w:b w:val="0"/>
          <w:i w:val="0"/>
        </w:rPr>
        <w:t>Cuộc đời mình phải hướng tới một điều gì đó lớn lao hơn là chỉ… sống sót.</w:t>
      </w:r>
    </w:p>
    <w:p>
      <w:pPr>
        <w:spacing w:after="80"/>
      </w:pPr>
      <w:r>
        <w:rPr>
          <w:b w:val="0"/>
          <w:i w:val="0"/>
        </w:rPr>
        <w:t>Và rồi Sasha Vesna bước qua cánh cửa trước của đại sứ quán.</w:t>
      </w:r>
    </w:p>
    <w:p>
      <w:pPr>
        <w:jc w:val="center"/>
      </w:pPr>
      <w:r>
        <w:drawing>
          <wp:inline xmlns:a="http://schemas.openxmlformats.org/drawingml/2006/main" xmlns:pic="http://schemas.openxmlformats.org/drawingml/2006/picture">
            <wp:extent cx="5486400" cy="362122"/>
            <wp:docPr id="144" name="Picture 144"/>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Katherine Solomon cảm thấy như mới chỉ vài phút trước cô còn đang chìm đắm trong một thế giới mộng mơ đầy thỏa mãn, để rồi bị giật phắt trở lại ánh sáng chói chang của thực tại.</w:t>
      </w:r>
    </w:p>
    <w:p>
      <w:pPr>
        <w:spacing w:after="80"/>
      </w:pPr>
      <w:r>
        <w:rPr>
          <w:b w:val="0"/>
          <w:i w:val="0"/>
        </w:rPr>
        <w:t>Chúng ta đang làm gì ở đây vậy?!</w:t>
      </w:r>
    </w:p>
    <w:p>
      <w:pPr>
        <w:spacing w:after="80"/>
      </w:pPr>
      <w:r>
        <w:rPr>
          <w:b w:val="0"/>
          <w:i w:val="0"/>
        </w:rPr>
        <w:t>Trung sĩ Kerble vừa đưa họ đến văn phòng của Đại sứ Nagel, người đang đứng bên quầy bar rót ba tách cà phê vào bộ tách sứ cao cấp có in huy hiệu chính thức của đại sứ quán. "Một lần nữa, tôi xin lỗi vì đã gọi muộn thế này," bà nói, "nhưng e rằng trong một giờ qua đã có những diễn biến lớn, và tôi cần cập nhật cho các vị ngay lập tức. Thông tin này vừa khẩn cấp… vừa cực kỳ nhạy cảm."</w:t>
      </w:r>
    </w:p>
    <w:p>
      <w:pPr>
        <w:spacing w:after="80"/>
      </w:pPr>
      <w:r>
        <w:rPr>
          <w:b w:val="0"/>
          <w:i w:val="0"/>
        </w:rPr>
        <w:t xml:space="preserve">"Bà đang nói với chúng tôi </w:t>
      </w:r>
      <w:r>
        <w:rPr>
          <w:b w:val="0"/>
          <w:i/>
        </w:rPr>
        <w:t>ngay tại đây</w:t>
      </w:r>
      <w:r>
        <w:rPr>
          <w:b w:val="0"/>
          <w:i w:val="0"/>
        </w:rPr>
        <w:t xml:space="preserve"> ư?" Langdon hỏi. "Tôi tưởng bà không còn tin vào sự riêng tư của đại sứ quán nữa."</w:t>
      </w:r>
    </w:p>
    <w:p>
      <w:pPr>
        <w:spacing w:after="80"/>
      </w:pPr>
      <w:r>
        <w:rPr>
          <w:b w:val="0"/>
          <w:i w:val="0"/>
        </w:rPr>
        <w:t>"Đúng là tôi không còn tin," Nagel đáp, "nhưng mọi thứ đã thay đổi. Thông tin tôi sắp chia sẻ với các vị là điều tôi sẽ không còn lựa chọn nào khác ngoài việc cũng phải chia sẻ với giám đốc CIA." Vị đại sứ quay lưng khỏi quầy bar, bưng khay cà phê tiến về khu vực tiếp khách ở góc phòng. "Nếu ông ta có đang nghe, thì mặc kệ."</w:t>
      </w:r>
    </w:p>
    <w:p>
      <w:pPr>
        <w:spacing w:after="80"/>
      </w:pPr>
      <w:r>
        <w:rPr>
          <w:b w:val="0"/>
          <w:i w:val="0"/>
        </w:rPr>
        <w:t>"Điều gì đã thay đổi?" Katherine gặng hỏi, với cảm giác bất an rằng đồng minh duy nhất của họ có thể đang nghĩ lại về liên minh này.</w:t>
      </w:r>
    </w:p>
    <w:p>
      <w:pPr>
        <w:spacing w:after="80"/>
      </w:pPr>
      <w:r>
        <w:rPr>
          <w:b w:val="0"/>
          <w:i w:val="0"/>
        </w:rPr>
        <w:t>"Có rất nhiều mảnh ghép đang chuyển động," bà nói, ra hiệu mời họ ngồi, "nên tôi sẽ bắt đầu với những diễn biến ảnh hưởng trực tiếp đến cả hai vị."</w:t>
      </w:r>
    </w:p>
    <w:p>
      <w:pPr>
        <w:spacing w:after="80"/>
      </w:pPr>
      <w:r>
        <w:rPr>
          <w:b w:val="0"/>
          <w:i w:val="0"/>
        </w:rPr>
        <w:t>Katherine không thích cái cách nghe của câu đó.</w:t>
      </w:r>
    </w:p>
    <w:p>
      <w:pPr>
        <w:spacing w:after="80"/>
      </w:pPr>
      <w:r>
        <w:rPr>
          <w:b w:val="0"/>
          <w:i w:val="0"/>
        </w:rPr>
        <w:t xml:space="preserve">"Tôi được thông báo rằng một lực lượng đặc nhiệm quân đội Mỹ hiện đang trên đường từ Căn cứ Không quân Ramstein ở Đức. Họ sẽ hạ cánh trong ít phút nữa để chính thức phong tỏa Công viên Folimanka và bắt đầu công tác dọn dẹp." Nagel đặt những tách cà phê xuống và ngồi vào chỗ đối diện họ, vẻ mặt nghiêm trang. "Ngoài ra, tôi được biết một đội CIA đang bay từ Langley tới để khởi động một cuộc điều tra bí mật nhằm xác định </w:t>
      </w:r>
      <w:r>
        <w:rPr>
          <w:b w:val="0"/>
          <w:i/>
        </w:rPr>
        <w:t>ai</w:t>
      </w:r>
      <w:r>
        <w:rPr>
          <w:b w:val="0"/>
          <w:i w:val="0"/>
        </w:rPr>
        <w:t xml:space="preserve"> là người chịu trách nhiệm cho vụ nổ. Tôi được cho hay cuộc điều tra của họ sẽ bắt đầu từ </w:t>
      </w:r>
      <w:r>
        <w:rPr>
          <w:b w:val="0"/>
          <w:i/>
        </w:rPr>
        <w:t>các vị.</w:t>
      </w:r>
      <w:r>
        <w:rPr>
          <w:b w:val="0"/>
          <w:i w:val="0"/>
        </w:rPr>
        <w:t>"</w:t>
      </w:r>
    </w:p>
    <w:p>
      <w:pPr>
        <w:spacing w:after="80"/>
      </w:pPr>
      <w:r>
        <w:rPr>
          <w:b w:val="0"/>
          <w:i w:val="0"/>
        </w:rPr>
        <w:t>"Chúng tôi ư?!" Katherine sửng sốt.</w:t>
      </w:r>
    </w:p>
    <w:p>
      <w:pPr>
        <w:spacing w:after="80"/>
      </w:pPr>
      <w:r>
        <w:rPr>
          <w:b w:val="0"/>
          <w:i w:val="0"/>
        </w:rPr>
        <w:t>Vị đại sứ gật đầu nghiêm trọng. "Quân đội Mỹ có một bức ảnh xác nhận rằng hai thường dân không được phép—cô và Giáo sư Langdon—đã bị bắt gặp rời khỏi cơ sở chỉ vài phút sau vụ nổ."</w:t>
      </w:r>
    </w:p>
    <w:p>
      <w:pPr>
        <w:spacing w:after="80"/>
      </w:pPr>
      <w:r>
        <w:rPr>
          <w:b w:val="0"/>
          <w:i/>
        </w:rPr>
        <w:t>Chết tiệt.</w:t>
      </w:r>
      <w:r>
        <w:rPr>
          <w:b w:val="0"/>
          <w:i w:val="0"/>
        </w:rPr>
        <w:t xml:space="preserve"> Katherine liếc nhìn Langdon, người đang có vẻ mặt căng thẳng.</w:t>
      </w:r>
    </w:p>
    <w:p>
      <w:pPr>
        <w:spacing w:after="80"/>
      </w:pPr>
      <w:r>
        <w:rPr>
          <w:b w:val="0"/>
          <w:i w:val="0"/>
        </w:rPr>
        <w:t>"Các vị đã xâm nhập cơ sở một cách bất hợp pháp," Nagel nói, "điều đó tự nó đã khiến các vị trở thành nghi phạm phá hoại, nhưng xét đến mâu thuẫn của các vị với cơ quan này về bản thảo, thứ có thể được coi là động cơ để trả thù…"</w:t>
      </w:r>
    </w:p>
    <w:p>
      <w:pPr>
        <w:spacing w:after="80"/>
      </w:pPr>
      <w:r>
        <w:rPr>
          <w:b w:val="0"/>
          <w:i w:val="0"/>
        </w:rPr>
        <w:t xml:space="preserve">"Nhưng </w:t>
      </w:r>
      <w:r>
        <w:rPr>
          <w:b w:val="0"/>
          <w:i/>
        </w:rPr>
        <w:t>đoạn video</w:t>
      </w:r>
      <w:r>
        <w:rPr>
          <w:b w:val="0"/>
          <w:i w:val="0"/>
        </w:rPr>
        <w:t>," Langdon phản đối. "Lời thú tội của Tiến sĩ Gessner, bà đã nói—"</w:t>
      </w:r>
    </w:p>
    <w:p>
      <w:pPr>
        <w:spacing w:after="80"/>
      </w:pPr>
      <w:r>
        <w:rPr>
          <w:b w:val="0"/>
          <w:i w:val="0"/>
        </w:rPr>
        <w:t xml:space="preserve">“Đúng, chúng ta có lợi thế. Tôi có thể bảo vệ anh. Và tôi </w:t>
      </w:r>
      <w:r>
        <w:rPr>
          <w:b w:val="0"/>
          <w:i/>
        </w:rPr>
        <w:t>sẽ</w:t>
      </w:r>
      <w:r>
        <w:rPr>
          <w:b w:val="0"/>
          <w:i w:val="0"/>
        </w:rPr>
        <w:t xml:space="preserve"> bảo vệ anh. Câu hỏi là </w:t>
      </w:r>
      <w:r>
        <w:rPr>
          <w:b w:val="0"/>
          <w:i/>
        </w:rPr>
        <w:t>làm thế nào</w:t>
      </w:r>
      <w:r>
        <w:rPr>
          <w:b w:val="0"/>
          <w:i w:val="0"/>
        </w:rPr>
        <w:t xml:space="preserve"> để che chắn cho anh tốt nhất. Câu trả lời phụ thuộc vào những gì chúng ta làm trong vài giờ tới.”</w:t>
      </w:r>
    </w:p>
    <w:p>
      <w:pPr>
        <w:spacing w:after="80"/>
      </w:pPr>
      <w:r>
        <w:rPr>
          <w:b w:val="0"/>
          <w:i w:val="0"/>
        </w:rPr>
        <w:t>“Được,” Langdon nói. “Cô có kế hoạch chứ?”</w:t>
      </w:r>
    </w:p>
    <w:p>
      <w:pPr>
        <w:spacing w:after="80"/>
      </w:pPr>
      <w:r>
        <w:rPr>
          <w:b w:val="0"/>
          <w:i w:val="0"/>
        </w:rPr>
        <w:t>“Có,” cô nói, “và tôi nghi là lần đầu nghe anh sẽ không thích đâu, nên trước khi trình bày, có vài điều tôi cần anh hiểu về CIA…và về những gì chúng ta đang đối mặt.”</w:t>
      </w:r>
    </w:p>
    <w:p>
      <w:pPr>
        <w:spacing w:after="80"/>
      </w:pPr>
      <w:r>
        <w:rPr>
          <w:b w:val="0"/>
          <w:i w:val="0"/>
        </w:rPr>
        <w:t>Katherine và Langdon cùng lúc với tay lấy cà phê. Rõ ràng là sẽ chẳng có giấc ngủ nào trong thời gian tới.</w:t>
      </w:r>
    </w:p>
    <w:p>
      <w:pPr>
        <w:spacing w:after="80"/>
      </w:pPr>
      <w:r>
        <w:rPr>
          <w:b w:val="0"/>
          <w:i w:val="0"/>
        </w:rPr>
        <w:t>“Trong cuộc gọi với giám đốc,” Nagel nói, “ông ấy xác nhận với tôi rằng Threshold đúng là sự tiếp nối công việc mà cơ quan này đã làm suốt nhiều thập kỷ, khởi đầu là một cuộc thăm dò sơ khai về khả năng quan sát từ xa (remote viewing) — Stargate, như anh đã nhắc đúng lúc nãy. Tuy nhiên, theo thời gian, Threshold phát triển thành một thứ bao trùm hơn nhiều, một dự án được thiết kế để tìm câu trả lời cho một số câu hỏi cấp bách nhất đang loom trong tương lai. Bản chất của ý thức con người là gì? Liệu tâm trí con người có thể giao tiếp trực tiếp với những tâm trí khác không? Với máy móc? Qua những khoảng cách lớn? Thậm chí có thể với những chiều không gian khác?”</w:t>
      </w:r>
    </w:p>
    <w:p>
      <w:pPr>
        <w:spacing w:after="80"/>
      </w:pPr>
      <w:r>
        <w:rPr>
          <w:b w:val="0"/>
          <w:i w:val="0"/>
        </w:rPr>
        <w:t>“Xin thứ lỗi,” Katherine ngắt lời, “tôi không chắc một tổ chức tình báo quân sự là phương tiện tốt nhất để khám phá những câu hỏi triết học sâu xa nhất của nhân loại.”</w:t>
      </w:r>
    </w:p>
    <w:p>
      <w:pPr>
        <w:spacing w:after="80"/>
      </w:pPr>
      <w:r>
        <w:rPr>
          <w:b w:val="0"/>
          <w:i w:val="0"/>
        </w:rPr>
        <w:t xml:space="preserve">Nagel chắp các ngón tay lại, miệng mím thành một đường cứng rắn hơn. “Tiến sĩ Solomon,” bà nói, “đây không phải chuyện câu hỏi triết học. Tôi không có ý xúc phạm, nhưng cô và Giáo sư Langdon được hưởng cái đặc quyền khám phá khoa học và lịch sử trong hành lang giới học thuật chỉ vì một lý do duy nhất — sự tận tụy của các cơ quan tình báo nước ta. Tôi hoàn toàn trân trọng sức hấp dẫn của khoa học thuần túy, nhưng e rằng chính </w:t>
      </w:r>
      <w:r>
        <w:rPr>
          <w:b w:val="0"/>
          <w:i/>
        </w:rPr>
        <w:t>việc ứng dụng</w:t>
      </w:r>
      <w:r>
        <w:rPr>
          <w:b w:val="0"/>
          <w:i w:val="0"/>
        </w:rPr>
        <w:t xml:space="preserve"> khoa học đó mới là thứ bảo vệ những người như chúng ta khỏi những kẻ thù mà, nếu có cơ hội, sẽ xóa sổ quốc gia ta khỏi mặt đất.”</w:t>
      </w:r>
    </w:p>
    <w:p>
      <w:pPr>
        <w:spacing w:after="80"/>
      </w:pPr>
      <w:r>
        <w:rPr>
          <w:b w:val="0"/>
          <w:i w:val="0"/>
        </w:rPr>
        <w:t xml:space="preserve">Katherine hít một hơi để tự bào chữa, nhưng vị đại sứ rõ ràng vẫn chưa nói xong, ánh mắt bà vẫn không hề nao núng khóa chặt vào nhà khoa học. “Giám đốc CIA </w:t>
      </w:r>
      <w:r>
        <w:rPr>
          <w:b w:val="0"/>
          <w:i/>
        </w:rPr>
        <w:t>tha thiết</w:t>
      </w:r>
      <w:r>
        <w:rPr>
          <w:b w:val="0"/>
          <w:i w:val="0"/>
        </w:rPr>
        <w:t xml:space="preserve"> tin rằng tương lai của nước Mỹ phụ thuộc vào việc chúng ta là người đầu tiên làm chủ tiềm năng của ý thức con người. Ông ấy không ngần ngại nhắc tôi rằng khi Einstein lần đầu tiên dự đoán về lượng năng lượng khổng lồ chứa trong nguyên tử, chính phủ Mỹ đã đổ hàng triệu đô vào nghiên cứu vật lý bí mật, và chúng ta đã về đích trước tất cả mọi người trong cuộc đua bom nguyên tử. Nhưng thử tưởng tượng nếu chúng ta đã </w:t>
      </w:r>
      <w:r>
        <w:rPr>
          <w:b w:val="0"/>
          <w:i/>
        </w:rPr>
        <w:t>không</w:t>
      </w:r>
      <w:r>
        <w:rPr>
          <w:b w:val="0"/>
          <w:i w:val="0"/>
        </w:rPr>
        <w:t xml:space="preserve"> làm được. Tưởng tượng nếu chỉ riêng Nga có bom. Hoặc Đức. Hoặc Nhật.”</w:t>
      </w:r>
    </w:p>
    <w:p>
      <w:pPr>
        <w:spacing w:after="80"/>
      </w:pPr>
      <w:r>
        <w:rPr>
          <w:b w:val="0"/>
          <w:i w:val="0"/>
        </w:rPr>
        <w:t>Katherine phải thừa nhận, lập luận đó là hợp lý.</w:t>
      </w:r>
    </w:p>
    <w:p>
      <w:pPr>
        <w:spacing w:after="80"/>
      </w:pPr>
      <w:r>
        <w:rPr>
          <w:b w:val="0"/>
          <w:i w:val="0"/>
        </w:rPr>
        <w:t xml:space="preserve">“Cuộc đua hiện nay để khai thác sức mạnh của trí óc con người cũng chẳng khác gì,” Nagel tiếp tục. “Người Nga đã có thể đọc sóng não bằng siêu âm; người Trung Quốc đang đặt hàng loạt đơn hàng lớn cho cấy ghép não của Neuralink; các chiến dịch truyền thông xã hội do bot điều khiển ảnh hưởng đến bầu cử của chúng ta, và chúng ta vừa phát hiện những thứ có vẻ là công nghệ điều khiển não được nhúng trong các ứng dụng truyền thông xã hội từ nước ngoài. Đừng nhầm lẫn gì về điều đó, chúng ta đang ở trong một </w:t>
      </w:r>
      <w:r>
        <w:rPr>
          <w:b w:val="0"/>
          <w:i/>
        </w:rPr>
        <w:t>cuộc đua bí mật</w:t>
      </w:r>
      <w:r>
        <w:rPr>
          <w:b w:val="0"/>
          <w:i w:val="0"/>
        </w:rPr>
        <w:t xml:space="preserve"> đã lên đến đỉnh điểm, và thẳng thắn mà nói, đó là cuộc đua mà cô và tôi tốt hơn hết nên hy vọng chúng ta thắng.”</w:t>
      </w:r>
    </w:p>
    <w:p>
      <w:pPr>
        <w:spacing w:after="80"/>
      </w:pPr>
      <w:r>
        <w:rPr>
          <w:b w:val="0"/>
          <w:i w:val="0"/>
        </w:rPr>
        <w:t>Vị đại sứ ngồi lại và nhấp một ngụm cà phê.</w:t>
      </w:r>
    </w:p>
    <w:p>
      <w:pPr>
        <w:spacing w:after="80"/>
      </w:pPr>
      <w:r>
        <w:rPr>
          <w:b w:val="0"/>
          <w:i w:val="0"/>
        </w:rPr>
        <w:t>“Tôi xin lỗi,” Katherine nói, giọng hòa nhã. “Nếu bình luận của tôi ngụ ý rằng tôi không biết ơn công việc của cơ quan, hoặc không hiểu biết về các vấn đề thế giới, thì tôi đã nói sai. Tôi chỉ đơn thuần nêu bật vấn đề cơ bản của việc tự cho mình đứng trên lập trường đạo đức cao trong khi tiến hành phẫu thuật não xâm lấn lên người ta mà không có kiến thức hay sự đồng ý của họ.”</w:t>
      </w:r>
    </w:p>
    <w:p>
      <w:pPr>
        <w:spacing w:after="80"/>
      </w:pPr>
      <w:r>
        <w:rPr>
          <w:b w:val="0"/>
          <w:i w:val="0"/>
        </w:rPr>
        <w:t>“Và tôi đồng ý với cô về mọi mặt,” Nagel đáp. “Vấn đề là Giám đốc Judd chưa bao giờ được thông báo về một ca tử vong của bệnh nhân hay về các phương pháp của Finch để kiếm người thử nghiệm.”</w:t>
      </w:r>
    </w:p>
    <w:p>
      <w:pPr>
        <w:spacing w:after="80"/>
      </w:pPr>
      <w:r>
        <w:rPr>
          <w:b w:val="0"/>
          <w:i w:val="0"/>
        </w:rPr>
        <w:t xml:space="preserve">“Cô không thể nào </w:t>
      </w:r>
      <w:r>
        <w:rPr>
          <w:b w:val="0"/>
          <w:i/>
        </w:rPr>
        <w:t>tin</w:t>
      </w:r>
      <w:r>
        <w:rPr>
          <w:b w:val="0"/>
          <w:i w:val="0"/>
        </w:rPr>
        <w:t xml:space="preserve"> điều đó được,” Langdon nói.</w:t>
      </w:r>
    </w:p>
    <w:p>
      <w:pPr>
        <w:spacing w:after="80"/>
      </w:pPr>
      <w:r>
        <w:rPr>
          <w:b w:val="0"/>
          <w:i w:val="0"/>
        </w:rPr>
        <w:t xml:space="preserve">Nagel nhún vai. “Dù Finch có thông báo cho ông ấy hay không, thì thường thì giám đốc CIA không có lựa chọn nào khác ngoài việc nhắm mắt làm ngơ. An ninh quốc gia là một thế giới mà ở đó </w:t>
      </w:r>
      <w:r>
        <w:rPr>
          <w:b w:val="0"/>
          <w:i/>
        </w:rPr>
        <w:t>kết quả</w:t>
      </w:r>
      <w:r>
        <w:rPr>
          <w:b w:val="0"/>
          <w:i w:val="0"/>
        </w:rPr>
        <w:t xml:space="preserve"> được đánh giá cao hơn phương pháp. Thật dễ để phẫn nộ cho đến khi bạn thoáng thấy những lựa chọn thay thế. Đôi khi lựa chọn tốt nhất chỉ đơn giản là kết quả ít đáng phản đối nhất.”</w:t>
      </w:r>
    </w:p>
    <w:p>
      <w:pPr>
        <w:spacing w:after="80"/>
      </w:pPr>
      <w:r>
        <w:rPr>
          <w:b w:val="0"/>
          <w:i w:val="0"/>
        </w:rPr>
        <w:t>“Thưa Đại sứ,” Langdon nói khẽ. “Cả Katherine và tôi đều hiểu được sự phức tạp trong nhiệm vụ của CIA, nhưng bà gọi chúng tôi đến đây để nói rằng chúng tôi đang gặp nguy hiểm, và bà có kế hoạch che chắn cho chúng tôi…mà điều đó phụ thuộc vào những gì chúng tôi làm trong những giờ tới?”</w:t>
      </w:r>
    </w:p>
    <w:p>
      <w:pPr>
        <w:spacing w:after="80"/>
      </w:pPr>
      <w:r>
        <w:rPr>
          <w:b w:val="0"/>
          <w:i w:val="0"/>
        </w:rPr>
        <w:t xml:space="preserve">“Đúng vậy,” Nagel nói, đặt tách xuống. “Tình huống này rất phức tạp, nhưng tôi đã nhận ra có một cách để vượt qua. Một cách </w:t>
      </w:r>
      <w:r>
        <w:rPr>
          <w:b w:val="0"/>
          <w:i/>
        </w:rPr>
        <w:t>đúng đắn</w:t>
      </w:r>
      <w:r>
        <w:rPr>
          <w:b w:val="0"/>
          <w:i w:val="0"/>
        </w:rPr>
        <w:t xml:space="preserve">. Một cách </w:t>
      </w:r>
      <w:r>
        <w:rPr>
          <w:b w:val="0"/>
          <w:i/>
        </w:rPr>
        <w:t>tử tế</w:t>
      </w:r>
      <w:r>
        <w:rPr>
          <w:b w:val="0"/>
          <w:i w:val="0"/>
        </w:rPr>
        <w:t>.” Bà nghiêng người về phía trước, ánh mắt giờ đây hướng về Langdon. “Nhưng để thực hiện được điều đó, tôi sẽ cần sự giúp đỡ của giáo sư.”</w:t>
      </w:r>
    </w:p>
    <w:p>
      <w:pPr>
        <w:spacing w:after="80"/>
      </w:pPr>
      <w:r>
        <w:rPr>
          <w:b w:val="0"/>
          <w:i w:val="0"/>
        </w:rPr>
        <w:t>Langdon trông có vẻ không chắc chắn.</w:t>
      </w:r>
    </w:p>
    <w:p>
      <w:pPr>
        <w:spacing w:after="80"/>
      </w:pPr>
      <w:r>
        <w:rPr>
          <w:b w:val="0"/>
          <w:i w:val="0"/>
        </w:rPr>
        <w:t>“Khoảng nửa tiếng trước,” vị đại sứ nói, “Sasha Vesna bước vào đại sứ quán này…vẫn còn sống nhăn.”</w:t>
      </w:r>
    </w:p>
    <w:p>
      <w:pPr>
        <w:pStyle w:val="Heading1"/>
      </w:pPr>
      <w:r>
        <w:rPr>
          <w:rFonts w:ascii="Calibri" w:hAnsi="Calibri"/>
          <w:b/>
          <w:i w:val="0"/>
          <w:sz w:val="40"/>
        </w:rPr>
        <w:t>Chương 133</w:t>
      </w:r>
    </w:p>
    <w:p>
      <w:pPr>
        <w:spacing w:after="80"/>
      </w:pPr>
      <w:r>
        <w:rPr>
          <w:b w:val="0"/>
          <w:i w:val="0"/>
        </w:rPr>
        <w:t>T</w:t>
      </w:r>
      <w:r>
        <w:rPr>
          <w:b w:val="0"/>
          <w:i/>
        </w:rPr>
        <w:t>ị nạn?</w:t>
      </w:r>
    </w:p>
    <w:p>
      <w:pPr>
        <w:spacing w:after="80"/>
      </w:pPr>
      <w:r>
        <w:rPr>
          <w:b w:val="0"/>
          <w:i w:val="0"/>
        </w:rPr>
        <w:t xml:space="preserve">Robert Langdon đi đi lại lại trong văn phòng của đại sứ, cố gắng sắp xếp lại những suy nghĩ của mình. Thông tin gây sửng sốt rằng Sasha vẫn </w:t>
      </w:r>
      <w:r>
        <w:rPr>
          <w:b w:val="0"/>
          <w:i/>
        </w:rPr>
        <w:t>còn sống</w:t>
      </w:r>
      <w:r>
        <w:rPr>
          <w:b w:val="0"/>
          <w:i w:val="0"/>
        </w:rPr>
        <w:t xml:space="preserve"> khiến ông căng thẳng cả về thể chất lẫn tinh thần. Langdon nhẹ nhõm khi biết cô đã sống sót, nhưng sự tồn tại của Sasha làm dấy lên một loạt câu hỏi tế nhị đáng báo động.</w:t>
      </w:r>
    </w:p>
    <w:p>
      <w:pPr>
        <w:spacing w:after="80"/>
      </w:pPr>
      <w:r>
        <w:rPr>
          <w:b w:val="0"/>
          <w:i w:val="0"/>
        </w:rPr>
        <w:t>Mối lo ngại cấp bách nhất—</w:t>
      </w:r>
      <w:r>
        <w:rPr>
          <w:b w:val="0"/>
          <w:i/>
        </w:rPr>
        <w:t>Cô ấy có nguy hiểm không?</w:t>
      </w:r>
      <w:r>
        <w:rPr>
          <w:b w:val="0"/>
          <w:i w:val="0"/>
        </w:rPr>
        <w:t>—rõ ràng đã được xử lý bằng cách khống chế Sasha và nhốt cô một mình trong một phòng họp có người canh gác. Điều đó có vẻ hơi hà khắc, nhưng xét đến mọi chuyện đã xảy ra, Nagel còn có thể làm gì khác?</w:t>
      </w:r>
    </w:p>
    <w:p>
      <w:pPr>
        <w:spacing w:after="80"/>
      </w:pPr>
      <w:r>
        <w:rPr>
          <w:b w:val="0"/>
          <w:i w:val="0"/>
        </w:rPr>
        <w:t xml:space="preserve">Langdon bối rối không hiểu tại sao Sasha lại xin tị nạn từ chính phủ đã ngược đãi cô. </w:t>
      </w:r>
      <w:r>
        <w:rPr>
          <w:b w:val="0"/>
          <w:i/>
        </w:rPr>
        <w:t>Trừ khi Sasha không biết họ đã làm gì với cô ấy?</w:t>
      </w:r>
      <w:r>
        <w:rPr>
          <w:b w:val="0"/>
          <w:i w:val="0"/>
        </w:rPr>
        <w:t xml:space="preserve"> Khả năng duy nhất còn lại là nhân cách thay thế của cô đã đến </w:t>
      </w:r>
      <w:r>
        <w:rPr>
          <w:b w:val="0"/>
          <w:i/>
        </w:rPr>
        <w:t>đóng giả</w:t>
      </w:r>
      <w:r>
        <w:rPr>
          <w:b w:val="0"/>
          <w:i w:val="0"/>
        </w:rPr>
        <w:t xml:space="preserve"> Sasha, điều này cũng khó hiểu không kém; nhân cách thay thế của Sasha muốn bảo vệ cô, và việc giao cô vào tay chính phủ Mỹ dường như là điều ngược lại.</w:t>
      </w:r>
    </w:p>
    <w:p>
      <w:pPr>
        <w:spacing w:after="80"/>
      </w:pPr>
      <w:r>
        <w:rPr>
          <w:b w:val="0"/>
          <w:i w:val="0"/>
        </w:rPr>
        <w:t xml:space="preserve">Langdon quay lại chỗ ngồi bên cạnh Katherine trong khi vị đại sứ rót thêm cà phê. “Tối nay trước đó,” vị đại sứ nói, “Tiến sĩ Solomon đã nhắc tôi nhớ rằng Sasha và nhân cách thay thế của cô là hai người </w:t>
      </w:r>
      <w:r>
        <w:rPr>
          <w:b w:val="0"/>
          <w:i/>
        </w:rPr>
        <w:t>khác nhau</w:t>
      </w:r>
      <w:r>
        <w:rPr>
          <w:b w:val="0"/>
          <w:i w:val="0"/>
        </w:rPr>
        <w:t xml:space="preserve"> và nên được xem xét như vậy. Tôi đã cố gắng, và dù điều đó khó nắm bắt với tôi đến đâu, tôi đã đi đến kết luận rằng Sasha Vesna—nếu xét riêng—là một nạn nhân vô tội. Cô từng là một đứa trẻ mắc chứng động kinh, bị đưa vào viện, bị ngược đãi cả về thể xác lẫn tinh thần trong một chương trình bí mật mà việc lợi dụng cơ thể cô rất có thể đã làm trầm trọng thêm các vấn đề tâm lý của cô đến tình trạng hiện tại.”</w:t>
      </w:r>
    </w:p>
    <w:p>
      <w:pPr>
        <w:spacing w:after="80"/>
      </w:pPr>
      <w:r>
        <w:rPr>
          <w:b w:val="0"/>
          <w:i w:val="0"/>
        </w:rPr>
        <w:t>“Tôi đồng ý,” Katherine nói. “Cô ấy chắc chắn là một nạn nhân.”</w:t>
      </w:r>
    </w:p>
    <w:p>
      <w:pPr>
        <w:spacing w:after="80"/>
      </w:pPr>
      <w:r>
        <w:rPr>
          <w:b w:val="0"/>
          <w:i w:val="0"/>
        </w:rPr>
        <w:t xml:space="preserve">“Và rồi chúng ta có </w:t>
      </w:r>
      <w:r>
        <w:rPr>
          <w:b w:val="0"/>
          <w:i/>
        </w:rPr>
        <w:t>cái này,</w:t>
      </w:r>
      <w:r>
        <w:rPr>
          <w:b w:val="0"/>
          <w:i w:val="0"/>
        </w:rPr>
        <w:t>” vị đại sứ nói, chỉ tay về mẩu giấy viết tay đặt trên bàn cà phê.</w:t>
      </w:r>
    </w:p>
    <w:p>
      <w:pPr>
        <w:spacing w:after="80"/>
      </w:pPr>
      <w:r>
        <w:rPr>
          <w:b w:val="0"/>
          <w:i w:val="0"/>
        </w:rPr>
        <w:t>Làm ơn giúp Sasha.</w:t>
      </w:r>
    </w:p>
    <w:p>
      <w:pPr>
        <w:spacing w:after="80"/>
      </w:pPr>
      <w:r>
        <w:rPr>
          <w:b w:val="0"/>
          <w:i w:val="0"/>
        </w:rPr>
        <w:t>“Dù tôi không có thói quen nhận lệnh từ những kẻ sát nhân,” vị đại sứ nói, “tôi đã suy nghĩ rất nhiều về mẩu giấy này, và xét đến hoàn cảnh, có vẻ như giúp Sasha là một việc làm đúng đắn về mặt đạo đức.”</w:t>
      </w:r>
    </w:p>
    <w:p>
      <w:pPr>
        <w:spacing w:after="80"/>
      </w:pPr>
      <w:r>
        <w:rPr>
          <w:b w:val="0"/>
          <w:i/>
        </w:rPr>
        <w:t>Một mệnh lệnh đạo đức,</w:t>
      </w:r>
      <w:r>
        <w:rPr>
          <w:b w:val="0"/>
          <w:i w:val="0"/>
        </w:rPr>
        <w:t xml:space="preserve"> Langdon nghĩ.</w:t>
      </w:r>
    </w:p>
    <w:p>
      <w:pPr>
        <w:spacing w:after="80"/>
      </w:pPr>
      <w:r>
        <w:rPr>
          <w:b w:val="0"/>
          <w:i w:val="0"/>
        </w:rPr>
        <w:t>“Tất nhiên, thách thức là ở chỗ Sasha Vesna là hai người.” Vị đại sứ thở dài và lắc đầu. “Cô ấy là một nạn nhân vô tội…và là một kẻ sát nhân xảo quyệt. Không có cách nào để cấp tị nạn cho người này…và truy tố người kia. Dù Sasha có nhận thức được hay không, cô ấy đang chứa chấp một tội phạm nguy hiểm. Cô ấy cũng đang sở hữu một nguyên mẫu chip não tối mật và không thể để cô ấy tự do đi lại.”</w:t>
      </w:r>
    </w:p>
    <w:p>
      <w:pPr>
        <w:spacing w:after="80"/>
      </w:pPr>
      <w:r>
        <w:rPr>
          <w:b w:val="0"/>
          <w:i w:val="0"/>
        </w:rPr>
        <w:t>Langdon cảm nhận được trong ánh mắt vị đại sứ rằng vấn đề của Sasha, ngoài việc vô cùng phức tạp, còn mang tính cá nhân sâu sắc.</w:t>
      </w:r>
    </w:p>
    <w:p>
      <w:pPr>
        <w:spacing w:after="80"/>
      </w:pPr>
      <w:r>
        <w:rPr>
          <w:b w:val="0"/>
          <w:i w:val="0"/>
        </w:rPr>
        <w:t xml:space="preserve">“Một vấn đề nữa,” Nagel tiếp tục, “là thời gian của chúng ta rất eo hẹp. Prague không an toàn cho Sasha. Đến bình minh, đại sứ quán này sẽ chìm trong một làn sóng chất vấn quốc tế, phẫn nộ, và những yêu cầu điều tra pháp y về các sự kiện tại Công viên Folimanka. Dấu vân tay của Sasha có khắp Pháo đài Crucifix, nhiều khả năng còn trên nhiều thi thể, và khuôn mặt cô ấy—hay tôi nên nói là những </w:t>
      </w:r>
      <w:r>
        <w:rPr>
          <w:b w:val="0"/>
          <w:i/>
        </w:rPr>
        <w:t>khuôn mặt</w:t>
      </w:r>
      <w:r>
        <w:rPr>
          <w:b w:val="0"/>
          <w:i w:val="0"/>
        </w:rPr>
        <w:t>—chắc chắn sẽ bị lôi ra từ các kho lưu trữ giám sát, và những di chuyển trong quá khứ của cô sẽ được truy vết kỹ lưỡng. Sẽ không mất nhiều thời gian để các điều tra viên ghép đủ mảnh ghép để xác định Sasha là người cần quan tâm.”</w:t>
      </w:r>
    </w:p>
    <w:p>
      <w:pPr>
        <w:spacing w:after="80"/>
      </w:pPr>
      <w:r>
        <w:rPr>
          <w:b w:val="0"/>
          <w:i/>
        </w:rPr>
        <w:t>Cùng với Katherine và chính mình,</w:t>
      </w:r>
      <w:r>
        <w:rPr>
          <w:b w:val="0"/>
          <w:i w:val="0"/>
        </w:rPr>
        <w:t xml:space="preserve"> Langdon nghĩ, cảm thấy những bức tường đang khép lại.</w:t>
      </w:r>
    </w:p>
    <w:p>
      <w:pPr>
        <w:spacing w:after="80"/>
      </w:pPr>
      <w:r>
        <w:rPr>
          <w:b w:val="0"/>
          <w:i w:val="0"/>
        </w:rPr>
        <w:t xml:space="preserve">Nagel tháo kính và nghiêng người về phía họ. “Dù tôi chưa nói với </w:t>
      </w:r>
      <w:r>
        <w:rPr>
          <w:b w:val="0"/>
          <w:i/>
        </w:rPr>
        <w:t>ai</w:t>
      </w:r>
      <w:r>
        <w:rPr>
          <w:b w:val="0"/>
          <w:i w:val="0"/>
        </w:rPr>
        <w:t xml:space="preserve"> rằng Sasha còn sống, tôi đoán Giám đốc Judd sẽ sớm biết thôi. Thực ra, có thể ông ấy đã biết cô ấy đang ở đại sứ quán này rồi.”</w:t>
      </w:r>
    </w:p>
    <w:p>
      <w:pPr>
        <w:spacing w:after="80"/>
      </w:pPr>
      <w:r>
        <w:rPr>
          <w:b w:val="0"/>
          <w:i w:val="0"/>
        </w:rPr>
        <w:t>“Bằng cách nào?” Langdon hỏi.</w:t>
      </w:r>
    </w:p>
    <w:p>
      <w:pPr>
        <w:spacing w:after="80"/>
      </w:pPr>
      <w:r>
        <w:rPr>
          <w:b w:val="0"/>
          <w:i w:val="0"/>
        </w:rPr>
        <w:t>“Giám sát, rò rỉ từ nhân viên, hoặc nhiều khả năng nhất—GPS. Tôi sẽ không ngạc nhiên nếu con chip trong não Sasha có gắn một thiết bị theo dõi nào đó.”</w:t>
      </w:r>
    </w:p>
    <w:p>
      <w:pPr>
        <w:spacing w:after="80"/>
      </w:pPr>
      <w:r>
        <w:rPr>
          <w:b w:val="0"/>
          <w:i/>
        </w:rPr>
        <w:t>Tất nhiên là có rồi,</w:t>
      </w:r>
      <w:r>
        <w:rPr>
          <w:b w:val="0"/>
          <w:i w:val="0"/>
        </w:rPr>
        <w:t xml:space="preserve"> Langdon nhận ra.</w:t>
      </w:r>
    </w:p>
    <w:p>
      <w:pPr>
        <w:spacing w:after="80"/>
      </w:pPr>
      <w:r>
        <w:rPr>
          <w:b w:val="0"/>
          <w:i w:val="0"/>
        </w:rPr>
        <w:t>“Và không muốn nói điều u ám,” bà nói thêm, “xét đến tính chất nhạy cảm của dự án này…con chip của cô ấy cũng có thể được trang bị khả năng tự hủy từ xa. Đó là một giao thức phổ biến cho các công nghệ tiên tiến trong lĩnh vực này, và nó được nhúng vào mọi thứ từ điện thoại vệ tinh đến tàu ngầm…phòng trường hợp công nghệ rơi vào tay kẻ thù có thể tìm cách mổ xẻ để sao chép nó.”</w:t>
      </w:r>
    </w:p>
    <w:p>
      <w:pPr>
        <w:spacing w:after="80"/>
      </w:pPr>
      <w:r>
        <w:rPr>
          <w:b w:val="0"/>
          <w:i w:val="0"/>
        </w:rPr>
        <w:t>“Khoan đã,” Langdon nói. “Cô nghĩ con chip trong não Sasha có thể bị…</w:t>
      </w:r>
      <w:r>
        <w:rPr>
          <w:b w:val="0"/>
          <w:i/>
        </w:rPr>
        <w:t>phá hủy</w:t>
      </w:r>
      <w:r>
        <w:rPr>
          <w:b w:val="0"/>
          <w:i w:val="0"/>
        </w:rPr>
        <w:t xml:space="preserve"> từ xa? Tôi tin điều đó có nghĩa là bị tắt hoặc xóa từ xa…chứ không phải bị </w:t>
      </w:r>
      <w:r>
        <w:rPr>
          <w:b w:val="0"/>
          <w:i/>
        </w:rPr>
        <w:t>cho nổ tung</w:t>
      </w:r>
      <w:r>
        <w:rPr>
          <w:b w:val="0"/>
          <w:i w:val="0"/>
        </w:rPr>
        <w:t xml:space="preserve"> hay gì đó.”</w:t>
      </w:r>
    </w:p>
    <w:p>
      <w:pPr>
        <w:spacing w:after="80"/>
      </w:pPr>
      <w:r>
        <w:rPr>
          <w:b w:val="0"/>
          <w:i w:val="0"/>
        </w:rPr>
        <w:t>“Chắc chắn không có gì kịch tính đến thế,” Nagel nói, “nhưng tôi tình cờ biết rằng Q nắm giữ bằng sáng chế cho các con chip silicon được nhúng một lớp axit flohydric kín, có thể được giải phóng bằng một cuộc gọi điện thoại để hòa tan toàn bộ bộ xử lý.”</w:t>
      </w:r>
    </w:p>
    <w:p>
      <w:pPr>
        <w:spacing w:after="80"/>
      </w:pPr>
      <w:r>
        <w:rPr>
          <w:b w:val="0"/>
          <w:i w:val="0"/>
        </w:rPr>
        <w:t xml:space="preserve">“Trong </w:t>
      </w:r>
      <w:r>
        <w:rPr>
          <w:b w:val="0"/>
          <w:i/>
        </w:rPr>
        <w:t>não</w:t>
      </w:r>
      <w:r>
        <w:rPr>
          <w:b w:val="0"/>
          <w:i w:val="0"/>
        </w:rPr>
        <w:t xml:space="preserve"> cô ấy?!” Katherine thốt lên. “Vậy thì cô ấy chết mất!”</w:t>
      </w:r>
    </w:p>
    <w:p>
      <w:pPr>
        <w:spacing w:after="80"/>
      </w:pPr>
      <w:r>
        <w:rPr>
          <w:b w:val="0"/>
          <w:i w:val="0"/>
        </w:rPr>
        <w:t xml:space="preserve">“Rất có thể,” Nagel nói, “nhưng giết Sasha, tôi tin, sẽ là biện pháp cuối cùng của cơ quan. Giám đốc biết tôi sẽ coi đó là sự vi phạm trắng trợn thỏa thuận của chúng tôi, và ông ấy ý thức rõ rằng tôi có các biện pháp đối phó. Hiện giờ, mối quan tâm chính của tôi là giữ các kênh liên lạc thông suốt với giám đốc. Nếu có một điều Chiến tranh Lạnh đã dạy chúng ta về sự hủy diệt được bảo đảm lẫn nhau, thì đó là </w:t>
      </w:r>
      <w:r>
        <w:rPr>
          <w:b w:val="0"/>
          <w:i/>
        </w:rPr>
        <w:t>liên lạc</w:t>
      </w:r>
      <w:r>
        <w:rPr>
          <w:b w:val="0"/>
          <w:i w:val="0"/>
        </w:rPr>
        <w:t xml:space="preserve"> là tối quan trọng. Đừng để đối thủ phải </w:t>
      </w:r>
      <w:r>
        <w:rPr>
          <w:b w:val="0"/>
          <w:i/>
        </w:rPr>
        <w:t>đoán</w:t>
      </w:r>
      <w:r>
        <w:rPr>
          <w:b w:val="0"/>
          <w:i w:val="0"/>
        </w:rPr>
        <w:t xml:space="preserve"> bạn đang làm gì—hãy cho họ biết. Nếu Giám đốc Judd nghi ngờ rằng Sasha đang trong cuộc chơi, thì điều tối quan trọng, với </w:t>
      </w:r>
      <w:r>
        <w:rPr>
          <w:b w:val="0"/>
          <w:i/>
        </w:rPr>
        <w:t>tất cả</w:t>
      </w:r>
      <w:r>
        <w:rPr>
          <w:b w:val="0"/>
          <w:i w:val="0"/>
        </w:rPr>
        <w:t xml:space="preserve"> chúng ta, là ông ấy phải nghe chi tiết từ tôi…</w:t>
      </w:r>
      <w:r>
        <w:rPr>
          <w:b w:val="0"/>
          <w:i/>
        </w:rPr>
        <w:t>tất cả</w:t>
      </w:r>
      <w:r>
        <w:rPr>
          <w:b w:val="0"/>
          <w:i w:val="0"/>
        </w:rPr>
        <w:t xml:space="preserve"> chi tiết, và trong đúng bối cảnh.”</w:t>
      </w:r>
    </w:p>
    <w:p>
      <w:pPr>
        <w:spacing w:after="80"/>
      </w:pPr>
      <w:r>
        <w:rPr>
          <w:b w:val="0"/>
          <w:i w:val="0"/>
        </w:rPr>
        <w:t xml:space="preserve">Trước tất cả những gì vị đại sứ đang phải cân bằng, Langdon thấy ấn tượng với sự rõ ràng trong tư duy chiến lược của bà. </w:t>
      </w:r>
      <w:r>
        <w:rPr>
          <w:b w:val="0"/>
          <w:i/>
        </w:rPr>
        <w:t>Nagel hẳn từng là một luật sư cực kỳ giỏi.</w:t>
      </w:r>
    </w:p>
    <w:p>
      <w:pPr>
        <w:spacing w:after="80"/>
      </w:pPr>
      <w:r>
        <w:rPr>
          <w:b w:val="0"/>
          <w:i w:val="0"/>
        </w:rPr>
        <w:t>“Còn đoạn video thì sao?” Katherine nói. “Cô nghĩ nó đủ để giữ CIA đứng ngoài cuộc chứ?”</w:t>
      </w:r>
    </w:p>
    <w:p>
      <w:pPr>
        <w:spacing w:after="80"/>
      </w:pPr>
      <w:r>
        <w:rPr>
          <w:b w:val="0"/>
          <w:i w:val="0"/>
        </w:rPr>
        <w:t>“Nếu đứng riêng lẻ, có lẽ chưa đủ,” bà đáp. “Nhưng kết hợp với vụ nổ và cái chết của Tiến sĩ Gessner, cơ quan sẽ khó mà khẳng định video là giả. Kể cả có khẳng định vậy, nó cũng soi rọi theo một hướng rất bất lợi cho cơ quan.”</w:t>
      </w:r>
    </w:p>
    <w:p>
      <w:pPr>
        <w:spacing w:after="80"/>
      </w:pPr>
      <w:r>
        <w:rPr>
          <w:b w:val="0"/>
          <w:i w:val="0"/>
        </w:rPr>
        <w:t xml:space="preserve">“Còn Sasha thì sao?” Langdon hỏi, ý thức rằng đối tượng thử nghiệm duy nhất còn sống sót của Threshold giờ đang bị nhốt trong một căn phòng dưới lầu. “Cô có tin đoạn video sẽ bảo vệ </w:t>
      </w:r>
      <w:r>
        <w:rPr>
          <w:b w:val="0"/>
          <w:i/>
        </w:rPr>
        <w:t>cô ấy</w:t>
      </w:r>
      <w:r>
        <w:rPr>
          <w:b w:val="0"/>
          <w:i w:val="0"/>
        </w:rPr>
        <w:t xml:space="preserve"> không?”</w:t>
      </w:r>
    </w:p>
    <w:p>
      <w:pPr>
        <w:spacing w:after="80"/>
      </w:pPr>
      <w:r>
        <w:rPr>
          <w:b w:val="0"/>
          <w:i w:val="0"/>
        </w:rPr>
        <w:t xml:space="preserve">“Có, nhưng cô ấy không cần nó,” vị đại sứ nói. “Sasha được hưởng một mức độ bảo vệ cực kỳ hiếm—cô ấy có giá trị với cơ quan khi </w:t>
      </w:r>
      <w:r>
        <w:rPr>
          <w:b w:val="0"/>
          <w:i/>
        </w:rPr>
        <w:t>còn sống</w:t>
      </w:r>
      <w:r>
        <w:rPr>
          <w:b w:val="0"/>
          <w:i w:val="0"/>
        </w:rPr>
        <w:t xml:space="preserve"> lớn hơn nhiều so với khi đã chết. Giám đốc chắc chắn sẽ dựng lại Threshold—không phải ở đây, mà ở </w:t>
      </w:r>
      <w:r>
        <w:rPr>
          <w:b w:val="0"/>
          <w:i/>
        </w:rPr>
        <w:t>một nơi nào đó</w:t>
      </w:r>
      <w:r>
        <w:rPr>
          <w:b w:val="0"/>
          <w:i w:val="0"/>
        </w:rPr>
        <w:t>—và Sasha sẽ được xem là tài sản không thể thay thế của một chương trình trị giá hàng tỷ đô la. Cô ấy đại diện cho nhiều năm nghiên cứu và phát triển, và tôi hình dung việc đầu tiên Giám đốc Judd sẽ làm là tìm cách đàm phán với chúng ta…để đưa Sasha trở về.”</w:t>
      </w:r>
    </w:p>
    <w:p>
      <w:pPr>
        <w:spacing w:after="80"/>
      </w:pPr>
      <w:r>
        <w:rPr>
          <w:b w:val="0"/>
          <w:i w:val="0"/>
        </w:rPr>
        <w:t>Ý nghĩ đó khiến Langdon lạnh sống lưng. "Vậy làm sao để giữ Sasha khỏi tay ông ta?"</w:t>
      </w:r>
    </w:p>
    <w:p>
      <w:pPr>
        <w:spacing w:after="80"/>
      </w:pPr>
      <w:r>
        <w:rPr>
          <w:b w:val="0"/>
          <w:i w:val="0"/>
        </w:rPr>
        <w:t>Nagel hít một hơi thật sâu. "Chúng ta không giữ."</w:t>
      </w:r>
    </w:p>
    <w:p>
      <w:pPr>
        <w:spacing w:after="80"/>
      </w:pPr>
      <w:r>
        <w:rPr>
          <w:b w:val="0"/>
          <w:i w:val="0"/>
        </w:rPr>
        <w:t>Câu trả lời khiến Langdon sững sờ. "Xin lỗi, bà nói gì?"</w:t>
      </w:r>
    </w:p>
    <w:p>
      <w:pPr>
        <w:spacing w:after="80"/>
      </w:pPr>
      <w:r>
        <w:rPr>
          <w:b w:val="0"/>
          <w:i w:val="0"/>
        </w:rPr>
        <w:t>"Chúng ta không giữ," bà lặp lại, giọng dứt khoát.</w:t>
      </w:r>
    </w:p>
    <w:p>
      <w:pPr>
        <w:spacing w:after="80"/>
      </w:pPr>
      <w:r>
        <w:rPr>
          <w:b w:val="0"/>
          <w:i w:val="0"/>
        </w:rPr>
        <w:t>"Đại sứ Nagel," Langdon phản đối, giọng cao lên. "Bà đang đề nghị chúng ta giao Sasha lại cho CIA sao?"</w:t>
      </w:r>
    </w:p>
    <w:p>
      <w:pPr>
        <w:spacing w:after="80"/>
      </w:pPr>
      <w:r>
        <w:rPr>
          <w:b w:val="0"/>
          <w:i w:val="0"/>
        </w:rPr>
        <w:t>"Đúng chính xác là điều chúng ta sẽ làm. Đó là lựa chọn duy nhất."</w:t>
      </w:r>
    </w:p>
    <w:p>
      <w:pPr>
        <w:spacing w:after="80"/>
      </w:pPr>
      <w:r>
        <w:rPr>
          <w:b w:val="0"/>
          <w:i w:val="0"/>
        </w:rPr>
        <w:t xml:space="preserve">"Tuyệt đối không!" Katherine thốt lên. "Threshold đã giết chết một bệnh nhân rồi! Bà </w:t>
      </w:r>
      <w:r>
        <w:rPr>
          <w:b w:val="0"/>
          <w:i/>
        </w:rPr>
        <w:t>không thể</w:t>
      </w:r>
      <w:r>
        <w:rPr>
          <w:b w:val="0"/>
          <w:i w:val="0"/>
        </w:rPr>
        <w:t xml:space="preserve"> gửi Sasha trở lại—"</w:t>
      </w:r>
    </w:p>
    <w:p>
      <w:pPr>
        <w:spacing w:after="80"/>
      </w:pPr>
      <w:r>
        <w:rPr>
          <w:b w:val="0"/>
          <w:i w:val="0"/>
        </w:rPr>
        <w:t xml:space="preserve">"Ta </w:t>
      </w:r>
      <w:r>
        <w:rPr>
          <w:b w:val="0"/>
          <w:i/>
        </w:rPr>
        <w:t>không thể</w:t>
      </w:r>
      <w:r>
        <w:rPr>
          <w:b w:val="0"/>
          <w:i w:val="0"/>
        </w:rPr>
        <w:t xml:space="preserve"> ư?!" Nagel cắt ngang đầy mạnh mẽ. "Tôi xin nhắc cả hai người rằng trong đại sứ quán này, tôi là quan chức cấp cao nhất, và tôi đề nghị cả hai hãy nghe tôi nói hết trước khi bảo tôi cái gì làm được và cái gì không."</w:t>
      </w:r>
    </w:p>
    <w:p>
      <w:pPr>
        <w:spacing w:after="80"/>
      </w:pPr>
      <w:r>
        <w:rPr>
          <w:b w:val="0"/>
          <w:i w:val="0"/>
        </w:rPr>
        <w:t>Vị đại sứ để mọi người lắng lại một chút, còn Katherine ngồi tựa ra sau, lặng lẽ lắc đầu đầy phản kháng.</w:t>
      </w:r>
    </w:p>
    <w:p>
      <w:pPr>
        <w:spacing w:after="80"/>
      </w:pPr>
      <w:r>
        <w:rPr>
          <w:b w:val="0"/>
          <w:i w:val="0"/>
        </w:rPr>
        <w:t xml:space="preserve">"Đây là những sự thật," Nagel tuyên bố với giọng điềm tĩnh. "Sasha Vesna cần sự chăm sóc chuyên biệt cao độ—cả về thể chất lẫn tâm thần. Cô ấy đã chứng tỏ mình cực kỳ nguy hiểm, nghĩa là bất kỳ ai liên quan đến việc chăm sóc đó sẽ cần phải thận trọng và cũng phải hiểu </w:t>
      </w:r>
      <w:r>
        <w:rPr>
          <w:b w:val="0"/>
          <w:i/>
        </w:rPr>
        <w:t>hoàn toàn</w:t>
      </w:r>
      <w:r>
        <w:rPr>
          <w:b w:val="0"/>
          <w:i w:val="0"/>
        </w:rPr>
        <w:t xml:space="preserve"> tình trạng của cô ấy. Xét đến phần cứng trong não Sasha, danh sách những đơn vị đủ tư cách chăm sóc cô ấy vô cùng ngắn. Có lẽ chỉ có </w:t>
      </w:r>
      <w:r>
        <w:rPr>
          <w:b w:val="0"/>
          <w:i/>
        </w:rPr>
        <w:t>một</w:t>
      </w:r>
      <w:r>
        <w:rPr>
          <w:b w:val="0"/>
          <w:i w:val="0"/>
        </w:rPr>
        <w:t xml:space="preserve"> mà thôi. Khi tôi nghĩ lại những gì các bạn kể về các nơ-ron nhân tạo tiên tiến trong não cô ấy, tôi buộc phải kết luận rằng những người </w:t>
      </w:r>
      <w:r>
        <w:rPr>
          <w:b w:val="0"/>
          <w:i/>
        </w:rPr>
        <w:t>duy nhất</w:t>
      </w:r>
      <w:r>
        <w:rPr>
          <w:b w:val="0"/>
          <w:i w:val="0"/>
        </w:rPr>
        <w:t xml:space="preserve"> đủ tư cách chăm sóc tinh thần đúng đắn cho Sasha chính là các nhà khoa học tham gia Threshold."</w:t>
      </w:r>
    </w:p>
    <w:p>
      <w:pPr>
        <w:spacing w:after="80"/>
      </w:pPr>
      <w:r>
        <w:rPr>
          <w:b w:val="0"/>
          <w:i w:val="0"/>
        </w:rPr>
        <w:t>Langdon có thể thấy logic trong lập luận của bà, nhưng xét cho cùng, kế hoạch của vị đại sứ thực chất là giao Sasha cho chính những người đã dùng cô như một con vật thí nghiệm. Bên cạnh anh, Katherine vẫn lắc đầu, rõ ràng là chưa bị thuyết phục.</w:t>
      </w:r>
    </w:p>
    <w:p>
      <w:pPr>
        <w:spacing w:after="80"/>
      </w:pPr>
      <w:r>
        <w:rPr>
          <w:b w:val="0"/>
          <w:i w:val="0"/>
        </w:rPr>
        <w:t xml:space="preserve">"Đừng hiểu lầm," Nagel nói. "Tôi không đề nghị Sasha quay lại Threshold như cũ. Tôi sẽ chấp nhận </w:t>
      </w:r>
      <w:r>
        <w:rPr>
          <w:b w:val="0"/>
          <w:i/>
        </w:rPr>
        <w:t>không</w:t>
      </w:r>
      <w:r>
        <w:rPr>
          <w:b w:val="0"/>
          <w:i w:val="0"/>
        </w:rPr>
        <w:t xml:space="preserve"> một cuộc thử nghiệm nào nữa trên Sasha Vesna. Chấm hết. Cô ấy sẽ trở về với tư cách là tài sản quý giá và được trân trọng nhất của chương trình, được đối xử đúng như vậy, và được sống tốt. Sasha là một thành tựu—cô ấy đại diện cho chiến thắng lớn nhất của chương trình cho đến nay, và sự hiện diện của cô ấy mang lại một cơ hội nghiên cứu vô giá. Tôi sẽ nhấn mạnh với giám đốc rằng việc Threshold thử nghiệm trên não người phụ nữ này rất có thể đã làm trầm trọng thêm tình trạng tâm thần của cô ấy, nếu không muốn nói là </w:t>
      </w:r>
      <w:r>
        <w:rPr>
          <w:b w:val="0"/>
          <w:i/>
        </w:rPr>
        <w:t>gây ra</w:t>
      </w:r>
      <w:r>
        <w:rPr>
          <w:b w:val="0"/>
          <w:i w:val="0"/>
        </w:rPr>
        <w:t xml:space="preserve"> toàn bộ. Nói cách khác, tôi sẽ khiến ông ta hiểu rằng sức khỏe tinh thần của Sasha là trách nhiệm đạo đức tối thượng của cơ quan. Cuối cùng, Giám đốc Judd sẽ có động lực rất lớn để đảm bảo sức khỏe toàn diện cho Sasha—nhất là khi biết rằng tôi sẽ theo dõi với ngón tay đặt trên cò."</w:t>
      </w:r>
    </w:p>
    <w:p>
      <w:pPr>
        <w:spacing w:after="80"/>
      </w:pPr>
      <w:r>
        <w:rPr>
          <w:b w:val="0"/>
          <w:i w:val="0"/>
        </w:rPr>
        <w:t xml:space="preserve">Một khoảng lặng dài bao trùm giữa họ, và Langdon thấy mình đang ở giữa cuộc chiến nguyên mẫu kinh điển—xung đột Apollonian-Dionysian, như người ta vẫn gọi trong thần thoại—cuộc đấu tranh nội tâm tối thượng. </w:t>
      </w:r>
      <w:r>
        <w:rPr>
          <w:b w:val="0"/>
          <w:i/>
        </w:rPr>
        <w:t>Lý trí đấu với Con tim.</w:t>
      </w:r>
      <w:r>
        <w:rPr>
          <w:b w:val="0"/>
          <w:i w:val="0"/>
        </w:rPr>
        <w:t xml:space="preserve"> Bộ não Apollonian của Langdon nhìn thấy trật tự và lý lẽ trong kế hoạch của Nagel, trong khi trái tim Dionysian của anh nhìn thấy hỗn loạn và bất công.</w:t>
      </w:r>
    </w:p>
    <w:p>
      <w:pPr>
        <w:spacing w:after="80"/>
      </w:pPr>
      <w:r>
        <w:rPr>
          <w:b w:val="0"/>
          <w:i w:val="0"/>
        </w:rPr>
        <w:t>"Bà vẽ nên một bức tranh đẹp đấy," Katherine nói, phá vỡ sự im lặng. "Nhưng Sasha chưa bao giờ yêu cầu có Threshold trong đời mình."</w:t>
      </w:r>
    </w:p>
    <w:p>
      <w:pPr>
        <w:spacing w:after="80"/>
      </w:pPr>
      <w:r>
        <w:rPr>
          <w:b w:val="0"/>
          <w:i w:val="0"/>
        </w:rPr>
        <w:t>"</w:t>
      </w:r>
      <w:r>
        <w:rPr>
          <w:b w:val="0"/>
          <w:i/>
        </w:rPr>
        <w:t>Cô</w:t>
      </w:r>
      <w:r>
        <w:rPr>
          <w:b w:val="0"/>
          <w:i w:val="0"/>
        </w:rPr>
        <w:t xml:space="preserve"> cũng vậy, Tiến sĩ Solomon, và thế mà chúng ta vẫn ở đây." Ánh mắt Nagel giờ không hề nao núng. "Tất cả chúng ta đều phải chơi với những quân bài mình được chia. Để Sasha Vesna có một cuộc sống khỏe mạnh, cô ấy sẽ cần tương tác ở một mức độ nào đó với Dự án Threshold. Mức độ tham gia có thể do chính cô ấy quyết định, và có lẽ chỉ ở những phần của dự án liên quan đến nghiên cứu ý thức. Nhưng một khi trạng thái tinh thần của Sasha ổn định, tôi tin rằng việc trở thành một phần của đội ngũ thậm chí có thể mang lại cho cô ấy một mục đích và một vị thế mà cô ấy chưa từng trải nghiệm trong đời."</w:t>
      </w:r>
    </w:p>
    <w:p>
      <w:pPr>
        <w:spacing w:after="80"/>
      </w:pPr>
      <w:r>
        <w:rPr>
          <w:b w:val="0"/>
          <w:i w:val="0"/>
        </w:rPr>
        <w:t xml:space="preserve">Langdon cảm thấy e dè. </w:t>
      </w:r>
      <w:r>
        <w:rPr>
          <w:b w:val="0"/>
          <w:i/>
        </w:rPr>
        <w:t>Ai cũng cần một mục đích.</w:t>
      </w:r>
      <w:r>
        <w:rPr>
          <w:b w:val="0"/>
          <w:i w:val="0"/>
        </w:rPr>
        <w:t xml:space="preserve"> Nhưng điều Nagel đang mô tả phụ thuộc vào việc cơ quan làm điều đúng đắn, và Langdon chẳng mấy tin tưởng vào điều đó.</w:t>
      </w:r>
    </w:p>
    <w:p>
      <w:pPr>
        <w:spacing w:after="80"/>
      </w:pPr>
      <w:r>
        <w:rPr>
          <w:b w:val="0"/>
          <w:i w:val="0"/>
        </w:rPr>
        <w:t xml:space="preserve">“Tôi nhận ra rằng </w:t>
      </w:r>
      <w:r>
        <w:rPr>
          <w:b w:val="0"/>
          <w:i/>
        </w:rPr>
        <w:t>niềm tin</w:t>
      </w:r>
      <w:r>
        <w:rPr>
          <w:b w:val="0"/>
          <w:i w:val="0"/>
        </w:rPr>
        <w:t xml:space="preserve"> có thể khó khơi dậy trong trường hợp này,” Nagel tiếp tục, như thể cảm nhận được sự do dự của Langdon. “Đặc biệt là sau tất cả những gì anh đã chứng kiến với cơ quan. Nhưng xin hãy nhớ, trải nghiệm của anh là với Everett Finch. </w:t>
      </w:r>
      <w:r>
        <w:rPr>
          <w:b w:val="0"/>
          <w:i/>
        </w:rPr>
        <w:t>Bây giờ</w:t>
      </w:r>
      <w:r>
        <w:rPr>
          <w:b w:val="0"/>
          <w:i w:val="0"/>
        </w:rPr>
        <w:t xml:space="preserve"> anh sẽ làm việc với Giám đốc Gregory Judd. Sai lầm của ông ấy là đã trao cho Finch quá nhiều quyền tự quyết, nhưng tôi luôn thấy Judd là một người tử tế trong một thế giới đầy những lựa chọn không tử tế. Ít nhất thì ông ấy cũng trung thực.”</w:t>
      </w:r>
    </w:p>
    <w:p>
      <w:pPr>
        <w:spacing w:after="80"/>
      </w:pPr>
      <w:r>
        <w:rPr>
          <w:b w:val="0"/>
          <w:i w:val="0"/>
        </w:rPr>
        <w:t xml:space="preserve">“Trung thực?” Katherine phản bác. “Ông ấy là cố vấn </w:t>
      </w:r>
      <w:r>
        <w:rPr>
          <w:b w:val="0"/>
          <w:i/>
        </w:rPr>
        <w:t>cấp cao</w:t>
      </w:r>
      <w:r>
        <w:rPr>
          <w:b w:val="0"/>
          <w:i w:val="0"/>
        </w:rPr>
        <w:t xml:space="preserve"> của ông, vậy mà ông ấy vẫn nói dối ông—bảo rằng Stargate đã thất bại.”</w:t>
      </w:r>
    </w:p>
    <w:p>
      <w:pPr>
        <w:spacing w:after="80"/>
      </w:pPr>
      <w:r>
        <w:rPr>
          <w:b w:val="0"/>
          <w:i w:val="0"/>
        </w:rPr>
        <w:t xml:space="preserve">Nagel phẩy tay một cách khinh khỉnh. “Giao thức DBD—thông tin sai lệch bằng cách đánh lừa. Đó là một chiến thuật phân chia thông tin phổ biến. Những câu chuyện giả tạo bảo vệ những nhân viên không cần biết sự thật. Tất cả chúng ta đều nói dối giỏi hơn khi thực sự </w:t>
      </w:r>
      <w:r>
        <w:rPr>
          <w:b w:val="0"/>
          <w:i/>
        </w:rPr>
        <w:t>tin</w:t>
      </w:r>
      <w:r>
        <w:rPr>
          <w:b w:val="0"/>
          <w:i w:val="0"/>
        </w:rPr>
        <w:t xml:space="preserve"> vào lời nói dối mình đang thốt ra. Và rõ ràng Stargate không phải là dự án mật </w:t>
      </w:r>
      <w:r>
        <w:rPr>
          <w:b w:val="0"/>
          <w:i/>
        </w:rPr>
        <w:t>duy nhất</w:t>
      </w:r>
      <w:r>
        <w:rPr>
          <w:b w:val="0"/>
          <w:i w:val="0"/>
        </w:rPr>
        <w:t xml:space="preserve"> mà cơ quan đã nói dối rồi sau đó khởi động lại. Nếu niềm tin của tôi vào Giám đốc Judd là đặt nhầm chỗ,” vị đại sứ kết luận, “tôi sẽ nhắc ông ấy nhớ về thanh gươm Damocles treo trên đầu mình, nói rõ ràng rằng tôi hoàn toàn có ý định chặt nó xuống nếu cơ quan không thực hiện nghĩa vụ đạo đức của mình với Sasha.”</w:t>
      </w:r>
    </w:p>
    <w:p>
      <w:pPr>
        <w:spacing w:after="80"/>
      </w:pPr>
      <w:r>
        <w:rPr>
          <w:b w:val="0"/>
          <w:i w:val="0"/>
        </w:rPr>
        <w:t>Ba người ngồi im lặng trong căn phòng làm việc lộng lẫy. “Chưa kể,” vị đại sứ nói thêm, “trong hầu hết mọi tình huống khác, Sasha sẽ không được bảo vệ—và rất có thể sẽ bị giam giữ và truy tố vì tội phản quốc, khủng bố và giết người.”</w:t>
      </w:r>
    </w:p>
    <w:p>
      <w:pPr>
        <w:spacing w:after="80"/>
      </w:pPr>
      <w:r>
        <w:rPr>
          <w:b w:val="0"/>
          <w:i w:val="0"/>
        </w:rPr>
        <w:t xml:space="preserve">Katherine từ từ quay sang Langdon, ánh mắt cô vẫn còn ngập ngừng, nhưng một cái gật đầu mệt mỏi đã truyền đi thông điệp rõ ràng. </w:t>
      </w:r>
      <w:r>
        <w:rPr>
          <w:b w:val="0"/>
          <w:i/>
        </w:rPr>
        <w:t>Em sẽ theo anh trong chuyện này.</w:t>
      </w:r>
    </w:p>
    <w:p>
      <w:pPr>
        <w:spacing w:after="80"/>
      </w:pPr>
      <w:r>
        <w:rPr>
          <w:b w:val="0"/>
          <w:i w:val="0"/>
        </w:rPr>
        <w:t>Langdon hình dung cảnh Sasha bị giam giữ ở tầng dưới, và lòng anh thắt lại vì thương cô. Bất chấp những lo ngại sâu sắc về kế hoạch của vị đại sứ, Langdon không thấy lựa chọn nào tốt hơn. Dù khó thừa nhận đến đâu, nơi tuyệt đối an toàn nhất trên trái đất đối với Sasha Vesna có lẽ chính là Langley, Virginia. Langdon cảm thấy thật nghịch lý khi những kẻ áp bức Sasha giờ đây lại trở thành những người bảo vệ cô…nhưng theo một cách nào đó, điều đó cũng…không thể tránh khỏi.</w:t>
      </w:r>
    </w:p>
    <w:p>
      <w:pPr>
        <w:spacing w:after="80"/>
      </w:pPr>
      <w:r>
        <w:rPr>
          <w:b w:val="0"/>
          <w:i w:val="0"/>
        </w:rPr>
        <w:t>Thậm chí có thể là một nước đi thiên tài.</w:t>
      </w:r>
    </w:p>
    <w:p>
      <w:pPr>
        <w:spacing w:after="80"/>
      </w:pPr>
      <w:r>
        <w:rPr>
          <w:b w:val="0"/>
          <w:i w:val="0"/>
        </w:rPr>
        <w:t>Việc Sasha xuất hiện bên ngoài đại sứ quán khiến Langdon tự hỏi liệu người bảo vệ golem bí ẩn của cô có lẽ đã tính toán hết mọi chuyện này từ trước. Ông ta đã trao cho Nagel đòn bẩy cần thiết để nắm thế thượng phong…rồi sau đó chỉ đưa ra một lời thỉnh cầu đơn giản nhất.</w:t>
      </w:r>
    </w:p>
    <w:p>
      <w:pPr>
        <w:spacing w:after="80"/>
      </w:pPr>
      <w:r>
        <w:rPr>
          <w:b w:val="0"/>
          <w:i w:val="0"/>
        </w:rPr>
        <w:t>Xin hãy giúp Sasha.</w:t>
      </w:r>
    </w:p>
    <w:p>
      <w:pPr>
        <w:spacing w:after="80"/>
      </w:pPr>
      <w:r>
        <w:rPr>
          <w:b w:val="0"/>
          <w:i w:val="0"/>
        </w:rPr>
        <w:t>Giờ đây, khi Langdon cân nhắc mọi điều vị đại sứ vừa đề xuất, anh nghe thấy một câu hỏi chưa có lời đáp vang vọng trong tâm trí.</w:t>
      </w:r>
    </w:p>
    <w:p>
      <w:pPr>
        <w:jc w:val="center"/>
      </w:pPr>
      <w:r>
        <w:drawing>
          <wp:inline xmlns:a="http://schemas.openxmlformats.org/drawingml/2006/main" xmlns:pic="http://schemas.openxmlformats.org/drawingml/2006/picture">
            <wp:extent cx="5486400" cy="362122"/>
            <wp:docPr id="145" name="Picture 145"/>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Quis custodiet ipsos custodes?</w:t>
      </w:r>
    </w:p>
    <w:p>
      <w:pPr>
        <w:spacing w:after="80"/>
      </w:pPr>
      <w:r>
        <w:rPr>
          <w:b w:val="0"/>
          <w:i w:val="0"/>
        </w:rPr>
        <w:t>Dù chưa từng học tiếng Latinh, Đại sứ Nagel vẫn nhận ra câu hỏi mà Langdon vừa đặt ra. Đó là tiếng kêu đấu tranh phổ biến khắp nơi của những người tố giác chống chính phủ.</w:t>
      </w:r>
    </w:p>
    <w:p>
      <w:pPr>
        <w:spacing w:after="80"/>
      </w:pPr>
      <w:r>
        <w:rPr>
          <w:b w:val="0"/>
          <w:i w:val="0"/>
        </w:rPr>
        <w:t>Ai sẽ canh chừng những người canh gác?</w:t>
      </w:r>
    </w:p>
    <w:p>
      <w:pPr>
        <w:spacing w:after="80"/>
      </w:pPr>
      <w:r>
        <w:rPr>
          <w:b w:val="0"/>
          <w:i w:val="0"/>
        </w:rPr>
        <w:t xml:space="preserve">Đó là một câu hỏi chính đáng, và ngày càng được đặt ra thường xuyên hơn. Trong trường hợp này, CIA sẽ trông chừng Sasha…nhưng </w:t>
      </w:r>
      <w:r>
        <w:rPr>
          <w:b w:val="0"/>
          <w:i/>
        </w:rPr>
        <w:t>ai</w:t>
      </w:r>
      <w:r>
        <w:rPr>
          <w:b w:val="0"/>
          <w:i w:val="0"/>
        </w:rPr>
        <w:t xml:space="preserve"> sẽ trông chừng CIA? Ngay cả khi Nagel đe dọa tung video để đáp trả việc vi phạm giao thức, bà sẽ không có cách nào đáng tin cậy để biết liệu các giao thức có được tuân thủ hay không, trừ khi bà có một nguồn tin đáng tin cậy ngay </w:t>
      </w:r>
      <w:r>
        <w:rPr>
          <w:b w:val="0"/>
          <w:i/>
        </w:rPr>
        <w:t>tại đó</w:t>
      </w:r>
      <w:r>
        <w:rPr>
          <w:b w:val="0"/>
          <w:i w:val="0"/>
        </w:rPr>
        <w:t>…ở giữa mọi chuyện.</w:t>
      </w:r>
    </w:p>
    <w:p>
      <w:pPr>
        <w:spacing w:after="80"/>
      </w:pPr>
      <w:r>
        <w:rPr>
          <w:b w:val="0"/>
          <w:i w:val="0"/>
        </w:rPr>
        <w:t>Ai sẽ canh chừng những người canh gác?</w:t>
      </w:r>
    </w:p>
    <w:p>
      <w:pPr>
        <w:spacing w:after="80"/>
      </w:pPr>
      <w:r>
        <w:rPr>
          <w:b w:val="0"/>
          <w:i w:val="0"/>
        </w:rPr>
        <w:t>Nagel nhận ra bà đã biết câu trả lời, và khi bà nói thành lời, bà nghe thấy trong giọng mình một mục đích sống đã vắng bóng suốt bao năm.</w:t>
      </w:r>
    </w:p>
    <w:p>
      <w:pPr>
        <w:spacing w:after="80"/>
      </w:pPr>
      <w:r>
        <w:rPr>
          <w:b w:val="0"/>
          <w:i w:val="0"/>
        </w:rPr>
        <w:t>“</w:t>
      </w:r>
      <w:r>
        <w:rPr>
          <w:b w:val="0"/>
          <w:i/>
        </w:rPr>
        <w:t>Con</w:t>
      </w:r>
      <w:r>
        <w:rPr>
          <w:b w:val="0"/>
          <w:i w:val="0"/>
        </w:rPr>
        <w:t xml:space="preserve"> sẽ làm,” cô nói, ngước mắt nhìn Langdon.</w:t>
      </w:r>
    </w:p>
    <w:p>
      <w:pPr>
        <w:spacing w:after="80"/>
      </w:pPr>
      <w:r>
        <w:rPr>
          <w:b w:val="0"/>
          <w:i w:val="0"/>
        </w:rPr>
        <w:t>Khi thốt ra lời thề ấy, Nagel cảm thấy một dòng cảm xúc đột ngột dâng lên, và cô nhận ra rằng việc chăm sóc Sasha Vesna có lẽ chính là sự cứu chuộc mà tâm hồn đã sứt mẻ của cô hằng cần…một sự chuộc lỗi dần dần cho sự an phận và nỗi sợ hãi của cô về phần mình trong tất cả những gì đã xảy ra ở Prague.</w:t>
      </w:r>
    </w:p>
    <w:p>
      <w:pPr>
        <w:spacing w:after="80"/>
      </w:pPr>
      <w:r>
        <w:rPr>
          <w:b w:val="0"/>
          <w:i w:val="0"/>
        </w:rPr>
        <w:t>Con sẽ không bao giờ bù đắp được cho Michael Harris…nhưng con có thể cố gắng.</w:t>
      </w:r>
    </w:p>
    <w:p>
      <w:pPr>
        <w:pStyle w:val="Heading1"/>
      </w:pPr>
      <w:r>
        <w:rPr>
          <w:rFonts w:ascii="Calibri" w:hAnsi="Calibri"/>
          <w:b/>
          <w:i w:val="0"/>
          <w:sz w:val="40"/>
        </w:rPr>
        <w:t>Chương 134</w:t>
      </w:r>
    </w:p>
    <w:p>
      <w:pPr>
        <w:spacing w:after="80"/>
      </w:pPr>
      <w:r>
        <w:rPr>
          <w:b w:val="0"/>
          <w:i w:val="0"/>
        </w:rPr>
        <w:t>Một mình, Langdon lướt tay dọc theo lan can sắt khi bước xuống cầu thang đá cẩm thạch bên ngoài văn phòng đại sứ. Ông cảm thấy bất an về những gì đang chờ phía trước—không chỉ trong vài phút tới, mà còn trong những tháng sắp tới.</w:t>
      </w:r>
    </w:p>
    <w:p>
      <w:pPr>
        <w:spacing w:after="80"/>
      </w:pPr>
      <w:r>
        <w:rPr>
          <w:b w:val="0"/>
          <w:i/>
        </w:rPr>
        <w:t>Nagel sẽ canh chừng những kẻ canh chừng ư?</w:t>
      </w:r>
      <w:r>
        <w:rPr>
          <w:b w:val="0"/>
          <w:i w:val="0"/>
        </w:rPr>
        <w:t xml:space="preserve"> ông tự hỏi, ngẫm lại cuộc trò chuyện họ vừa có trong văn phòng của cô. Cô định đích thân giám sát Threshold, tự đặt mình vào vai trò như một tổng thanh tra, hoặc thậm chí là giám đốc, cho vòng lặp tiếp theo của dự án. Việc xây dựng lại Threshold, cô khẳng định, là tối quan trọng đối với an ninh quốc gia và cũng là điều </w:t>
      </w:r>
      <w:r>
        <w:rPr>
          <w:b w:val="0"/>
          <w:i/>
        </w:rPr>
        <w:t>đúng đắn</w:t>
      </w:r>
      <w:r>
        <w:rPr>
          <w:b w:val="0"/>
          <w:i w:val="0"/>
        </w:rPr>
        <w:t xml:space="preserve"> cần làm…nhưng nó phải được thực hiện theo cách </w:t>
      </w:r>
      <w:r>
        <w:rPr>
          <w:b w:val="0"/>
          <w:i/>
        </w:rPr>
        <w:t>đúng đắn</w:t>
      </w:r>
      <w:r>
        <w:rPr>
          <w:b w:val="0"/>
          <w:i w:val="0"/>
        </w:rPr>
        <w:t>.</w:t>
      </w:r>
    </w:p>
    <w:p>
      <w:pPr>
        <w:spacing w:after="80"/>
      </w:pPr>
      <w:r>
        <w:rPr>
          <w:b w:val="0"/>
          <w:i w:val="0"/>
        </w:rPr>
        <w:t xml:space="preserve">“Chỉ có thể bảo vệ được vị thế đạo đức cao nếu chúng ta thực sự </w:t>
      </w:r>
      <w:r>
        <w:rPr>
          <w:b w:val="0"/>
          <w:i/>
        </w:rPr>
        <w:t>đứng trên</w:t>
      </w:r>
      <w:r>
        <w:rPr>
          <w:b w:val="0"/>
          <w:i w:val="0"/>
        </w:rPr>
        <w:t xml:space="preserve"> nó,” Nagel đã nói. “Tôi sẽ là người đại diện tận nơi, đích thân bênh vực cho Sasha Vesna—điều kiện sống, sự an toàn và tinh thần của cô ấy. Tôi cũng sẽ làm điều tương tự cho những ai sẽ tham gia chương trình trong tương lai.” Nagel ngừng lại và thở ra một hơi dài gần như không nghe thấy. “Việc có sự giám sát cũng sẽ mang lại cho </w:t>
      </w:r>
      <w:r>
        <w:rPr>
          <w:b w:val="0"/>
          <w:i/>
        </w:rPr>
        <w:t>tôi</w:t>
      </w:r>
      <w:r>
        <w:rPr>
          <w:b w:val="0"/>
          <w:i w:val="0"/>
        </w:rPr>
        <w:t xml:space="preserve"> một điều gì đó thiết yếu—cơ hội chuộc lại bản thân và những sai lầm khủng khiếp tôi đã gây ra.”</w:t>
      </w:r>
    </w:p>
    <w:p>
      <w:pPr>
        <w:spacing w:after="80"/>
      </w:pPr>
      <w:r>
        <w:rPr>
          <w:b w:val="0"/>
          <w:i w:val="0"/>
        </w:rPr>
        <w:t>Langdon cảm nhận được một nguồn cảm xúc sâu thẳm đang tiếp sức cho những lời của cô.</w:t>
      </w:r>
    </w:p>
    <w:p>
      <w:pPr>
        <w:spacing w:after="80"/>
      </w:pPr>
      <w:r>
        <w:rPr>
          <w:b w:val="0"/>
          <w:i w:val="0"/>
        </w:rPr>
        <w:t>“Càng nghĩ về điều đó,” cô tiếp tục, “tôi càng thực sự tin rằng đây sẽ là kết quả tốt nhất cho Sasha, cho CIA, và cả cho chúng ta. Nhưng trước khi tôi gọi cho Giám đốc Judd và thông báo chính xác cho ông ấy biết ông ấy sẽ làm gì cho chúng ta…</w:t>
      </w:r>
      <w:r>
        <w:rPr>
          <w:b w:val="0"/>
          <w:i/>
        </w:rPr>
        <w:t>cùng với</w:t>
      </w:r>
      <w:r>
        <w:rPr>
          <w:b w:val="0"/>
          <w:i w:val="0"/>
        </w:rPr>
        <w:t xml:space="preserve"> chúng ta…còn một rào cản cuối cùng phải vượt qua.”</w:t>
      </w:r>
    </w:p>
    <w:p>
      <w:pPr>
        <w:spacing w:after="80"/>
      </w:pPr>
      <w:r>
        <w:rPr>
          <w:b w:val="0"/>
          <w:i w:val="0"/>
        </w:rPr>
        <w:t>“Sasha…” Katherine nói. “Cô phải thuyết phục được cô ấy.”</w:t>
      </w:r>
    </w:p>
    <w:p>
      <w:pPr>
        <w:spacing w:after="80"/>
      </w:pPr>
      <w:r>
        <w:rPr>
          <w:b w:val="0"/>
          <w:i w:val="0"/>
        </w:rPr>
        <w:t xml:space="preserve">Nagel gật đầu. “Sự đồng ý hoàn toàn của cô ấy với kế hoạch này là tối quan trọng…Không có nó, mọi chuyện sẽ không thành. Tôi hứa với anh rằng cơ quan này sẽ không bao giờ ép buộc cô ấy nữa—hay </w:t>
      </w:r>
      <w:r>
        <w:rPr>
          <w:b w:val="0"/>
          <w:i/>
        </w:rPr>
        <w:t>bất kỳ ai</w:t>
      </w:r>
      <w:r>
        <w:rPr>
          <w:b w:val="0"/>
          <w:i w:val="0"/>
        </w:rPr>
        <w:t xml:space="preserve"> về vấn đề đó—tham gia vào điều gì đó trái với ý muốn hoặc không có hiểu biết của họ.”</w:t>
      </w:r>
    </w:p>
    <w:p>
      <w:pPr>
        <w:spacing w:after="80"/>
      </w:pPr>
      <w:r>
        <w:rPr>
          <w:b w:val="0"/>
          <w:i w:val="0"/>
        </w:rPr>
        <w:t>Langdon trân trọng tình cảm ấy. “Thật khó biết liệu cô ấy có đồng ý không.”</w:t>
      </w:r>
    </w:p>
    <w:p>
      <w:pPr>
        <w:spacing w:after="80"/>
      </w:pPr>
      <w:r>
        <w:rPr>
          <w:b w:val="0"/>
          <w:i w:val="0"/>
        </w:rPr>
        <w:t xml:space="preserve">“Câu trả lời, tôi tưởng tượng, nằm ở </w:t>
      </w:r>
      <w:r>
        <w:rPr>
          <w:b w:val="0"/>
          <w:i/>
        </w:rPr>
        <w:t>cách</w:t>
      </w:r>
      <w:r>
        <w:rPr>
          <w:b w:val="0"/>
          <w:i w:val="0"/>
        </w:rPr>
        <w:t xml:space="preserve"> người ta hỏi cô ấy.”</w:t>
      </w:r>
    </w:p>
    <w:p>
      <w:pPr>
        <w:spacing w:after="80"/>
      </w:pPr>
      <w:r>
        <w:rPr>
          <w:b w:val="0"/>
          <w:i/>
        </w:rPr>
        <w:t>Nói như một nhà ngoại giao thực thụ,</w:t>
      </w:r>
      <w:r>
        <w:rPr>
          <w:b w:val="0"/>
          <w:i w:val="0"/>
        </w:rPr>
        <w:t xml:space="preserve"> Langdon nghĩ. “Cô có nghĩ mình có thể thuyết phục được cô ấy không?”</w:t>
      </w:r>
    </w:p>
    <w:p>
      <w:pPr>
        <w:spacing w:after="80"/>
      </w:pPr>
      <w:r>
        <w:rPr>
          <w:b w:val="0"/>
          <w:i w:val="0"/>
        </w:rPr>
        <w:t xml:space="preserve">“Tôi chưa từng thực sự nói chuyện tử tế với người phụ nữ ấy, nên không, tôi không tin mình có thể,” Nagel đáp, chăm chú nhìn ông. “Nhưng tôi ngờ rằng </w:t>
      </w:r>
      <w:r>
        <w:rPr>
          <w:b w:val="0"/>
          <w:i/>
        </w:rPr>
        <w:t>anh</w:t>
      </w:r>
      <w:r>
        <w:rPr>
          <w:b w:val="0"/>
          <w:i w:val="0"/>
        </w:rPr>
        <w:t xml:space="preserve"> thì có thể.”</w:t>
      </w:r>
    </w:p>
    <w:p>
      <w:pPr>
        <w:spacing w:after="80"/>
      </w:pPr>
      <w:r>
        <w:rPr>
          <w:b w:val="0"/>
          <w:i w:val="0"/>
        </w:rPr>
        <w:t xml:space="preserve">Langdon nghiêng đầu. “Xin lỗi? Cô muốn </w:t>
      </w:r>
      <w:r>
        <w:rPr>
          <w:b w:val="0"/>
          <w:i/>
        </w:rPr>
        <w:t>tôi</w:t>
      </w:r>
      <w:r>
        <w:rPr>
          <w:b w:val="0"/>
          <w:i w:val="0"/>
        </w:rPr>
        <w:t xml:space="preserve"> nói chuyện với Sasha ư?” Nagel trước đó đã nói cô sẽ cần sự giúp đỡ của Langdon, nhưng đây không phải điều ông đã hình dung.</w:t>
      </w:r>
    </w:p>
    <w:p>
      <w:pPr>
        <w:spacing w:after="80"/>
      </w:pPr>
      <w:r>
        <w:rPr>
          <w:b w:val="0"/>
          <w:i w:val="0"/>
        </w:rPr>
        <w:t xml:space="preserve">“Trong ba người có mặt trong phòng này, thưa Giáo sư, chỉ có </w:t>
      </w:r>
      <w:r>
        <w:rPr>
          <w:b w:val="0"/>
          <w:i/>
        </w:rPr>
        <w:t>ngài</w:t>
      </w:r>
      <w:r>
        <w:rPr>
          <w:b w:val="0"/>
          <w:i w:val="0"/>
        </w:rPr>
        <w:t xml:space="preserve"> là người duy nhất đã từng dành thời gian bên cô Vesna. Đáng buồn thay, có lẽ ngài là người duy nhất còn lại trong thế giới của cô ấy mà cô ấy </w:t>
      </w:r>
      <w:r>
        <w:rPr>
          <w:b w:val="0"/>
          <w:i/>
        </w:rPr>
        <w:t>thực sự</w:t>
      </w:r>
      <w:r>
        <w:rPr>
          <w:b w:val="0"/>
          <w:i w:val="0"/>
        </w:rPr>
        <w:t xml:space="preserve"> sẵn lòng trò chuyện.”</w:t>
      </w:r>
    </w:p>
    <w:p>
      <w:pPr>
        <w:spacing w:after="80"/>
      </w:pPr>
      <w:r>
        <w:rPr>
          <w:b w:val="0"/>
          <w:i w:val="0"/>
        </w:rPr>
        <w:t xml:space="preserve">Ý nghĩ đó lơ lửng trong im lặng một lát. “Thật ra,” Langdon phản bác, “hiện tại tôi thậm chí còn không chắc </w:t>
      </w:r>
      <w:r>
        <w:rPr>
          <w:b w:val="0"/>
          <w:i/>
        </w:rPr>
        <w:t>mình</w:t>
      </w:r>
      <w:r>
        <w:rPr>
          <w:b w:val="0"/>
          <w:i w:val="0"/>
        </w:rPr>
        <w:t xml:space="preserve"> đã gặp ai hôm nay. Có cảm giác như tôi đã ở bên Sasha, ít nhất là trong một số thời điểm, nhưng theo nhiều cách, hợp lý hơn là tôi đã ở bên nhân cách thay thế của cô ấy—giả làm cô ấy và sắp đặt mọi thứ đang diễn ra. Tôi sẽ không có cách nào để biết.”</w:t>
      </w:r>
    </w:p>
    <w:p>
      <w:pPr>
        <w:spacing w:after="80"/>
      </w:pPr>
      <w:r>
        <w:rPr>
          <w:b w:val="0"/>
          <w:i w:val="0"/>
        </w:rPr>
        <w:t>“Dù sao đi nữa,” vị đại sứ nói, “dù hôm nay ngài đang đối diện với ai, ngài đã tỏ ra hữu ích và tử tế, và người đó dường như đã để ý đến điều đó. Suy cho cùng, người đó đã bảo vệ ngài không phải một mà là hai lần.”</w:t>
      </w:r>
    </w:p>
    <w:p>
      <w:pPr>
        <w:spacing w:after="80"/>
      </w:pPr>
      <w:r>
        <w:rPr>
          <w:b w:val="0"/>
          <w:i/>
        </w:rPr>
        <w:t>Đúng vậy,</w:t>
      </w:r>
      <w:r>
        <w:rPr>
          <w:b w:val="0"/>
          <w:i w:val="0"/>
        </w:rPr>
        <w:t xml:space="preserve"> Langdon nhận ra, hồi tưởng lại việc mình được giục chạy trốn khỏi Threshold và cũng bị lừa rời khỏi căn hộ của Sasha trước khi Harris bị sát hại.</w:t>
      </w:r>
    </w:p>
    <w:p>
      <w:pPr>
        <w:spacing w:after="80"/>
      </w:pPr>
      <w:r>
        <w:rPr>
          <w:b w:val="0"/>
          <w:i w:val="0"/>
        </w:rPr>
        <w:t>“Sasha đã cho thấy cô ấy tin tưởng ngài,” Nagel tiếp tục. “Tôi tò mò, giả sử mà nói, ngài nghĩ điều gì sẽ thuyết phục được cô ấy đặt niềm tin vào chúng ta, vào tôi, vào kế hoạch này, và vào một cuộc sống mới ở Mỹ?”</w:t>
      </w:r>
    </w:p>
    <w:p>
      <w:pPr>
        <w:spacing w:after="80"/>
      </w:pPr>
      <w:r>
        <w:rPr>
          <w:b w:val="0"/>
          <w:i w:val="0"/>
        </w:rPr>
        <w:t xml:space="preserve">Langdon bắt đầu nghi ngờ rằng có lẽ việc thuyết phục cô ấy chẳng khó khăn chút nào. “Tôi chỉ đơn giản nhắc cô ấy rằng đề nghị này, theo nhiều cách, chính là giấc mơ thành hiện thực của cô ấy. Và tùy vào việc cô ấy thực sự nhớ hay hiểu được bao nhiêu về những gì đã xảy ra với mình, tôi sẽ nhấn mạnh với cô ấy rằng con đường phía trước sẽ đòi hỏi </w:t>
      </w:r>
      <w:r>
        <w:rPr>
          <w:b w:val="0"/>
          <w:i/>
        </w:rPr>
        <w:t>sự tha thứ</w:t>
      </w:r>
      <w:r>
        <w:rPr>
          <w:b w:val="0"/>
          <w:i w:val="0"/>
        </w:rPr>
        <w:t>—không chỉ từ phía cô ấy—mà từ tất cả những người liên quan. Sự tha thứ song phương. Nhân cách thay thế của cô ấy cũng sẽ hiểu điều đó. Sasha sẽ cần tha thứ cho cơ quan đã phản bội cô ấy một cách khủng khiếp, và cơ quan sẽ cần tha thứ cho đối tượng đã trả thù những kẻ và cơ sở bí mật đã làm hại cô ấy. Nếu cả Sasha và cơ quan đều có thể gác lại quá khứ và đồng ý tha thứ lẫn nhau vì lợi ích lớn hơn, thì sẽ tồn tại một tương lai chung có lợi cho tất cả mọi người.”</w:t>
      </w:r>
    </w:p>
    <w:p>
      <w:pPr>
        <w:spacing w:after="80"/>
      </w:pPr>
      <w:r>
        <w:rPr>
          <w:b w:val="0"/>
          <w:i w:val="0"/>
        </w:rPr>
        <w:t xml:space="preserve">Nagel và Katherine trao nhau một cái gật đầu đầy ấn tượng, và vị đại sứ nói, “Đó chính xác là lý do tôi đã hỏi </w:t>
      </w:r>
      <w:r>
        <w:rPr>
          <w:b w:val="0"/>
          <w:i/>
        </w:rPr>
        <w:t>ngài</w:t>
      </w:r>
      <w:r>
        <w:rPr>
          <w:b w:val="0"/>
          <w:i w:val="0"/>
        </w:rPr>
        <w:t xml:space="preserve"> đấy, thưa Giáo sư.”</w:t>
      </w:r>
    </w:p>
    <w:p>
      <w:pPr>
        <w:jc w:val="center"/>
      </w:pPr>
      <w:r>
        <w:drawing>
          <wp:inline xmlns:a="http://schemas.openxmlformats.org/drawingml/2006/main" xmlns:pic="http://schemas.openxmlformats.org/drawingml/2006/picture">
            <wp:extent cx="5486400" cy="362122"/>
            <wp:docPr id="146" name="Picture 146"/>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Langdon hé mở cánh cửa phòng hội nghị ốp gỗ sồi của đại sứ quán và nhìn vào trong. Ở đầu bên kia của một chiếc bàn rất dài, Sasha Vesna đang ngồi một mình. Mái tóc vàng của cô rối bù và ướt, khuôn mặt hốc hác. Một chiếc khăn được choàng qua vai cô, và một bữa ăn đã ăn dở một nửa đặt trước mặt cô. Hai tay cô đặt trong lòng, chắc chắn là bị trói.</w:t>
      </w:r>
    </w:p>
    <w:p>
      <w:pPr>
        <w:spacing w:after="80"/>
      </w:pPr>
      <w:r>
        <w:rPr>
          <w:b w:val="0"/>
          <w:i w:val="0"/>
        </w:rPr>
        <w:t>Langdon quan sát cô một lúc lâu trước khi bước vào và đóng cửa lại sau lưng. Anh chậm rãi tiến lại gần với một nụ cười nhẹ nhàng. “Chào Sasha.”</w:t>
      </w:r>
    </w:p>
    <w:p>
      <w:pPr>
        <w:spacing w:after="80"/>
      </w:pPr>
      <w:r>
        <w:rPr>
          <w:b w:val="0"/>
          <w:i w:val="0"/>
        </w:rPr>
        <w:t>Cô trông có vẻ cảnh giác hơn là vui mừng khi thấy anh.</w:t>
      </w:r>
    </w:p>
    <w:p>
      <w:pPr>
        <w:spacing w:after="80"/>
      </w:pPr>
      <w:r>
        <w:rPr>
          <w:b w:val="0"/>
          <w:i w:val="0"/>
        </w:rPr>
        <w:t>“Tôi nhẹ nhõm vì em được an toàn,” Langdon nói, chọn một chỗ ngồi cách cô khoảng mười feet.</w:t>
      </w:r>
    </w:p>
    <w:p>
      <w:pPr>
        <w:spacing w:after="80"/>
      </w:pPr>
      <w:r>
        <w:rPr>
          <w:b w:val="0"/>
          <w:i w:val="0"/>
        </w:rPr>
        <w:t>“Cảm ơn anh,” cô nói, quan sát anh với vẻ mặt không chắc chắn.</w:t>
      </w:r>
    </w:p>
    <w:p>
      <w:pPr>
        <w:spacing w:after="80"/>
      </w:pPr>
      <w:r>
        <w:rPr>
          <w:b w:val="0"/>
          <w:i w:val="0"/>
        </w:rPr>
        <w:t>Langdon bỗng cảm thấy cuộc gặp này sẽ không phải là cuộc đoàn tụ ấm áp và thân mật như vị đại sứ đã dự đoán. “Sasha,” Langdon bắt đầu, “tôi ở đây vì tôi có thông tin quan trọng cho em, và tôi muốn chắc chắn rằng mình truyền đạt nó”—anh ngừng lại, tìm kiếm từ ngữ—“theo cách mà em hiểu rõ nhất.”</w:t>
      </w:r>
    </w:p>
    <w:p>
      <w:pPr>
        <w:spacing w:after="80"/>
      </w:pPr>
      <w:r>
        <w:rPr>
          <w:b w:val="0"/>
          <w:i w:val="0"/>
        </w:rPr>
        <w:t>“Được thôi,” cô nói, không cho anh gì cả.</w:t>
      </w:r>
    </w:p>
    <w:p>
      <w:pPr>
        <w:spacing w:after="80"/>
      </w:pPr>
      <w:r>
        <w:rPr>
          <w:b w:val="0"/>
          <w:i w:val="0"/>
        </w:rPr>
        <w:t xml:space="preserve">Langdon mất một lúc để sắp xếp suy nghĩ, rồi nói một cách bình tĩnh nhất có thể trong trạng thái bất an của mình. “Sasha, tôi hiểu rằng em đến đây tối nay để cầu xin sự giúp đỡ. Tôi vui mừng báo rằng vị đại sứ rất </w:t>
      </w:r>
      <w:r>
        <w:rPr>
          <w:b w:val="0"/>
          <w:i/>
        </w:rPr>
        <w:t>muốn</w:t>
      </w:r>
      <w:r>
        <w:rPr>
          <w:b w:val="0"/>
          <w:i w:val="0"/>
        </w:rPr>
        <w:t xml:space="preserve"> giúp em. Bà ấy biết em cảm thấy mình đang gặp nguy hiểm, và bà ấy muốn bảo vệ em và làm em cảm thấy an toàn. Bà ấy có một kế hoạch để làm chính xác điều đó. Tôi đã nghe kế hoạch của bà ấy—đó không phải là một giải pháp </w:t>
      </w:r>
      <w:r>
        <w:rPr>
          <w:b w:val="0"/>
          <w:i/>
        </w:rPr>
        <w:t>hoàn hảo</w:t>
      </w:r>
      <w:r>
        <w:rPr>
          <w:b w:val="0"/>
          <w:i w:val="0"/>
        </w:rPr>
        <w:t>, nhưng là giải pháp tốt nhất hiện có…và vị đại sứ tin rằng đó là cơ hội tốt nhất của em để tận hưởng một cuộc sống an toàn và tương đối bình thường. Tôi phải đồng ý.”</w:t>
      </w:r>
    </w:p>
    <w:p>
      <w:pPr>
        <w:spacing w:after="80"/>
      </w:pPr>
      <w:r>
        <w:rPr>
          <w:b w:val="0"/>
          <w:i w:val="0"/>
        </w:rPr>
        <w:t>Vẻ mặt của Sasha dường như sáng lên một chút.</w:t>
      </w:r>
    </w:p>
    <w:p>
      <w:pPr>
        <w:spacing w:after="80"/>
      </w:pPr>
      <w:r>
        <w:rPr>
          <w:b w:val="0"/>
          <w:i w:val="0"/>
        </w:rPr>
        <w:t xml:space="preserve">“Trước khi tôi giải thích ý tưởng này cho cô,” Langdon nói, “tôi xin lỗi, nhưng tôi cần hỏi cô một câu hỏi khác thường. Nghe có thể khá lạ…nhưng điều tuyệt đối quan trọng là cô phải trả lời hoàn toàn trung thực. Không có điều đó thì mọi chuyện không thể xảy ra.” Langdon dừng lại, ánh mắt kiên định nhìn thẳng vào đôi mắt nhợt nhạt của cô. “Thứ lỗi cho tôi vì đã hỏi, nhưng tôi cần biết—ngay lúc này tôi đang nói chuyện với </w:t>
      </w:r>
      <w:r>
        <w:rPr>
          <w:b w:val="0"/>
          <w:i/>
        </w:rPr>
        <w:t>ai</w:t>
      </w:r>
      <w:r>
        <w:rPr>
          <w:b w:val="0"/>
          <w:i w:val="0"/>
        </w:rPr>
        <w:t xml:space="preserve">? Đây có phải là </w:t>
      </w:r>
      <w:r>
        <w:rPr>
          <w:b w:val="0"/>
          <w:i/>
        </w:rPr>
        <w:t>cô,</w:t>
      </w:r>
      <w:r>
        <w:rPr>
          <w:b w:val="0"/>
          <w:i w:val="0"/>
        </w:rPr>
        <w:t xml:space="preserve"> Sasha không?”</w:t>
      </w:r>
    </w:p>
    <w:p>
      <w:pPr>
        <w:spacing w:after="80"/>
      </w:pPr>
      <w:r>
        <w:rPr>
          <w:b w:val="0"/>
          <w:i w:val="0"/>
        </w:rPr>
        <w:t>Người phụ nữ trẻ quan sát Langdon một lúc lâu rồi lắc đầu. “Không,” cô đáp bằng giọng trầm, rỗng. “Vì sự an toàn của chính Sasha, tôi chưa thả cô ấy ra.”</w:t>
      </w:r>
    </w:p>
    <w:p>
      <w:pPr>
        <w:pStyle w:val="Heading1"/>
      </w:pPr>
      <w:r>
        <w:rPr>
          <w:rFonts w:ascii="Calibri" w:hAnsi="Calibri"/>
          <w:b/>
          <w:i w:val="0"/>
          <w:sz w:val="40"/>
        </w:rPr>
        <w:t>Chương 135</w:t>
      </w:r>
    </w:p>
    <w:p>
      <w:pPr>
        <w:spacing w:after="80"/>
      </w:pPr>
      <w:r>
        <w:rPr>
          <w:b w:val="0"/>
          <w:i w:val="0"/>
        </w:rPr>
        <w:t>Katherine bật ngồi dậy trên ghế sofa của đại sứ, nhận ra mình đã thiếp đi. Robert vẫn chưa quay lại, và đại sứ đang đứng bên cửa sổ, ánh mắt vô định nhìn vào bóng tối. Nghe thấy Katherine cựa mình, Nagel quay lại phòng và xem đồng hồ.</w:t>
      </w:r>
    </w:p>
    <w:p>
      <w:pPr>
        <w:spacing w:after="80"/>
      </w:pPr>
      <w:r>
        <w:rPr>
          <w:b w:val="0"/>
          <w:i w:val="0"/>
        </w:rPr>
        <w:t>“Nửa tiếng rồi,” bà nói. “Họ vẫn đang nói chuyện.”</w:t>
      </w:r>
    </w:p>
    <w:p>
      <w:pPr>
        <w:spacing w:after="80"/>
      </w:pPr>
      <w:r>
        <w:rPr>
          <w:b w:val="0"/>
          <w:i w:val="0"/>
        </w:rPr>
        <w:t>“Đó có thể là dấu hiệu tốt,” Katherine gợi ý. “Robert có thể…tỉ mỉ lắm.”</w:t>
      </w:r>
    </w:p>
    <w:p>
      <w:pPr>
        <w:spacing w:after="80"/>
      </w:pPr>
      <w:r>
        <w:rPr>
          <w:b w:val="0"/>
          <w:i w:val="0"/>
        </w:rPr>
        <w:t xml:space="preserve">“Tôi để ý rồi,” Nagel nói, bước đến ngồi cùng Katherine. “Lúc nãy anh ấy kéo tôi ra riêng và tra hỏi tôi từ </w:t>
      </w:r>
      <w:r>
        <w:rPr>
          <w:b w:val="0"/>
          <w:i/>
        </w:rPr>
        <w:t>mọi</w:t>
      </w:r>
      <w:r>
        <w:rPr>
          <w:b w:val="0"/>
          <w:i w:val="0"/>
        </w:rPr>
        <w:t xml:space="preserve"> góc cạnh về bản thảo bị mất của cô, yêu cầu tôi ra lệnh cho CIA trả lại.”</w:t>
      </w:r>
    </w:p>
    <w:p>
      <w:pPr>
        <w:spacing w:after="80"/>
      </w:pPr>
      <w:r>
        <w:rPr>
          <w:b w:val="0"/>
          <w:i w:val="0"/>
        </w:rPr>
        <w:t>“Rồi sao?” Katherine thúc giục, đầy hy vọng.</w:t>
      </w:r>
    </w:p>
    <w:p>
      <w:pPr>
        <w:spacing w:after="80"/>
      </w:pPr>
      <w:r>
        <w:rPr>
          <w:b w:val="0"/>
          <w:i w:val="0"/>
        </w:rPr>
        <w:t>Nagel lắc đầu. “Đáng buồn là giám đốc đã xác nhận đội tác chiến của Q đã tiêu hủy toàn bộ các bản sao.”</w:t>
      </w:r>
    </w:p>
    <w:p>
      <w:pPr>
        <w:spacing w:after="80"/>
      </w:pPr>
      <w:r>
        <w:rPr>
          <w:b w:val="0"/>
          <w:i w:val="0"/>
        </w:rPr>
        <w:t>Katherine khịt mũi. “Tôi không tin họ.”</w:t>
      </w:r>
    </w:p>
    <w:p>
      <w:pPr>
        <w:spacing w:after="80"/>
      </w:pPr>
      <w:r>
        <w:rPr>
          <w:b w:val="0"/>
          <w:i w:val="0"/>
        </w:rPr>
        <w:t>“Tiếc là điều đó khớp với thực tế. Sau WikiLeaks, chúng tôi đã áp dụng các quy trình mới cứng nhắc về việc tiêu hủy ngay lập tức những thông tin mà cơ quan cho là gây tổn hại. Tôi xin lỗi, nhưng tôi thực sự tin cuốn sách đã mất rồi.”</w:t>
      </w:r>
    </w:p>
    <w:p>
      <w:pPr>
        <w:spacing w:after="80"/>
      </w:pPr>
      <w:r>
        <w:rPr>
          <w:b w:val="0"/>
          <w:i w:val="0"/>
        </w:rPr>
        <w:t>Katherine mân mê mép ghế sofa, cố không nghĩ đến tất cả những gì mình đã mất. “Cô biết không, thật trớ trêu khi CIA tiêu hủy cuốn sách. Trên thực tế, những ý tưởng trong đó lẽ ra có thể cho cơ quan một góc nhìn mới về lý thuyết quản lý nỗi sợ hãi cái chết (terror management theory).”</w:t>
      </w:r>
    </w:p>
    <w:p>
      <w:pPr>
        <w:spacing w:after="80"/>
      </w:pPr>
      <w:r>
        <w:rPr>
          <w:b w:val="0"/>
          <w:i w:val="0"/>
        </w:rPr>
        <w:t>Nagel có vẻ ngạc nhiên trước lời nhận xét đó. “Cô viết về TMT à?”</w:t>
      </w:r>
    </w:p>
    <w:p>
      <w:pPr>
        <w:spacing w:after="80"/>
      </w:pPr>
      <w:r>
        <w:rPr>
          <w:b w:val="0"/>
          <w:i w:val="0"/>
        </w:rPr>
        <w:t xml:space="preserve">“Nó khá liên quan đến công việc của tôi.” </w:t>
      </w:r>
      <w:r>
        <w:rPr>
          <w:b w:val="0"/>
          <w:i/>
        </w:rPr>
        <w:t>Cũng như với công việc của cô vậy.</w:t>
      </w:r>
    </w:p>
    <w:p>
      <w:pPr>
        <w:spacing w:after="80"/>
      </w:pPr>
      <w:r>
        <w:rPr>
          <w:b w:val="0"/>
          <w:i w:val="0"/>
        </w:rPr>
        <w:t>Lý thuyết quản lý nỗi sợ hãi cái chết được tình báo quân đội sử dụng để dự đoán phản ứng của một nhóm người trước những mối đe dọa nhất định. Những phát hiện của nó đã được khẳng định vững chắc. Nỗi lo âu của con người có vô số nguồn gốc—sợ chiến tranh hạt nhân, khủng bố, phá sản tài chính, cô đơn—vậy mà TMT đã xác lập rằng nỗi sợ chi phối và là động lực mạnh mẽ nhất đằng sau hành vi con người, không thể phủ nhận, chính là…nỗi sợ cái chết. Khi một người kinh hoàng rằng mình có thể chết, bộ não sẽ vận dụng những chiến lược cực kỳ rõ ràng để “quản lý” nỗi kinh hoàng đó.</w:t>
      </w:r>
    </w:p>
    <w:p>
      <w:pPr>
        <w:spacing w:after="80"/>
      </w:pPr>
      <w:r>
        <w:rPr>
          <w:b w:val="0"/>
          <w:i w:val="0"/>
        </w:rPr>
        <w:t>Trong hoàn cảnh bình thường, nhận thức khó chịu rằng chúng ta sẽ chết—được gọi là “sự hiện hữu của cái chết” (mortality salience)—được quản lý thông qua nhiều chiến lược khác nhau, bao gồm phủ nhận, tâm linh, thực hành chánh niệm, và nhiều kiểu suy ngẫm triết học khác nhau.</w:t>
      </w:r>
    </w:p>
    <w:p>
      <w:pPr>
        <w:spacing w:after="80"/>
      </w:pPr>
      <w:r>
        <w:rPr>
          <w:b w:val="0"/>
          <w:i w:val="0"/>
        </w:rPr>
        <w:t xml:space="preserve">Tuy nhiên, trong những hoàn cảnh cực đoan—chiến tranh, tội phạm, những cuộc đối đầu bạo lực—con người lại hành xử theo cách có thể dự đoán được ở mọi nhóm nhân khẩu; họ hoặc sẽ chiến đấu đến chết để cứu lấy mình…hoặc bỏ chạy khỏi mối đe dọa. Theo cách gọi cổ điển, đây là phản ứng chiến-hay-chạy (fight-or-flight), và với các nhà chiến lược quân sự, việc dự đoán được </w:t>
      </w:r>
      <w:r>
        <w:rPr>
          <w:b w:val="0"/>
          <w:i/>
        </w:rPr>
        <w:t>cái nào</w:t>
      </w:r>
      <w:r>
        <w:rPr>
          <w:b w:val="0"/>
          <w:i w:val="0"/>
        </w:rPr>
        <w:t xml:space="preserve"> trong hai khả năng sẽ xảy ra là đặc biệt hữu ích.</w:t>
      </w:r>
    </w:p>
    <w:p>
      <w:pPr>
        <w:spacing w:after="80"/>
      </w:pPr>
      <w:r>
        <w:rPr>
          <w:b w:val="0"/>
          <w:i w:val="0"/>
        </w:rPr>
        <w:t xml:space="preserve">“Hóa ra,” Katherine nói, “chiến hay chạy không phải là phản ứng </w:t>
      </w:r>
      <w:r>
        <w:rPr>
          <w:b w:val="0"/>
          <w:i/>
        </w:rPr>
        <w:t>duy nhất</w:t>
      </w:r>
      <w:r>
        <w:rPr>
          <w:b w:val="0"/>
          <w:i w:val="0"/>
        </w:rPr>
        <w:t xml:space="preserve"> của não bộ trước nỗi sợ cái chết. Có một thứ gì đó diễn ra dần dần hơn, qua nhiều năm tháng, khi chúng ta bắt đầu sợ rằng thế giới của mình không còn an toàn…như rất nhiều người hiện nay đang cảm thấy.”</w:t>
      </w:r>
    </w:p>
    <w:p>
      <w:pPr>
        <w:spacing w:after="80"/>
      </w:pPr>
      <w:r>
        <w:rPr>
          <w:b w:val="0"/>
          <w:i w:val="0"/>
        </w:rPr>
        <w:t>“Đó là nỗi sợ dựa trên logic vững chắc,” Nagel nói.</w:t>
      </w:r>
    </w:p>
    <w:p>
      <w:pPr>
        <w:spacing w:after="80"/>
      </w:pPr>
      <w:r>
        <w:rPr>
          <w:b w:val="0"/>
          <w:i w:val="0"/>
        </w:rPr>
        <w:t xml:space="preserve">“Mỗi ngày, chúng ta đều tiếp xúc với những bản tin truyền thông đầy hình ảnh rùng rợn nhắc nhở về môi trường đang sụp đổ, nguy cơ chiến tranh hạt nhân gia tăng, những đại dịch sắp tới, nạn diệt chủng, những tội ác không hồi kết trên thế giới. </w:t>
      </w:r>
      <w:r>
        <w:rPr>
          <w:b w:val="0"/>
          <w:i/>
        </w:rPr>
        <w:t>Tất cả</w:t>
      </w:r>
      <w:r>
        <w:rPr>
          <w:b w:val="0"/>
          <w:i w:val="0"/>
        </w:rPr>
        <w:t xml:space="preserve"> những điều đó kích hoạt chiến lược quản lý nỗi kinh hoàng của não bộ vận hành ngầm ở mức thấp—chưa đến mức chế độ chiến-hay-chạy, mà là…dự đoán điều tồi tệ nhất. Về bản chất, thế giới của chúng ta càng trở nên đáng sợ bao nhiêu, thì chúng ta càng dành nhiều thời gian </w:t>
      </w:r>
      <w:r>
        <w:rPr>
          <w:b w:val="0"/>
          <w:i/>
        </w:rPr>
        <w:t>chuẩn bị</w:t>
      </w:r>
      <w:r>
        <w:rPr>
          <w:b w:val="0"/>
          <w:i w:val="0"/>
        </w:rPr>
        <w:t xml:space="preserve"> trong tiềm thức cho cái chết bấy nhiêu.”</w:t>
      </w:r>
    </w:p>
    <w:p>
      <w:pPr>
        <w:spacing w:after="80"/>
      </w:pPr>
      <w:r>
        <w:rPr>
          <w:b w:val="0"/>
          <w:i w:val="0"/>
        </w:rPr>
        <w:t>Nagel có vẻ không chắc chuyện này sẽ đi đến đâu. “Chuẩn bị cho cái chết…</w:t>
      </w:r>
      <w:r>
        <w:rPr>
          <w:b w:val="0"/>
          <w:i/>
        </w:rPr>
        <w:t>bằng cách nào</w:t>
      </w:r>
      <w:r>
        <w:rPr>
          <w:b w:val="0"/>
          <w:i w:val="0"/>
        </w:rPr>
        <w:t>?”</w:t>
      </w:r>
    </w:p>
    <w:p>
      <w:pPr>
        <w:spacing w:after="80"/>
      </w:pPr>
      <w:r>
        <w:rPr>
          <w:b w:val="0"/>
          <w:i w:val="0"/>
        </w:rPr>
        <w:t xml:space="preserve">“Tôi nghĩ câu trả lời sẽ khiến anh bất ngờ,” Katherine nói. “Chính </w:t>
      </w:r>
      <w:r>
        <w:rPr>
          <w:b w:val="0"/>
          <w:i/>
        </w:rPr>
        <w:t>tôi</w:t>
      </w:r>
      <w:r>
        <w:rPr>
          <w:b w:val="0"/>
          <w:i w:val="0"/>
        </w:rPr>
        <w:t xml:space="preserve"> cũng đã bất ngờ. Khi nghiên cứu về mức độ nổi bật của cái chết (mortality salience) và não bộ, tôi phát hiện ra rằng nỗi sợ cái chết gia tăng tạo ra một loạt phản ứng hành vi nhất quán—tất cả đều </w:t>
      </w:r>
      <w:r>
        <w:rPr>
          <w:b w:val="0"/>
          <w:i/>
        </w:rPr>
        <w:t>ích kỷ.</w:t>
      </w:r>
      <w:r>
        <w:rPr>
          <w:b w:val="0"/>
          <w:i w:val="0"/>
        </w:rPr>
        <w:t>”</w:t>
      </w:r>
    </w:p>
    <w:p>
      <w:pPr>
        <w:spacing w:after="80"/>
      </w:pPr>
      <w:r>
        <w:rPr>
          <w:b w:val="0"/>
          <w:i w:val="0"/>
        </w:rPr>
        <w:t>“Xin lỗi, cô nói gì cơ?”</w:t>
      </w:r>
    </w:p>
    <w:p>
      <w:pPr>
        <w:spacing w:after="80"/>
      </w:pPr>
      <w:r>
        <w:rPr>
          <w:b w:val="0"/>
          <w:i w:val="0"/>
        </w:rPr>
        <w:t xml:space="preserve">“Nỗi sợ khiến chúng ta trở nên </w:t>
      </w:r>
      <w:r>
        <w:rPr>
          <w:b w:val="0"/>
          <w:i/>
        </w:rPr>
        <w:t>ích kỷ,</w:t>
      </w:r>
      <w:r>
        <w:rPr>
          <w:b w:val="0"/>
          <w:i w:val="0"/>
        </w:rPr>
        <w:t xml:space="preserve">” Katherine nói. “Chúng ta càng sợ cái chết bao nhiêu, thì càng bám chặt vào </w:t>
      </w:r>
      <w:r>
        <w:rPr>
          <w:b w:val="0"/>
          <w:i/>
        </w:rPr>
        <w:t>bản thân mình</w:t>
      </w:r>
      <w:r>
        <w:rPr>
          <w:b w:val="0"/>
          <w:i w:val="0"/>
        </w:rPr>
        <w:t xml:space="preserve"> bấy nhiêu, vào tài sản của mình, vào không gian an toàn của mình…vào những gì quen thuộc. Chúng ta thể hiện chủ nghĩa dân tộc, chủ nghĩa phân biệt chủng tộc và sự cố chấp tôn giáo gia tăng. Chúng ta coi thường thẩm quyền, phớt lờ các chuẩn mực xã hội, trộm cắp của người khác để lo cho bản thân, và trở nên duy vật hơn. Chúng ta thậm chí từ bỏ cảm giác trách nhiệm với môi trường vì cảm thấy hành tinh này đã hết cứu và dù sao thì tất cả chúng ta cũng tiêu đời.”</w:t>
      </w:r>
    </w:p>
    <w:p>
      <w:pPr>
        <w:spacing w:after="80"/>
      </w:pPr>
      <w:r>
        <w:rPr>
          <w:b w:val="0"/>
          <w:i w:val="0"/>
        </w:rPr>
        <w:t>“Điều đó thật đáng báo động,” Nagel nói. “Đó chính xác là những hành vi tiếp thêm sức mạnh cho bất ổn toàn cầu, khủng bố, chia rẽ văn hóa và chiến tranh.”</w:t>
      </w:r>
    </w:p>
    <w:p>
      <w:pPr>
        <w:spacing w:after="80"/>
      </w:pPr>
      <w:r>
        <w:rPr>
          <w:b w:val="0"/>
          <w:i w:val="0"/>
        </w:rPr>
        <w:t>“Đúng vậy, và chính những điều đó khiến công việc của CIA trở nên khó khăn đến thế. Đáng tiếc thay, nó trở thành một căn phòng gương. Mọi thứ càng tồi tệ, chúng ta càng hành xử tồi tệ. Và chúng ta càng hành xử tồi tệ, mọi thứ càng tồi tệ.”</w:t>
      </w:r>
    </w:p>
    <w:p>
      <w:pPr>
        <w:spacing w:after="80"/>
      </w:pPr>
      <w:r>
        <w:rPr>
          <w:b w:val="0"/>
          <w:i w:val="0"/>
        </w:rPr>
        <w:t>“Và theo giả thuyết của cô, kiểu mẫu đáng lo ngại này bắt nguồn từ nỗi sợ cái chết của con người?”</w:t>
      </w:r>
    </w:p>
    <w:p>
      <w:pPr>
        <w:spacing w:after="80"/>
      </w:pPr>
      <w:r>
        <w:rPr>
          <w:b w:val="0"/>
          <w:i w:val="0"/>
        </w:rPr>
        <w:t xml:space="preserve">“Đây không phải là giả thuyết của </w:t>
      </w:r>
      <w:r>
        <w:rPr>
          <w:b w:val="0"/>
          <w:i/>
        </w:rPr>
        <w:t>riêng tôi</w:t>
      </w:r>
      <w:r>
        <w:rPr>
          <w:b w:val="0"/>
          <w:i w:val="0"/>
        </w:rPr>
        <w:t xml:space="preserve">,” Katherine nói. “Nó đã được chứng minh khoa học bằng hàng núi bằng chứng thống kê thu thập qua phân tích quan sát, thí nghiệm hành vi và thăm dò khoa học. Tuy nhiên, điểm quan trọng nhất trong nghiên cứu cho thấy rằng những người </w:t>
      </w:r>
      <w:r>
        <w:rPr>
          <w:b w:val="0"/>
          <w:i/>
        </w:rPr>
        <w:t>không</w:t>
      </w:r>
      <w:r>
        <w:rPr>
          <w:b w:val="0"/>
          <w:i w:val="0"/>
        </w:rPr>
        <w:t xml:space="preserve"> sợ cái chết, vì bất kỳ lý do gì, có xu hướng thể hiện hành vi nhân hậu hơn, chấp nhận người khác hơn, hợp tác hơn và quan tâm đến môi trường hơn. Về cơ bản, điều này có nghĩa là nếu tất cả chúng ta có thể giải phóng tâm trí khỏi gánh nặng, khỏi nỗi kinh hoàng mà chúng ta cảm thấy về cái chết…”</w:t>
      </w:r>
    </w:p>
    <w:p>
      <w:pPr>
        <w:spacing w:after="80"/>
      </w:pPr>
      <w:r>
        <w:rPr>
          <w:b w:val="0"/>
          <w:i w:val="0"/>
        </w:rPr>
        <w:t>“Thì chúng ta sẽ thấy mình trong một thế giới được cải thiện một cách đáng kể.”</w:t>
      </w:r>
    </w:p>
    <w:p>
      <w:pPr>
        <w:spacing w:after="80"/>
      </w:pPr>
      <w:r>
        <w:rPr>
          <w:b w:val="0"/>
          <w:i w:val="0"/>
        </w:rPr>
        <w:t>“Chính xác,” Katherine nói. “Xin trích lời nhà tâm thần học vĩ đại người Séc Stanislav Grof: ‘Việc loại bỏ nỗi sợ cái chết biến đổi cách tồn tại của cá nhân trong thế giới.’ Grof tin rằng một sự chuyển hóa nội tâm triệt để của ý thức có thể là hy vọng duy nhất của chúng ta để sống sót qua cuộc khủng hoảng toàn cầu do mô thức cơ giới phương Tây gây ra.”</w:t>
      </w:r>
    </w:p>
    <w:p>
      <w:pPr>
        <w:spacing w:after="80"/>
      </w:pPr>
      <w:r>
        <w:rPr>
          <w:b w:val="0"/>
          <w:i w:val="0"/>
        </w:rPr>
        <w:t>“Chà, nếu điều đó đúng,” Nagel vừa rót thêm cà phê vừa nói, “thì có lẽ chúng ta nên pha thuốc chống lo âu vào nguồn nước của cả thế giới.”</w:t>
      </w:r>
    </w:p>
    <w:p>
      <w:pPr>
        <w:spacing w:after="80"/>
      </w:pPr>
      <w:r>
        <w:rPr>
          <w:b w:val="0"/>
          <w:i w:val="0"/>
        </w:rPr>
        <w:t>Katherine khúc khích cười. “Tôi không chắc Xanax là câu trả lời cho vấn đề hiện sinh, nhưng hy vọng đang ở ngay trước mắt.”</w:t>
      </w:r>
    </w:p>
    <w:p>
      <w:pPr>
        <w:spacing w:after="80"/>
      </w:pPr>
      <w:r>
        <w:rPr>
          <w:b w:val="0"/>
          <w:i w:val="0"/>
        </w:rPr>
        <w:t>Nagel khựng lại giữa lúc đang nhấp một ngụm. "Ồ?"</w:t>
      </w:r>
    </w:p>
    <w:p>
      <w:pPr>
        <w:spacing w:after="80"/>
      </w:pPr>
      <w:r>
        <w:rPr>
          <w:b w:val="0"/>
          <w:i w:val="0"/>
        </w:rPr>
        <w:t xml:space="preserve">"Đúng như tôi đã viết trong bản thảo của mình, tôi tin rằng quan điểm của chúng ta về cái chết sắp sửa thay đổi. Những nhà khoa học hàng đầu thế giới ngày càng tin chắc rằng thực tại </w:t>
      </w:r>
      <w:r>
        <w:rPr>
          <w:b w:val="0"/>
          <w:i/>
        </w:rPr>
        <w:t>hoàn toàn không</w:t>
      </w:r>
      <w:r>
        <w:rPr>
          <w:b w:val="0"/>
          <w:i w:val="0"/>
        </w:rPr>
        <w:t xml:space="preserve"> như chúng ta vẫn tưởng. Điều này bao gồm cả ý tưởng đầy khiêu khích rằng cái chết, rất có thể, chỉ là một ảo ảnh… rằng ý thức của chúng ta </w:t>
      </w:r>
      <w:r>
        <w:rPr>
          <w:b w:val="0"/>
          <w:i/>
        </w:rPr>
        <w:t>sống sót</w:t>
      </w:r>
      <w:r>
        <w:rPr>
          <w:b w:val="0"/>
          <w:i w:val="0"/>
        </w:rPr>
        <w:t xml:space="preserve"> qua cái chết thể xác và tiếp tục tồn tại. Nếu điều này là thật, và nếu chúng ta có thể chứng minh được, thì chỉ trong vài thế hệ nữa, tâm trí con người sẽ vận hành dựa trên một tiền đề hoàn toàn khác—niềm tin rằng suy cho cùng, cái chết không đáng sợ đến thế…"</w:t>
      </w:r>
    </w:p>
    <w:p>
      <w:pPr>
        <w:spacing w:after="80"/>
      </w:pPr>
      <w:r>
        <w:rPr>
          <w:b w:val="0"/>
          <w:i w:val="0"/>
        </w:rPr>
        <w:t xml:space="preserve">Giọng Katherine tràn đầy nhiệt huyết. "Cứ thử nghĩ mà xem. Nỗi sợ </w:t>
      </w:r>
      <w:r>
        <w:rPr>
          <w:b w:val="0"/>
          <w:i/>
        </w:rPr>
        <w:t>duy nhất</w:t>
      </w:r>
      <w:r>
        <w:rPr>
          <w:b w:val="0"/>
          <w:i w:val="0"/>
        </w:rPr>
        <w:t xml:space="preserve"> mang tính phổ quát, thứ thúc đẩy biết bao hành vi hủy diệt của loài người… sẽ tan biến. Nếu chúng ta có thể trụ vững đủ lâu để đi đến bước chuyển mình hệ hình đó mà không tự thổi bay chính mình hay phá hủy hành tinh này, thì loài người có lẽ sẽ rẽ sang một ngã quanh triết học, mở ra một tương lai hòa bình đến mức không thể tưởng tượng nổi."</w:t>
      </w:r>
    </w:p>
    <w:p>
      <w:pPr>
        <w:spacing w:after="80"/>
      </w:pPr>
      <w:r>
        <w:rPr>
          <w:b w:val="0"/>
          <w:i w:val="0"/>
        </w:rPr>
        <w:t>Vị đại sứ im lặng, và Katherine cảm nhận được trong ánh mắt bà một khát khao sâu thẳm được thấy hy vọng, bất chấp tất cả những gì bà đã chứng kiến về thế giới này. "Tôi mong sao cô đúng," bà thì thầm.</w:t>
      </w:r>
    </w:p>
    <w:p>
      <w:pPr>
        <w:spacing w:after="80"/>
      </w:pPr>
      <w:r>
        <w:rPr>
          <w:b w:val="0"/>
          <w:i w:val="0"/>
        </w:rPr>
        <w:t>Vài khoảnh khắc sau, Robert cuối cùng cũng xuất hiện ở ngưỡng cửa.</w:t>
      </w:r>
    </w:p>
    <w:p>
      <w:pPr>
        <w:spacing w:after="80"/>
      </w:pPr>
      <w:r>
        <w:rPr>
          <w:b w:val="0"/>
          <w:i w:val="0"/>
        </w:rPr>
        <w:t>Nagel bật dậy. "Thế nào rồi?"</w:t>
      </w:r>
    </w:p>
    <w:p>
      <w:pPr>
        <w:spacing w:after="80"/>
      </w:pPr>
      <w:r>
        <w:rPr>
          <w:b w:val="0"/>
          <w:i w:val="0"/>
        </w:rPr>
        <w:t>Anh bước vào với một nụ cười mệt mỏi. "Thưa Đại sứ, tôi nghĩ đã đến lúc bà nên gọi cho giám đốc."</w:t>
      </w:r>
    </w:p>
    <w:p>
      <w:pPr>
        <w:jc w:val="center"/>
      </w:pPr>
      <w:r>
        <w:drawing>
          <wp:inline xmlns:a="http://schemas.openxmlformats.org/drawingml/2006/main" xmlns:pic="http://schemas.openxmlformats.org/drawingml/2006/picture">
            <wp:extent cx="5486400" cy="362122"/>
            <wp:docPr id="147" name="Picture 147"/>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Đó là một buổi chiều muộn ở Langley, Virginia, khi Giám đốc Gregory Judd kết thúc cuộc gọi video thứ hai trong ngày với cựu cố vấn pháp lý trưởng của mình, Heide Nagel.</w:t>
      </w:r>
    </w:p>
    <w:p>
      <w:pPr>
        <w:spacing w:after="80"/>
      </w:pPr>
      <w:r>
        <w:rPr>
          <w:b w:val="0"/>
          <w:i/>
        </w:rPr>
        <w:t>Mình thật là một kẻ ngốc khi sa thải cô ấy,</w:t>
      </w:r>
      <w:r>
        <w:rPr>
          <w:b w:val="0"/>
          <w:i w:val="0"/>
        </w:rPr>
        <w:t xml:space="preserve"> ông nghĩ—không phải vì Nagel đã quay lại ám ảnh ông, mà vì cô ấy giỏi kinh khủng trong công việc của mình. Hiếm ai nhìn thấu mọi thứ nhảm nhí như Nagel. Trong khi hầu hết các luật sư sống trong một thế giới đen trắng bị chi phối bởi từng câu chữ của luật pháp, thì Nagel sống trong thế giới thực, đúng như nó vốn là—một bức tranh phức tạp, luôn biến động, được vẽ bằng những sắc thái xám.</w:t>
      </w:r>
    </w:p>
    <w:p>
      <w:pPr>
        <w:spacing w:after="80"/>
      </w:pPr>
      <w:r>
        <w:rPr>
          <w:b w:val="0"/>
          <w:i w:val="0"/>
        </w:rPr>
        <w:t xml:space="preserve">Với sự sáng rõ, khiêm nhường và một sự minh bạch cảm xúc đáng ngạc nhiên, Nagel đã chia sẻ với ông những diễn biến bất ngờ liên quan đến Sasha Vesna, cũng như những hệ quả hiển nhiên đối với việc tất yếu phải tái thiết Threshold. Như bất kỳ nhà đàm phán giỏi nào, Nagel đã giúp Judd đi đến </w:t>
      </w:r>
      <w:r>
        <w:rPr>
          <w:b w:val="0"/>
          <w:i/>
        </w:rPr>
        <w:t>kết luận của cô ấy</w:t>
      </w:r>
      <w:r>
        <w:rPr>
          <w:b w:val="0"/>
          <w:i w:val="0"/>
        </w:rPr>
        <w:t>, trong khi khiến ông tưởng rằng đó là ý tưởng của chính mình.</w:t>
      </w:r>
    </w:p>
    <w:p>
      <w:pPr>
        <w:spacing w:after="80"/>
      </w:pPr>
      <w:r>
        <w:rPr>
          <w:b w:val="0"/>
          <w:i w:val="0"/>
        </w:rPr>
        <w:t>Vị giám đốc không phải là nhà khoa học, nhưng công trình nghiên cứu của CIA về tâm trí con người quả thực đã hé lộ một thực tại khác xa với những gì Judd từng tưởng tượng khi còn trẻ. May mắn thay, công việc của Judd không phải là thấu hiểu bản chất của thực tại, mà là khai thác sức mạnh của nó để phục vụ đất nước mình một cách tốt nhất và bảo vệ nó.</w:t>
      </w:r>
    </w:p>
    <w:p>
      <w:pPr>
        <w:spacing w:after="80"/>
      </w:pPr>
      <w:r>
        <w:rPr>
          <w:b w:val="0"/>
          <w:i w:val="0"/>
        </w:rPr>
        <w:t>Đôi khi Judd cho phép mình mơ về một tương lai nơi những chương trình như Threshold hé lộ bằng chứng về sự liên kết giữa tất cả tâm trí con người, mở ra một cộng đồng toàn cầu được gắn kết không phải bằng nỗi sợ hãi và sự ganh đua, mà bằng sự đồng cảm và thấu hiểu… một thế giới nơi khái niệm an ninh quốc gia chỉ còn là di tích của quá khứ.</w:t>
      </w:r>
    </w:p>
    <w:p>
      <w:pPr>
        <w:spacing w:after="80"/>
      </w:pPr>
      <w:r>
        <w:rPr>
          <w:b w:val="0"/>
          <w:i w:val="0"/>
        </w:rPr>
        <w:t>Tuy nhiên, vào lúc này, vẫn còn việc phải làm.</w:t>
      </w:r>
    </w:p>
    <w:p>
      <w:pPr>
        <w:pStyle w:val="Heading1"/>
      </w:pPr>
      <w:r>
        <w:rPr>
          <w:rFonts w:ascii="Calibri" w:hAnsi="Calibri"/>
          <w:b/>
          <w:i w:val="0"/>
          <w:sz w:val="40"/>
        </w:rPr>
        <w:t>Chương 136</w:t>
      </w:r>
    </w:p>
    <w:p>
      <w:pPr>
        <w:spacing w:after="80"/>
      </w:pPr>
      <w:r>
        <w:rPr>
          <w:b w:val="0"/>
          <w:i w:val="0"/>
        </w:rPr>
        <w:t>Bên ngoài nhà ga riêng tại sân bay Václav Havel, Heide Nagel đứng trên sân đỗ và cảm nhận được sức nặng của kế hoạch mà cô đã buộc phải khởi động.</w:t>
      </w:r>
    </w:p>
    <w:p>
      <w:pPr>
        <w:spacing w:after="80"/>
      </w:pPr>
      <w:r>
        <w:rPr>
          <w:b w:val="0"/>
          <w:i w:val="0"/>
        </w:rPr>
        <w:t>Tị nạn.</w:t>
      </w:r>
    </w:p>
    <w:p>
      <w:pPr>
        <w:spacing w:after="80"/>
      </w:pPr>
      <w:r>
        <w:rPr>
          <w:b w:val="0"/>
          <w:i w:val="0"/>
        </w:rPr>
        <w:t xml:space="preserve">Đó là quyết định đúng đắn, cô tự nhủ. </w:t>
      </w:r>
      <w:r>
        <w:rPr>
          <w:b w:val="0"/>
          <w:i/>
        </w:rPr>
        <w:t>Quyết định duy nhất.</w:t>
      </w:r>
    </w:p>
    <w:p>
      <w:pPr>
        <w:spacing w:after="80"/>
      </w:pPr>
      <w:r>
        <w:rPr>
          <w:b w:val="0"/>
          <w:i w:val="0"/>
        </w:rPr>
        <w:t>Cách đó không xa, Scott Kerble ngồi sau tay lái chiếc sedan của đại sứ quán đang nổ máy chờ, cốp xe chất đầy những túi đồ đựng quần áo và vật dụng cá nhân của Sasha được gói vội vàng. Bản thân Sasha ngồi lặng lẽ ở ghế sau, vẫn bị còng chắc chắn bằng còng nhựa flex cuff, vẻ mặt ngơ ngác nhưng bình thản khi cô chơi đùa với hai chú mèo Xiêm trong chiếc lồng vận chuyển đặt trên ghế bên cạnh.</w:t>
      </w:r>
    </w:p>
    <w:p>
      <w:pPr>
        <w:spacing w:after="80"/>
      </w:pPr>
      <w:r>
        <w:rPr>
          <w:b w:val="0"/>
          <w:i w:val="0"/>
        </w:rPr>
        <w:t>Một chiếc phản lực tư nhân nhỏ xuất hiện từ nhà chứa máy bay của nhà ga và quay đầu về phía họ. Đó là chiếc Citation Latitude mà Finch đã đến bằng trước đó. Các phi công đã nhận lệnh trực tiếp từ chính giám đốc CIA, trưng dụng một "chuyến bay ma" (ghost flight) để chở hai hành khách giấu tên về Căn cứ Không quân Langley ở Virginia.</w:t>
      </w:r>
    </w:p>
    <w:p>
      <w:pPr>
        <w:spacing w:after="80"/>
      </w:pPr>
      <w:r>
        <w:rPr>
          <w:b w:val="0"/>
          <w:i w:val="0"/>
        </w:rPr>
        <w:t>Không có danh sách hành khách.</w:t>
      </w:r>
    </w:p>
    <w:p>
      <w:pPr>
        <w:spacing w:after="80"/>
      </w:pPr>
      <w:r>
        <w:rPr>
          <w:b w:val="0"/>
          <w:i w:val="0"/>
        </w:rPr>
        <w:t xml:space="preserve">Khi Nagel nhìn chiếc phản lực tiến lại gần, cô cảm thấy ngày càng tin tưởng Giám đốc Judd. Dù vậy, những năm tháng ở CIA đã dạy cho Nagel thấy sự nguy hiểm của lòng tin mù quáng. Trong thế giới an ninh quốc gia, sợi dây </w:t>
      </w:r>
      <w:r>
        <w:rPr>
          <w:b w:val="0"/>
          <w:i/>
        </w:rPr>
        <w:t>tin tưởng</w:t>
      </w:r>
      <w:r>
        <w:rPr>
          <w:b w:val="0"/>
          <w:i w:val="0"/>
        </w:rPr>
        <w:t>—dù là lòng trung thành sâu đậm nhất—vẫn thường xuyên bị phản bội khi nhu cầu của đất nước vượt lên trên nhu cầu của một vài công dân. Phụng sự vì lợi ích lớn lao mang trong nó một vẻ cao cả, nhưng Nagel đã trả đủ giá rồi.</w:t>
      </w:r>
    </w:p>
    <w:p>
      <w:pPr>
        <w:spacing w:after="80"/>
      </w:pPr>
      <w:r>
        <w:rPr>
          <w:b w:val="0"/>
          <w:i w:val="0"/>
        </w:rPr>
        <w:t xml:space="preserve">Để củng cố đòn bẩy của mình, Nagel đã lấy bốn ổ cứng mã hóa 256-bit IronKey từ kho của đại sứ quán, nạp vào mỗi ổ một bản sao video thẩm vấn Gessner, và khóa từng ổ bằng một mật khẩu mười sáu ký tự theo yêu cầu, được chọn tối nay và chỉ mình cô biết. Một ổ nằm trong túi cô, một ổ trong két sắt cá nhân, và hai ổ còn lại đã được niêm phong trong các túi ngoại giao đang trên đường tới hai người bạn luật sư—một ở châu Âu và một ở Mỹ—kèm chỉ thị rằng các túi này chỉ được mở </w:t>
      </w:r>
      <w:r>
        <w:rPr>
          <w:b w:val="0"/>
          <w:i/>
        </w:rPr>
        <w:t>khi</w:t>
      </w:r>
      <w:r>
        <w:rPr>
          <w:b w:val="0"/>
          <w:i w:val="0"/>
        </w:rPr>
        <w:t xml:space="preserve"> Nagel qua đời đột ngột hoặc mất tích.</w:t>
      </w:r>
    </w:p>
    <w:p>
      <w:pPr>
        <w:spacing w:after="80"/>
      </w:pPr>
      <w:r>
        <w:rPr>
          <w:b w:val="0"/>
          <w:i w:val="0"/>
        </w:rPr>
        <w:t>Một công tắc người chết dự phòng, mù đôi.</w:t>
      </w:r>
    </w:p>
    <w:p>
      <w:pPr>
        <w:spacing w:after="80"/>
      </w:pPr>
      <w:r>
        <w:rPr>
          <w:b w:val="0"/>
          <w:i w:val="0"/>
        </w:rPr>
        <w:t>Quân bài bất định trong tình huống này là Sasha Vesna và tình trạng khác thường khiến cô rất khó đoán và khó tin cậy. Cô gái người Nga trẻ tuổi này chắc chắn cần được chăm sóc tâm thần, nhưng với tất cả những gì cô đã trải qua trong đời, cô cũng xứng đáng có một mái ấm, bạn bè, sự an toàn, và một cơ hội sống một cuộc đời phần nào bình thường. Nhân cách thay thế bảo vệ của cô chỉ xuất hiện khi có người làm hại Sasha, và kế hoạch của Nagel xoay quanh việc tránh điều đó.</w:t>
      </w:r>
    </w:p>
    <w:p>
      <w:pPr>
        <w:spacing w:after="80"/>
      </w:pPr>
      <w:r>
        <w:rPr>
          <w:b w:val="0"/>
          <w:i/>
        </w:rPr>
        <w:t>Mình cần cho Sasha một nơi trú ẩn an toàn,</w:t>
      </w:r>
      <w:r>
        <w:rPr>
          <w:b w:val="0"/>
          <w:i w:val="0"/>
        </w:rPr>
        <w:t xml:space="preserve"> cô nghĩ. </w:t>
      </w:r>
      <w:r>
        <w:rPr>
          <w:b w:val="0"/>
          <w:i/>
        </w:rPr>
        <w:t>An toàn nhất có thể trong hoàn cảnh này.</w:t>
      </w:r>
    </w:p>
    <w:p>
      <w:pPr>
        <w:spacing w:after="80"/>
      </w:pPr>
      <w:r>
        <w:rPr>
          <w:b w:val="0"/>
          <w:i w:val="0"/>
        </w:rPr>
        <w:t>Vị đại sứ cảm thấy nóng lòng muốn đưa Sasha lên máy bay và rời khỏi Prague. Trong vòng một giờ nữa, một đội quân đúng nghĩa sẽ đổ bộ từ căn cứ không quân Mỹ ở Ramstein, Đức, để bắt đầu "khôi phục" hiện trường vụ nổ. Theo Nagel hiểu, các mảnh vỡ trong hố sẽ bị nghiền nát bằng những vụ nổ siêu nhỏ có chủ đích rồi phủ lên một lớp bê tông đổ. Trên đó sẽ là một lớp sỏi, tiếp đến là lớp đất mặt rồi đến cỏ. Nếu mọi việc diễn ra đúng kế hoạch, trong vài tuần, những bãi cỏ của Công viên Folimanka sẽ trông như chưa từng bị xáo trộn.</w:t>
      </w:r>
    </w:p>
    <w:p>
      <w:pPr>
        <w:spacing w:after="80"/>
      </w:pPr>
      <w:r>
        <w:rPr>
          <w:b w:val="0"/>
          <w:i/>
        </w:rPr>
        <w:t>Chôn vùi và biến mất,</w:t>
      </w:r>
      <w:r>
        <w:rPr>
          <w:b w:val="0"/>
          <w:i w:val="0"/>
        </w:rPr>
        <w:t xml:space="preserve"> cô nghĩ. </w:t>
      </w:r>
      <w:r>
        <w:rPr>
          <w:b w:val="0"/>
          <w:i/>
        </w:rPr>
        <w:t>Chỉ một số ít người sẽ từng biết Threshold đã từng tồn tại.</w:t>
      </w:r>
    </w:p>
    <w:p>
      <w:pPr>
        <w:spacing w:after="80"/>
      </w:pPr>
      <w:r>
        <w:rPr>
          <w:b w:val="0"/>
          <w:i w:val="0"/>
        </w:rPr>
        <w:t>Khi chiếc Citation lăn bánh lại gần hơn, Kerble bước ra khỏi xe và đến bên Nagel. "Thưa bà, cô Vesna có vẻ khá thoải mái. Tôi xếp hành lý lên nhé?"</w:t>
      </w:r>
    </w:p>
    <w:p>
      <w:pPr>
        <w:spacing w:after="80"/>
      </w:pPr>
      <w:r>
        <w:rPr>
          <w:b w:val="0"/>
          <w:i w:val="0"/>
        </w:rPr>
        <w:t>"Cảm ơn, Scott," Nagel đáp. "Tôi rất biết ơn vì anh đã đi cùng cô ấy—dĩ nhiên hãy giữ nguyên một hình thức còng trói nào đó cho đến khi anh bàn giao cô ấy. Đội của giám đốc sẽ đón anh dưới mặt đất và tiếp quản."</w:t>
      </w:r>
    </w:p>
    <w:p>
      <w:pPr>
        <w:spacing w:after="80"/>
      </w:pPr>
      <w:r>
        <w:rPr>
          <w:b w:val="0"/>
          <w:i w:val="0"/>
        </w:rPr>
        <w:t>"Dĩ nhiên rồi, thưa bà."</w:t>
      </w:r>
    </w:p>
    <w:p>
      <w:pPr>
        <w:spacing w:after="80"/>
      </w:pPr>
      <w:r>
        <w:rPr>
          <w:b w:val="0"/>
          <w:i w:val="0"/>
        </w:rPr>
        <w:t>"Giám đốc đã đảm bảo với tôi rằng ông ấy sẽ có mặt đích thân khi Sasha hạ cánh. Anh có thể đưa ông ấy cái này được không?" Nagel rút ổ cứng mã hóa từ trong túi ra và đưa cho Kerble. "Ông ấy sẽ biết trong đó có gì. Bảo với ông ấy đây là một trong bốn ổ, và nếu ông ấy muốn xác nhận nội dung, ông ấy có thể gọi cho tôi để lấy mật khẩu."</w:t>
      </w:r>
    </w:p>
    <w:p>
      <w:pPr>
        <w:spacing w:after="80"/>
      </w:pPr>
      <w:r>
        <w:rPr>
          <w:b w:val="0"/>
          <w:i w:val="0"/>
        </w:rPr>
        <w:t>"Vâng, thưa bà." Kerble nhét ổ cứng vào túi và quay đi.</w:t>
      </w:r>
    </w:p>
    <w:p>
      <w:pPr>
        <w:spacing w:after="80"/>
      </w:pPr>
      <w:r>
        <w:rPr>
          <w:b w:val="0"/>
          <w:i w:val="0"/>
        </w:rPr>
        <w:t>“Thật ra,” Nagel nói, nghĩ lại, “tốt hơn hết, cứ nói với anh ta đó là chữ cái đầu tiên của mỗi từ trong câu trích dẫn Kissinger yêu thích của anh ta.”</w:t>
      </w:r>
    </w:p>
    <w:p>
      <w:pPr>
        <w:spacing w:after="80"/>
      </w:pPr>
      <w:r>
        <w:rPr>
          <w:b w:val="0"/>
          <w:i w:val="0"/>
        </w:rPr>
        <w:t>Kerble trông có vẻ bối rối và đi lấy túi xách.</w:t>
      </w:r>
    </w:p>
    <w:p>
      <w:pPr>
        <w:spacing w:after="80"/>
      </w:pPr>
      <w:r>
        <w:rPr>
          <w:b w:val="0"/>
          <w:i w:val="0"/>
        </w:rPr>
        <w:t>Khi Nagel bước về phía máy bay, cô hy vọng Robert Langdon và Katherine Solomon đang cảm thấy tự tin hơn về tình cảnh của họ. Cả hai giờ đều hoàn toàn an toàn, đặc biệt là vì một trong những người đàn ông quyền lực nhất đất nước không thể mạo hiểm để bất cứ điều gì xảy ra với bất kỳ ai trong số họ. Nagel đã chia sẻ với Judd một số suy nghĩ của Katherine về TMT và tương lai, và ông ấy tò mò đến mức hỏi liệu Nagel có nghĩ rằng có thể thuyết phục Tiến sĩ Solomon tham gia đội Threshold không.</w:t>
      </w:r>
    </w:p>
    <w:p>
      <w:pPr>
        <w:spacing w:after="80"/>
      </w:pPr>
      <w:r>
        <w:rPr>
          <w:b w:val="0"/>
          <w:i/>
        </w:rPr>
        <w:t>Không đời nào,</w:t>
      </w:r>
      <w:r>
        <w:rPr>
          <w:b w:val="0"/>
          <w:i w:val="0"/>
        </w:rPr>
        <w:t xml:space="preserve"> cô nói với Judd, dù bằng ngôn từ khéo léo hơn một chút, nhắc ông nhớ lại mọi thứ Katherine đã phải chịu đựng dưới tay cơ quan. </w:t>
      </w:r>
      <w:r>
        <w:rPr>
          <w:b w:val="0"/>
          <w:i/>
        </w:rPr>
        <w:t>Hơn nữa, cô ấy có thể chọn viết lại cuốn sách của mình.</w:t>
      </w:r>
    </w:p>
    <w:p>
      <w:pPr>
        <w:jc w:val="center"/>
      </w:pPr>
      <w:r>
        <w:drawing>
          <wp:inline xmlns:a="http://schemas.openxmlformats.org/drawingml/2006/main" xmlns:pic="http://schemas.openxmlformats.org/drawingml/2006/picture">
            <wp:extent cx="5486400" cy="362122"/>
            <wp:docPr id="148" name="Picture 148"/>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Sasha Vesna thường cảm thấy như thể cô vừa tỉnh dậy sau một giấc ngủ sâu và đã bỏ lỡ điều gì đó quan trọng. Thông thường những ngày như hôm nay—với số lượng khoảng trống trong ký ức nhiều bất thường—khiến cô bất an. Tuy nhiên, ngay lúc này, dù chỉ nhớ được những mảnh vụn mờ ảo về các sự kiện trong ngày, Sasha lại cảm thấy bình yên lạ thường. Giọng nói bên trong cô, giọng nói mà cô đã học cách tin tưởng, cứ thì thầm rằng mọi thứ sẽ ổn thôi…</w:t>
      </w:r>
      <w:r>
        <w:rPr>
          <w:b w:val="0"/>
          <w:i/>
        </w:rPr>
        <w:t>tuyệt vời,</w:t>
      </w:r>
      <w:r>
        <w:rPr>
          <w:b w:val="0"/>
          <w:i w:val="0"/>
        </w:rPr>
        <w:t xml:space="preserve"> thực sự là vậy.</w:t>
      </w:r>
    </w:p>
    <w:p>
      <w:pPr>
        <w:spacing w:after="80"/>
      </w:pPr>
      <w:r>
        <w:rPr>
          <w:b w:val="0"/>
          <w:i w:val="0"/>
        </w:rPr>
        <w:t>Nửa giờ trước, Sasha bước ra từ một màn sương dày đặc và thấy mình bị trói trong ghế sau của một chiếc sedan ấm áp với Harry và Sally bên cạnh trong lồng vận chuyển. Một người đàn ông mặc đồng phục đang lái xe, và một người phụ nữ tự giới thiệu là đại sứ Hoa Kỳ ngồi ở ghế hành khách, quay hẳn người lại, nhìn Sasha và cẩn thận giải thích chuyện gì đang xảy ra.</w:t>
      </w:r>
    </w:p>
    <w:p>
      <w:pPr>
        <w:spacing w:after="80"/>
      </w:pPr>
      <w:r>
        <w:rPr>
          <w:b w:val="0"/>
          <w:i w:val="0"/>
        </w:rPr>
        <w:t>Lạ thay, Sasha không cảm thấy hoảng loạn khi bị trói, cũng không hoảng khi đột nhiên ở cùng những người xa lạ. Thay vào đó, cô cảm thấy như đã chuẩn bị sẵn sàng cho khoảnh khắc này, giọng nói bên trong trấn an cô rằng tất cả những điều này đều vì lợi ích…và sự an toàn của chính cô.</w:t>
      </w:r>
    </w:p>
    <w:p>
      <w:pPr>
        <w:spacing w:after="80"/>
      </w:pPr>
      <w:r>
        <w:rPr>
          <w:b w:val="0"/>
          <w:i w:val="0"/>
        </w:rPr>
        <w:t>Vị đại sứ đã xin lỗi vì chiếc còng tay và việc khởi hành gấp gáp, đồng thời đưa ra lời giải thích chi tiết. Sasha hiểu được rất ít—đại khái là về một cơ hội tị nạn chính trị, các quy định của Bộ Ngoại giao, bay qua vùng biển quốc tế—nhưng chẳng điều nào quan trọng với cô. Cô chỉ nghe được một điều.</w:t>
      </w:r>
    </w:p>
    <w:p>
      <w:pPr>
        <w:spacing w:after="80"/>
      </w:pPr>
      <w:r>
        <w:rPr>
          <w:b w:val="0"/>
          <w:i w:val="0"/>
        </w:rPr>
        <w:t>Tôi sắp đến Mỹ.</w:t>
      </w:r>
    </w:p>
    <w:p>
      <w:pPr>
        <w:spacing w:after="80"/>
      </w:pPr>
      <w:r>
        <w:rPr>
          <w:b w:val="0"/>
          <w:i w:val="0"/>
        </w:rPr>
        <w:t>Giọng nói trong đầu cô thúc giục cô hãy biết ơn và hợp tác, nhưng Sasha không cần ai phải bảo. Đến Mỹ đã là giấc mơ của Sasha từ khi còn là một cô bé, đắm chìm trong những bộ phim lãng mạn. Cô tự hỏi liệu một ngày nào đó mình có thể đến được Thành phố New York để ngắm Công viên Trung tâm, quán Katz’s Deli và tòa nhà Empire State không.</w:t>
      </w:r>
    </w:p>
    <w:p>
      <w:pPr>
        <w:spacing w:after="80"/>
      </w:pPr>
      <w:r>
        <w:rPr>
          <w:b w:val="0"/>
          <w:i w:val="0"/>
        </w:rPr>
        <w:t>Chính xác thì mọi chuyện đã diễn ra thế nào, Sasha không rõ, và cô tự hỏi liệu có thể nó liên quan đến tất cả công việc tận tụy cô đã làm cho Tiến sĩ Gessner không. Điều duy nhất Sasha biết chắc là vị đại sứ Hoa Kỳ đã biến điều đó thành hiện thực.</w:t>
      </w:r>
    </w:p>
    <w:p>
      <w:pPr>
        <w:spacing w:after="80"/>
      </w:pPr>
      <w:r>
        <w:rPr>
          <w:b w:val="0"/>
          <w:i/>
        </w:rPr>
        <w:t>Cô ấy là người tôi có thể tin tưởng,</w:t>
      </w:r>
      <w:r>
        <w:rPr>
          <w:b w:val="0"/>
          <w:i w:val="0"/>
        </w:rPr>
        <w:t xml:space="preserve"> Sasha cảm nhận. </w:t>
      </w:r>
      <w:r>
        <w:rPr>
          <w:b w:val="0"/>
          <w:i/>
        </w:rPr>
        <w:t>Một người bạn mới.</w:t>
      </w:r>
    </w:p>
    <w:p>
      <w:pPr>
        <w:spacing w:after="80"/>
      </w:pPr>
      <w:r>
        <w:rPr>
          <w:b w:val="0"/>
          <w:i w:val="0"/>
        </w:rPr>
        <w:t>Ngồi một mình cùng lũ mèo trong sự ấm áp của chiếc sedan, Sasha chờ đợi những mạng nhện trong tâm trí bắt đầu được gỡ rối. Cô nhìn người lính thủy đánh bộ chất hành lý của mình lên máy bay, và cô nhận ra ở Prague chẳng còn gì cho cô nữa. Không có Brigita, Sasha không có việc làm, không có nơi ở, không có—</w:t>
      </w:r>
    </w:p>
    <w:p>
      <w:pPr>
        <w:spacing w:after="80"/>
      </w:pPr>
      <w:r>
        <w:rPr>
          <w:b w:val="0"/>
          <w:i w:val="0"/>
        </w:rPr>
        <w:t xml:space="preserve">Sasha chợt lóe lên nghĩ về điều khác mà cô đang bỏ lại phía sau—Michael Harris. </w:t>
      </w:r>
      <w:r>
        <w:rPr>
          <w:b w:val="0"/>
          <w:i/>
        </w:rPr>
        <w:t>Mình chưa từng nói lời tạm biệt!</w:t>
      </w:r>
      <w:r>
        <w:rPr>
          <w:b w:val="0"/>
          <w:i w:val="0"/>
        </w:rPr>
        <w:t xml:space="preserve"> Lạ thay, những ký ức về Michael dường như đang tan biến với tốc độ đáng kinh ngạc, như thể anh đã là một người tình từ quá khứ xa xôi. </w:t>
      </w:r>
      <w:r>
        <w:rPr>
          <w:b w:val="0"/>
          <w:i/>
        </w:rPr>
        <w:t>Mối tình đầu rất quan trọng,</w:t>
      </w:r>
      <w:r>
        <w:rPr>
          <w:b w:val="0"/>
          <w:i w:val="0"/>
        </w:rPr>
        <w:t xml:space="preserve"> cô nhớ có một bộ phim lãng mạn từng nói vậy. </w:t>
      </w:r>
      <w:r>
        <w:rPr>
          <w:b w:val="0"/>
          <w:i/>
        </w:rPr>
        <w:t>Vì chúng mở lòng ta ra cho những gì sắp tới.</w:t>
      </w:r>
    </w:p>
    <w:p>
      <w:pPr>
        <w:spacing w:after="80"/>
      </w:pPr>
      <w:r>
        <w:rPr>
          <w:b w:val="0"/>
          <w:i/>
        </w:rPr>
        <w:t>Nhưng điều gì sắp tới?</w:t>
      </w:r>
      <w:r>
        <w:rPr>
          <w:b w:val="0"/>
          <w:i w:val="0"/>
        </w:rPr>
        <w:t xml:space="preserve"> Sasha tự hỏi, lần đầu tiên trong đời cảm nhận rằng cô đang bước vào một thế giới của những khả năng vô hạn. Giọng nói nhỏ nhẹ lại thì thầm trong tâm trí cô. </w:t>
      </w:r>
      <w:r>
        <w:rPr>
          <w:b w:val="0"/>
          <w:i/>
        </w:rPr>
        <w:t>Đừng chất vấn quá khứ của con, Sasha,</w:t>
      </w:r>
      <w:r>
        <w:rPr>
          <w:b w:val="0"/>
          <w:i w:val="0"/>
        </w:rPr>
        <w:t xml:space="preserve"> nó bảo cô. </w:t>
      </w:r>
      <w:r>
        <w:rPr>
          <w:b w:val="0"/>
          <w:i/>
        </w:rPr>
        <w:t>Hãy hướng về tương lai.</w:t>
      </w:r>
    </w:p>
    <w:p>
      <w:pPr>
        <w:spacing w:after="80"/>
      </w:pPr>
      <w:r>
        <w:rPr>
          <w:b w:val="0"/>
          <w:i w:val="0"/>
        </w:rPr>
        <w:t>Đó là giọng nói cô thường nghe. Theo Michael, đó là trực giác của chính cô, bản ngã cao hơn, tiềm thức của cô. Ai cũng có một giọng nói bên trong, anh khẳng định với cô, một phần trong tâm hồn mỗi người thì thầm, trấn an và dẫn lối. Sasha sẽ viết cho Michael một lá thư khi cô ổn định xong. Rồi lại nghĩ, có lẽ tốt nhất là cứ để nó qua đi. Gần đây cô có cảm giác rằng họ có thể đang đến gần cuối của mối liên kết lãng mạn giữa họ.</w:t>
      </w:r>
    </w:p>
    <w:p>
      <w:pPr>
        <w:spacing w:after="80"/>
      </w:pPr>
      <w:r>
        <w:rPr>
          <w:b w:val="0"/>
          <w:i w:val="0"/>
        </w:rPr>
        <w:t>“Cô Vesna?” một giọng nói vang lên ngoài cửa sổ. Người lính thủy quân lục chiến đã quay lại và mở cửa xe cho cô. “Họ sẵn sàng đón cô rồi.” Anh tháo dây an toàn cho cô và đỡ cô ra khỏi xe. Rồi anh với tay lại vào trong xe, nhẹ nhàng nâng chiếc lồng thú cưng ra. “Mình đưa Harry và Sally lên máy bay ổn định chỗ ngồi nhé?”</w:t>
      </w:r>
    </w:p>
    <w:p>
      <w:pPr>
        <w:spacing w:after="80"/>
      </w:pPr>
      <w:r>
        <w:rPr>
          <w:b w:val="0"/>
          <w:i w:val="0"/>
        </w:rPr>
        <w:t>Cô gật đầu đầy biết ơn. “Cảm ơn anh.”</w:t>
      </w:r>
    </w:p>
    <w:p>
      <w:pPr>
        <w:spacing w:after="80"/>
      </w:pPr>
      <w:r>
        <w:rPr>
          <w:b w:val="0"/>
          <w:i w:val="0"/>
        </w:rPr>
        <w:t>“Cô cứ gọi tôi là Scott,” người đàn ông nói, liếc sang với một nụ cười. “Hôm nay tôi sẽ bay cùng cô. Tôi gọi cô là Sasha nhé?”</w:t>
      </w:r>
    </w:p>
    <w:p>
      <w:pPr>
        <w:spacing w:after="80"/>
      </w:pPr>
      <w:r>
        <w:rPr>
          <w:b w:val="0"/>
          <w:i w:val="0"/>
        </w:rPr>
        <w:t>“Tất nhiên rồi!” cô thốt lên, cảm thấy một niềm phấn khích dâng lên khi họ đến gần chiếc máy bay phản lực. Dưới chân cầu thang, vị đại sứ đứng một mình, rõ ràng là đang chờ để nói lời tạm biệt.</w:t>
      </w:r>
    </w:p>
    <w:p>
      <w:pPr>
        <w:spacing w:after="80"/>
      </w:pPr>
      <w:r>
        <w:rPr>
          <w:b w:val="0"/>
          <w:i w:val="0"/>
        </w:rPr>
        <w:t>“Trung sĩ Kerble,” vị đại sứ nói khi họ đến nơi, “có lẽ anh có thể đưa hai chú mèo tuyệt vời này ra khỏi cái lạnh trước, rồi quay lại đón cô Vesna?”</w:t>
      </w:r>
    </w:p>
    <w:p>
      <w:pPr>
        <w:spacing w:after="80"/>
      </w:pPr>
      <w:r>
        <w:rPr>
          <w:b w:val="0"/>
          <w:i w:val="0"/>
        </w:rPr>
        <w:t>“Chắc chắn rồi, thưa bà,” anh nói, bế Harry và Sally lên cầu thang và biến mất vào trong khoang máy bay.</w:t>
      </w:r>
    </w:p>
    <w:p>
      <w:pPr>
        <w:spacing w:after="80"/>
      </w:pPr>
      <w:r>
        <w:rPr>
          <w:b w:val="0"/>
          <w:i w:val="0"/>
        </w:rPr>
        <w:t>Vị đại sứ nhìn Sasha đầy lo lắng. “Ta biết tất cả chuyện này đến rất đột ngột và có quá nhiều thứ để tiếp nhận. Con có ổn không?”</w:t>
      </w:r>
    </w:p>
    <w:p>
      <w:pPr>
        <w:spacing w:after="80"/>
      </w:pPr>
      <w:r>
        <w:rPr>
          <w:b w:val="0"/>
          <w:i w:val="0"/>
        </w:rPr>
        <w:t>Sasha đang cố giữ mình vững vàng trước một cơn trào dâng bất ngờ của lòng biết ơn, sự bối rối, niềm phấn khích và cả sự hoài nghi. Vị đại sứ đã nhiều lần hứa rằng mọi thứ sẽ bắt đầu trở nên rõ ràng hơn trong những ngày tới. Bà cũng hứa sẽ sớm đến cùng Sasha ở Hoa Kỳ—một ý nghĩ mang lại cho Sasha cảm giác bình yên sâu sắc.</w:t>
      </w:r>
    </w:p>
    <w:p>
      <w:pPr>
        <w:spacing w:after="80"/>
      </w:pPr>
      <w:r>
        <w:rPr>
          <w:b w:val="0"/>
          <w:i w:val="0"/>
        </w:rPr>
        <w:t>“Con…ổn,” Sasha gắng nói. “Vẫn còn rất mơ hồ. Nhưng con biết bà đã đối xử với con rất tử tế.” Cô bỗng thấy nghẹn ngào muốn khóc. “Con biết phải cảm ơn bà thế nào đây?”</w:t>
      </w:r>
    </w:p>
    <w:p>
      <w:pPr>
        <w:spacing w:after="80"/>
      </w:pPr>
      <w:r>
        <w:rPr>
          <w:b w:val="0"/>
          <w:i w:val="0"/>
        </w:rPr>
        <w:t>Vị đại sứ lúc này cũng trông xúc động. “Tin hay không thì tùy, Sasha…con đã cảm ơn ta rồi đấy.”</w:t>
      </w:r>
    </w:p>
    <w:p>
      <w:pPr>
        <w:spacing w:after="80"/>
      </w:pPr>
      <w:r>
        <w:rPr>
          <w:b w:val="0"/>
          <w:i w:val="0"/>
        </w:rPr>
        <w:t>Khi Sasha bật khóc, vị đại sứ bước tới và ôm cô thật lâu, khiến Sasha nhớ đến những cái ôm mà mẹ cô từng dành cho cô khi cô mới chỉ bốn hay năm tuổi…trước khi cô trở thành một cô gái tổn thương. Đã rất, rất nhiều năm rồi Sasha không được ai ôm như thế.</w:t>
      </w:r>
    </w:p>
    <w:p>
      <w:pPr>
        <w:pStyle w:val="Heading1"/>
      </w:pPr>
      <w:r>
        <w:rPr>
          <w:rFonts w:ascii="Calibri" w:hAnsi="Calibri"/>
          <w:b/>
          <w:i w:val="0"/>
          <w:sz w:val="40"/>
        </w:rPr>
        <w:t>Chương 137</w:t>
      </w:r>
    </w:p>
    <w:p>
      <w:pPr>
        <w:spacing w:after="80"/>
      </w:pPr>
      <w:r>
        <w:rPr>
          <w:b w:val="0"/>
          <w:i w:val="0"/>
        </w:rPr>
        <w:t>Mặt trời mùa đông vừa nhô lên trên Prague, những tia sáng dịu nhẹ của nó lấp lánh trên đường chân trời của những ngọn tháp phủ đầy tuyết.</w:t>
      </w:r>
    </w:p>
    <w:p>
      <w:pPr>
        <w:spacing w:after="80"/>
      </w:pPr>
      <w:r>
        <w:rPr>
          <w:b w:val="0"/>
          <w:i w:val="0"/>
        </w:rPr>
        <w:t>Langdon đang cảm thấy lo lắng về việc cuối cùng còn dang dở mà anh cần giải quyết trước khi anh và Katherine bay đi vào chiều nay. Anh tự hỏi cô sẽ phản ứng thế nào khi anh giải thích tình huống tế nhị này.</w:t>
      </w:r>
    </w:p>
    <w:p>
      <w:pPr>
        <w:spacing w:after="80"/>
      </w:pPr>
      <w:r>
        <w:rPr>
          <w:b w:val="0"/>
          <w:i/>
        </w:rPr>
        <w:t>Suýt nữa thì mình đã nói với cô ấy lúc trước rồi,</w:t>
      </w:r>
      <w:r>
        <w:rPr>
          <w:b w:val="0"/>
          <w:i w:val="0"/>
        </w:rPr>
        <w:t xml:space="preserve"> anh nghĩ, nhưng dù có một mong muốn chân thành muốn chia sẻ điều đã xảy ra, Langdon vẫn chưa bao giờ tìm được đúng thời điểm. </w:t>
      </w:r>
      <w:r>
        <w:rPr>
          <w:b w:val="0"/>
          <w:i/>
        </w:rPr>
        <w:t>Cứ tận hưởng bữa sáng đi,</w:t>
      </w:r>
      <w:r>
        <w:rPr>
          <w:b w:val="0"/>
          <w:i w:val="0"/>
        </w:rPr>
        <w:t xml:space="preserve"> anh tự trấn an. </w:t>
      </w:r>
      <w:r>
        <w:rPr>
          <w:b w:val="0"/>
          <w:i/>
        </w:rPr>
        <w:t>Mọi chuyện rồi sẽ ổn thôi.</w:t>
      </w:r>
    </w:p>
    <w:p>
      <w:pPr>
        <w:spacing w:after="80"/>
      </w:pPr>
      <w:r>
        <w:rPr>
          <w:b w:val="0"/>
          <w:i w:val="0"/>
        </w:rPr>
        <w:t>Chín mươi phút trước, sau những cuộc thảo luận cuối cùng đầy nặng nề với vị đại sứ và một lời tạm biệt bấp bênh với Sasha, Langdon và Katherine đã rời khỏi đại sứ quán và, theo lời giới thiệu riêng của Nagel, chỉ đi bộ hai mươi bước qua quảng trường lát đá cuội đến khách sạn Alchymist để dùng bữa “sáng với prosecco” nổi tiếng của họ.</w:t>
      </w:r>
    </w:p>
    <w:p>
      <w:pPr>
        <w:spacing w:after="80"/>
      </w:pPr>
      <w:r>
        <w:rPr>
          <w:b w:val="0"/>
          <w:i w:val="0"/>
        </w:rPr>
        <w:t>Khách sạn tọa lạc trong một dinh thự Baroque thế kỷ mười sáu được phục dựng hoàn hảo, với khoảng sân trong rộng lớn mà mỗi mùa đông đều được biến thành sân trượt băng lấp lánh dưới vòm đèn nhấp nháy. Cách bài trí phòng ăn thật kỳ ảo, với những chiếc ghế bọc nhung đỏ thắm, đèn chùm Murano lấp lánh, và những cây cột vàng "xoắn kiểu Corinthian" trông cứ như phim trường trong truyện cổ tích.</w:t>
      </w:r>
    </w:p>
    <w:p>
      <w:pPr>
        <w:spacing w:after="80"/>
      </w:pPr>
      <w:r>
        <w:rPr>
          <w:b w:val="0"/>
          <w:i w:val="0"/>
        </w:rPr>
        <w:t xml:space="preserve">Tại một chiếc bàn cạnh cửa sổ yên tĩnh nhìn ra sân băng, Langdon và Katherine vừa dùng xong bữa sáng thịnh soạn, kết thúc bằng món bánh bao nhân sung phủ lá vàng ăn được. No nê và đã suy ngẫm kỹ càng về những sự việc buổi sáng, giờ đây họ đang lặng lẽ nhấm nháp </w:t>
      </w:r>
      <w:r>
        <w:rPr>
          <w:b w:val="0"/>
          <w:i/>
        </w:rPr>
        <w:t>melta</w:t>
      </w:r>
      <w:r>
        <w:rPr>
          <w:b w:val="0"/>
          <w:i w:val="0"/>
        </w:rPr>
        <w:t xml:space="preserve"> rau diếp xoăn và ngắm nhìn sân băng, nơi một cô gái trẻ vừa đến và đang thắt dây giày trượt.</w:t>
      </w:r>
    </w:p>
    <w:p>
      <w:pPr>
        <w:spacing w:after="80"/>
      </w:pPr>
      <w:r>
        <w:rPr>
          <w:b w:val="0"/>
          <w:i w:val="0"/>
        </w:rPr>
        <w:t xml:space="preserve">"Nữ tu trượt băng </w:t>
      </w:r>
      <w:r>
        <w:rPr>
          <w:b w:val="0"/>
          <w:i/>
        </w:rPr>
        <w:t>ấy</w:t>
      </w:r>
      <w:r>
        <w:rPr>
          <w:b w:val="0"/>
          <w:i w:val="0"/>
        </w:rPr>
        <w:t xml:space="preserve"> ]]" Langdon gợi chuyện, nhắc đến câu chuyện ma của người phục vụ về một nữ tu đã chết tại chính nơi này từ nhiều thế kỷ trước và thỉnh thoảng hiện về để trượt những đường nét thanh bình trên mặt băng.</w:t>
      </w:r>
    </w:p>
    <w:p>
      <w:pPr>
        <w:spacing w:after="80"/>
      </w:pPr>
      <w:r>
        <w:rPr>
          <w:b w:val="0"/>
          <w:i w:val="0"/>
        </w:rPr>
        <w:t>"Tôi nghĩ không phải đâu," Katherine đáp khi cô gái trẻ cởi áo khoác, để lộ bộ trang phục trượt băng mỏng manh đính đầy sequin trắng và hạt bạc.</w:t>
      </w:r>
    </w:p>
    <w:p>
      <w:pPr>
        <w:spacing w:after="80"/>
      </w:pPr>
      <w:r>
        <w:rPr>
          <w:b w:val="0"/>
          <w:i w:val="0"/>
        </w:rPr>
        <w:t xml:space="preserve">Khi cô gái bước lên mặt băng, cô có vẻ mất thăng bằng đến ngạc nhiên so với một người ăn mặc cầu kỳ đến vậy. </w:t>
      </w:r>
      <w:r>
        <w:rPr>
          <w:b w:val="0"/>
          <w:i/>
        </w:rPr>
        <w:t>Lạ thật,</w:t>
      </w:r>
      <w:r>
        <w:rPr>
          <w:b w:val="0"/>
          <w:i w:val="0"/>
        </w:rPr>
        <w:t xml:space="preserve"> Langdon nghĩ, nhìn cô loạng choạng vụng về ra giữa sân, nơi cô dừng lại, vuốt phồng tóc, giơ điện thoại lên và bắt đầu chụp selfie.</w:t>
      </w:r>
    </w:p>
    <w:p>
      <w:pPr>
        <w:spacing w:after="80"/>
      </w:pPr>
      <w:r>
        <w:rPr>
          <w:b w:val="0"/>
          <w:i w:val="0"/>
        </w:rPr>
        <w:t>"Bí ẩn đã được giải," Langdon nói. "Dân trượt băng Instagram."</w:t>
      </w:r>
    </w:p>
    <w:p>
      <w:pPr>
        <w:spacing w:after="80"/>
      </w:pPr>
      <w:r>
        <w:rPr>
          <w:b w:val="0"/>
          <w:i w:val="0"/>
        </w:rPr>
        <w:t>"Thực tế mới của chúng ta đấy," Katherine nói kèm một tiếng cười.</w:t>
      </w:r>
    </w:p>
    <w:p>
      <w:pPr>
        <w:spacing w:after="80"/>
      </w:pPr>
      <w:r>
        <w:rPr>
          <w:b w:val="0"/>
          <w:i w:val="0"/>
        </w:rPr>
        <w:t xml:space="preserve">"Anh không thấy lo sao?" anh nói, quay sang cô. "Người trẻ phát trực tiếp bản thân không ngừng nghỉ cho cả thế giới xem? Ngày nào tôi cũng thấy điều đó trong trường. Ngay cả những người 'giỏi nhất và sáng giá nhất' thế giới dường như cũng quan tâm đến thế giới trực tuyến nhiều hơn hẳn thế giới </w:t>
      </w:r>
      <w:r>
        <w:rPr>
          <w:b w:val="0"/>
          <w:i/>
        </w:rPr>
        <w:t>thật</w:t>
      </w:r>
      <w:r>
        <w:rPr>
          <w:b w:val="0"/>
          <w:i w:val="0"/>
        </w:rPr>
        <w:t>."</w:t>
      </w:r>
    </w:p>
    <w:p>
      <w:pPr>
        <w:spacing w:after="80"/>
      </w:pPr>
      <w:r>
        <w:rPr>
          <w:b w:val="0"/>
          <w:i w:val="0"/>
        </w:rPr>
        <w:t xml:space="preserve">"Điều đó có thể đúng," cô nói, nhấp một ngụm trà. "Nhưng thứ nhất, đâu </w:t>
      </w:r>
      <w:r>
        <w:rPr>
          <w:b w:val="0"/>
          <w:i/>
        </w:rPr>
        <w:t>chỉ</w:t>
      </w:r>
      <w:r>
        <w:rPr>
          <w:b w:val="0"/>
          <w:i w:val="0"/>
        </w:rPr>
        <w:t xml:space="preserve"> người trẻ làm vậy. Và thứ hai, anh phải xem xét rằng thế giới trực tuyến </w:t>
      </w:r>
      <w:r>
        <w:rPr>
          <w:b w:val="0"/>
          <w:i/>
        </w:rPr>
        <w:t>chính là</w:t>
      </w:r>
      <w:r>
        <w:rPr>
          <w:b w:val="0"/>
          <w:i w:val="0"/>
        </w:rPr>
        <w:t xml:space="preserve"> một thế giới thật."</w:t>
      </w:r>
    </w:p>
    <w:p>
      <w:pPr>
        <w:spacing w:after="80"/>
      </w:pPr>
      <w:r>
        <w:rPr>
          <w:b w:val="0"/>
          <w:i w:val="0"/>
        </w:rPr>
        <w:t>"Một thế giới thật nơi tình yêu được bày tỏ bằng biểu tượng cảm xúc và đo đếm bằng 'lượt thích'?"</w:t>
      </w:r>
    </w:p>
    <w:p>
      <w:pPr>
        <w:spacing w:after="80"/>
      </w:pPr>
      <w:r>
        <w:rPr>
          <w:b w:val="0"/>
          <w:i w:val="0"/>
        </w:rPr>
        <w:t xml:space="preserve">"Robert, khi anh thấy ai đó dán mắt vào điện thoại, anh thấy một người đang </w:t>
      </w:r>
      <w:r>
        <w:rPr>
          <w:b w:val="0"/>
          <w:i/>
        </w:rPr>
        <w:t>phớt lờ</w:t>
      </w:r>
      <w:r>
        <w:rPr>
          <w:b w:val="0"/>
          <w:i w:val="0"/>
        </w:rPr>
        <w:t xml:space="preserve"> thế giới này—thay vì một người đang </w:t>
      </w:r>
      <w:r>
        <w:rPr>
          <w:b w:val="0"/>
          <w:i/>
        </w:rPr>
        <w:t>đắm chìm</w:t>
      </w:r>
      <w:r>
        <w:rPr>
          <w:b w:val="0"/>
          <w:i w:val="0"/>
        </w:rPr>
        <w:t xml:space="preserve"> trong một thế giới khác…một thế giới mà, giống như thế giới này, được tạo nên từ cộng đồng, bạn bè, cái đẹp, nỗi kinh hoàng, tình yêu, xung đột, đúng và sai. Tất cả đều ở đó. Thế giới trực tuyến không khác biệt mấy so với thế giới của chúng ta…trừ một khác biệt rõ rệt." Katherine mỉm cười. "Nó phi cục bộ."</w:t>
      </w:r>
    </w:p>
    <w:p>
      <w:pPr>
        <w:spacing w:after="80"/>
      </w:pPr>
      <w:r>
        <w:rPr>
          <w:b w:val="0"/>
          <w:i w:val="0"/>
        </w:rPr>
        <w:t>Lời nhận xét khiến anh sững sờ.</w:t>
      </w:r>
    </w:p>
    <w:p>
      <w:pPr>
        <w:spacing w:after="80"/>
      </w:pPr>
      <w:r>
        <w:rPr>
          <w:b w:val="0"/>
          <w:i w:val="0"/>
        </w:rPr>
        <w:t xml:space="preserve">"Thế giới trực tuyến," Katherine nói, "không bị ràng buộc vào vị trí của anh. Anh sống trong đó như một tâm trí không thân xác…tự do khỏi mọi ràng buộc vật lý. Anh di chuyển dễ dàng đến </w:t>
      </w:r>
      <w:r>
        <w:rPr>
          <w:b w:val="0"/>
          <w:i/>
        </w:rPr>
        <w:t>bất cứ đâu,</w:t>
      </w:r>
      <w:r>
        <w:rPr>
          <w:b w:val="0"/>
          <w:i w:val="0"/>
        </w:rPr>
        <w:t xml:space="preserve"> xem thứ mình muốn, học điều mình muốn, tương tác với những tâm trí không thân xác khác."</w:t>
      </w:r>
    </w:p>
    <w:p>
      <w:pPr>
        <w:spacing w:after="80"/>
      </w:pPr>
      <w:r>
        <w:rPr>
          <w:b w:val="0"/>
          <w:i w:val="0"/>
        </w:rPr>
        <w:t xml:space="preserve">Langdon chưa bao giờ nghĩ về Internet theo cách đó, và điều ấy vừa làm anh giật mình vừa khơi gợi sự tò mò. </w:t>
      </w:r>
      <w:r>
        <w:rPr>
          <w:b w:val="0"/>
          <w:i/>
        </w:rPr>
        <w:t>Trực tuyến, tôi là một ý thức không thân xác…</w:t>
      </w:r>
    </w:p>
    <w:p>
      <w:pPr>
        <w:spacing w:after="80"/>
      </w:pPr>
      <w:r>
        <w:rPr>
          <w:b w:val="0"/>
          <w:i w:val="0"/>
        </w:rPr>
        <w:t xml:space="preserve">"Khi ta đánh mất chính mình trong thế giới ảo," Katherine nói, "ta đang trao cho mình một kiểu trải nghiệm phi cục bộ mà, theo nhiều cách, song hành với trải nghiệm xuất hồn—ta tách rời, không trọng lượng, mà vẫn kết nối với vạn vật. Các bộ lọc của ta bị gỡ bỏ…Ta có thể tương tác với cả thế giới qua một màn hình và trải nghiệm gần như </w:t>
      </w:r>
      <w:r>
        <w:rPr>
          <w:b w:val="0"/>
          <w:i/>
        </w:rPr>
        <w:t>mọi thứ.</w:t>
      </w:r>
      <w:r>
        <w:rPr>
          <w:b w:val="0"/>
          <w:i w:val="0"/>
        </w:rPr>
        <w:t>"</w:t>
      </w:r>
    </w:p>
    <w:p>
      <w:pPr>
        <w:spacing w:after="80"/>
      </w:pPr>
      <w:r>
        <w:rPr>
          <w:b w:val="0"/>
          <w:i w:val="0"/>
        </w:rPr>
        <w:t>Langdon nhận ra Katherine hoàn toàn đúng.</w:t>
      </w:r>
    </w:p>
    <w:p>
      <w:pPr>
        <w:spacing w:after="80"/>
      </w:pPr>
      <w:r>
        <w:rPr>
          <w:b w:val="0"/>
          <w:i w:val="0"/>
        </w:rPr>
        <w:t xml:space="preserve">Cô uống cạn ly </w:t>
      </w:r>
      <w:r>
        <w:rPr>
          <w:b w:val="0"/>
          <w:i/>
        </w:rPr>
        <w:t>melta</w:t>
      </w:r>
      <w:r>
        <w:rPr>
          <w:b w:val="0"/>
          <w:i w:val="0"/>
        </w:rPr>
        <w:t xml:space="preserve"> cuối cùng và chấm chiếc khăn ăn bằng vải lanh lên môi. "Dù sao thì, tôi đã viết về tất cả những điều này trong cuốn sách của mình. Đó là một ý tưởng khác thường, nhưng tôi đã dần tin rằng cuộc bùng nổ công nghệ hiện tại của chúng ta thực ra là một phần của quá trình tiến hóa </w:t>
      </w:r>
      <w:r>
        <w:rPr>
          <w:b w:val="0"/>
          <w:i/>
        </w:rPr>
        <w:t>tâm linh</w:t>
      </w:r>
      <w:r>
        <w:rPr>
          <w:b w:val="0"/>
          <w:i w:val="0"/>
        </w:rPr>
        <w:t>… một kiểu mảnh đất luyện tập cho sự tồn tại mà cuối cùng chính là vận mệnh tối hậu của chúng ta… một ý thức, không còn bị ràng buộc vào thế giới vật chất, mà vẫn kết nối với vạn vật."</w:t>
      </w:r>
    </w:p>
    <w:p>
      <w:pPr>
        <w:spacing w:after="80"/>
      </w:pPr>
      <w:r>
        <w:rPr>
          <w:b w:val="0"/>
          <w:i w:val="0"/>
        </w:rPr>
        <w:t>Langdon ngồi ngả người ra sau, hoàn toàn ấn tượng trước thiên tài tiên phong trong những ý tưởng của Katherine.</w:t>
      </w:r>
    </w:p>
    <w:p>
      <w:pPr>
        <w:spacing w:after="80"/>
      </w:pPr>
      <w:r>
        <w:rPr>
          <w:b w:val="0"/>
          <w:i w:val="0"/>
        </w:rPr>
        <w:t xml:space="preserve">"Tất cả đều dồn lại thành một khái niệm lớn hơn," Katherine nói đầy nhiệt huyết. "Cái chết không phải là điểm kết thúc. Vẫn còn nhiều việc phải làm, nhưng khoa học tiếp tục khám phá ra bằng chứng rằng </w:t>
      </w:r>
      <w:r>
        <w:rPr>
          <w:b w:val="0"/>
          <w:i/>
        </w:rPr>
        <w:t>thực sự</w:t>
      </w:r>
      <w:r>
        <w:rPr>
          <w:b w:val="0"/>
          <w:i w:val="0"/>
        </w:rPr>
        <w:t xml:space="preserve"> có một điều gì đó vượt ra ngoài tất cả những thứ này. </w:t>
      </w:r>
      <w:r>
        <w:rPr>
          <w:b w:val="0"/>
          <w:i/>
        </w:rPr>
        <w:t>Thông điệp đó</w:t>
      </w:r>
      <w:r>
        <w:rPr>
          <w:b w:val="0"/>
          <w:i w:val="0"/>
        </w:rPr>
        <w:t xml:space="preserve"> là điều chúng ta nên hô vang từ trên đỉnh núi, Robert ạ! Đó là bí mật của mọi bí mật. Hãy tưởng tượng tác động của nó đối với tương lai của loài người."</w:t>
      </w:r>
    </w:p>
    <w:p>
      <w:pPr>
        <w:spacing w:after="80"/>
      </w:pPr>
      <w:r>
        <w:rPr>
          <w:b w:val="0"/>
          <w:i w:val="0"/>
        </w:rPr>
        <w:t>"Và đó chính là lý do tại sao cậu vẫn cần xuất bản cuốn sách của mình!"</w:t>
      </w:r>
    </w:p>
    <w:p>
      <w:pPr>
        <w:spacing w:after="80"/>
      </w:pPr>
      <w:r>
        <w:rPr>
          <w:b w:val="0"/>
          <w:i w:val="0"/>
        </w:rPr>
        <w:t xml:space="preserve">Lời nhận xét khiến Katherine cau mày, kéo cô trở lại thực tại, và Langdon ước gì mình đã giữ suy nghĩ đó cho riêng mình. Dù vậy, anh vẫn thấy phấn khởi khi biết rằng giám đốc CIA đã đồng ý rằng sẽ </w:t>
      </w:r>
      <w:r>
        <w:rPr>
          <w:b w:val="0"/>
          <w:i/>
        </w:rPr>
        <w:t>không</w:t>
      </w:r>
      <w:r>
        <w:rPr>
          <w:b w:val="0"/>
          <w:i w:val="0"/>
        </w:rPr>
        <w:t xml:space="preserve"> có bất kỳ sự can thiệp nào vào việc xuất bản cuốn sách của Katherine trong tương lai — miễn là cô xóa đi một vài đoạn nhạy cảm và, tất nhiên, bỏ qua đơn xin cấp bằng sáng chế của mình. Phản ứng của Katherine trước tin tốt lành này khá dè dặt, điều đó không có gì đáng ngạc nhiên khi xét đến việc cô vẫn còn giận tím người với cơ quan này, chưa kể đến việc nản lòng trước viễn cảnh phải bắt đầu lại toàn bộ quá trình viết lách.</w:t>
      </w:r>
    </w:p>
    <w:p>
      <w:pPr>
        <w:spacing w:after="80"/>
      </w:pPr>
      <w:r>
        <w:rPr>
          <w:b w:val="0"/>
          <w:i w:val="0"/>
        </w:rPr>
        <w:t>Langdon nhúc nhích, cảm thấy bồn chồn vì đã làm cô buồn.</w:t>
      </w:r>
    </w:p>
    <w:p>
      <w:pPr>
        <w:spacing w:after="80"/>
      </w:pPr>
      <w:r>
        <w:rPr>
          <w:b w:val="0"/>
          <w:i w:val="0"/>
        </w:rPr>
        <w:t>"Vậy," anh dè dặt lên tiếng, "cậu vẫn muốn ngắm lâu đài Prague trước khi chúng ta bay đi chứ?"</w:t>
      </w:r>
    </w:p>
    <w:p>
      <w:pPr>
        <w:spacing w:after="80"/>
      </w:pPr>
      <w:r>
        <w:rPr>
          <w:b w:val="0"/>
          <w:i w:val="0"/>
        </w:rPr>
        <w:t>Katherine ngước lên, rõ ràng là háo hức muốn có điều gì khác để nghĩ đến. "Dĩ nhiên rồi. Đêm buổi thuyết trình của tôi, tôi hầu như chẳng thấy được gì cả, và anh đã nói rằng nhà thờ St. Vitus là không thể bỏ qua."</w:t>
      </w:r>
    </w:p>
    <w:p>
      <w:pPr>
        <w:spacing w:after="80"/>
      </w:pPr>
      <w:r>
        <w:rPr>
          <w:b w:val="0"/>
          <w:i w:val="0"/>
        </w:rPr>
        <w:t>"Tuyệt vời," anh nói, với tay lấy chiếc áo khoác. "Từ đây, chỉ cần đi bộ một đoạn ngắn lên đồi thôi." Tâm trí anh lại quay về nhiệm vụ đang chờ phía trước. Anh vẫn còn lo lắng về việc Katherine sẽ đón nhận tin tức đó như thế nào.</w:t>
      </w:r>
    </w:p>
    <w:p>
      <w:pPr>
        <w:spacing w:after="80"/>
      </w:pPr>
      <w:r>
        <w:rPr>
          <w:b w:val="0"/>
          <w:i w:val="0"/>
        </w:rPr>
        <w:t>Katherine đưa mắt nhìn quanh tìm người phục vụ. "Tôi muốn trả tiền hóa đơn lắm, Robert, chỉ tiếc là tôi bị mất túi rồi."</w:t>
      </w:r>
    </w:p>
    <w:p>
      <w:pPr>
        <w:spacing w:after="80"/>
      </w:pPr>
      <w:r>
        <w:rPr>
          <w:b w:val="0"/>
          <w:i w:val="0"/>
        </w:rPr>
        <w:t>"Đừng lo," anh đáp với một nụ cười. "Tôi được thông báo rằng bữa sáng của chúng ta là quà tặng của đại sứ quán Mỹ."</w:t>
      </w:r>
    </w:p>
    <w:p>
      <w:pPr>
        <w:jc w:val="center"/>
      </w:pPr>
      <w:r>
        <w:drawing>
          <wp:inline xmlns:a="http://schemas.openxmlformats.org/drawingml/2006/main" xmlns:pic="http://schemas.openxmlformats.org/drawingml/2006/picture">
            <wp:extent cx="5486400" cy="362122"/>
            <wp:docPr id="149" name="Picture 149"/>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Khi họ bước ra khỏi khách sạn vào ánh sáng ban mai, Katherine và Langdon nhìn về phía cửa sổ văn phòng của đại sứ để vẫy tay cảm ơn, nhưng cửa sổ đã tối om. May mắn thay, mọi việc với chuyến đi của Sasha đã diễn ra suôn sẻ, và Heide Nagel đang trên đường đi ngủ.</w:t>
      </w:r>
    </w:p>
    <w:p>
      <w:pPr>
        <w:spacing w:after="80"/>
      </w:pPr>
      <w:r>
        <w:rPr>
          <w:b w:val="0"/>
          <w:i w:val="0"/>
        </w:rPr>
        <w:t>Vị đại sứ đã hứa rằng sáng nay sẽ có một gói hàng được giao đến khách sạn của họ, gồm tiền mặt đi đường, hai vé máy bay hạng nhất, và một cặp thư ngoại giao để đảm bảo cả hai đều về nhà an toàn không trục trặc. "Đó là điều tối thiểu mà đại sứ quán có thể làm," Nagel đã nói với họ, "xét đến hai mươi bốn giờ vừa qua."</w:t>
      </w:r>
    </w:p>
    <w:p>
      <w:pPr>
        <w:spacing w:after="80"/>
      </w:pPr>
      <w:r>
        <w:rPr>
          <w:b w:val="0"/>
          <w:i w:val="0"/>
        </w:rPr>
        <w:t>Katherine theo Langdon bước vào con hẻm lát đá cuội duyên dáng tên là Tržiště, con dốc dẫn lên lâu đài Prague. Khi họ bắt đầu bước đi, Langdon vòng tay qua eo cô và hôn lên má cô, kéo cô lại gần. Họ mới đi được khoảng chục bước lên dốc thì đột nhiên Langdon dừng lại, như thể đang cân nhắc lại việc leo dốc.</w:t>
      </w:r>
    </w:p>
    <w:p>
      <w:pPr>
        <w:spacing w:after="80"/>
      </w:pPr>
      <w:r>
        <w:rPr>
          <w:b w:val="0"/>
          <w:i w:val="0"/>
        </w:rPr>
        <w:t xml:space="preserve">"Quá dốc với anh trong chiếc áo khoác cồng kềnh này à?" cô trêu, chọc vào chiếc áo khoác "phồng" Patagonia màu đỏ thẫm quý giá của anh, chiếc áo mà Katherine đã nhiều lần gợi ý anh nên thay bằng thứ gì đó thuộc </w:t>
      </w:r>
      <w:r>
        <w:rPr>
          <w:b w:val="0"/>
          <w:i/>
        </w:rPr>
        <w:t>thiên niên kỷ này</w:t>
      </w:r>
      <w:r>
        <w:rPr>
          <w:b w:val="0"/>
          <w:i w:val="0"/>
        </w:rPr>
        <w:t>.</w:t>
      </w:r>
    </w:p>
    <w:p>
      <w:pPr>
        <w:spacing w:after="80"/>
      </w:pPr>
      <w:r>
        <w:rPr>
          <w:b w:val="0"/>
          <w:i w:val="0"/>
        </w:rPr>
        <w:t>"Không…" Anh kéo tay áo khoác lên, xem chiếc đồng hồ Mickey Mouse của mình, và cau mày. "Nhưng tôi vừa chợt nghĩ ra… chúng ta chỉ còn vài giờ trước khi ra sân bay, và có vài giấy tờ tôi cần giải quyết trước khi có thể rời khỏi đất nước. Hay là tôi gặp cậu ở trên đó nhé?"</w:t>
      </w:r>
    </w:p>
    <w:p>
      <w:pPr>
        <w:spacing w:after="80"/>
      </w:pPr>
      <w:r>
        <w:rPr>
          <w:b w:val="0"/>
          <w:i w:val="0"/>
        </w:rPr>
        <w:t>“Giấy tờ ạ?” cô hỏi.</w:t>
      </w:r>
    </w:p>
    <w:p>
      <w:pPr>
        <w:spacing w:after="80"/>
      </w:pPr>
      <w:r>
        <w:rPr>
          <w:b w:val="0"/>
          <w:i w:val="0"/>
        </w:rPr>
        <w:t>“Xin lỗi,” anh nói. “Anh thật sự chưa muốn kể cho em nghe mọi chuyện xảy ra hôm qua. Nó hỗn loạn lắm, và chỉ còn một chuyện vướng mắc anh cần giải quyết nốt thôi.”</w:t>
      </w:r>
    </w:p>
    <w:p>
      <w:pPr>
        <w:spacing w:after="80"/>
      </w:pPr>
      <w:r>
        <w:rPr>
          <w:b w:val="0"/>
          <w:i w:val="0"/>
        </w:rPr>
        <w:t>Katherine lo lắng không biết đó là chuyện gì, nhất là khi cô nhớ lại sáng hôm qua Robert đã sơ tán khỏi một khách sạn sang trọng và lẩn tránh cảnh sát Séc. “Mọi chuyện ổn chứ, Robert? Mình có cần nhờ đến đại sứ không?”</w:t>
      </w:r>
    </w:p>
    <w:p>
      <w:pPr>
        <w:spacing w:after="80"/>
      </w:pPr>
      <w:r>
        <w:rPr>
          <w:b w:val="0"/>
          <w:i w:val="0"/>
        </w:rPr>
        <w:t>“Mọi chuyện sẽ ổn thôi,” anh trấn an. “Anh hứa đấy.”</w:t>
      </w:r>
    </w:p>
    <w:p>
      <w:pPr>
        <w:spacing w:after="80"/>
      </w:pPr>
      <w:r>
        <w:rPr>
          <w:b w:val="0"/>
          <w:i w:val="0"/>
        </w:rPr>
        <w:t>“Em đi cùng anh nhé?”</w:t>
      </w:r>
    </w:p>
    <w:p>
      <w:pPr>
        <w:spacing w:after="80"/>
      </w:pPr>
      <w:r>
        <w:rPr>
          <w:b w:val="0"/>
          <w:i w:val="0"/>
        </w:rPr>
        <w:t>“Cảm ơn em, nhưng anh không muốn em bỏ lỡ chuyến đi bộ này.” Anh chỉ tay lên lối đi. “Nó tuyệt đẹp. Anh sẽ bắt taxi, giải quyết chuyện này, và nếu may mắn thì hai ta sẽ đến lâu đài gần như cùng lúc.”</w:t>
      </w:r>
    </w:p>
    <w:p>
      <w:pPr>
        <w:spacing w:after="80"/>
      </w:pPr>
      <w:r>
        <w:rPr>
          <w:b w:val="0"/>
          <w:i w:val="0"/>
        </w:rPr>
        <w:t>“Tùy anh,” cô nói, trong lòng vẫn chưa yên. “Mình gặp nhau ở đâu?”</w:t>
      </w:r>
    </w:p>
    <w:p>
      <w:pPr>
        <w:spacing w:after="80"/>
      </w:pPr>
      <w:r>
        <w:rPr>
          <w:b w:val="0"/>
          <w:i w:val="0"/>
        </w:rPr>
        <w:t>Langdon nghĩ một lát. “Anh sẽ gặp em ở cánh cửa có bảy ổ khóa.”</w:t>
      </w:r>
    </w:p>
    <w:p>
      <w:pPr>
        <w:spacing w:after="80"/>
      </w:pPr>
      <w:r>
        <w:rPr>
          <w:b w:val="0"/>
          <w:i w:val="0"/>
        </w:rPr>
        <w:t xml:space="preserve">Katherine nhìn chằm chằm vào anh. “Có một cánh cửa… có </w:t>
      </w:r>
      <w:r>
        <w:rPr>
          <w:b w:val="0"/>
          <w:i/>
        </w:rPr>
        <w:t>bảy</w:t>
      </w:r>
      <w:r>
        <w:rPr>
          <w:b w:val="0"/>
          <w:i w:val="0"/>
        </w:rPr>
        <w:t xml:space="preserve"> ổ khóa ư?”</w:t>
      </w:r>
    </w:p>
    <w:p>
      <w:pPr>
        <w:spacing w:after="80"/>
      </w:pPr>
      <w:r>
        <w:rPr>
          <w:b w:val="0"/>
          <w:i w:val="0"/>
        </w:rPr>
        <w:t>Anh gật đầu. “Một trong những cánh cửa bí ẩn nhất châu Âu đấy. Cứ hỏi khi em đến đó là được.”</w:t>
      </w:r>
    </w:p>
    <w:p>
      <w:pPr>
        <w:spacing w:after="80"/>
      </w:pPr>
      <w:r>
        <w:rPr>
          <w:b w:val="0"/>
          <w:i w:val="0"/>
        </w:rPr>
        <w:t>“Robert,” cô phản đối, “sao mình không gặp nhau ở quầy thông tin như những người bình thường nhỉ?”</w:t>
      </w:r>
    </w:p>
    <w:p>
      <w:pPr>
        <w:spacing w:after="80"/>
      </w:pPr>
      <w:r>
        <w:rPr>
          <w:b w:val="0"/>
          <w:i w:val="0"/>
        </w:rPr>
        <w:t>“Bởi vì…” Anh hôn lên má cô. “</w:t>
      </w:r>
      <w:r>
        <w:rPr>
          <w:b w:val="0"/>
          <w:i/>
        </w:rPr>
        <w:t>Bình thường</w:t>
      </w:r>
      <w:r>
        <w:rPr>
          <w:b w:val="0"/>
          <w:i w:val="0"/>
        </w:rPr>
        <w:t xml:space="preserve"> được đánh giá cao quá mức rồi.”</w:t>
      </w:r>
    </w:p>
    <w:p>
      <w:pPr>
        <w:pStyle w:val="Heading1"/>
      </w:pPr>
      <w:r>
        <w:rPr>
          <w:rFonts w:ascii="Calibri" w:hAnsi="Calibri"/>
          <w:b/>
          <w:i w:val="0"/>
          <w:sz w:val="40"/>
        </w:rPr>
        <w:t>Chương 138</w:t>
      </w:r>
    </w:p>
    <w:p>
      <w:pPr>
        <w:spacing w:after="80"/>
      </w:pPr>
      <w:r>
        <w:rPr>
          <w:b w:val="0"/>
          <w:i w:val="0"/>
        </w:rPr>
        <w:t>Trên cao, phía trên một vùng biển tối mênh mông, Scott Kerble cảm thấy một cơn mệt mỏi sâu thẳm đang ập đến. Khi chiếc phản lực lao về phía tây trước mặt trời đang mọc, anh đi ra phía sau máy bay để kiểm tra lần cuối trước khi nhắm mắt.</w:t>
      </w:r>
    </w:p>
    <w:p>
      <w:pPr>
        <w:spacing w:after="80"/>
      </w:pPr>
      <w:r>
        <w:rPr>
          <w:b w:val="0"/>
          <w:i w:val="0"/>
        </w:rPr>
        <w:t>Sasha đang ngủ say.</w:t>
      </w:r>
    </w:p>
    <w:p>
      <w:pPr>
        <w:spacing w:after="80"/>
      </w:pPr>
      <w:r>
        <w:rPr>
          <w:b w:val="0"/>
          <w:i w:val="0"/>
        </w:rPr>
        <w:t>Kerble đã tháo còng tay cho cô và thay bằng một sợi dây trói cổ chân gắn vào ghế. Anh cũng đã thả Harry và Sally ra khỏi lồng vận chuyển, và hai chú mèo Xiêm giờ đang ngủ gà ngủ gật trên ghế bên cạnh cô, quấn lấy nhau, thành một khối lông duy nhất, cùng kêu gừ gừ như một.</w:t>
      </w:r>
    </w:p>
    <w:p>
      <w:pPr>
        <w:spacing w:after="80"/>
      </w:pPr>
      <w:r>
        <w:rPr>
          <w:b w:val="0"/>
          <w:i w:val="0"/>
        </w:rPr>
        <w:t>Kerble trở về chỗ ngồi và cởi bỏ áo khoác, cảm nhận được chiếc ổ cứng đã mã hóa trong túi. Anh lấy nó ra và ngắm nghía thiết bị, tò mò không biết bên trong có gì mà lại mang đến cho vị đại sứ quyền lực không thể chối cãi đến vậy. Khi nhìn bàn phím tích hợp, anh nhớ lại điều mình được dặn phải nói với giám đốc về mật khẩu mười sáu ký tự.</w:t>
      </w:r>
    </w:p>
    <w:p>
      <w:pPr>
        <w:spacing w:after="80"/>
      </w:pPr>
      <w:r>
        <w:rPr>
          <w:b w:val="0"/>
          <w:i w:val="0"/>
        </w:rPr>
        <w:t>Chữ cái đầu tiên của mỗi từ trong câu nói yêu thích của bạn của Kissinger.</w:t>
      </w:r>
    </w:p>
    <w:p>
      <w:pPr>
        <w:spacing w:after="80"/>
      </w:pPr>
      <w:r>
        <w:rPr>
          <w:b w:val="0"/>
          <w:i w:val="0"/>
        </w:rPr>
        <w:t>Kerble ngẫm nghĩ một lát rồi rút điện thoại ra và hỏi ChatGPT xem Giám đốc CIA Gregory Judd đã từng trích dẫn Henry Kissinger trong bất kỳ bài phát biểu công khai nào chưa. Hóa ra, Judd đã làm vậy rất nhiều, rất nhiều lần—luôn là cùng một câu trích dẫn—và thường kèm theo một lời mở đầu: "Chỉ có Kissinger mới có thể truyền đạt một chân lý phức tạp đến thế chỉ trong mười sáu từ."</w:t>
      </w:r>
    </w:p>
    <w:p>
      <w:pPr>
        <w:spacing w:after="80"/>
      </w:pPr>
      <w:r>
        <w:rPr>
          <w:b w:val="0"/>
          <w:i w:val="0"/>
        </w:rPr>
        <w:t>Một quốc gia đòi hỏi sự hoàn hảo về đạo đức trong chính sách đối ngoại của mình sẽ chẳng đạt được sự hoàn hảo lẫn sự an toàn.</w:t>
      </w:r>
    </w:p>
    <w:p>
      <w:pPr>
        <w:spacing w:after="80"/>
      </w:pPr>
      <w:r>
        <w:rPr>
          <w:b w:val="0"/>
          <w:i/>
        </w:rPr>
        <w:t>ACTDMPIIFPWANPNS,</w:t>
      </w:r>
      <w:r>
        <w:rPr>
          <w:b w:val="0"/>
          <w:i w:val="0"/>
        </w:rPr>
        <w:t xml:space="preserve"> Kerble nghĩ thầm, biết rằng mình có thể dễ dàng mở khóa chiếc đĩa và xem bất cứ dữ liệu nào bị khóa bên trong. Anh cũng biết mình sẽ không bao giờ phản bội lòng tin của vị đại sứ. Không chút do dự, anh trượt chiếc đĩa sâu vào trong túi vải của mình để giao cho giám đốc.</w:t>
      </w:r>
    </w:p>
    <w:p>
      <w:pPr>
        <w:spacing w:after="80"/>
      </w:pPr>
      <w:r>
        <w:rPr>
          <w:b w:val="0"/>
          <w:i/>
        </w:rPr>
        <w:t>Semper Fidelis,</w:t>
      </w:r>
      <w:r>
        <w:rPr>
          <w:b w:val="0"/>
          <w:i w:val="0"/>
        </w:rPr>
        <w:t xml:space="preserve"> anh nghĩ thầm khi nhắm mắt ngủ.</w:t>
      </w:r>
    </w:p>
    <w:p>
      <w:pPr>
        <w:jc w:val="center"/>
      </w:pPr>
      <w:r>
        <w:drawing>
          <wp:inline xmlns:a="http://schemas.openxmlformats.org/drawingml/2006/main" xmlns:pic="http://schemas.openxmlformats.org/drawingml/2006/picture">
            <wp:extent cx="5486400" cy="362122"/>
            <wp:docPr id="150" name="Picture 150"/>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Trên băng ghế sau của khoang hành khách tối om, The Golěm hiện ra từ trong bóng tối. Sasha đang ngủ say, và The Golěm lặng lẽ lùi về phía trước tâm trí cô, mở mắt ra và nhìn ra ngoài cửa sổ. Bên dưới họ, anh chỉ thấy một màu đen kịt…cái khoảng không mênh mông ngăn cách Thế giới Cũ và Thế giới Mới.</w:t>
      </w:r>
    </w:p>
    <w:p>
      <w:pPr>
        <w:spacing w:after="80"/>
      </w:pPr>
      <w:r>
        <w:rPr>
          <w:b w:val="0"/>
          <w:i w:val="0"/>
        </w:rPr>
        <w:t xml:space="preserve">Nước Mỹ sẽ là một khởi đầu mới cho Sasha…như nó đã từng là với hàng triệu người trong suốt lịch sử. Một cơ hội thứ hai. The Golěm cuối cùng đã cảm thấy tự tin rằng sự tận tụy và tình yêu của mình dành cho Sasha sẽ được đền đáp. </w:t>
      </w:r>
      <w:r>
        <w:rPr>
          <w:b w:val="0"/>
          <w:i/>
        </w:rPr>
        <w:t>Vũ trụ giúp đỡ những ai hiểu được nó.</w:t>
      </w:r>
    </w:p>
    <w:p>
      <w:pPr>
        <w:spacing w:after="80"/>
      </w:pPr>
      <w:r>
        <w:rPr>
          <w:b w:val="0"/>
          <w:i w:val="0"/>
        </w:rPr>
        <w:t>Dù The Golěm ngày càng cảm thấy tự tin rằng Sasha sẽ an toàn dưới sự chăm sóc của vị đại sứ, anh không hề có ý định rời bỏ Sasha hoàn toàn. Chưa phải lúc. Anh sẽ tiếp tục dõi theo từ trong bóng tối, mỗi ngày lùi xa thêm một chút, ngày càng ít là một phần trong cuộc đời cô, rồi cuối cùng chỉ còn là một lời thì thầm lặng lẽ trong tâm trí cô. Ý nghĩ đó bỗng khiến anh thấy man mác buồn, vậy mà nó cũng lấp đầy anh bằng cảm giác thành tựu.</w:t>
      </w:r>
    </w:p>
    <w:p>
      <w:pPr>
        <w:spacing w:after="80"/>
      </w:pPr>
      <w:r>
        <w:rPr>
          <w:b w:val="0"/>
          <w:i w:val="0"/>
        </w:rPr>
        <w:t>Cô ấy càng ít cần đến ta, ta càng phụng sự cô ấy nhiều hơn.</w:t>
      </w:r>
    </w:p>
    <w:p>
      <w:pPr>
        <w:spacing w:after="80"/>
      </w:pPr>
      <w:r>
        <w:rPr>
          <w:b w:val="0"/>
          <w:i w:val="0"/>
        </w:rPr>
        <w:t>Dù The Golěm biết mình có quyền rời bỏ Sasha hoàn toàn, tháo bỏ mọi ràng buộc và trở về cõi mà mình đã đến, anh cảm nhận được rằng một phần trong anh sẽ mãi mãi ở bên cô…một thiên thần hộ mệnh. Anh sẽ lặng lẽ hiện diện theo những cách mà bao thiên thần vẫn xuất hiện…như một bản năng, một linh cảm, một sự hiểu biết…một cú huých nhẹ nhàng từ một linh hồn từng trải hơn, tuôn chảy đến từ một thế giới khác.</w:t>
      </w:r>
    </w:p>
    <w:p>
      <w:pPr>
        <w:spacing w:after="80"/>
      </w:pPr>
      <w:r>
        <w:rPr>
          <w:b w:val="0"/>
          <w:i w:val="0"/>
        </w:rPr>
        <w:t>Sasha sẽ sống cuộc đời mà cô ấy xứng đáng.</w:t>
      </w:r>
    </w:p>
    <w:p>
      <w:pPr>
        <w:spacing w:after="80"/>
      </w:pPr>
      <w:r>
        <w:rPr>
          <w:b w:val="0"/>
          <w:i w:val="0"/>
        </w:rPr>
        <w:t>Thanh thản trong tâm hồn, The Golěm nhắm mắt lại và cho phép mình chìm vào giấc ngủ sâu nhất mà anh đã tận hưởng từ rất lâu rồi.</w:t>
      </w:r>
    </w:p>
    <w:p>
      <w:pPr>
        <w:spacing w:after="80"/>
      </w:pPr>
      <w:r>
        <w:rPr>
          <w:b w:val="0"/>
          <w:i/>
        </w:rPr>
        <w:t>"Spokoynoy nochi, milaya,"</w:t>
      </w:r>
      <w:r>
        <w:rPr>
          <w:b w:val="0"/>
          <w:i w:val="0"/>
        </w:rPr>
        <w:t xml:space="preserve"> anh thì thầm. </w:t>
      </w:r>
      <w:r>
        <w:rPr>
          <w:b w:val="0"/>
          <w:i/>
        </w:rPr>
        <w:t>Chúc ngủ ngon, cưng à.</w:t>
      </w:r>
    </w:p>
    <w:p>
      <w:pPr>
        <w:spacing w:after="80"/>
      </w:pPr>
      <w:r>
        <w:rPr>
          <w:b w:val="0"/>
          <w:i w:val="0"/>
        </w:rPr>
        <w:t>Khi anh chìm vào giấc ngủ, bàn tay trái của anh vươn ra, tự ý mình, và nhẹ nhàng vuốt ve hai chú mèo Xiêm đang kêu gừ gừ trên ghế bên cạnh.</w:t>
      </w:r>
    </w:p>
    <w:p>
      <w:pPr>
        <w:pStyle w:val="Heading1"/>
      </w:pPr>
      <w:r>
        <w:rPr>
          <w:rFonts w:ascii="Calibri" w:hAnsi="Calibri"/>
          <w:b/>
          <w:i w:val="0"/>
          <w:sz w:val="40"/>
        </w:rPr>
        <w:t>Chương 139</w:t>
      </w:r>
    </w:p>
    <w:p>
      <w:pPr>
        <w:spacing w:after="80"/>
      </w:pPr>
      <w:r>
        <w:rPr>
          <w:b w:val="0"/>
          <w:i w:val="0"/>
        </w:rPr>
        <w:t xml:space="preserve">Sau khi hoàn tất chặng leo dốc đứng lên Đồi Lâu đài, Katherine cần một chút thời gian để lấy lại hơi thở và cũng để tiêu hóa cái quy mô khổng lồ của công trình trước mắt. Lâu đài Prague thực ra chẳng phải là một lâu đài chút nào… mà đúng hơn là một </w:t>
      </w:r>
      <w:r>
        <w:rPr>
          <w:b w:val="0"/>
          <w:i/>
        </w:rPr>
        <w:t>thành phố</w:t>
      </w:r>
      <w:r>
        <w:rPr>
          <w:b w:val="0"/>
          <w:i w:val="0"/>
        </w:rPr>
        <w:t xml:space="preserve"> có tường bao quanh trải rộng mênh mông.</w:t>
      </w:r>
    </w:p>
    <w:p>
      <w:pPr>
        <w:spacing w:after="80"/>
      </w:pPr>
      <w:r>
        <w:rPr>
          <w:b w:val="0"/>
          <w:i w:val="0"/>
        </w:rPr>
        <w:t>Theo lời Robert, pháo đài trên đỉnh đồi này bao trùm hơn mười lăm mẫu Anh, gồm bốn cung điện, hai hội trường, một nhà tù, một kho vũ khí, một dinh thự tổng thống, một tu viện và năm nhà thờ riêng biệt, trong đó có một trong những nhà thờ lớn nhất thế giới… Nhà thờ Thánh Vitus.</w:t>
      </w:r>
    </w:p>
    <w:p>
      <w:pPr>
        <w:spacing w:after="80"/>
      </w:pPr>
      <w:r>
        <w:rPr>
          <w:b w:val="0"/>
          <w:i w:val="0"/>
        </w:rPr>
        <w:t xml:space="preserve">Hai đêm trước, khi Katherine đến đây để giảng bài, cô đã được đưa đến bằng xe hơi và dẫn vào Sảnh Vladislav qua một lối vào có cột khiêm tốn ở phía nam khu phức hợp. </w:t>
      </w:r>
      <w:r>
        <w:rPr>
          <w:b w:val="0"/>
          <w:i/>
        </w:rPr>
        <w:t>Chắc là để tôi khỏi bị hoảng sợ,</w:t>
      </w:r>
      <w:r>
        <w:rPr>
          <w:b w:val="0"/>
          <w:i w:val="0"/>
        </w:rPr>
        <w:t xml:space="preserve"> cô kết luận, mắt nhìn cái thử thách đáng sợ đang chắn trước mặt cô ở cổng chính.</w:t>
      </w:r>
    </w:p>
    <w:p>
      <w:pPr>
        <w:spacing w:after="80"/>
      </w:pPr>
      <w:r>
        <w:rPr>
          <w:b w:val="0"/>
          <w:i w:val="0"/>
        </w:rPr>
        <w:t>Lối vào lâu đài bị chặn bởi một bức tường chu vi khổng lồ cao năm tầng, mà bản thân nó lại được che chắn phía sau một hàng rào cao chót vót có gai, cổng sắt rèn được hai người lính mặc đồng phục cầm súng trường canh gác. Khoảng hở duy nhất trên hàng rào được hai bức tượng khổng lồ hình những người đàn ông cơ bắp đang trong tư thế đâm, chọc và đập những kẻ yếu thế hơn đứng canh hai bên.</w:t>
      </w:r>
    </w:p>
    <w:p>
      <w:pPr>
        <w:spacing w:after="80"/>
      </w:pPr>
      <w:r>
        <w:rPr>
          <w:b w:val="0"/>
          <w:i/>
        </w:rPr>
        <w:t>Đã nhận được thông điệp,</w:t>
      </w:r>
      <w:r>
        <w:rPr>
          <w:b w:val="0"/>
          <w:i w:val="0"/>
        </w:rPr>
        <w:t xml:space="preserve"> Katherine nghĩ.</w:t>
      </w:r>
    </w:p>
    <w:p>
      <w:pPr>
        <w:spacing w:after="80"/>
      </w:pPr>
      <w:r>
        <w:rPr>
          <w:b w:val="0"/>
          <w:i w:val="0"/>
        </w:rPr>
        <w:t xml:space="preserve">Cô lách qua cổng và băng qua một mê cung sân trong và đường hầm trước khi bước ra một quảng trường lát đá cuội rộng mênh mông. Khi bước vào khoảng trống, ánh mắt cô lập tức hướng lên trên, leo dọc mặt tiền một tòa nhà lớn đến mức cô khó có thể tin nổi nó lại đứng </w:t>
      </w:r>
      <w:r>
        <w:rPr>
          <w:b w:val="0"/>
          <w:i/>
        </w:rPr>
        <w:t>bên trong</w:t>
      </w:r>
      <w:r>
        <w:rPr>
          <w:b w:val="0"/>
          <w:i w:val="0"/>
        </w:rPr>
        <w:t xml:space="preserve"> những bức tường lâu đài.</w:t>
      </w:r>
    </w:p>
    <w:p>
      <w:pPr>
        <w:spacing w:after="80"/>
      </w:pPr>
      <w:r>
        <w:rPr>
          <w:b w:val="0"/>
          <w:i w:val="0"/>
        </w:rPr>
        <w:t>Nhà thờ Thánh Vitus.</w:t>
      </w:r>
    </w:p>
    <w:p>
      <w:pPr>
        <w:spacing w:after="80"/>
      </w:pPr>
      <w:r>
        <w:rPr>
          <w:b w:val="0"/>
          <w:i w:val="0"/>
        </w:rPr>
        <w:t>Tất cả những gì cô biết về nhà thờ này là Langdon coi nó như một kiệt tác kiến trúc. Điểm ông thích nhất là tháp chuông cao hàng trăm mét chứa một trong những quả chuông lớn nhất châu Âu — một gã khổng lồ nặng mười bảy tấn tên là Zikmund — nghe nói rung vang to đến mức chỉ được đánh vào dịp Giáng sinh và Phục sinh vì e rằng dư chấn của nó có thể làm hỏng tòa tháp cổ.</w:t>
      </w:r>
    </w:p>
    <w:p>
      <w:pPr>
        <w:spacing w:after="80"/>
      </w:pPr>
      <w:r>
        <w:rPr>
          <w:b w:val="0"/>
          <w:i w:val="0"/>
        </w:rPr>
        <w:t>Katherine dành vài phút ngước nhìn tháp chuông đồ sộ trước khi tiến về phía lối vào, háo hức tìm cho ra cánh cửa nổi tiếng mà theo lời một người lính gác cô vừa hỏi, nằm bên trong nhà thờ.</w:t>
      </w:r>
    </w:p>
    <w:p>
      <w:pPr>
        <w:spacing w:after="80"/>
      </w:pPr>
      <w:r>
        <w:rPr>
          <w:b w:val="0"/>
          <w:i/>
        </w:rPr>
        <w:t>Cánh cửa có bảy ổ khóa.</w:t>
      </w:r>
      <w:r>
        <w:rPr>
          <w:b w:val="0"/>
          <w:i w:val="0"/>
        </w:rPr>
        <w:t xml:space="preserve"> Cô vẫn chưa biết đó là gì, nhưng cô hy vọng sẽ thấy Langdon đã đợi sẵn ở đó. Chặng đi bộ lên đồi của cô mất lâu hơn dự kiến rất nhiều, còn Langdon thì đi taxi, nên may ra giấy tờ của ông đã được giải quyết nhanh chóng.</w:t>
      </w:r>
    </w:p>
    <w:p>
      <w:pPr>
        <w:spacing w:after="80"/>
      </w:pPr>
      <w:r>
        <w:rPr>
          <w:b w:val="0"/>
          <w:i w:val="0"/>
        </w:rPr>
        <w:t>Bên trong Nhà thờ Thánh Vitus đúng như Katherine mong đợi — rộng như hang động, lộng lẫy và uy nghiêm — y hệt mọi nhà thờ châu Âu khác mà cô từng ghé thăm. Cô vẫn thấy khó hiểu rằng con người đã khổ công suốt nhiều thế kỷ để xây những ngôi đền thờ vị Chúa toàn năng và nhân từ này… trong một thời đại mà dịch bệnh, chiến tranh và nạn đói đang giết hại hàng triệu tín đồ. Cô tự hỏi liệu Chúa của họ có thờ ơ với nỗi khổ của con người… hay bất lực không thể ngăn chặn nó. Dẫu vậy, rõ ràng lời hứa về “sự sống vĩnh cửu” là một liều thuốc an ủi không thể cưỡng lại, xoa dịu nỗi sợ chết phổ quát của con người.</w:t>
      </w:r>
    </w:p>
    <w:p>
      <w:pPr>
        <w:spacing w:after="80"/>
      </w:pPr>
      <w:r>
        <w:rPr>
          <w:b w:val="0"/>
          <w:i/>
        </w:rPr>
        <w:t>Và đến nay vẫn vậy,</w:t>
      </w:r>
      <w:r>
        <w:rPr>
          <w:b w:val="0"/>
          <w:i w:val="0"/>
        </w:rPr>
        <w:t xml:space="preserve"> cô nghĩ khi bước sâu hơn vào nhà thờ, đảo mắt tìm Langdon. Giờ này Nhà thờ Thánh Vitus gần như vắng tanh, và khi cô hỏi người hướng dẫn viên duy nhất về cánh cửa bí ẩn, ông chỉ tay lên lối đi chính giữa gian giữa, về phía một vòm cửa mở bên phải, ngay lệch khỏi trung tâm thánh điện.</w:t>
      </w:r>
    </w:p>
    <w:p>
      <w:pPr>
        <w:spacing w:after="80"/>
      </w:pPr>
      <w:r>
        <w:rPr>
          <w:b w:val="0"/>
          <w:i w:val="0"/>
        </w:rPr>
        <w:t>“Nguyện đường Wenceslas,” ông thì thầm.</w:t>
      </w:r>
    </w:p>
    <w:p>
      <w:pPr>
        <w:spacing w:after="80"/>
      </w:pPr>
      <w:r>
        <w:rPr>
          <w:b w:val="0"/>
          <w:i w:val="0"/>
        </w:rPr>
        <w:t>Nguyện đường vắng vẻ hóa ra là một căn phòng đẹp đến ngỡ ngàng với sàn đá cẩm thạch xám và những bức tường phủ bích họa cầu kỳ vươn cao mấy tầng lên tới trần vòm. Ở giữa nguyện đường là một chiếc hộp hình chữ nhật khổng lồ gồm nhiều tầng, tất cả đều khảm đá quý đủ màu và trên cùng là một tán nhọn. Nó lạ thường đến mức Katherine phải đọc tấm biển mới nhận ra mình đang nhìn cái gì.</w:t>
      </w:r>
    </w:p>
    <w:p>
      <w:pPr>
        <w:spacing w:after="80"/>
      </w:pPr>
      <w:r>
        <w:rPr>
          <w:b w:val="0"/>
          <w:i w:val="0"/>
        </w:rPr>
        <w:t>Một cỗ quan tài hoàng gia.</w:t>
      </w:r>
    </w:p>
    <w:p>
      <w:pPr>
        <w:spacing w:after="80"/>
      </w:pPr>
      <w:r>
        <w:rPr>
          <w:b w:val="0"/>
          <w:i w:val="0"/>
        </w:rPr>
        <w:t xml:space="preserve">Chiếc hộp này, hóa ra, là nơi an nghỉ của một “vị vua” nổi tiếng mà thực ra chưa bao giờ là vua, mà đúng hơn là một hoàng tử tốt bụng bị nhầm lẫn bất tử hóa thành vua trong một bài hát mừng Giáng sinh tiếng Anh phổ biến. Katherine thấy vui khi đọc được rằng nơi an nghỉ của Vua Wenceslas Tốt bụng </w:t>
      </w:r>
      <w:r>
        <w:rPr>
          <w:b w:val="0"/>
          <w:i/>
        </w:rPr>
        <w:t>cũng</w:t>
      </w:r>
      <w:r>
        <w:rPr>
          <w:b w:val="0"/>
          <w:i w:val="0"/>
        </w:rPr>
        <w:t xml:space="preserve"> chính là cửa ngõ dẫn tới Bộ Châu báu Hoàng gia Bohemia vô giá… được cất giữ trong một hầm chỉ có thể tiếp cận qua một cánh cửa nổi tiếng với bảy ổ khóa.</w:t>
      </w:r>
    </w:p>
    <w:p>
      <w:pPr>
        <w:spacing w:after="80"/>
      </w:pPr>
      <w:r>
        <w:rPr>
          <w:b w:val="0"/>
          <w:i w:val="0"/>
        </w:rPr>
        <w:t>Katherine vội vã bước tới cánh cửa nằm ở góc phòng. Đó là một tấm kim loại xám đồ sộ, được đan chéo bằng những dải gia cố đan xen, tán đinh vào các đường chéo. Họa tiết hình thoi tạo thành được tô điểm bằng những con sư tử và đại bàng đang dựng đứng, cả hai đều là biểu tượng trong quốc huy Cộng hòa Séc. Chạy dọc theo phía bên trái cánh cửa là một dãy lỗ khóa được trang trí công phu. Katherine không ngạc nhiên khi đếm được bảy lỗ, mỗi lỗ đều được bao quanh bởi lớp kim loại bọc bảo vệ.</w:t>
      </w:r>
    </w:p>
    <w:p>
      <w:pPr>
        <w:spacing w:after="80"/>
      </w:pPr>
      <w:r>
        <w:rPr>
          <w:b w:val="0"/>
          <w:i w:val="0"/>
        </w:rPr>
        <w:t>Cô liếc nhìn qua vai về phía nhà nguyện trống rỗng rồi, cảm thấy mình thật ngốc nghếch, thử mở cánh cửa.</w:t>
      </w:r>
    </w:p>
    <w:p>
      <w:pPr>
        <w:spacing w:after="80"/>
      </w:pPr>
      <w:r>
        <w:rPr>
          <w:b w:val="0"/>
          <w:i w:val="0"/>
        </w:rPr>
        <w:t>Khóa rồi.</w:t>
      </w:r>
    </w:p>
    <w:p>
      <w:pPr>
        <w:spacing w:after="80"/>
      </w:pPr>
      <w:r>
        <w:rPr>
          <w:b w:val="0"/>
          <w:i w:val="0"/>
        </w:rPr>
        <w:t xml:space="preserve">Sau khi chờ thêm vài phút mà không thấy bóng dáng Langdon đâu, cuối cùng cô bước ra ngoài trở lại gian chính của thánh đường để nghỉ đôi chân trên một dãy ghế gần đó. Được rời khỏi đôi chân thật là dễ chịu, nhưng nỗi lo về Langdon trong cô ngày càng tăng. </w:t>
      </w:r>
      <w:r>
        <w:rPr>
          <w:b w:val="0"/>
          <w:i/>
        </w:rPr>
        <w:t>Có chuyện gì không ổn sao?</w:t>
      </w:r>
    </w:p>
    <w:p>
      <w:pPr>
        <w:spacing w:after="80"/>
      </w:pPr>
      <w:r>
        <w:rPr>
          <w:b w:val="0"/>
          <w:i w:val="0"/>
        </w:rPr>
        <w:t>Buộc tâm trí mình nghĩ sang chuyện khác, cô ngước mắt lên bàn thờ chính—một khung vàng cao vút với những ngọn tháp lưới vàng óng trên nền kính màu. Không thể phủ nhận rằng tòa nhà này là một thành tựu phi thường của con người, một tác phẩm nghệ thuật hùng vĩ.</w:t>
      </w:r>
    </w:p>
    <w:p>
      <w:pPr>
        <w:spacing w:after="80"/>
      </w:pPr>
      <w:r>
        <w:rPr>
          <w:b w:val="0"/>
          <w:i/>
        </w:rPr>
        <w:t>Ngay cả bục giảng cũng là một kiệt tác,</w:t>
      </w:r>
      <w:r>
        <w:rPr>
          <w:b w:val="0"/>
          <w:i w:val="0"/>
        </w:rPr>
        <w:t xml:space="preserve"> cô nghĩ, chiêm ngưỡng bục giảng được chạm khắc tinh xảo gắn trên cây cột bên cạnh. Được lên bằng một cầu thang xoắn ốc thanh thoát, bục giảng hình lục giác cao vút này được tôn lên bởi một tán các thiên thần nhỏ mạ vàng. Chỗ đứng linh thiêng này rõ ràng được thiết kế để mang lại cho người nói một uy quyền gần như thần thánh.</w:t>
      </w:r>
    </w:p>
    <w:p>
      <w:pPr>
        <w:spacing w:after="80"/>
      </w:pPr>
      <w:r>
        <w:rPr>
          <w:b w:val="0"/>
          <w:i w:val="0"/>
        </w:rPr>
        <w:t>“Cô đây rồi!” một giọng nói trầm vang khắp nhà thờ.</w:t>
      </w:r>
    </w:p>
    <w:p>
      <w:pPr>
        <w:spacing w:after="80"/>
      </w:pPr>
      <w:r>
        <w:rPr>
          <w:b w:val="0"/>
          <w:i w:val="0"/>
        </w:rPr>
        <w:t>Cô quay lại và thấy Langdon đang bước ra khỏi Nhà nguyện Wenceslas và vội vã tiến về phía cô, vẫn quấn chặt trong chiếc áo phao Patagonia. “Tôi không thấy cô trong đó và sợ rằng cô đã bỏ cuộc với tôi rồi,” anh nói, đến nơi trong tình trạng thở hổn hển. “Cô có tìm thấy cánh cửa có bảy ổ khóa không?”</w:t>
      </w:r>
    </w:p>
    <w:p>
      <w:pPr>
        <w:spacing w:after="80"/>
      </w:pPr>
      <w:r>
        <w:rPr>
          <w:b w:val="0"/>
          <w:i w:val="0"/>
        </w:rPr>
        <w:t xml:space="preserve">“Có,” cô nói. “Đáng kinh ngạc là nó </w:t>
      </w:r>
      <w:r>
        <w:rPr>
          <w:b w:val="0"/>
          <w:i/>
        </w:rPr>
        <w:t>bị khóa.</w:t>
      </w:r>
      <w:r>
        <w:rPr>
          <w:b w:val="0"/>
          <w:i w:val="0"/>
        </w:rPr>
        <w:t>”</w:t>
      </w:r>
    </w:p>
    <w:p>
      <w:pPr>
        <w:spacing w:after="80"/>
      </w:pPr>
      <w:r>
        <w:rPr>
          <w:b w:val="0"/>
          <w:i w:val="0"/>
        </w:rPr>
        <w:t>Langdon mỉm cười, trông thư giãn hơn giờ. “Vậy thì, nếu cô muốn tôi mở nó, tôi sẽ phải gọi bảy cuộc điện thoại—tổng thống, thủ tướng, tổng giám mục, người quản lý, trưởng ban, thị trưởng, và chủ tịch phòng thương mại.”</w:t>
      </w:r>
    </w:p>
    <w:p>
      <w:pPr>
        <w:spacing w:after="80"/>
      </w:pPr>
      <w:r>
        <w:rPr>
          <w:b w:val="0"/>
          <w:i w:val="0"/>
        </w:rPr>
        <w:t>“Tôi thậm chí sẽ không hỏi tại sao anh biết điều đó đâu, Robert. Anh đã giải quyết xong giấy tờ của mình chưa?”</w:t>
      </w:r>
    </w:p>
    <w:p>
      <w:pPr>
        <w:spacing w:after="80"/>
      </w:pPr>
      <w:r>
        <w:rPr>
          <w:b w:val="0"/>
          <w:i w:val="0"/>
        </w:rPr>
        <w:t>“Rồi,” anh nói. “Mọi thứ đã sẵn sàng.”</w:t>
      </w:r>
    </w:p>
    <w:p>
      <w:pPr>
        <w:spacing w:after="80"/>
      </w:pPr>
      <w:r>
        <w:rPr>
          <w:b w:val="0"/>
          <w:i w:val="0"/>
        </w:rPr>
        <w:t>Katherine cảm thấy nhẹ nhõm. “Anh định kể cho em nghe tất cả chuyện này là về cái gì chứ?”</w:t>
      </w:r>
    </w:p>
    <w:p>
      <w:pPr>
        <w:spacing w:after="80"/>
      </w:pPr>
      <w:r>
        <w:rPr>
          <w:b w:val="0"/>
          <w:i w:val="0"/>
        </w:rPr>
        <w:t>“Tôi sẽ…” anh nói, có vẻ bị phân tâm bởi bục giảng gần đó. “Khoan đã…” Anh liếc nhìn quanh thánh đường vắng vẻ rồi quay lại nhìn Katherine. “Ngồi ngay đây đi—tôi muốn cho em xem một thứ.” Anh tiến về phía cầu thang bục giảng và khéo léo bước qua một dải nhung chắn lối.</w:t>
      </w:r>
    </w:p>
    <w:p>
      <w:pPr>
        <w:spacing w:after="80"/>
      </w:pPr>
      <w:r>
        <w:rPr>
          <w:b w:val="0"/>
          <w:i w:val="0"/>
        </w:rPr>
        <w:t>“Robert, anh đang—”</w:t>
      </w:r>
    </w:p>
    <w:p>
      <w:pPr>
        <w:spacing w:after="80"/>
      </w:pPr>
      <w:r>
        <w:rPr>
          <w:b w:val="0"/>
          <w:i w:val="0"/>
        </w:rPr>
        <w:t>Anh phóng vụt lên cầu thang xoắn ốc. Khi lên đến đỉnh, chỉ còn thấy đầu anh khi anh cúi xuống nhìn qua một cuốn Kinh Thánh khổng lồ đang mở trên giá đọc. “Katherine, tôi muốn đọc cho em nghe vài đoạn,” anh nói, giọng nghiêm túc. “Hãy mở lòng và lắng nghe.”</w:t>
      </w:r>
    </w:p>
    <w:p>
      <w:pPr>
        <w:spacing w:after="80"/>
      </w:pPr>
      <w:r>
        <w:rPr>
          <w:b w:val="0"/>
          <w:i/>
        </w:rPr>
        <w:t>Những đoạn Kinh Thánh ư?</w:t>
      </w:r>
      <w:r>
        <w:rPr>
          <w:b w:val="0"/>
          <w:i w:val="0"/>
        </w:rPr>
        <w:t xml:space="preserve"> “Tôi không hiểu—”</w:t>
      </w:r>
    </w:p>
    <w:p>
      <w:pPr>
        <w:spacing w:after="80"/>
      </w:pPr>
      <w:r>
        <w:rPr>
          <w:b w:val="0"/>
          <w:i w:val="0"/>
        </w:rPr>
        <w:t>“Cứ nghe đã,” anh thúc giục. “Tôi tin những lời này sẽ an ủi tâm hồn em.”</w:t>
      </w:r>
    </w:p>
    <w:p>
      <w:pPr>
        <w:spacing w:after="80"/>
      </w:pPr>
      <w:r>
        <w:rPr>
          <w:b w:val="0"/>
          <w:i w:val="0"/>
        </w:rPr>
        <w:t>Katherine ngơ ngác nhìn lên khi Robert ổn định chỗ ngồi, cởi chiếc áo khoác phồng to, ném xuống sàn, và lúng túng với cuốn Kinh Thánh. Anh có vẻ đang lật từng trang như thể đang tìm một đoạn cụ thể nào đó.</w:t>
      </w:r>
    </w:p>
    <w:p>
      <w:pPr>
        <w:spacing w:after="80"/>
      </w:pPr>
      <w:r>
        <w:rPr>
          <w:b w:val="0"/>
          <w:i w:val="0"/>
        </w:rPr>
        <w:t xml:space="preserve">Khi đã yên vị, Langdon hắng giọng và lại nhìn vào mắt cô trước khi hướng mắt về bục giảng. Khi anh cất lời, giọng nam trung quen thuộc của anh vang rõ và vang vọng. “Giờ đây người ta đã chứng minh được,” anh ngâm nga đầy kịch tính, “rằng </w:t>
      </w:r>
      <w:r>
        <w:rPr>
          <w:b w:val="0"/>
          <w:i/>
        </w:rPr>
        <w:t>trẻ sơ sinh</w:t>
      </w:r>
      <w:r>
        <w:rPr>
          <w:b w:val="0"/>
          <w:i w:val="0"/>
        </w:rPr>
        <w:t xml:space="preserve"> có khả năng trải nghiệm có ý thức ngay từ khi chào đời… qua đó làm lung lay mô hình hiện tại của chúng ta rằng ý thức phát triển dần theo thời gian.”</w:t>
      </w:r>
    </w:p>
    <w:p>
      <w:pPr>
        <w:spacing w:after="80"/>
      </w:pPr>
      <w:r>
        <w:rPr>
          <w:b w:val="0"/>
          <w:i/>
        </w:rPr>
        <w:t>Xin lỗi?</w:t>
      </w:r>
      <w:r>
        <w:rPr>
          <w:b w:val="0"/>
          <w:i w:val="0"/>
        </w:rPr>
        <w:t xml:space="preserve"> Suy nghĩ của Katherine rối tung. </w:t>
      </w:r>
      <w:r>
        <w:rPr>
          <w:b w:val="0"/>
          <w:i/>
        </w:rPr>
        <w:t>Anh ta vừa nói gì thế?!</w:t>
      </w:r>
    </w:p>
    <w:p>
      <w:pPr>
        <w:spacing w:after="80"/>
      </w:pPr>
      <w:r>
        <w:rPr>
          <w:b w:val="0"/>
          <w:i w:val="0"/>
        </w:rPr>
        <w:t xml:space="preserve">Langdon lật vài trang và bắt đầu đọc lại. “Đáng chú ý nhất,” anh tiếp tục, “giờ đây chúng ta đã phát hiện ra </w:t>
      </w:r>
      <w:r>
        <w:rPr>
          <w:b w:val="0"/>
          <w:i/>
        </w:rPr>
        <w:t>bằng chứng</w:t>
      </w:r>
      <w:r>
        <w:rPr>
          <w:b w:val="0"/>
          <w:i w:val="0"/>
        </w:rPr>
        <w:t xml:space="preserve"> không thể chối cãi về hoạt động sóng gamma mạnh mẽ trong não bộ khi nó đang chết.”</w:t>
      </w:r>
    </w:p>
    <w:p>
      <w:pPr>
        <w:spacing w:after="80"/>
      </w:pPr>
      <w:r>
        <w:rPr>
          <w:b w:val="0"/>
          <w:i w:val="0"/>
        </w:rPr>
        <w:t xml:space="preserve">Katherine bật dậy, giờ đã nhận ra chính xác anh đang đọc từ đâu. </w:t>
      </w:r>
      <w:r>
        <w:rPr>
          <w:b w:val="0"/>
          <w:i/>
        </w:rPr>
        <w:t>Không thể nào!</w:t>
      </w:r>
      <w:r>
        <w:rPr>
          <w:b w:val="0"/>
          <w:i w:val="0"/>
        </w:rPr>
        <w:t xml:space="preserve"> Cô lao về phía bục giảng khi Langdon bắt đầu đọc một phần khác.</w:t>
      </w:r>
    </w:p>
    <w:p>
      <w:pPr>
        <w:spacing w:after="80"/>
      </w:pPr>
      <w:r>
        <w:rPr>
          <w:b w:val="0"/>
          <w:i w:val="0"/>
        </w:rPr>
        <w:t>“Nồng độ GABA,” anh ngân nga, “giảm mạnh trong những khoảnh khắc trước khi chết, và cùng với đó là khả năng của não bộ trong việc lọc bỏ những phổ trải nghiệm rộng lớn nhất của con người mà bình thường vẫn chưa được biết đến.”</w:t>
      </w:r>
    </w:p>
    <w:p>
      <w:pPr>
        <w:spacing w:after="80"/>
      </w:pPr>
      <w:r>
        <w:rPr>
          <w:b w:val="0"/>
          <w:i w:val="0"/>
        </w:rPr>
        <w:t xml:space="preserve">Katherine vội vã leo lên cầu thang cong, tim đập thình thịch. “Robert!” cô thốt lên, đến bục giảng, dừng phắt lại, và sững sờ nhìn chằm chằm vào xấp giấy in laser quen thuộc đặt trên cuốn Kinh Thánh khổng lồ. “Đó là </w:t>
      </w:r>
      <w:r>
        <w:rPr>
          <w:b w:val="0"/>
          <w:i/>
        </w:rPr>
        <w:t>bản thảo</w:t>
      </w:r>
      <w:r>
        <w:rPr>
          <w:b w:val="0"/>
          <w:i w:val="0"/>
        </w:rPr>
        <w:t xml:space="preserve"> của em ư?!”</w:t>
      </w:r>
    </w:p>
    <w:p>
      <w:pPr>
        <w:spacing w:after="80"/>
      </w:pPr>
      <w:r>
        <w:rPr>
          <w:b w:val="0"/>
          <w:i w:val="0"/>
        </w:rPr>
        <w:t>“Có vẻ là vậy,” anh nói với một cái nhún vai và nụ cười méo miệng mà cô đã dần yêu mến.</w:t>
      </w:r>
    </w:p>
    <w:p>
      <w:pPr>
        <w:spacing w:after="80"/>
      </w:pPr>
      <w:r>
        <w:rPr>
          <w:b w:val="0"/>
          <w:i w:val="0"/>
        </w:rPr>
        <w:t xml:space="preserve">Katherine giờ đã nhận ra hẳn anh đã mang bản thảo bên dưới áo khoác. “Nhưng…” Cô lúng túng tìm từ. “Em tưởng… anh đã </w:t>
      </w:r>
      <w:r>
        <w:rPr>
          <w:b w:val="0"/>
          <w:i/>
        </w:rPr>
        <w:t>đốt</w:t>
      </w:r>
      <w:r>
        <w:rPr>
          <w:b w:val="0"/>
          <w:i w:val="0"/>
        </w:rPr>
        <w:t xml:space="preserve"> nó rồi!”</w:t>
      </w:r>
    </w:p>
    <w:p>
      <w:pPr>
        <w:spacing w:after="80"/>
      </w:pPr>
      <w:r>
        <w:rPr>
          <w:b w:val="0"/>
          <w:i w:val="0"/>
        </w:rPr>
        <w:t>“Chỉ đốt phần tài liệu tham khảo của em thôi, em yêu…” anh nói với một nụ cười. “Phần còn lại của bản thảo anh đã giấu sau mấy cuốn sách cổ trên kệ ban công của thư viện.”</w:t>
      </w:r>
    </w:p>
    <w:p>
      <w:pPr>
        <w:spacing w:after="80"/>
      </w:pPr>
      <w:r>
        <w:rPr>
          <w:b w:val="0"/>
          <w:i w:val="0"/>
        </w:rPr>
        <w:t xml:space="preserve">Sững sờ, Katherine hình dung ra đám cháy mà Langdon đã tạo ra trên bậc thang kim loại và những mẩu giấy cháy xém trôi xuống tầng dưới. “Nhưng… ngọn lửa có vẻ </w:t>
      </w:r>
      <w:r>
        <w:rPr>
          <w:b w:val="0"/>
          <w:i/>
        </w:rPr>
        <w:t>lớn</w:t>
      </w:r>
      <w:r>
        <w:rPr>
          <w:b w:val="0"/>
          <w:i w:val="0"/>
        </w:rPr>
        <w:t xml:space="preserve"> lắm.”</w:t>
      </w:r>
    </w:p>
    <w:p>
      <w:pPr>
        <w:spacing w:after="80"/>
      </w:pPr>
      <w:r>
        <w:rPr>
          <w:b w:val="0"/>
          <w:i w:val="0"/>
        </w:rPr>
        <w:t xml:space="preserve">“Đúng </w:t>
      </w:r>
      <w:r>
        <w:rPr>
          <w:b w:val="0"/>
          <w:i/>
        </w:rPr>
        <w:t>là</w:t>
      </w:r>
      <w:r>
        <w:rPr>
          <w:b w:val="0"/>
          <w:i w:val="0"/>
        </w:rPr>
        <w:t xml:space="preserve"> vậy,” Langdon nói. “Chỉ có </w:t>
      </w:r>
      <w:r>
        <w:rPr>
          <w:b w:val="0"/>
          <w:i/>
        </w:rPr>
        <w:t>em</w:t>
      </w:r>
      <w:r>
        <w:rPr>
          <w:b w:val="0"/>
          <w:i w:val="0"/>
        </w:rPr>
        <w:t xml:space="preserve"> mới trích dẫn nổi bốn mươi hai trang nguồn giãn dòng đôi. Em </w:t>
      </w:r>
      <w:r>
        <w:rPr>
          <w:b w:val="0"/>
          <w:i/>
        </w:rPr>
        <w:t>biết</w:t>
      </w:r>
      <w:r>
        <w:rPr>
          <w:b w:val="0"/>
          <w:i w:val="0"/>
        </w:rPr>
        <w:t xml:space="preserve"> nhà xuất bản của em sẽ tự dàn trang phần đó ở cuối cho em chứ, phải không? Dù sao thì, anh đã trộn vào đó một nắm giấy da trắng từ một trong những cuốn sổ cái cũ trên kia. Mỡ động vật tạo ra </w:t>
      </w:r>
      <w:r>
        <w:rPr>
          <w:b w:val="0"/>
          <w:i/>
        </w:rPr>
        <w:t>rất nhiều</w:t>
      </w:r>
      <w:r>
        <w:rPr>
          <w:b w:val="0"/>
          <w:i w:val="0"/>
        </w:rPr>
        <w:t xml:space="preserve"> khói đen.”</w:t>
      </w:r>
    </w:p>
    <w:p>
      <w:pPr>
        <w:spacing w:after="80"/>
      </w:pPr>
      <w:r>
        <w:rPr>
          <w:b w:val="0"/>
          <w:i w:val="0"/>
        </w:rPr>
        <w:t xml:space="preserve">Katherine cố nén lại một dòng cảm xúc đang trào dâng trong lòng. Nhẹ nhõm, biết ơn, hoài nghi, và cả bực bội. </w:t>
      </w:r>
      <w:r>
        <w:rPr>
          <w:b w:val="0"/>
          <w:i/>
        </w:rPr>
        <w:t>Bản thảo của mình chưa từng bị mất ư?!</w:t>
      </w:r>
      <w:r>
        <w:rPr>
          <w:b w:val="0"/>
          <w:i w:val="0"/>
        </w:rPr>
        <w:t xml:space="preserve"> “Sao anh không </w:t>
      </w:r>
      <w:r>
        <w:rPr>
          <w:b w:val="0"/>
          <w:i/>
        </w:rPr>
        <w:t>nói</w:t>
      </w:r>
      <w:r>
        <w:rPr>
          <w:b w:val="0"/>
          <w:i w:val="0"/>
        </w:rPr>
        <w:t xml:space="preserve"> với em?!” cô chất vấn. “Em đã đau khổ đến thế!!”</w:t>
      </w:r>
    </w:p>
    <w:p>
      <w:pPr>
        <w:spacing w:after="80"/>
      </w:pPr>
      <w:r>
        <w:rPr>
          <w:b w:val="0"/>
          <w:i w:val="0"/>
        </w:rPr>
        <w:t xml:space="preserve">Vẻ mặt Langdon chân thành hối lỗi. “Tin anh đi, Katherine, anh </w:t>
      </w:r>
      <w:r>
        <w:rPr>
          <w:b w:val="0"/>
          <w:i/>
        </w:rPr>
        <w:t>vô cùng</w:t>
      </w:r>
      <w:r>
        <w:rPr>
          <w:b w:val="0"/>
          <w:i w:val="0"/>
        </w:rPr>
        <w:t xml:space="preserve"> muốn nói. Thật đau lòng khi thấy em khổ sở, nhưng chúng ta đang bị bao vây bởi hỗn loạn và sắp bị bắt giữ và thẩm vấn. Anh không muốn em phải nói dối. Sẽ an toàn hơn nhiều cho em nếu </w:t>
      </w:r>
      <w:r>
        <w:rPr>
          <w:b w:val="0"/>
          <w:i/>
        </w:rPr>
        <w:t>không</w:t>
      </w:r>
      <w:r>
        <w:rPr>
          <w:b w:val="0"/>
          <w:i w:val="0"/>
        </w:rPr>
        <w:t xml:space="preserve"> biết bản thảo còn tồn tại cho đến khi mọi chuyện được giải quyết—điều anh không hề muốn nhất là nó lại bị ÚZSI tịch thu lần nữa, hoặc tệ hơn.”</w:t>
      </w:r>
    </w:p>
    <w:p>
      <w:pPr>
        <w:spacing w:after="80"/>
      </w:pPr>
      <w:r>
        <w:rPr>
          <w:b w:val="0"/>
          <w:i w:val="0"/>
        </w:rPr>
        <w:t xml:space="preserve">Katherine là một kẻ nói dối tệ hại, và cả hai đều biết điều đó…Cô nhận ra anh có lẽ đã đúng. </w:t>
      </w:r>
      <w:r>
        <w:rPr>
          <w:b w:val="0"/>
          <w:i/>
        </w:rPr>
        <w:t>Thông tin sai lệch bằng sự lừa dối,</w:t>
      </w:r>
      <w:r>
        <w:rPr>
          <w:b w:val="0"/>
          <w:i w:val="0"/>
        </w:rPr>
        <w:t xml:space="preserve"> như Nagel đã gọi. Langdon thậm chí còn không nói với Jonas qua điện thoại.</w:t>
      </w:r>
    </w:p>
    <w:p>
      <w:pPr>
        <w:spacing w:after="80"/>
      </w:pPr>
      <w:r>
        <w:rPr>
          <w:b w:val="0"/>
          <w:i w:val="0"/>
        </w:rPr>
        <w:t>"Em hy vọng em sẽ tha thứ cho anh…" anh khẩn khoản. "Đó là một bí mật khó giữ."</w:t>
      </w:r>
    </w:p>
    <w:p>
      <w:pPr>
        <w:spacing w:after="80"/>
      </w:pPr>
      <w:r>
        <w:rPr>
          <w:b w:val="0"/>
          <w:i w:val="0"/>
        </w:rPr>
        <w:t>Katherine nhìn anh không thể đoán được rồi bước tới và vòng tay ôm lấy anh, tan chảy vào cơ thể anh. "Giấy tờ…? Thật sao?"</w:t>
      </w:r>
    </w:p>
    <w:p>
      <w:pPr>
        <w:spacing w:after="80"/>
      </w:pPr>
      <w:r>
        <w:rPr>
          <w:b w:val="0"/>
          <w:i w:val="0"/>
        </w:rPr>
        <w:t>"Giấy tờ quan trọng," anh làm rõ. "Quá quan trọng để đốt."</w:t>
      </w:r>
    </w:p>
    <w:p>
      <w:pPr>
        <w:spacing w:after="80"/>
      </w:pPr>
      <w:r>
        <w:rPr>
          <w:b w:val="0"/>
          <w:i w:val="0"/>
        </w:rPr>
        <w:t>Cô ôm anh chặt hơn. "Có một điều em thực sự không thể tin nổi—Giáo sư Langdon đáng kính thực sự đã xé những trang giấy da bê ra khỏi một cuốn sách cổ?"</w:t>
      </w:r>
    </w:p>
    <w:p>
      <w:pPr>
        <w:spacing w:after="80"/>
      </w:pPr>
      <w:r>
        <w:rPr>
          <w:b w:val="0"/>
          <w:i w:val="0"/>
        </w:rPr>
        <w:t xml:space="preserve">"Những trang </w:t>
      </w:r>
      <w:r>
        <w:rPr>
          <w:b w:val="0"/>
          <w:i/>
        </w:rPr>
        <w:t>trắng</w:t>
      </w:r>
      <w:r>
        <w:rPr>
          <w:b w:val="0"/>
          <w:i w:val="0"/>
        </w:rPr>
        <w:t>," anh đáp trả. "Chúng sẽ không bao giờ bị nhớ đến. Và như thầy giáo tiếng Anh trường dự bị của anh, thầy Lelchuk, từng nói với chúng tôi: 'Cuốn sách đúng vào thời điểm đúng có thể cứu mạng bạn.'"</w:t>
      </w:r>
    </w:p>
    <w:p>
      <w:pPr>
        <w:spacing w:after="80"/>
      </w:pPr>
      <w:r>
        <w:rPr>
          <w:b w:val="0"/>
          <w:i w:val="0"/>
        </w:rPr>
        <w:t>Cô bật cười. "Em khá chắc đó không phải là điều thầy ấy muốn nói."</w:t>
      </w:r>
    </w:p>
    <w:p>
      <w:pPr>
        <w:spacing w:after="80"/>
      </w:pPr>
      <w:r>
        <w:rPr>
          <w:b w:val="0"/>
          <w:i w:val="0"/>
        </w:rPr>
        <w:t>"Chắc là không," Langdon nói, kéo cơ thể cô sát lại gần anh hơn.</w:t>
      </w:r>
    </w:p>
    <w:p>
      <w:pPr>
        <w:spacing w:after="80"/>
      </w:pPr>
      <w:r>
        <w:rPr>
          <w:b w:val="0"/>
          <w:i w:val="0"/>
        </w:rPr>
        <w:t>Katherine không biết họ đã ôm nhau bao lâu trên bục giảng của Nhà thờ Thánh Vitus khi những tiếng chuông trên đầu bắt đầu ngân vang. Cô chìm đắm trong niềm vui có lại được bản thảo của mình…cùng với những làn sóng trìu mến cô đang cảm nhận dành cho người đàn ông trong vòng tay cô.</w:t>
      </w:r>
    </w:p>
    <w:p>
      <w:pPr>
        <w:spacing w:after="80"/>
      </w:pPr>
      <w:r>
        <w:rPr>
          <w:b w:val="0"/>
          <w:i w:val="0"/>
        </w:rPr>
        <w:t>"Em yêu anh, Robert Langdon," cô thì thầm. "Em xin lỗi vì đã mất quá lâu mới nhận ra điều đó."</w:t>
      </w:r>
    </w:p>
    <w:p>
      <w:pPr>
        <w:pStyle w:val="Heading1"/>
      </w:pPr>
      <w:r>
        <w:rPr>
          <w:rFonts w:ascii="Calibri" w:hAnsi="Calibri"/>
          <w:b/>
          <w:i w:val="0"/>
          <w:sz w:val="40"/>
        </w:rPr>
        <w:t>Phần kết</w:t>
      </w:r>
    </w:p>
    <w:p>
      <w:pPr>
        <w:spacing w:after="80"/>
      </w:pPr>
      <w:r>
        <w:rPr>
          <w:b w:val="0"/>
          <w:i w:val="0"/>
        </w:rPr>
        <w:t>Robert Langdon tỉnh dậy bởi tiếng trống quân đội—một tiếng trống dồn đơn độc, chơi một nhịp điệu trận chiến như thể dẫn dắt một đội quân nhỏ. Khi mở mắt, anh đang nhìn ra khoảng không mùa đông rộng lớn của một công viên rợp cây. Ở phía xa, ánh sáng đầu tiên của bình minh đang ló rạng, xuyên qua mê cung những tòa nhà chọc trời.</w:t>
      </w:r>
    </w:p>
    <w:p>
      <w:pPr>
        <w:spacing w:after="80"/>
      </w:pPr>
      <w:r>
        <w:rPr>
          <w:b w:val="0"/>
          <w:i/>
        </w:rPr>
        <w:t>Manhattan,</w:t>
      </w:r>
      <w:r>
        <w:rPr>
          <w:b w:val="0"/>
          <w:i w:val="0"/>
        </w:rPr>
        <w:t xml:space="preserve"> anh nhớ lại khi tâm trí dần trở nên sắc bén. </w:t>
      </w:r>
      <w:r>
        <w:rPr>
          <w:b w:val="0"/>
          <w:i/>
        </w:rPr>
        <w:t>Khách sạn Mandarin Oriental. Tầng năm mươi hai.</w:t>
      </w:r>
    </w:p>
    <w:p>
      <w:pPr>
        <w:spacing w:after="80"/>
      </w:pPr>
      <w:r>
        <w:rPr>
          <w:b w:val="0"/>
          <w:i w:val="0"/>
        </w:rPr>
        <w:t>Tiếng trống vẫn tiếp tục. Nó có vẻ gần.</w:t>
      </w:r>
    </w:p>
    <w:p>
      <w:pPr>
        <w:spacing w:after="80"/>
      </w:pPr>
      <w:r>
        <w:rPr>
          <w:b w:val="0"/>
          <w:i w:val="0"/>
        </w:rPr>
        <w:t>Langdon ngồi dậy trên giường, giờ nhìn thấy Katherine đã thức bên cạnh anh, chống khuỷu tay, mỉm cười tinh nghịch, mái tóc cô rối bù và xõa xuống. Cô đang mày mò với chiếc điện thoại mới của mình, mà Langdon giờ nhận ra chính là nguồn gốc của tiếng trống.</w:t>
      </w:r>
    </w:p>
    <w:p>
      <w:pPr>
        <w:spacing w:after="80"/>
      </w:pPr>
      <w:r>
        <w:rPr>
          <w:b w:val="0"/>
          <w:i w:val="0"/>
        </w:rPr>
        <w:t>"Em đã chán bản 'Morning Mood' của Grieg rồi," cô nói. "Em đã đổi chuông báo thức của chúng ta."</w:t>
      </w:r>
    </w:p>
    <w:p>
      <w:pPr>
        <w:spacing w:after="80"/>
      </w:pPr>
      <w:r>
        <w:rPr>
          <w:b w:val="0"/>
          <w:i/>
        </w:rPr>
        <w:t>Theo một điệu hành quân à?</w:t>
      </w:r>
      <w:r>
        <w:rPr>
          <w:b w:val="0"/>
          <w:i w:val="0"/>
        </w:rPr>
        <w:t xml:space="preserve"> Langdon giờ đã nghe thấy một tiếng sáo hòa cùng tiếng trống, chơi một giai điệu quen thuộc. "Khoan… đó có phải là </w:t>
      </w:r>
      <w:r>
        <w:rPr>
          <w:b w:val="0"/>
          <w:i/>
        </w:rPr>
        <w:t>Boléro</w:t>
      </w:r>
      <w:r>
        <w:rPr>
          <w:b w:val="0"/>
          <w:i w:val="0"/>
        </w:rPr>
        <w:t xml:space="preserve"> không?"</w:t>
      </w:r>
    </w:p>
    <w:p>
      <w:pPr>
        <w:spacing w:after="80"/>
      </w:pPr>
      <w:r>
        <w:rPr>
          <w:b w:val="0"/>
          <w:i w:val="0"/>
        </w:rPr>
        <w:t>Cô nhún vai đầy vẻ ngây thơ. "Có lẽ thế."</w:t>
      </w:r>
    </w:p>
    <w:p>
      <w:pPr>
        <w:spacing w:after="80"/>
      </w:pPr>
      <w:r>
        <w:rPr>
          <w:b w:val="0"/>
          <w:i w:val="0"/>
        </w:rPr>
        <w:t xml:space="preserve">Kiệt tác dành cho dàn nhạc của Ravel được nhiều người coi là bản nhạc cổ điển gợi dục nhất từng được viết ra. Thường được gọi là "bản nhạc nền hoàn hảo cho chuyện chăn gối", </w:t>
      </w:r>
      <w:r>
        <w:rPr>
          <w:b w:val="0"/>
          <w:i/>
        </w:rPr>
        <w:t>Boléro</w:t>
      </w:r>
      <w:r>
        <w:rPr>
          <w:b w:val="0"/>
          <w:i w:val="0"/>
        </w:rPr>
        <w:t xml:space="preserve"> là mười lăm phút nhịp điệu dồn dập, thôi thúc, dâng lên thành cao trào fortissimo của cả dàn nhạc mà các nhà phê bình từng gọi là "cực khoái cung Đô trưởng".</w:t>
      </w:r>
    </w:p>
    <w:p>
      <w:pPr>
        <w:spacing w:after="80"/>
      </w:pPr>
      <w:r>
        <w:rPr>
          <w:b w:val="0"/>
          <w:i w:val="0"/>
        </w:rPr>
        <w:t>"Em đúng là chẳng biết tinh tế là gì," Langdon nói, giật lấy điện thoại của Katherine, vặn to âm lượng, và tinh nghịch ghim cô xuống giường. Trong mười giây tiếp theo, anh nhìn sâu vào mắt cô và tuyệt nhiên không làm gì khác ngoài việc lắng nghe bản song tấu trống lẫy và sáo.</w:t>
      </w:r>
    </w:p>
    <w:p>
      <w:pPr>
        <w:spacing w:after="80"/>
      </w:pPr>
      <w:r>
        <w:rPr>
          <w:b w:val="0"/>
          <w:i w:val="0"/>
        </w:rPr>
        <w:t>"Ơ, Robert?" cuối cùng Katherine lên tiếng. "Anh đang làm gì thế?"</w:t>
      </w:r>
    </w:p>
    <w:p>
      <w:pPr>
        <w:spacing w:after="80"/>
      </w:pPr>
      <w:r>
        <w:rPr>
          <w:b w:val="0"/>
          <w:i w:val="0"/>
        </w:rPr>
        <w:t>"Đợi tiếng kèn clarinet bước vào ở ô nhịp thứ mười tám," anh đáp. "Anh đâu phải kẻ vô văn hóa."</w:t>
      </w:r>
    </w:p>
    <w:p>
      <w:pPr>
        <w:jc w:val="center"/>
      </w:pPr>
      <w:r>
        <w:drawing>
          <wp:inline xmlns:a="http://schemas.openxmlformats.org/drawingml/2006/main" xmlns:pic="http://schemas.openxmlformats.org/drawingml/2006/picture">
            <wp:extent cx="5486400" cy="362122"/>
            <wp:docPr id="151" name="Picture 151"/>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Một giờ sau, Langdon và Katherine đang thư giãn trong những chiếc áo choàng tắm bằng vải bông xù sang trọng, thưởng thức bữa sáng phục vụ tại phòng dưới ánh nắng tràn qua Công viên Trung tâm.</w:t>
      </w:r>
    </w:p>
    <w:p>
      <w:pPr>
        <w:spacing w:after="80"/>
      </w:pPr>
      <w:r>
        <w:rPr>
          <w:b w:val="0"/>
          <w:i w:val="0"/>
        </w:rPr>
        <w:t>Cơ thể Langdon đang vô cùng mãn nguyện, thế mà tâm trí anh lại bồn chồn, háo hức chờ buổi gặp gỡ với Jonas Faukman vào buổi chiều tại tòa nhà Random House Tower.</w:t>
      </w:r>
    </w:p>
    <w:p>
      <w:pPr>
        <w:spacing w:after="80"/>
      </w:pPr>
      <w:r>
        <w:rPr>
          <w:b w:val="0"/>
          <w:i w:val="0"/>
        </w:rPr>
        <w:t>Ông ấy vẫn chưa biết gì về việc chúng ta có bản thảo.</w:t>
      </w:r>
    </w:p>
    <w:p>
      <w:pPr>
        <w:spacing w:after="80"/>
      </w:pPr>
      <w:r>
        <w:rPr>
          <w:b w:val="0"/>
          <w:i w:val="0"/>
        </w:rPr>
        <w:t>Cuốn sách của Katherine được cất an toàn trong két sắt của phòng, buộc bằng hai sợi dây cao su lớn. Trước khi rời Prague, họ đã photo ba bản và gửi an toàn một bản cho Katherine, một bản cho Langdon, và một bản cho Jonas. Nếu may mắn, họ sẽ chẳng cần đến bản nào cả; Penguin Random House chỉ cách đó vài dãy nhà.</w:t>
      </w:r>
    </w:p>
    <w:p>
      <w:pPr>
        <w:spacing w:after="80"/>
      </w:pPr>
      <w:r>
        <w:rPr>
          <w:b w:val="0"/>
          <w:i w:val="0"/>
        </w:rPr>
        <w:t>"Em đã có tựa đề chưa?" Langdon hỏi. "Jonas sẽ muốn biết đấy."</w:t>
      </w:r>
    </w:p>
    <w:p>
      <w:pPr>
        <w:spacing w:after="80"/>
      </w:pPr>
      <w:r>
        <w:rPr>
          <w:b w:val="0"/>
          <w:i w:val="0"/>
        </w:rPr>
        <w:t>Katherine ngước lên. "Cho cuốn sách của em ư? Vẫn chưa có gì…"</w:t>
      </w:r>
    </w:p>
    <w:p>
      <w:pPr>
        <w:spacing w:after="80"/>
      </w:pPr>
      <w:r>
        <w:rPr>
          <w:b w:val="0"/>
          <w:i w:val="0"/>
        </w:rPr>
        <w:t>"Anh hỏi chỉ vì em đã nói một điều ở Prague mà cứ quanh quẩn trong đầu anh mãi. Anh nghĩ có lẽ em đã tìm ra tựa đề hoàn hảo rồi."</w:t>
      </w:r>
    </w:p>
    <w:p>
      <w:pPr>
        <w:spacing w:after="80"/>
      </w:pPr>
      <w:r>
        <w:rPr>
          <w:b w:val="0"/>
          <w:i w:val="0"/>
        </w:rPr>
        <w:t>"Ồ?"</w:t>
      </w:r>
    </w:p>
    <w:p>
      <w:pPr>
        <w:spacing w:after="80"/>
      </w:pPr>
      <w:r>
        <w:rPr>
          <w:b w:val="0"/>
          <w:i w:val="0"/>
        </w:rPr>
        <w:t>"Em bảo anh rằng nếu khoa học có thể chứng minh quả thật có một điều gì đó vượt lên trên cái chết, thì chúng ta nên hô vang thông điệp ấy từ trên đỉnh núi. Em gọi đó là bí mật của mọi bí mật… và em khẳng định nó sẽ có tác động to lớn đến tương lai của nhân loại."</w:t>
      </w:r>
    </w:p>
    <w:p>
      <w:pPr>
        <w:spacing w:after="80"/>
      </w:pPr>
      <w:r>
        <w:rPr>
          <w:b w:val="0"/>
          <w:i w:val="0"/>
        </w:rPr>
        <w:t>"Em nhớ chứ."</w:t>
      </w:r>
    </w:p>
    <w:p>
      <w:pPr>
        <w:spacing w:after="80"/>
      </w:pPr>
      <w:r>
        <w:rPr>
          <w:b w:val="0"/>
          <w:i w:val="0"/>
        </w:rPr>
        <w:t>Langdon chờ đợi. Katherine dường như cũng đang chờ. "Em không nghe thấy à?" anh hỏi. "</w:t>
      </w:r>
      <w:r>
        <w:rPr>
          <w:b w:val="0"/>
          <w:i/>
        </w:rPr>
        <w:t>Bí mật của những bí mật.</w:t>
      </w:r>
      <w:r>
        <w:rPr>
          <w:b w:val="0"/>
          <w:i w:val="0"/>
        </w:rPr>
        <w:t xml:space="preserve"> Nếu em nghĩ kỹ, câu hỏi cốt lõi của cuốn sách—điều gì xảy ra khi chúng ta chết?—chính là bí ẩn mà </w:t>
      </w:r>
      <w:r>
        <w:rPr>
          <w:b w:val="0"/>
          <w:i/>
        </w:rPr>
        <w:t>mọi</w:t>
      </w:r>
      <w:r>
        <w:rPr>
          <w:b w:val="0"/>
          <w:i w:val="0"/>
        </w:rPr>
        <w:t xml:space="preserve"> trí óc con người đều đã trăn trở. Đó thực sự là bí mật của những bí mật."</w:t>
      </w:r>
    </w:p>
    <w:p>
      <w:pPr>
        <w:spacing w:after="80"/>
      </w:pPr>
      <w:r>
        <w:rPr>
          <w:b w:val="0"/>
          <w:i w:val="0"/>
        </w:rPr>
        <w:t xml:space="preserve">"Như một </w:t>
      </w:r>
      <w:r>
        <w:rPr>
          <w:b w:val="0"/>
          <w:i/>
        </w:rPr>
        <w:t>tựa sách</w:t>
      </w:r>
      <w:r>
        <w:rPr>
          <w:b w:val="0"/>
          <w:i w:val="0"/>
        </w:rPr>
        <w:t xml:space="preserve"> ư?" Katherine có vẻ hoài nghi. "Em không biết nữa, nghe cứ như..."</w:t>
      </w:r>
    </w:p>
    <w:p>
      <w:pPr>
        <w:spacing w:after="80"/>
      </w:pPr>
      <w:r>
        <w:rPr>
          <w:b w:val="0"/>
          <w:i w:val="0"/>
        </w:rPr>
        <w:t>"Như một cuốn bestseller ấy hả?" Langdon gợi ý.</w:t>
      </w:r>
    </w:p>
    <w:p>
      <w:pPr>
        <w:spacing w:after="80"/>
      </w:pPr>
      <w:r>
        <w:rPr>
          <w:b w:val="0"/>
          <w:i w:val="0"/>
        </w:rPr>
        <w:t>"Em định nói là 'quá đà' ấy."</w:t>
      </w:r>
    </w:p>
    <w:p>
      <w:pPr>
        <w:spacing w:after="80"/>
      </w:pPr>
      <w:r>
        <w:rPr>
          <w:b w:val="0"/>
          <w:i w:val="0"/>
        </w:rPr>
        <w:t>Anh bật cười. "Chà, bản năng tiên tri của anh mách bảo rằng sảnh lớn của Penguin Random House sẽ sớm dành chỗ trên kệ cho thêm một tác phẩm kinh điển nữa."</w:t>
      </w:r>
    </w:p>
    <w:p>
      <w:pPr>
        <w:spacing w:after="80"/>
      </w:pPr>
      <w:r>
        <w:rPr>
          <w:b w:val="0"/>
          <w:i w:val="0"/>
        </w:rPr>
        <w:t>Mắt Katherine rưng rưng xúc động. Cô nghiêng người tới, nhẹ nhàng hôn anh. "Cảm ơn anh, Robert…vì rất nhiều điều."</w:t>
      </w:r>
    </w:p>
    <w:p>
      <w:pPr>
        <w:spacing w:after="80"/>
      </w:pPr>
      <w:r>
        <w:rPr>
          <w:b w:val="0"/>
          <w:i w:val="0"/>
        </w:rPr>
        <w:t>Họ ngồi im lặng một lúc lâu, ngắm nhìn thế giới nhộn nhịp bên dưới cửa sổ. Cuối cùng, Katherine đứng dậy và xem đồng hồ. "Chúng ta có năm tiếng để khám phá thành phố," cô nói. "Em đi tắm đã, rồi anh có thể làm hướng dẫn viên du lịch."</w:t>
      </w:r>
    </w:p>
    <w:p>
      <w:pPr>
        <w:spacing w:after="80"/>
      </w:pPr>
      <w:r>
        <w:rPr>
          <w:b w:val="0"/>
          <w:i w:val="0"/>
        </w:rPr>
        <w:t>"Nghe tuyệt đấy," Langdon nói khi cô bước về phía phòng tắm. "Chúng ta sẽ bắt đầu ở Trinity Church. Rồi đến Cathedral of Saint John the Divine, Saint Patrick's, Grace Church, the Cloist—"</w:t>
      </w:r>
    </w:p>
    <w:p>
      <w:pPr>
        <w:spacing w:after="80"/>
      </w:pPr>
      <w:r>
        <w:rPr>
          <w:b w:val="0"/>
          <w:i w:val="0"/>
        </w:rPr>
        <w:t>"Robert!" Katherine quay phắt lại. "Không!"</w:t>
      </w:r>
    </w:p>
    <w:p>
      <w:pPr>
        <w:spacing w:after="80"/>
      </w:pPr>
      <w:r>
        <w:rPr>
          <w:b w:val="0"/>
          <w:i w:val="0"/>
        </w:rPr>
        <w:t>"Đùa thôi, em yêu," anh nói với nụ cười. "Cứ để anh lo. Anh biết chính xác nơi cần đưa em đến."</w:t>
      </w:r>
    </w:p>
    <w:p>
      <w:pPr>
        <w:jc w:val="center"/>
      </w:pPr>
      <w:r>
        <w:drawing>
          <wp:inline xmlns:a="http://schemas.openxmlformats.org/drawingml/2006/main" xmlns:pic="http://schemas.openxmlformats.org/drawingml/2006/picture">
            <wp:extent cx="5486400" cy="362122"/>
            <wp:docPr id="152" name="Picture 152"/>
            <wp:cNvGraphicFramePr>
              <a:graphicFrameLocks noChangeAspect="1"/>
            </wp:cNvGraphicFramePr>
            <a:graphic>
              <a:graphicData uri="http://schemas.openxmlformats.org/drawingml/2006/picture">
                <pic:pic>
                  <pic:nvPicPr>
                    <pic:cNvPr id="0" name="image_rsrc8XF.jpg"/>
                    <pic:cNvPicPr/>
                  </pic:nvPicPr>
                  <pic:blipFill>
                    <a:blip r:embed="rId13"/>
                    <a:stretch>
                      <a:fillRect/>
                    </a:stretch>
                  </pic:blipFill>
                  <pic:spPr>
                    <a:xfrm>
                      <a:off x="0" y="0"/>
                      <a:ext cx="5486400" cy="362122"/>
                    </a:xfrm>
                    <a:prstGeom prst="rect"/>
                  </pic:spPr>
                </pic:pic>
              </a:graphicData>
            </a:graphic>
          </wp:inline>
        </w:drawing>
      </w:r>
    </w:p>
    <w:p>
      <w:pPr>
        <w:spacing w:after="80"/>
      </w:pPr>
      <w:r>
        <w:rPr>
          <w:b w:val="0"/>
          <w:i w:val="0"/>
        </w:rPr>
        <w:t>Chiếc tàu ngắm cảnh Circle Line rẽ sóng trên vùng nước gợn sóng của Cảng New York. Trong làn gió buổi sáng, một con chim ưng biển đơn độc lướt đi nhẹ nhàng bên mạn trái, đảo mắt tìm bữa sáng dưới mặt nước. Ở mũi tàu, Katherine Solomon nép mình dưới cánh tay Langdon, tận hưởng hơi ấm từ cơ thể anh và mùi mặn của không khí biển trong lành.</w:t>
      </w:r>
    </w:p>
    <w:p>
      <w:pPr>
        <w:spacing w:after="80"/>
      </w:pPr>
      <w:r>
        <w:rPr>
          <w:b w:val="0"/>
          <w:i w:val="0"/>
        </w:rPr>
        <w:t>"Đẹp không thể tin nổi, phải không em?" Langdon thì thầm khi họ đến gần đích đến.</w:t>
      </w:r>
    </w:p>
    <w:p>
      <w:pPr>
        <w:spacing w:after="80"/>
      </w:pPr>
      <w:r>
        <w:rPr>
          <w:b w:val="0"/>
          <w:i/>
        </w:rPr>
        <w:t>Đúng vậy,</w:t>
      </w:r>
      <w:r>
        <w:rPr>
          <w:b w:val="0"/>
          <w:i w:val="0"/>
        </w:rPr>
        <w:t xml:space="preserve"> Katherine nghĩ. </w:t>
      </w:r>
      <w:r>
        <w:rPr>
          <w:b w:val="0"/>
          <w:i/>
        </w:rPr>
        <w:t>Em đâu có ngờ…</w:t>
      </w:r>
    </w:p>
    <w:p>
      <w:pPr>
        <w:spacing w:after="80"/>
      </w:pPr>
      <w:r>
        <w:rPr>
          <w:b w:val="0"/>
          <w:i w:val="0"/>
        </w:rPr>
        <w:t>Trước mặt họ, cao hơn ba trăm feet so với mặt nước, một hình tượng khổng lồ đứng kiêu hãnh trên hòn đảo riêng của mình, tỏa ra vẻ uy nghi trang trọng dường như thấm đẫm thần thánh. Với cánh tay phải giơ cao, nàng cầm ngọn đuốc sáng lấp lánh với ngọn lửa vàng 24 karat lấp lóe dưới nắng mai.</w:t>
      </w:r>
    </w:p>
    <w:p>
      <w:pPr>
        <w:spacing w:after="80"/>
      </w:pPr>
      <w:r>
        <w:rPr>
          <w:b w:val="0"/>
          <w:i w:val="0"/>
        </w:rPr>
        <w:t>Khi con phà rẽ nước tiến gần hơn, Katherine bắt đầu nhìn thấy những chi tiết trên lớp đồng gỉ xanh của bức tượng—những sợi xích nô lệ đứt gãy quanh đôi chân mang dép, những nếp gấp mềm mại trên tấm áo choàng công lý, tấm bảng trong tay trái ghi ngày sinh của quốc gia, ánh mắt kiên định và vẻ mặt trấn an…và kia, trên đỉnh đầu nàng, biểu tượng cổ xưa mà Langdon đã đưa Katherine đến đây để chiêm ngưỡng.</w:t>
      </w:r>
    </w:p>
    <w:p>
      <w:pPr>
        <w:spacing w:after="80"/>
      </w:pPr>
      <w:r>
        <w:rPr>
          <w:b w:val="0"/>
          <w:i w:val="0"/>
        </w:rPr>
        <w:t>Vương miện rạng rỡ.</w:t>
      </w:r>
    </w:p>
    <w:p>
      <w:pPr>
        <w:spacing w:after="80"/>
      </w:pPr>
      <w:r>
        <w:rPr>
          <w:b w:val="0"/>
          <w:i w:val="0"/>
        </w:rPr>
        <w:t>Ngọn lửa hình gai nhọn trang trí trên Tượng Nữ thần Tự do của nước Mỹ chính là món đồ trang trí đã từng đội lên đầu những bộ óc khai sáng suốt hàng thiên niên kỷ. Bảy ngọn gai, mỗi ngọn dài hơn chín feet, được cho là tượng trưng cho những tia sáng khai sáng sẽ tỏa ra từ đất nước trẻ này và chiếu rọi khắp bảy châu lục.</w:t>
      </w:r>
    </w:p>
    <w:p>
      <w:pPr>
        <w:spacing w:after="80"/>
      </w:pPr>
      <w:r>
        <w:rPr>
          <w:b w:val="0"/>
          <w:i/>
        </w:rPr>
        <w:t>Hoàn toàn ngược lại,</w:t>
      </w:r>
      <w:r>
        <w:rPr>
          <w:b w:val="0"/>
          <w:i w:val="0"/>
        </w:rPr>
        <w:t xml:space="preserve"> Katherine tin như vậy, khi nhìn chúng như những tia sáng khai sáng chảy </w:t>
      </w:r>
      <w:r>
        <w:rPr>
          <w:b w:val="0"/>
          <w:i/>
        </w:rPr>
        <w:t>vào bên trong</w:t>
      </w:r>
      <w:r>
        <w:rPr>
          <w:b w:val="0"/>
          <w:i w:val="0"/>
        </w:rPr>
        <w:t>…tượng trưng cho dòng chảy văn hóa, ngôn ngữ và ý tưởng từ bảy châu lục, tất cả đều tuôn chảy vào nồi nấu chảy (melting pot) chính là tâm trí nước Mỹ. Suy cho cùng, quốc gia này được tạo ra như một kiểu máy thu, kéo về những linh hồn khác biệt từ khắp nơi trên thế giới, tất cả đều chảy vào trong hướng tới một trải nghiệm chung.</w:t>
      </w:r>
    </w:p>
    <w:p>
      <w:pPr>
        <w:spacing w:after="80"/>
      </w:pPr>
      <w:r>
        <w:rPr>
          <w:b w:val="0"/>
          <w:i w:val="0"/>
        </w:rPr>
        <w:t xml:space="preserve">Nhìn ra phía Tượng Nữ thần Tự do, Katherine có thể nghe thấy tiếng vọng mờ nhạt của hàng triệu người đã đến bờ biển này để theo đuổi giấc mơ của mình. </w:t>
      </w:r>
      <w:r>
        <w:rPr>
          <w:b w:val="0"/>
          <w:i/>
        </w:rPr>
        <w:t>Như chính gia đình tôi đã làm…nhiều thế hệ trước.</w:t>
      </w:r>
      <w:r>
        <w:rPr>
          <w:b w:val="0"/>
          <w:i w:val="0"/>
        </w:rPr>
        <w:t xml:space="preserve"> Tổ tiên nhập cư của cô giờ đã không còn, tất nhiên rồi, và thế nhưng </w:t>
      </w:r>
      <w:r>
        <w:rPr>
          <w:b w:val="0"/>
          <w:i/>
        </w:rPr>
        <w:t>đi đâu,</w:t>
      </w:r>
      <w:r>
        <w:rPr>
          <w:b w:val="0"/>
          <w:i w:val="0"/>
        </w:rPr>
        <w:t xml:space="preserve"> Katherine vẫn chưa chắc chắn. Điều cô đã dần chấp nhận là ý thức của con người không như chúng ta vẫn tưởng. Có một điều gì đó có thật và sâu sắc nằm bên ngoài trải nghiệm vật chất của chúng ta…bên ngoài cái kết thúc vật chất của chúng ta.</w:t>
      </w:r>
    </w:p>
    <w:p>
      <w:pPr>
        <w:spacing w:after="80"/>
      </w:pPr>
      <w:r>
        <w:rPr>
          <w:b w:val="0"/>
          <w:i w:val="0"/>
        </w:rPr>
        <w:t>Khi gió thổi mạnh hơn, Katherine nhẹ nhàng tựa đầu lên vai Langdon, tâm trí cô trong trẻo như chưa từng có. Cô ngước nhìn anh. "Ước gì chúng ta có thể đứng đây mãi mãi."</w:t>
      </w:r>
    </w:p>
    <w:p>
      <w:pPr>
        <w:spacing w:after="80"/>
      </w:pPr>
      <w:r>
        <w:rPr>
          <w:b w:val="0"/>
          <w:i w:val="0"/>
        </w:rPr>
        <w:t>"Anh cũng vậy," anh nói với một nụ cười. "Nhưng em còn một cuốn sách phải giao."</w:t>
      </w:r>
    </w:p>
    <w:p>
      <w:pPr>
        <w:spacing w:after="80"/>
      </w:pPr>
      <w:r>
        <w:rPr>
          <w:b w:val="0"/>
          <w:i w:val="0"/>
        </w:rPr>
        <w:t>- Hết -</w:t>
      </w:r>
    </w:p>
    <w:p>
      <w:pPr>
        <w:pStyle w:val="Heading1"/>
      </w:pPr>
      <w:r>
        <w:rPr>
          <w:rFonts w:ascii="Calibri" w:hAnsi="Calibri"/>
          <w:b/>
          <w:i w:val="0"/>
          <w:sz w:val="40"/>
        </w:rPr>
        <w:t>Lời cảm ơn</w:t>
      </w:r>
    </w:p>
    <w:p>
      <w:pPr>
        <w:spacing w:after="80"/>
      </w:pPr>
      <w:r>
        <w:rPr>
          <w:b w:val="0"/>
          <w:i w:val="0"/>
        </w:rPr>
        <w:t>Đầu tiên và trên hết, gửi đến Jason Kaufman—người biên tập tuyệt vời nhất mà một nhà văn có thể có—vì bản năng kể chuyện, khiếu hài hước và những giờ phút không mệt mỏi cùng tôi trong chiến hào.</w:t>
      </w:r>
    </w:p>
    <w:p>
      <w:pPr>
        <w:spacing w:after="80"/>
      </w:pPr>
      <w:r>
        <w:rPr>
          <w:b w:val="0"/>
          <w:i w:val="0"/>
        </w:rPr>
        <w:t>Gửi đến người đại diện không ai sánh bằng của tôi, Heide Lange, vì những thập kỷ tận tụy và tình bạn, và vì đã dẫn dắt mọi khía cạnh sự nghiệp của tôi một cách vô cùng khéo léo với niềm nhiệt huyết không gì sánh được.</w:t>
      </w:r>
    </w:p>
    <w:p>
      <w:pPr>
        <w:spacing w:after="80"/>
      </w:pPr>
      <w:r>
        <w:rPr>
          <w:b w:val="0"/>
          <w:i w:val="0"/>
        </w:rPr>
        <w:t>Lời cảm ơn đặc biệt nhất gửi đến những nhà xuất bản kiên trung của tôi, Maya Mavjee và Bill Thomas, vì sự ủng hộ và kiên nhẫn không lay chuyển trong suốt thời gian tôi viết cuốn sách này…và trên hết, vì sự tận tâm, óc sáng tạo và niềm hào hứng của họ trong quá trình xuất bản.</w:t>
      </w:r>
    </w:p>
    <w:p>
      <w:pPr>
        <w:spacing w:after="80"/>
      </w:pPr>
      <w:r>
        <w:rPr>
          <w:b w:val="0"/>
          <w:i w:val="0"/>
        </w:rPr>
        <w:t>Gửi đến đội ngũ đẳng cấp thế giới tại Doubleday và Penguin Random House, với lời cảm ơn đặc biệt đến chuyên gia truyền thông Todd Doughty; nhóm tiếp thị đầy sáng tạo gồm Heather Fain, Judy Jacoby, Erinn McGrath và Abby Endler; trợ lý biên tập tuyệt vời Lily Dondoshansky vì công việc cẩn thận và tinh thần vui vẻ; Nora Reichard tỉ mỉ trong ban biên tập sản xuất, cùng với Vimi Santokhi, Barbara Richard, Kirsten Eggart và Casey Hampton; các giám đốc nghệ thuật và thiết kế bìa đầy sáng tạo, Oliver Munday và Will Staehle; đội ngũ bán hàng giỏi nhất thế giới, với lời cảm ơn thêm đến Beth Meister, Chris Dufault, David Weller và Lynn Kovach; chuyên gia pháp lý Claire Leonard; đội ngũ IT và an ninh gồm Chris Hart, Tom Saal, Mike DeMasi và Zafar Nasir; Amanda D'Acierno phụ trách sách nói; Beth Lamb phụ trách bìa mềm; người bạn thân yêu của tôi Suzanne Herz; và tất nhiên, tại các văn phòng tập đoàn, những bàn tay vững vàng của Nihar Malaviya, Jaci Updike và Jeff Weber. Cảm ơn tất cả các bạn.</w:t>
      </w:r>
    </w:p>
    <w:p>
      <w:pPr>
        <w:spacing w:after="80"/>
      </w:pPr>
      <w:r>
        <w:rPr>
          <w:b w:val="0"/>
          <w:i w:val="0"/>
        </w:rPr>
        <w:t>Một món nợ ân tình gửi đến năm mươi bảy nhà xuất bản quốc tế của tôi, những người đã dời non lấp biển để đưa những cuốn sách này thành công trên toàn cầu và đã trở thành gia đình mở rộng của tôi nơi xứ người. Cũng xin gửi lời cảm ơn lớn đến đội ngũ dịch giả tài năng, những người đã thổi hồn vào những cuốn sách này trên khắp thế giới.</w:t>
      </w:r>
    </w:p>
    <w:p>
      <w:pPr>
        <w:spacing w:after="80"/>
      </w:pPr>
      <w:r>
        <w:rPr>
          <w:b w:val="0"/>
          <w:i w:val="0"/>
        </w:rPr>
        <w:t>Lời cảm ơn đặc biệt nhất gửi đến người biên tập và người bạn Séc của tôi, Petr Onufer, vì công trình nghiên cứu và hướng dẫn vô giá của anh về mọi khía cạnh của Prague, văn hóa Séc và tiếng Séc…và cũng vì đã giúp tôi nhìn thành phố Prague tráng lệ dưới một ánh sáng thật sự huyền bí. Lời cảm ơn của tôi cũng gửi đến các giám đốc của Argo Publishing tại Prague, Milan Gelnar và Hana Gelnarova.</w:t>
      </w:r>
    </w:p>
    <w:p>
      <w:pPr>
        <w:spacing w:after="80"/>
      </w:pPr>
      <w:r>
        <w:rPr>
          <w:b w:val="0"/>
          <w:i w:val="0"/>
        </w:rPr>
        <w:t>Gửi đến nhà xuất bản tuyệt vời của tôi tại Anh, Bill Scott-Kerr, vì đã là một người bạn tuyệt vời như thế ngay từ ngày đầu tiên với cuốn tiểu thuyết đầu tay của tôi.</w:t>
      </w:r>
    </w:p>
    <w:p>
      <w:pPr>
        <w:spacing w:after="80"/>
      </w:pPr>
      <w:r>
        <w:rPr>
          <w:b w:val="0"/>
          <w:i w:val="0"/>
        </w:rPr>
        <w:t>Sự ngưỡng mộ và lòng biết ơn chân thành của tôi gửi đến những bộ óc phi thường tạo nên Viện Khoa học Noetic (Institute of Noetic Sciences). Cảm ơn các bạn vì công việc quan trọng và đầy soi sáng mà các bạn đang làm.</w:t>
      </w:r>
    </w:p>
    <w:p>
      <w:pPr>
        <w:spacing w:after="80"/>
      </w:pPr>
      <w:r>
        <w:rPr>
          <w:b w:val="0"/>
          <w:i w:val="0"/>
        </w:rPr>
        <w:t>Lời cảm ơn đặc biệt nhất gửi đến Norm Eisen, cựu đại sứ tại Cộng hòa Séc, vì lòng hiếu khách hào phóng của ông khi tôi ở Prague, và vì những câu chuyện hấp dẫn của ông trong bữa tối tại Petschek Villa tráng lệ.</w:t>
      </w:r>
    </w:p>
    <w:p>
      <w:pPr>
        <w:spacing w:after="80"/>
      </w:pPr>
      <w:r>
        <w:rPr>
          <w:b w:val="0"/>
          <w:i w:val="0"/>
        </w:rPr>
        <w:t>Trong suốt sáu năm qua, rất nhiều nhà khoa học, sử gia, người phụ trách bảo tàng, học giả tôn giáo, quan chức chính phủ và các tổ chức tư nhân đã hào phóng hỗ trợ cho quá trình nghiên cứu cuốn tiểu thuyết này. Ngôn từ không thể nào diễn tả hết lòng biết ơn của tôi dành cho tất cả họ vì sự hào phóng và cởi mở khi chia sẻ chuyên môn cùng hiểu biết của mình.</w:t>
      </w:r>
    </w:p>
    <w:p>
      <w:pPr>
        <w:spacing w:after="80"/>
      </w:pPr>
      <w:r>
        <w:rPr>
          <w:b w:val="0"/>
          <w:i w:val="0"/>
        </w:rPr>
        <w:t>Gửi đến trợ lý riêng đáng tin cậy của tôi, Susan Morehouse, vì tình bạn bền vững và sự tận tụy qua bao năm tháng, cùng tất cả những gì cô làm phía sau hậu trường để giữ cho con tàu này chạy đúng đường ray.</w:t>
      </w:r>
    </w:p>
    <w:p>
      <w:pPr>
        <w:spacing w:after="80"/>
      </w:pPr>
      <w:r>
        <w:rPr>
          <w:b w:val="0"/>
          <w:i w:val="0"/>
        </w:rPr>
        <w:t>Gửi đến vị chuyên gia kỹ thuật số am hiểu công nghệ của tôi, Alex Canon, vì đã xử lý mọi khía cạnh trong thế giới trực tuyến của tôi (và còn vì đã truy lùng ra những kẻ tấn công bản thảo).</w:t>
      </w:r>
    </w:p>
    <w:p>
      <w:pPr>
        <w:spacing w:after="80"/>
      </w:pPr>
      <w:r>
        <w:rPr>
          <w:b w:val="0"/>
          <w:i w:val="0"/>
        </w:rPr>
        <w:t>Gửi đến đội ngũ trong mơ tại William Morris Endeavor—đặc biệt cảm ơn Ari, Sylvie, Conor, Ryan, Michael và CJ—vì đã tạo nên những sự cộng hưởng tuyệt vời đến vậy.</w:t>
      </w:r>
    </w:p>
    <w:p>
      <w:pPr>
        <w:spacing w:after="80"/>
      </w:pPr>
      <w:r>
        <w:rPr>
          <w:b w:val="0"/>
          <w:i w:val="0"/>
        </w:rPr>
        <w:t>Gửi đến bộ óc pháp lý lỗi lạc Karl Austen vì chuyên môn của anh, và còn vì đã hóa thân thành chuyên gia giải mã của NSA trong cuốn tiểu thuyết đầu tiên của tôi.</w:t>
      </w:r>
    </w:p>
    <w:p>
      <w:pPr>
        <w:spacing w:after="80"/>
      </w:pPr>
      <w:r>
        <w:rPr>
          <w:b w:val="0"/>
          <w:i w:val="0"/>
        </w:rPr>
        <w:t>Gửi đến tất cả mọi người tại Sanford J. Greenburger Associates, với lòng biết ơn chân thành đến Iwalani Kim và Madeline Wallace vì đã xử lý vô số chi tiết với sự thanh lịch và chính xác, cùng gửi đến tài năng của Charles Loffredo vì đã lo liệu mọi việc liên quan đến con số.</w:t>
      </w:r>
    </w:p>
    <w:p>
      <w:pPr>
        <w:spacing w:after="80"/>
      </w:pPr>
      <w:r>
        <w:rPr>
          <w:b w:val="0"/>
          <w:i w:val="0"/>
        </w:rPr>
        <w:t xml:space="preserve">Gửi đến Peter Fahey, Philip McCaull, Jennifer Rouleau, Ginny McGrody, Glenn Greenfader và các cộng sự vì đã khéo léo quản lý </w:t>
      </w:r>
      <w:r>
        <w:rPr>
          <w:b w:val="0"/>
          <w:i/>
        </w:rPr>
        <w:t>Fructus laborum.</w:t>
      </w:r>
    </w:p>
    <w:p>
      <w:pPr>
        <w:spacing w:after="80"/>
      </w:pPr>
      <w:r>
        <w:rPr>
          <w:b w:val="0"/>
          <w:i w:val="0"/>
        </w:rPr>
        <w:t>Cũng xin cảm ơn Tiến sĩ Mona Laifi, Tiến sĩ Elizabeth Klodas, Tiến sĩ Bob Helm, Tiến sĩ Chad Prusmack, Dennis G. Whyte tại Trung tâm Khoa học Plasma và Nhiệt hạch MIT, Georgie Venci và Charlie Venci vì sự sành sỏi về thủy sinh của họ, Carl Schwartz vì kỹ năng ẩm thực, huấn luyện viên Evan Schaller của tôi vì đã kéo tôi ra khỏi bàn làm việc và giữ cho tôi vận động, khách sạn Four Seasons Hotel Prague vì sự hiếu khách, Cục Du lịch Prague, Đại học Charles, Klementinum, đội bảo vệ của Đại sứ Hoa Kỳ Carlton Cuse, Emanuel Swedenborg bất khuất, Dự án Ý thức Toàn cầu, Trung tâm Khoa học Ý thức, gửi đến Rose Schwartz, Eric Brown, Neil Rosini, và để tưởng nhớ người bạn thân yêu Michael Rudell vì đã là một tấm gương tuyệt vời về sự duyên dáng và lòng tốt.</w:t>
      </w:r>
    </w:p>
    <w:p>
      <w:pPr>
        <w:spacing w:after="80"/>
      </w:pPr>
      <w:r>
        <w:rPr>
          <w:b w:val="0"/>
          <w:i w:val="0"/>
        </w:rPr>
        <w:t>Gửi đến cố đại diện văn học vĩ đại George Wieser vì đã mời tôi ăn trưa năm 1994 và mạnh mẽ đề nghị tôi tạm gác âm nhạc…và viết một cuốn tiểu thuyết.</w:t>
      </w:r>
    </w:p>
    <w:p>
      <w:pPr>
        <w:spacing w:after="80"/>
      </w:pPr>
      <w:r>
        <w:rPr>
          <w:b w:val="0"/>
          <w:i w:val="0"/>
        </w:rPr>
        <w:t>Mi agradecimiento al distinguido caballero Roberto Batalla por haberme servido de guía en el paisaje costarricense.</w:t>
      </w:r>
    </w:p>
    <w:p>
      <w:pPr>
        <w:spacing w:after="80"/>
      </w:pPr>
      <w:r>
        <w:rPr>
          <w:b w:val="0"/>
          <w:i w:val="0"/>
        </w:rPr>
        <w:t xml:space="preserve">Gửi đến những người đọc bản thảo đầu tiên của tôi—Gregory Brown, Heide Lange, John Chaffee, Iwalani Kim, Madeline Wallace, Lily Dondoshansky và những người khác. Cảm ơn các bạn vì những góp ý ban đầu cho một bản thảo </w:t>
      </w:r>
      <w:r>
        <w:rPr>
          <w:b w:val="0"/>
          <w:i/>
        </w:rPr>
        <w:t>rất</w:t>
      </w:r>
      <w:r>
        <w:rPr>
          <w:b w:val="0"/>
          <w:i w:val="0"/>
        </w:rPr>
        <w:t xml:space="preserve"> dài. Và lòng biết ơn tiếp nối gửi đến Rebecca, Caleb, Hannah và Sophie Kaufman, cùng Olivia và Jerry Kaufman, vì nhiều năm ủng hộ…và vì đã vui lòng chia sẻ biên tập viên của tôi.</w:t>
      </w:r>
    </w:p>
    <w:p>
      <w:pPr>
        <w:spacing w:after="80"/>
      </w:pPr>
      <w:r>
        <w:rPr>
          <w:b w:val="0"/>
          <w:i w:val="0"/>
        </w:rPr>
        <w:t>Lòng biết ơn trọn đời gửi đến cha mẹ tôi—Connie và Dick Brown—vì đã dạy tôi luôn tò mò và đón nhận những câu hỏi khó.</w:t>
      </w:r>
    </w:p>
    <w:p>
      <w:pPr>
        <w:spacing w:after="80"/>
      </w:pPr>
      <w:r>
        <w:rPr>
          <w:b w:val="0"/>
          <w:i w:val="0"/>
        </w:rPr>
        <w:t>Và cuối cùng, gửi đến vị hôn thê của tôi, Judith Pietersen, vì sự kiên nhẫn, tình yêu và khiếu hài hước đáng kinh ngạc của cô ấy trong suốt thời gian tôi vùi đầu vào cuốn sách này.</w:t>
      </w:r>
    </w:p>
    <w:p>
      <w:pPr>
        <w:pStyle w:val="Heading1"/>
      </w:pPr>
      <w:r>
        <w:rPr>
          <w:rFonts w:ascii="Calibri" w:hAnsi="Calibri"/>
          <w:b/>
          <w:i w:val="0"/>
          <w:sz w:val="40"/>
        </w:rPr>
        <w:t>Ghi công Minh họa</w:t>
      </w:r>
    </w:p>
    <w:p>
      <w:pPr>
        <w:spacing w:after="80"/>
      </w:pPr>
      <w:r>
        <w:rPr>
          <w:b w:val="0"/>
          <w:i w:val="0"/>
        </w:rPr>
        <w:t>1richard/Adobe Stock</w:t>
      </w:r>
    </w:p>
    <w:p>
      <w:pPr>
        <w:spacing w:after="80"/>
      </w:pPr>
      <w:r>
        <w:rPr>
          <w:b w:val="0"/>
          <w:i w:val="0"/>
        </w:rPr>
        <w:t>2lalithherath/Adobe Stock</w:t>
      </w:r>
    </w:p>
    <w:p>
      <w:pPr>
        <w:spacing w:after="80"/>
      </w:pPr>
      <w:r>
        <w:rPr>
          <w:b w:val="0"/>
          <w:i w:val="0"/>
        </w:rPr>
        <w:t>3Elvira Astahova/Adobe Stock</w:t>
      </w:r>
    </w:p>
    <w:p>
      <w:pPr>
        <w:pStyle w:val="Heading1"/>
      </w:pPr>
      <w:r>
        <w:rPr>
          <w:rFonts w:ascii="Calibri" w:hAnsi="Calibri"/>
          <w:b/>
          <w:i w:val="0"/>
          <w:sz w:val="40"/>
        </w:rPr>
        <w:t>Giới thiệu về tác giả</w:t>
      </w:r>
    </w:p>
    <w:p>
      <w:pPr>
        <w:spacing w:after="80"/>
      </w:pPr>
      <w:r>
        <w:rPr>
          <w:b w:val="0"/>
          <w:i w:val="0"/>
        </w:rPr>
        <w:t xml:space="preserve">Dan Brown là tác giả của nhiều cuốn sách bán chạy nhất quốc tế từng đứng số 1, bao gồm </w:t>
      </w:r>
      <w:r>
        <w:rPr>
          <w:b w:val="0"/>
          <w:i/>
        </w:rPr>
        <w:t>Mật mã Da Vinci, Hỏa ngục, Biểu tượng thất truyền, Nguồn cội, Thiên thần và ác quỷ, Điểm dối lừa,</w:t>
      </w:r>
      <w:r>
        <w:rPr>
          <w:b w:val="0"/>
          <w:i w:val="0"/>
        </w:rPr>
        <w:t xml:space="preserve"> và </w:t>
      </w:r>
      <w:r>
        <w:rPr>
          <w:b w:val="0"/>
          <w:i/>
        </w:rPr>
        <w:t>Pháo đài số.</w:t>
      </w:r>
    </w:p>
    <w:p>
      <w:pPr>
        <w:jc w:val="center"/>
      </w:pPr>
      <w:r>
        <w:drawing>
          <wp:inline xmlns:a="http://schemas.openxmlformats.org/drawingml/2006/main" xmlns:pic="http://schemas.openxmlformats.org/drawingml/2006/picture">
            <wp:extent cx="5486400" cy="4129088"/>
            <wp:docPr id="153" name="Picture 153"/>
            <wp:cNvGraphicFramePr>
              <a:graphicFrameLocks noChangeAspect="1"/>
            </wp:cNvGraphicFramePr>
            <a:graphic>
              <a:graphicData uri="http://schemas.openxmlformats.org/drawingml/2006/picture">
                <pic:pic>
                  <pic:nvPicPr>
                    <pic:cNvPr id="0" name="image_rsrc8YG.jpg"/>
                    <pic:cNvPicPr/>
                  </pic:nvPicPr>
                  <pic:blipFill>
                    <a:blip r:embed="rId38"/>
                    <a:stretch>
                      <a:fillRect/>
                    </a:stretch>
                  </pic:blipFill>
                  <pic:spPr>
                    <a:xfrm>
                      <a:off x="0" y="0"/>
                      <a:ext cx="5486400" cy="4129088"/>
                    </a:xfrm>
                    <a:prstGeom prst="rect"/>
                  </pic:spPr>
                </pic:pic>
              </a:graphicData>
            </a:graphic>
          </wp:inline>
        </w:drawing>
      </w:r>
    </w:p>
    <w:p>
      <w:pPr>
        <w:spacing w:after="80"/>
      </w:pPr>
      <w:r>
        <w:rPr>
          <w:b w:val="0"/>
          <w:i w:val="0"/>
        </w:rPr>
        <w:t>Tìm hiểu thêm tại knopfdoubleday.com</w:t>
      </w:r>
    </w:p>
    <w:p>
      <w:pPr>
        <w:pStyle w:val="Heading1"/>
      </w:pPr>
      <w:r>
        <w:rPr>
          <w:rFonts w:ascii="Calibri" w:hAnsi="Calibri"/>
          <w:b/>
          <w:i w:val="0"/>
          <w:sz w:val="40"/>
        </w:rPr>
        <w:t>Phụ lục: Mô tả hình ảnh</w:t>
      </w:r>
    </w:p>
    <w:p>
      <w:pPr>
        <w:spacing w:after="80"/>
      </w:pPr>
      <w:r>
        <w:rPr>
          <w:b w:val="0"/>
          <w:i w:val="0"/>
        </w:rPr>
        <w:t>Hình ảnh sau đây trong ebook này minh họa những ý tưởng phức tạp hoặc chứa một đoạn văn bản. Ở đây nó được tái hiện dưới dạng hình thu nhỏ kèm theo một phần mô tả chi tiết.</w:t>
      </w:r>
    </w:p>
    <w:p>
      <w:pPr>
        <w:jc w:val="center"/>
      </w:pPr>
      <w:r>
        <w:drawing>
          <wp:inline xmlns:a="http://schemas.openxmlformats.org/drawingml/2006/main" xmlns:pic="http://schemas.openxmlformats.org/drawingml/2006/picture">
            <wp:extent cx="5486400" cy="4169092"/>
            <wp:docPr id="154" name="Picture 154"/>
            <wp:cNvGraphicFramePr>
              <a:graphicFrameLocks noChangeAspect="1"/>
            </wp:cNvGraphicFramePr>
            <a:graphic>
              <a:graphicData uri="http://schemas.openxmlformats.org/drawingml/2006/picture">
                <pic:pic>
                  <pic:nvPicPr>
                    <pic:cNvPr id="0" name="image_rsrc8XD.jpg"/>
                    <pic:cNvPicPr/>
                  </pic:nvPicPr>
                  <pic:blipFill>
                    <a:blip r:embed="rId11"/>
                    <a:stretch>
                      <a:fillRect/>
                    </a:stretch>
                  </pic:blipFill>
                  <pic:spPr>
                    <a:xfrm>
                      <a:off x="0" y="0"/>
                      <a:ext cx="5486400" cy="4169092"/>
                    </a:xfrm>
                    <a:prstGeom prst="rect"/>
                  </pic:spPr>
                </pic:pic>
              </a:graphicData>
            </a:graphic>
          </wp:inline>
        </w:drawing>
      </w:r>
    </w:p>
    <w:p>
      <w:pPr>
        <w:pStyle w:val="Heading2"/>
      </w:pPr>
      <w:r>
        <w:rPr>
          <w:rFonts w:ascii="Calibri" w:hAnsi="Calibri"/>
          <w:b/>
          <w:i w:val="0"/>
          <w:sz w:val="32"/>
        </w:rPr>
        <w:t>Bản đồ Prague</w:t>
      </w:r>
    </w:p>
    <w:p>
      <w:pPr>
        <w:spacing w:after="80"/>
      </w:pPr>
      <w:r>
        <w:rPr>
          <w:b w:val="0"/>
          <w:i w:val="0"/>
        </w:rPr>
        <w:t>Đây là một bản đồ đường phố cách điệu của trung tâm Prague và vùng phụ cận, tập trung vào các địa danh chính, cầu, khách sạn và một vài điểm tham quan ở ngoại vi. Thiết kế thể hiện mạng lưới đường phố, dòng chảy của sông Vltava và các địa điểm được dán nhãn. Một bản đồ thu nhỏ ở góc dưới bên trái phóng to khu vực Old Town.</w:t>
      </w:r>
    </w:p>
    <w:p>
      <w:pPr>
        <w:spacing w:after="80"/>
      </w:pPr>
      <w:r>
        <w:rPr>
          <w:b w:val="0"/>
          <w:i w:val="0"/>
        </w:rPr>
        <w:t>Bản đồ chính lấy trung tâm là Prague lịch sử. Ở phía bên trái là Lâu đài Prague, Nhà thờ St. Vitus, Sảnh Vladislav, Khách sạn Alchymist, Đại sứ quán Hoa Kỳ và Đồi Petřín, bao gồm Tháp Petřín, Mê cung Gương và Cáp treo Petřín. Một nhãn chỉ về phía bên trái hướng tới Sân bay Václav Havel. Ở phía trên là Biệt thự Petschek (dinh thự của đại sứ Hoa Kỳ).</w:t>
      </w:r>
    </w:p>
    <w:p>
      <w:pPr>
        <w:spacing w:after="80"/>
      </w:pPr>
      <w:r>
        <w:rPr>
          <w:b w:val="0"/>
          <w:i w:val="0"/>
        </w:rPr>
        <w:t>Sông Vltava chảy theo chiều dọc qua phần giữa bên phải của bản đồ. Nhiều cây cầu bắc qua sông, bao gồm Cầu Mánesův, Cầu Charles và Cầu Legion. Gần sông là Vườn Wallenstein, Bức tường Dripstone và Bảo tàng Kampa.</w:t>
      </w:r>
    </w:p>
    <w:p>
      <w:pPr>
        <w:spacing w:after="80"/>
      </w:pPr>
      <w:r>
        <w:rPr>
          <w:b w:val="0"/>
          <w:i w:val="0"/>
        </w:rPr>
        <w:t>Ở phía bên phải dòng sông là các địa danh trong khu vực Old Town, bao gồm tượng Kafka, Nghĩa trang Do Thái Cũ, Quảng trường Old Town, The Klementinum, Khách sạn Four Seasons và Khách sạn Mozart Prague. Xa hơn về phía nam là Dancing House, Crucifix Bastion, Công viên Folimanka và một nhãn cho R2-D2.</w:t>
      </w:r>
    </w:p>
    <w:p>
      <w:pPr>
        <w:spacing w:after="80"/>
      </w:pPr>
      <w:r>
        <w:rPr>
          <w:b w:val="0"/>
          <w:i w:val="0"/>
        </w:rPr>
        <w:t>Một bản đồ thu nhỏ ở góc dưới bên trái phóng to khu vực quanh Cầu Charles, Cầu Mánesův, Giáo đường Do Thái Old-New, Nghĩa trang Do Thái Cũ, tượng Kafka, Tháp Thiên văn, Quảng trường Old Town, The Klementinum, Thư viện Klementinum, Khách sạn Four Seasons và Black Angel's Bar.</w:t>
      </w:r>
    </w:p>
    <w:p>
      <w:pPr>
        <w:spacing w:after="80"/>
      </w:pPr>
      <w:r>
        <w:rPr>
          <w:b w:val="0"/>
          <w:i w:val="0"/>
        </w:rPr>
        <w:t>Quay lại hình ảnh trong Bản đồ: Prague.</w:t>
      </w:r>
    </w:p>
    <w:p>
      <w:pPr>
        <w:jc w:val="center"/>
      </w:pPr>
      <w:r>
        <w:drawing>
          <wp:inline xmlns:a="http://schemas.openxmlformats.org/drawingml/2006/main" xmlns:pic="http://schemas.openxmlformats.org/drawingml/2006/picture">
            <wp:extent cx="5486400" cy="4391085"/>
            <wp:docPr id="155" name="Picture 155"/>
            <wp:cNvGraphicFramePr>
              <a:graphicFrameLocks noChangeAspect="1"/>
            </wp:cNvGraphicFramePr>
            <a:graphic>
              <a:graphicData uri="http://schemas.openxmlformats.org/drawingml/2006/picture">
                <pic:pic>
                  <pic:nvPicPr>
                    <pic:cNvPr id="0" name="image_rsrc8YH.jpg"/>
                    <pic:cNvPicPr/>
                  </pic:nvPicPr>
                  <pic:blipFill>
                    <a:blip r:embed="rId39"/>
                    <a:stretch>
                      <a:fillRect/>
                    </a:stretch>
                  </pic:blipFill>
                  <pic:spPr>
                    <a:xfrm>
                      <a:off x="0" y="0"/>
                      <a:ext cx="5486400" cy="4391085"/>
                    </a:xfrm>
                    <a:prstGeom prst="rect"/>
                  </pic:spPr>
                </pic:pic>
              </a:graphicData>
            </a:graphic>
          </wp:inline>
        </w:drawing>
      </w:r>
    </w:p>
    <w:p>
      <w:pPr>
        <w:pStyle w:val="Heading1"/>
      </w:pPr>
      <w:r>
        <w:rPr>
          <w:rFonts w:ascii="Calibri" w:hAnsi="Calibri"/>
          <w:b/>
          <w:i w:val="0"/>
          <w:sz w:val="40"/>
        </w:rPr>
        <w:t>Tiếp theo trong</w:t>
      </w:r>
      <w:r>
        <w:br/>
      </w:r>
      <w:r>
        <w:rPr>
          <w:rFonts w:ascii="Calibri" w:hAnsi="Calibri"/>
          <w:b/>
          <w:i w:val="0"/>
          <w:sz w:val="40"/>
        </w:rPr>
        <w:t>danh sách đọc của bạn là gì?</w:t>
      </w:r>
    </w:p>
    <w:p>
      <w:pPr>
        <w:spacing w:after="80"/>
      </w:pPr>
      <w:r>
        <w:rPr>
          <w:b w:val="0"/>
          <w:i w:val="0"/>
        </w:rPr>
        <w:t>Khám phá cuốn sách</w:t>
      </w:r>
      <w:r>
        <w:br/>
      </w:r>
      <w:r>
        <w:rPr>
          <w:b w:val="0"/>
          <w:i w:val="0"/>
        </w:rPr>
        <w:t>tuyệt vời tiếp theo của bạn!</w:t>
      </w:r>
    </w:p>
    <w:p>
      <w:pPr>
        <w:spacing w:after="80"/>
      </w:pPr>
      <w:r>
        <w:rPr>
          <w:b w:val="0"/>
          <w:i w:val="0"/>
        </w:rPr>
        <w:t>Nhận những gợi ý sách được cá nhân hóa và tin tức cập nhật về tác giả này.</w:t>
      </w:r>
    </w:p>
    <w:p>
      <w:pPr>
        <w:spacing w:after="80"/>
      </w:pPr>
      <w:r>
        <w:rPr>
          <w:b w:val="0"/>
          <w:i w:val="0"/>
        </w:rPr>
        <w:t>Đăng ký ngay.</w:t>
      </w:r>
    </w:p>
    <w:p>
      <w:pPr>
        <w:spacing w:after="80"/>
      </w:pPr>
      <w:r>
        <w:rPr>
          <w:b w:val="0"/>
          <w:i w:val="0"/>
        </w:rPr>
        <w:t>_157858251_</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